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Tembiasakue Kañymby Ayvu Papy Mokõipa Irundyha rehegua - Papapy Poteĩpa Soingoeha’ẽ|meta_sep|&gt;confidence</w:t>
      </w:r>
    </w:p>
    <w:p>
      <w:pPr>
        <w:pStyle w:val="ArticleSubtitle"/>
        <w:jc w:val="left"/>
      </w:pPr>
      <w:r>
        <w:rPr>
          <w:rFonts w:ascii="Arial" w:hAnsi="Arial" w:eastAsia="Arial" w:cs="Arial"/>
        </w:rPr>
        <w:t>Mokõiha Ai — Mbohapyha Parte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2026-06-18</w:t>
      </w:r>
    </w:p>
    <w:p>
      <w:pPr>
        <w:pStyle w:val="ArticleHeading"/>
        <w:jc w:val="left"/>
      </w:pPr>
      <w:r>
        <w:rPr>
          <w:rFonts w:ascii="Arial" w:hAnsi="Arial" w:eastAsia="Arial" w:cs="Arial"/>
        </w:rPr>
        <w:t>Lógica de Jones</w:t>
      </w:r>
    </w:p>
    <w:p>
      <w:pPr>
        <w:pStyle w:val="ArticleBody"/>
        <w:jc w:val="left"/>
      </w:pPr>
      <w:r>
        <w:rPr>
          <w:rFonts w:ascii="Times New Roman" w:hAnsi="Times New Roman" w:eastAsia="Times New Roman" w:cs="Times New Roman"/>
        </w:rPr>
        <w:t>Jones remimo’ã pe ánhel peteĩha Apocalipsis catorcepegua ndaikatuiha oñemboja’o umi mokõi ánhel oúva hapykuéri-gui, ha’e peteĩ tekopyguapy itatĩmbáva. Pe ohechakuaa hag̃ua mba’éichapa umi mbohapy ánhel ojoaju ijojaha’ỹva umi ánhel trompeta rehegua ndive, upéva añetehápe ndaikatúi oñembyai. Katuete imbarete omoĩva’ekue umi mbohapy ánhel Apocalipsis catorcepegua ári; hákatu pe remimo’ã ojeiporu hag̃ua chupekuéra “ndojeheja’ỹ hag̃uáicha,” upéichaite avei ovale opaite umi ánhel ohenondeva’ekuépe g̃uarã.</w:t>
      </w:r>
    </w:p>
    <w:p>
      <w:pPr>
        <w:pStyle w:val="ArticleBody"/>
        <w:jc w:val="left"/>
      </w:pPr>
      <w:r>
        <w:rPr>
          <w:rFonts w:ascii="Times New Roman" w:hAnsi="Times New Roman" w:eastAsia="Times New Roman" w:cs="Times New Roman"/>
        </w:rPr>
        <w:t>Ojesareko rupi umi mbohapy ánhel oĩva Apocalipsis catorce-pe, ndoguerahái ilóhika tee ipahaitépe. Ipahápe, pe lógica oipurúva ombojoaju hag̃ua pe trompéta poha, peteĩha ha mokõiha jehasa asýva, ha avei pe poapyha jehasa asýva umi mbohapy ánhel Apocalipsis catorce-peguándi, oike avei ipype ogueraha hag̃ua pe línea umi trompétagui pe peteĩha umi siete ánhel trompéta rehegua peve.</w:t>
      </w:r>
    </w:p>
    <w:p>
      <w:pPr>
        <w:pStyle w:val="ArticleScripture"/>
        <w:jc w:val="left"/>
      </w:pPr>
      <w:r>
        <w:rPr>
          <w:rFonts w:ascii="Times New Roman" w:hAnsi="Times New Roman" w:eastAsia="Times New Roman" w:cs="Times New Roman"/>
        </w:rPr>
        <w:t>Ha ahecha umi siete ánhel oĩva Tupã renondépe; ha chupekuéra oñeme’ẽ siete trompéta. … Ha umi siete ánhel oguerekóva umi siete trompéta oñembosako’i ombopu hag̃ua. Apocalipsis 8:2, 6.</w:t>
      </w:r>
    </w:p>
    <w:p>
      <w:pPr>
        <w:pStyle w:val="ArticleBody"/>
        <w:jc w:val="left"/>
      </w:pPr>
      <w:r>
        <w:rPr>
          <w:rFonts w:ascii="Times New Roman" w:hAnsi="Times New Roman" w:eastAsia="Times New Roman" w:cs="Times New Roman"/>
        </w:rPr>
        <w:t>Pe serie umi ánhel rehegua oñepyrũ umi ánhel trompéta “pokõi” reheve, ha umi ánhel kuéra línea Apocalipsis-pe oñepyrũ pe trompéta peteĩha guive peve pe mbohapyha ánhel ñe’ẽmondýi pe mymba marca rehegua. Jones oĩ porã ombojekuaa haguére peteĩ joavy pe irundy trompéta peteĩha ha umi mbohapy trompéta ñembyasy paha apytépe, upe estructura profética “irundy ha mbohapy” ojejuhúgui avei umi tupão kuérape ha umi sello kuérape. Oñemopyenda hag̃ua mbohapy testígo ári Apocalipsis kuatiápe ome’ẽ umi oiporavóva ohecha hag̃uápe pe pokõi, símbolo ramo, oguereko avei irundy símbolo ramo ha mbohapy símbolo ramo.</w:t>
      </w:r>
    </w:p>
    <w:p>
      <w:pPr>
        <w:pStyle w:val="ArticleHeading"/>
        <w:jc w:val="left"/>
      </w:pPr>
      <w:r>
        <w:rPr>
          <w:rFonts w:ascii="Arial" w:hAnsi="Arial" w:eastAsia="Arial" w:cs="Arial"/>
        </w:rPr>
        <w:t>Peteĩ joaju Tupãgui hag̃uáicha</w:t>
      </w:r>
    </w:p>
    <w:p>
      <w:pPr>
        <w:pStyle w:val="ArticleBody"/>
        <w:jc w:val="left"/>
      </w:pPr>
      <w:r>
        <w:rPr>
          <w:rFonts w:ascii="Times New Roman" w:hAnsi="Times New Roman" w:eastAsia="Times New Roman" w:cs="Times New Roman"/>
        </w:rPr>
        <w:t>Pe mba’e jahesa’ỹijóma kuri ko’ág̃aite peve ha’e kóva: Apocalipsis catorcepegua peteĩha ha mokõiha ánhel oñembopy’a guasu peteĩ profesía ára rehegua Islam-gui, peteĩha ha mokõiha ñembyasýpe guare; ha mbohapyha ánhel rembipokatu ojehupyty mbohapyha ñembyasy oñekumplívo 9/11-pe. Jones rembiapo’ípe ojehechakuaa, (jepe ha’e ndahói che punto peve), opaite ánhel Apocalipsis ochopegua peteĩha trompéta ánhel guive Apocalipsis oncepegua mbohapyha ñembyasy trompéta peve oñembojoaju hag̃uáicha ndojepe’akuaáiva Apocalipsis catorcepegua mbohapy ánhel ndive. Umíva ha’e ta’anga peteĩ líneape profesiagua ryepýpe. Tekotevẽ oñehechakuaa péicha ikatu hag̃uáicha oñentende umi tembiaporã opaichagua peteĩteĩva umi ánhel oguerekóva. Upévare, umi siete iglesia, sellokuéra ha trompetakuéra ohechauka sieteha, ha avei irundy ha mbohapy ra’ãnga pe simbolismo general sieteha ryepýpe (iglesiakuéra, sellokuéra ha trompetakuéra); upéicha avei, pe línea ánhelkuéra rehegua peteĩha umi siete trompéta ánhel apytégui guive pe mbohapyha ánhel peve ojehechava’erã peteĩ mba’e joajúramo. Kóva ohechauka peteĩ línea once ánhel rehegua.</w:t>
      </w:r>
    </w:p>
    <w:p>
      <w:pPr>
        <w:pStyle w:val="ArticleBody"/>
        <w:jc w:val="left"/>
      </w:pPr>
      <w:r>
        <w:rPr>
          <w:rFonts w:ascii="Times New Roman" w:hAnsi="Times New Roman" w:eastAsia="Times New Roman" w:cs="Times New Roman"/>
        </w:rPr>
        <w:t>Pe mbohapy ánhel Apocalipsis catorcepegua ohechauka umi Millerita-kuéra marandu ñe’ẽmondo momarandúva, omombe’úva juicio ñepyrũ; ha upéi, pe marandu ñe’ẽmondo momarandúva umi cien cuarenta y cuatro milgua, oikuaaukáva juicio ñembotý.</w:t>
      </w:r>
    </w:p>
    <w:p>
      <w:pPr>
        <w:pStyle w:val="ArticleBody"/>
        <w:jc w:val="left"/>
      </w:pPr>
      <w:r>
        <w:rPr>
          <w:rFonts w:ascii="Times New Roman" w:hAnsi="Times New Roman" w:eastAsia="Times New Roman" w:cs="Times New Roman"/>
        </w:rPr>
        <w:t>Pe umi siete trompéta ohechauka umi mbarete Tupã oipurúva iprovidénsia rupi ogueru hag̃ua juicio umi tetãnguéra ári ombohapéva kuarahy ñemomba’e guasu.</w:t>
      </w:r>
    </w:p>
    <w:p>
      <w:pPr>
        <w:pStyle w:val="ArticleBody"/>
        <w:jc w:val="left"/>
      </w:pPr>
      <w:r>
        <w:rPr>
          <w:rFonts w:ascii="Times New Roman" w:hAnsi="Times New Roman" w:eastAsia="Times New Roman" w:cs="Times New Roman"/>
        </w:rPr>
        <w:t>Umi irundy ñe’ẽturumpéta peteĩha guive irundyha peve ohechauka Kuarahyreikegua Róma ñehundi oñembotuichave ha oñemotenonde ohóvo, pe ary 476 peve.</w:t>
      </w:r>
    </w:p>
    <w:p>
      <w:pPr>
        <w:pStyle w:val="ArticleBody"/>
        <w:jc w:val="left"/>
      </w:pPr>
      <w:r>
        <w:rPr>
          <w:rFonts w:ascii="Times New Roman" w:hAnsi="Times New Roman" w:eastAsia="Times New Roman" w:cs="Times New Roman"/>
        </w:rPr>
        <w:t>Pe tembiporu porundy ha poteĩha ohechauka Roma Kuarahyresẽgua ñehundi 1449 guive 1453 peve.</w:t>
      </w:r>
    </w:p>
    <w:p>
      <w:pPr>
        <w:pStyle w:val="ArticleBody"/>
        <w:jc w:val="left"/>
      </w:pPr>
      <w:r>
        <w:rPr>
          <w:rFonts w:ascii="Times New Roman" w:hAnsi="Times New Roman" w:eastAsia="Times New Roman" w:cs="Times New Roman"/>
        </w:rPr>
        <w:t>Umi mbohapy trompéta paha oguerovia Islam-pe umi mbohapy ñembyasýpe.</w:t>
      </w:r>
    </w:p>
    <w:p>
      <w:pPr>
        <w:pStyle w:val="ArticleBody"/>
        <w:jc w:val="left"/>
      </w:pPr>
      <w:r>
        <w:rPr>
          <w:rFonts w:ascii="Times New Roman" w:hAnsi="Times New Roman" w:eastAsia="Times New Roman" w:cs="Times New Roman"/>
        </w:rPr>
        <w:t>Pe ánhel Apocalipsis mokõihápe oĩva ha’e Cristo, oguejyva’ekue omombarete hag̃ua pe movimiento iñepyrũme, ha oguejy jey Apocalipsis 18-pe omombarete hag̃ua pe movimiento ipahápe.</w:t>
      </w:r>
    </w:p>
    <w:p>
      <w:pPr>
        <w:pStyle w:val="ArticleBody"/>
        <w:jc w:val="left"/>
      </w:pPr>
      <w:r>
        <w:rPr>
          <w:rFonts w:ascii="Times New Roman" w:hAnsi="Times New Roman" w:eastAsia="Times New Roman" w:cs="Times New Roman"/>
        </w:rPr>
        <w:t>Pe séptimo trompéta oñepyrũ osu 22 jasypa 1844-pe, pe huísio ñepyrũme, ha’éva pe ára antitípico de Expiación. Pe trompéta del Jubileo oñembopu va’erã pe Ára de Expiación-pe. Upévare mokõi trompéta oñembopu pe huísiope: pe trompéta del Jubileo ha pe séptimo trompéta.</w:t>
      </w:r>
    </w:p>
    <w:p>
      <w:pPr>
        <w:pStyle w:val="ArticleScripture"/>
        <w:jc w:val="left"/>
      </w:pPr>
      <w:r>
        <w:rPr>
          <w:rFonts w:ascii="Times New Roman" w:hAnsi="Times New Roman" w:eastAsia="Times New Roman" w:cs="Times New Roman"/>
        </w:rPr>
        <w:t>Upéi rembopu vaerã pe trompéta arete guasupegua séptimo jasy ára pahápe, pe décimo árape; pe ñemoĩ porã ára guasúpe pembopu vaerã pe trompéta opaite pene retã rupi. Ha pemomarangatu vaerã pe ary cincuenta, ha peikuaauka sãso opaite pe yvy tuichakue javeve opa umi henyhẽhávape g̃uarã: upéva ha’éta peẽme g̃uarã peteĩ jubileo; ha peteĩteĩta peyejey vaerã ijyvyrãme, ha peteĩteĩta peyejey vaerã hogayguakuérape. Pe ary cincuenta ha’éta peẽme g̃uarã peteĩ jubileo: ani peporoty, ani peñemono’õ umi ijehegui okakuaávagui upe ary pukukue, ni pembyaty umi parral oñeñangareko’ỹvagui hi’a. Levítico 25:9–11.</w:t>
      </w:r>
    </w:p>
    <w:p>
      <w:pPr>
        <w:pStyle w:val="ArticleBody"/>
        <w:jc w:val="left"/>
      </w:pPr>
      <w:r>
        <w:rPr>
          <w:rFonts w:ascii="Times New Roman" w:hAnsi="Times New Roman" w:eastAsia="Times New Roman" w:cs="Times New Roman"/>
        </w:rPr>
        <w:t>Pe konteksto ohechauka hag̃ua Israel ñemosarambi “siete tiempo” aja, oĩva pe kapítulo oúva upe rire Levítico-pe, oñemoĩ porã umi versíkulo ogueraháva pe mbo’epe hag̃ua oñembopu hag̃ua pe trompéta del jubileo pe Día de Expiación-pe.</w:t>
      </w:r>
    </w:p>
    <w:p>
      <w:pPr>
        <w:pStyle w:val="ArticleScripture"/>
        <w:jc w:val="left"/>
      </w:pPr>
      <w:r>
        <w:rPr>
          <w:rFonts w:ascii="Times New Roman" w:hAnsi="Times New Roman" w:eastAsia="Times New Roman" w:cs="Times New Roman"/>
        </w:rPr>
        <w:t>Eñeʼẽ umi Israel raʼykuérape ha ere chupekuéra: Peikévo pe yvy che ameʼẽtavape peẽme, upe yvy toñongatu peteĩ pytuʼu ára marangatu Ñandejárape guarã. Poteĩ ary reñotỹta nde kokuépe, ha poteĩ ary reñangarekóta nde parral rehe, ha rembyatýta hiʼa. Ha pe séptimo áñope, toĩ peteĩ pytuʼu tuicháva yvýpe guarã, peteĩ sábado Ñandejárape guarã: ani reñotỹ nde kokuépe, ha ani reñangareko nde parral rehe. Pe nde ñemitỹgui heñóiva ijehegui, ani remonoʼõ; ha ani rembyaty umi uva nde parrálgui noñembyatypyréiva; mbaʼére, upéva haʼe peteĩ áño pytuʼu rehegua yvýpe guarã. Ha pe yvy pytuʼu omeʼẽtava, upéva toiko tembiʼurã peẽme guarã; ndéve, nde rembiguáipe, nde rembiguái kuñáme, nde mbaʼapohárape ojeporavopyrévape, ha pe pytaguápe oikóva nendive; ha avei ne mymbakuérape, ha umi mymba saitépe oĩvape nde yvýpe, opaite hiʼa toiko tembiʼurã. Ha reipapáta ndejehegui siete sábado ary rehegua, siete jey siete ary; ha umi siete sábado ary rehegua pukukue haʼéta ndéve cuarenta y nueve ary. Levítico 25:2–8.</w:t>
      </w:r>
    </w:p>
    <w:p>
      <w:pPr>
        <w:pStyle w:val="ArticleBody"/>
        <w:jc w:val="left"/>
      </w:pPr>
      <w:r>
        <w:rPr>
          <w:rFonts w:ascii="Times New Roman" w:hAnsi="Times New Roman" w:eastAsia="Times New Roman" w:cs="Times New Roman"/>
        </w:rPr>
        <w:t>Miller ohechakuaa ramo capítulo veintiséis-pe pe juicio oúva Israel ári yvy opytuʼu hag̃ua pe sábado rehegua oñembyai haguére, ombojoapy pe principio heʼíva peteĩ ára ogueroviaha peteĩ ary, ha ohechakuaa peteĩ aryha mbohapycientos sesenta ára, ha siete jey mbohapycientos sesenta haʼeha mokõi mil quinientos veinte ary ñembyasy hag̃ua pe pacto jejavy rehe. Kóva haʼe pe añetegua profética peteĩha haʼe ohechakuaáva. Haʼe hína pe fundamento umi añetegua apytépe omopyendáva pe fundamento Cristo omoĩva’ekue Miller rembiapo rupive. Pe trompeta Jubileo rehegua haʼe peteĩ marandu jepeʼa ha sãso rehegua.</w:t>
      </w:r>
    </w:p>
    <w:p>
      <w:pPr>
        <w:pStyle w:val="ArticleBody"/>
        <w:jc w:val="left"/>
      </w:pPr>
      <w:r>
        <w:rPr>
          <w:rFonts w:ascii="Times New Roman" w:hAnsi="Times New Roman" w:eastAsia="Times New Roman" w:cs="Times New Roman"/>
        </w:rPr>
        <w:t>Pe trompéta pokõiha hína Islam, mbohapyha ñembyasýgui.</w:t>
      </w:r>
    </w:p>
    <w:p>
      <w:pPr>
        <w:pStyle w:val="ArticleScripture"/>
        <w:jc w:val="left"/>
      </w:pPr>
      <w:r>
        <w:rPr>
          <w:rFonts w:ascii="Times New Roman" w:hAnsi="Times New Roman" w:eastAsia="Times New Roman" w:cs="Times New Roman"/>
        </w:rPr>
        <w:t>Ha umi ára pe ánhel sietehá ñeʼẽme, haʼe oñepyrũ vove ombopu hag̃ua, Ñandejára remimimby oñemohuʼãta, heʼiháicha haʼe omombeʼu vaʼekue hembiguaikuéra maranduhára kuérape. Apocalipsis 10:7.</w:t>
      </w:r>
    </w:p>
    <w:p>
      <w:pPr>
        <w:pStyle w:val="ArticleBody"/>
        <w:jc w:val="left"/>
      </w:pPr>
      <w:r>
        <w:rPr>
          <w:rFonts w:ascii="Times New Roman" w:hAnsi="Times New Roman" w:eastAsia="Times New Roman" w:cs="Times New Roman"/>
        </w:rPr>
        <w:t>Pe séptimo trompeta Islam rehegua ha’e peteĩ añetegua profétika okapegua, ha pe trompeta Jubileo rehegua ha’e pe añetegua profétika hyepypegua ojustifikáva jerovia rupive—ñemosãsõ angaipágui, upéva, Sister White he’iháicha, ha’e pe mbohapyha ánhel añetetépe. Pe ára pukukue pe séptimo trompeta osapukái aja, pe misterio “Cristo pendepype, pe esperánsa glória rehegua” oñemohu’ãmbaitéta Cristo ombojoajúvo Idivinidad pe humanidad rehe pe cien cuarenta y cuatro mil rehegua ndive. Umi upérõ ohupytýva Tupã sellorã omombe’úta peteĩ marandu trompeta rehegua ñemongyhyjérã, ojehechaukáva pe mbohapyha aipo reheháicha ha avei pe ñemongyhyje mbohapyha ánhel reheguaicha. Pe mbohapyha aipo ome’ẽ mbarete pe marandu mbohapyha ánhel reheguápe pe ánhel, ndaha’éiva michĩvéva peteĩ tapicha-gua Jesús Cristo-gui, oguejy jave peteĩ marandu Ipope reheve.</w:t>
      </w:r>
    </w:p>
    <w:p>
      <w:pPr>
        <w:pStyle w:val="ArticleBody"/>
        <w:jc w:val="left"/>
      </w:pPr>
      <w:r>
        <w:rPr>
          <w:rFonts w:ascii="Times New Roman" w:hAnsi="Times New Roman" w:eastAsia="Times New Roman" w:cs="Times New Roman"/>
        </w:rPr>
        <w:t>Jajuhu hag̃ua ha’e hague peteĩ profesía ára rehegua pe mba’evai peteĩha ha mokõiha rehegua omombaretéva pe marandu ánhel peteĩha rehegua, ha peteĩ profesía pe mba’evai mbohapyha rehegua omombaretéva pe marandu ánhel mbohapyha rehegua, jahechakuaa umi trompéta ha’eha “huísio ojeguerúva Roma ári ára domingo ñemombarete rupi”. Umi huísio providensiál, ko’ýte umi mbohapy trompéta pahápegua mba’evai rehegua, oñemohenda ha ojojáva pe marandu ñe’ẽmondo reheve Apocalipsis catorcepegua mbohapy ánhel rehegua. Mokõi mba’evai ha mokõi ánhel pe tembiasakue Millerita-pe, ha pe mba’evai mbohapyha ha pe ánhel mbohapyha pe tembiasakue cien cuarenta y cuatro mil reheguápe. Ñepyrũrã pe tembiasakue ánhel peteĩha ha mokõiha reheguápe, pe marandu omombe’úva pe huísio ñepyrũ oñemombarete va’ekue peteĩ ñembyaty Islam rehegua pe mba’evai peteĩha ha mokõiha ñembyaty rupive. Paha pe tembiasakue ánhel mbohapyha reheguápe, pe marandu omombe’úva pe huísio ñemboty oñemombarete va’ekue peteĩ ñembyaty Islam rehegua pe mba’evai mbohapyha ñembyaty rupive.</w:t>
      </w:r>
    </w:p>
    <w:p>
      <w:pPr>
        <w:pStyle w:val="ArticleBody"/>
        <w:jc w:val="left"/>
      </w:pPr>
      <w:r>
        <w:rPr>
          <w:rFonts w:ascii="Times New Roman" w:hAnsi="Times New Roman" w:eastAsia="Times New Roman" w:cs="Times New Roman"/>
        </w:rPr>
        <w:t>Pe ñemombarete ñepyrũme ha pahápe ojehechauka kuri pe ánhel Apocalipsis 10 ha 18-pegua rupive, “ha’éva ndaha’éi va’ekue ambue tapicha Jesucristo-gui”. Islam ñe’ẽmondo okapegua ha pe juicio ñe’ẽmondo hyepypegua ha’e pe tercer ay trompéta okapegua, ha pe juicio ñe’ẽmondo hyepypegua ha’e pe tercer ánhel trompéta. Pe trompéta okapegua Islam rehegua ha’e pe profesía mokõi mil po cinco ciento veinte ary rehegua, ha pe trompéta hyepypegua pe tercer ánhel rehegua ha’e pe mokõi mil trescientos ary. Mokõivéva oguahẽ ha osapukái pe juicio omanóva rehegua ñepyrũme, ha mokõivéva oguahẽ jey pe juicio oikovéva rehegua ñepyrũme.</w:t>
      </w:r>
    </w:p>
    <w:p>
      <w:pPr>
        <w:pStyle w:val="ArticleBody"/>
        <w:jc w:val="left"/>
      </w:pPr>
      <w:r>
        <w:rPr>
          <w:rFonts w:ascii="Times New Roman" w:hAnsi="Times New Roman" w:eastAsia="Times New Roman" w:cs="Times New Roman"/>
        </w:rPr>
        <w:t>Pe ánhel Apocalipsis kapítulo diezpegua oguejy kuri 11 jasypoapy 1840-pe, oñekumpli hag̃ua profesía Islam rehegua; ha péicha ojapóvo, pe ánhel ohechauka mba’éichapa oguejy pe ánhel Apocalipsis kapítulo dieciochopegua peteĩ profesía Islam rehegua ñekumplíndive. Ñandejára juicio pe ñemboyke rehe pe léi domingopegua 321-pe, ha upéi jey 538-pe, ojehechauka umi seis trompéta peteĩha rupive; ha Ijuicio pe ñemboyke rehe pe léi domingopegua oúta hag̃uápe pya’e ojehechauka pe séptima trompéta rupive, ha’éva pe mbohapyha ai, ha avei pe mbohapyha ánhel. Pe marandu ñemongyhyje rehegua pe juicio ñepyrũ rehe 22 jasypa 1844-pe, ha pe marandu ñemongyhyje rehegua pe juicio umi oikovéva rehe 9/11-pe, mokõivéva oñemombarete pe séptimo ánhel rupive pe secuencia Jones omoĩ haguéicha. Oĩ seis ánhel trompétagua kapítulo ocho ha nueve-pe; upéi, kapítulo diez-pe, oguejy pe ánhel ndaha’éiva ambue tapicha Jesús Cristo-gui. Ha’e hína pe séptimo pe secuencia de ánhelpe, ha hapykuéri kapítulo once-pe oúva pe mbohapyha ai, ha’éva pe séptima trompéta oñepyrũva osuena 1844-pe, ha katu ha’e pe poapyha pe serie de ánhelpe ogueraháva pe porundyha, pa ha onceha ánhel Apocalipsis kapítulo catorce-pe.</w:t>
      </w:r>
    </w:p>
    <w:p>
      <w:pPr>
        <w:pStyle w:val="ArticleBody"/>
        <w:jc w:val="left"/>
      </w:pPr>
      <w:r>
        <w:rPr>
          <w:rFonts w:ascii="Times New Roman" w:hAnsi="Times New Roman" w:eastAsia="Times New Roman" w:cs="Times New Roman"/>
        </w:rPr>
        <w:t>Pe mensahéro mbohapyha marandu ndaikatúi oñemboyke pe peteĩha ha mokõiha ángel marandu-gui, ha katu avei ndaikatúi oñemboja’o Ñandejára remimboukuéra porundy porundyha juicio rehegua, apostasia ári. Pe irundy trompéta peteĩha juicio rehegua, Apocalipsis capítulo 8-pe, ohechauka Roma Kuarahyreikeguápe peñaha’ã mbeguekatúpe oguejyha ikangy hag̃ua, Constantine omoĩ rire pe peteĩha léi domingo rehegua ary 321-pe, ha oñepyrũkuri ha’e omboja’o rire pe imperio kuarahyresẽ ha kuarahyreike gotyo ary 330-pe.</w:t>
      </w:r>
    </w:p>
    <w:p>
      <w:pPr>
        <w:pStyle w:val="ArticleScripture"/>
        <w:jc w:val="left"/>
      </w:pPr>
      <w:r>
        <w:rPr>
          <w:rFonts w:ascii="Times New Roman" w:hAnsi="Times New Roman" w:eastAsia="Times New Roman" w:cs="Times New Roman"/>
        </w:rPr>
        <w:t>“Ore tetã, umi aty legislativo-pe, omoĩta vove léi ojokóva kuimbaʼe kuñanguéra akãrapuʼã ha pyʼa ñeʼẽme ijoguaháva ijeroviapy rehegua derécho-kuérape, ombohováivo domingo ñemboarete, ha oguerúvo mbarete pohýi oñembopyrũ hag̃ua umi oñongatúva ára poapyha sábado rehe, Ñandejára léi, opa mbaʼe rehehápe ha añetépe, ojehecháta mbaʼeve hag̃uáicha ñane retãme; ha apostasía nacional rire oúta ñehundi nacional.” Review and Herald, December 18, 1888.</w:t>
      </w:r>
    </w:p>
    <w:p>
      <w:pPr>
        <w:pStyle w:val="ArticleBody"/>
        <w:jc w:val="left"/>
      </w:pPr>
      <w:r>
        <w:rPr>
          <w:rFonts w:ascii="Times New Roman" w:hAnsi="Times New Roman" w:eastAsia="Times New Roman" w:cs="Times New Roman"/>
        </w:rPr>
        <w:t>Pe principio apostasía nacional oguerúva tetã ñehundi ojehechauka Constantino retã rehe umi irundy trompéta peteĩha rupive, oguerúva Roma Kuarahyreikegua ipahápe ary 476-pe. Roma Kuarahysẽgua oguahẽ avei ipahápe ary 1453-pe, jepe proféticamente operde vaʼekue ijeheguigua soveanía nacional 27 jasypokõi 1449-pe. Babiloniaichaʼỹ, oñembyaíva peteĩ pyharete jave, Roma, kuarahyreikegua ha kuarahysẽgua mokõivéva, oguahẽ ipahápe mbeguekatu ha etapa rupi. Roma Kuarahyreikegua ñehundi umi irundy trompéta peteĩha guýpe ary 476 peve, ohechauka Estados Unidos ñehundi irundy trompéta guýpe, upéva peteĩ nivel-pe ohechaukáva umi irundy generación Estados Unidos-pe oñepyrũva 1798-pe ha opa pe léi domingo-pe. Umi irundy generación ojoja umi irundy generación adventismo rehegua ndive, ha umíva ojoja Apocalipsis mokoĩ pevegua umi irundy iglesia peteĩha ndive, ha Ezequiel capítulo ocho-pe umi irundy ñaña vai ohóvo hatãvéva ndive, ha Joel kuatiañeʼẽme umi irundy tajuja aty ndive.</w:t>
      </w:r>
    </w:p>
    <w:p>
      <w:pPr>
        <w:pStyle w:val="ArticleScripture"/>
        <w:jc w:val="left"/>
      </w:pPr>
      <w:r>
        <w:rPr>
          <w:rFonts w:ascii="Times New Roman" w:hAnsi="Times New Roman" w:eastAsia="Times New Roman" w:cs="Times New Roman"/>
        </w:rPr>
        <w:t>Upéicha he’i Ñandejára Tupã: Mboyvevépa, ajapouka ramo che irundy juicio pohýi Jerusalén ári, kyse pukúpe, ñembyahýipe, mymba vai oporojukávape ha mba’asy vai reheve, aipe’a hag̃uáicha chugui yvypóra ha mymba? Ezequiel 14:21.</w:t>
      </w:r>
    </w:p>
    <w:p>
      <w:pPr>
        <w:pStyle w:val="ArticleBody"/>
        <w:jc w:val="left"/>
      </w:pPr>
      <w:r>
        <w:rPr>
          <w:rFonts w:ascii="Times New Roman" w:hAnsi="Times New Roman" w:eastAsia="Times New Roman" w:cs="Times New Roman"/>
        </w:rPr>
        <w:t>Pe quinta ha pe sexta trompéta ogueru yvýpe Róma Kuarahyresẽ gotyo, ha Róma Kuarahyresẽ gotyo, ijoaju hag̃ua profétikamente Róma Kuarahyreike gotyo ndive, ohechauka Estadope. Róma Kuarahyreike gotyo ohechauka tupãópe. Róma Kuarahyreike gotyo avei ohechauka Tetã peteĩ reko Amérika Joajupe, oñemomba'éva raẽ, oikohaguéicha Róma Kuarahyreike gotyo rehe.</w:t>
      </w:r>
    </w:p>
    <w:p>
      <w:pPr>
        <w:pStyle w:val="ArticleScripture"/>
        <w:jc w:val="left"/>
      </w:pPr>
      <w:r>
        <w:rPr>
          <w:rFonts w:ascii="Times New Roman" w:hAnsi="Times New Roman" w:eastAsia="Times New Roman" w:cs="Times New Roman"/>
        </w:rPr>
        <w:t>“Amérika, pe tetã ojeguerekohápe joja jeroviapy rehegua, ojoajúta vove Papadondi tekotevẽ hag̃uáicha ojejopy hag̃ua tekove py’apy ha oñembopy’aguasu hag̃ua yvypórape omomba’e hag̃ua pe sábado japu, upérõ opa tetãygua ko yvy ape ári oisãmbyhýta hag̃ua hese ha oho hag̃ua hapykuéri iñe’ẽme’ẽicha.” Testimonies, volume 6, 18.</w:t>
      </w:r>
    </w:p>
    <w:p>
      <w:pPr>
        <w:pStyle w:val="ArticleBody"/>
        <w:jc w:val="left"/>
      </w:pPr>
      <w:r>
        <w:rPr>
          <w:rFonts w:ascii="Times New Roman" w:hAnsi="Times New Roman" w:eastAsia="Times New Roman" w:cs="Times New Roman"/>
        </w:rPr>
        <w:t>Umi irundy trompéta rehegua ohechauka irundy ñemoñare historia americana-pe, ha Estados Unidos ho’a jave, yvy hechapyrãva Daniel once, versículo cuarenta y uno-pe oñeñe’ẽva ramoite ho’áma, ha upéi pe mba’e ojokóva hína Egipto, peteĩ símbolo opa tetãnguéra yvórape guarã. Naciones Unidas, ha’éva umi diez rréi, upérõ omoneĩ ome’ẽ hag̃ua hóga sietehápe pe papado-pe, “sapy’ami—peteĩ aravo” aja, Apocalipsis diecisiete-pe he’iháicha. Kóva oiko Herodes aramboty arete-pe, ha’e ojapóramo ñepyrũ omboja’o hag̃ua mbyte itetãguasu. Herodes aramboty arete-pe, upe aravópe jehaipy ojechauka umi murálla yeso rehe, ha Belsasar ojejuka. Upe aravo oguahẽ domingo léi-pe ha osegui pe prueba humana ñemboty peve. Pe sietehápe reino oñemomba’e, ojehechauka haguéicha Constantinopla murálla ñehundípe, oguejýva’ekue 1453-pe. Pe domingo léi guive Estados Unidos-pe, oñembojoguáva 1449 rehe; Constantinopla ho’a peve 1453-pe, oĩ irundy ary simbólico. Pe papado orresivi vaʼekue iherida mortal 1798-pe.</w:t>
      </w:r>
    </w:p>
    <w:p>
      <w:pPr>
        <w:pStyle w:val="ArticleBody"/>
        <w:jc w:val="left"/>
      </w:pPr>
      <w:r>
        <w:rPr>
          <w:rFonts w:ascii="Times New Roman" w:hAnsi="Times New Roman" w:eastAsia="Times New Roman" w:cs="Times New Roman"/>
        </w:rPr>
        <w:t>Daniel 11:40-pe, papado ho’a kuri ary 1798-pe, ára paha opaha jave. Upéi mburuvicha yvy gotyo pegua ho’a 1989-pe, ára paha opaha jave. Tetã peteĩ reko Amérikagua ho’a versíkulo 41-pe, ha Egipto ho’a versíkulo 42-pe; ha papado oguahẽ jey iñehundipa mokõiha ha pahaitevape versíkulo 45-pe.</w:t>
      </w:r>
    </w:p>
    <w:p>
      <w:pPr>
        <w:pStyle w:val="ArticleScripture"/>
        <w:jc w:val="left"/>
      </w:pPr>
      <w:r>
        <w:rPr>
          <w:rFonts w:ascii="Times New Roman" w:hAnsi="Times New Roman" w:eastAsia="Times New Roman" w:cs="Times New Roman"/>
        </w:rPr>
        <w:t>“Umi tetãnguéra pu’ã ha ho’águi, ojehechauka hag̃uáicha Daniel ha Apocalipsis kuatiakuérape, tekotevẽ ñaaprende mba’eichaitépa ndovalei pe mimbipa añoite, okáguigua ha yvytigua. Babilonia, opa ite mbarete ha jeguakarã ndive, ko ñande yvy araka’eve nohechajevýiva upéichaite,—mbarete ha jeguakarã upe ararãgua tapichakuérape ojehechaukávaicha hatã ha puku hag̃uáicha,—mba’eichaitépa okanýmaite! ‘Kapi’ipe yvoty’icha, oñehundipa. Santiago 1:10. Péicha avei oñehundi va’ekue pe Medo-Persia rréino, ha Grecia ha Roma rréinokuéra. Ha péicha avei oñehundi opa mba’e ndoguerekóiva Tupãme iñepyrũrã ramo. Pe añetegua oikove hag̃uáva añoite hína upe ojoajúva Iporã hag̃ua, ha ohechaukáva Ikarakter. Iprincipiokuéra añónte hína umi mba’e hatã ha ndojeréiva ñande yvy oikuaáva.” Profetas ha Rréi, 548.</w:t>
      </w:r>
    </w:p>
    <w:p>
      <w:pPr>
        <w:pStyle w:val="ArticleBody"/>
        <w:jc w:val="left"/>
      </w:pPr>
      <w:r>
        <w:rPr>
          <w:rFonts w:ascii="Times New Roman" w:hAnsi="Times New Roman" w:eastAsia="Times New Roman" w:cs="Times New Roman"/>
        </w:rPr>
        <w:t>Tetã peteĩ rekojoja’ỹva Estados Unidos pegua (maranduhára japu) ho’áva versíkulo irundy-pa peteĩhápe ojehechauka raẽ va’ekue ary 1449 rupive, ha Egipto ho’áva (teju jagua) versíkulo irundy-pa mokõiha-pe ojehechauka raẽ va’ekue ary 1453 rupive; ha papado (mymba vai) oguahẽ ipahápe avave oipytyvõ’ỹre, ojehechauka raẽ haguéicha ary 1798 rupive. Maranduhára japu ha teju jagua oñemboguejy mbaretekuéra trompéta rupive, ha mymba vai oñemboguejy peteĩ mbarete teju jagua rehegua rupive.</w:t>
      </w:r>
    </w:p>
    <w:p>
      <w:pPr>
        <w:pStyle w:val="ArticleBody"/>
        <w:jc w:val="left"/>
      </w:pPr>
      <w:r>
        <w:rPr>
          <w:rFonts w:ascii="Times New Roman" w:hAnsi="Times New Roman" w:eastAsia="Times New Roman" w:cs="Times New Roman"/>
        </w:rPr>
        <w:t>Pe papapy irundy ha’e peteĩ símbolo peteĩ mburuvicharã guasu ñembyai rehegua. Alejandro mburuvicharã guasu oñembyai irundy mburuvicharã guasúpe, ha Egipto oguejy Yguasu Pytãme pe irundyha ñemoñareme, ha Israel oñesũ kuarahýpe pe irundyha mba’evai guasúpe Ezequiel 8-pe. Umi irundy ñemoñare protestantismo ha Republicano-kuéra rehegua pe mymba yvýpegua ryepýpe oñepyrũ 1798-pe ha opa pe Arateĩ pya’e ouvape guárã mokõive hatĩme. Ezequiel rembiporavo irundy jejopy vai Jerusalén ári ohechauka irundy juicio Tetã peteĩ reko Amérika ári, ha umi irundy juicio pe poteĩha mburuvicharã guasu Biblia marandu asy reheguápe ojoguave umi irundy ary 1449 guive 1453 peve, upérõ pe pokõiha mburuvicharã guasu Biblia marandu asy reheguápe oñemoĩ peteĩ ñe’ẽme ome’ẽ hag̃ua iñambue gotyo mbyte rupi imburuvicharã guasúgui papado-pe, peteĩ tupãóga ha tetã joajupeguápe, upévare pe kuña reko vai Tiro pegua oguereko pu’aka hi’ári.</w:t>
      </w:r>
    </w:p>
    <w:p>
      <w:pPr>
        <w:pStyle w:val="ArticleBody"/>
        <w:jc w:val="left"/>
      </w:pPr>
      <w:r>
        <w:rPr>
          <w:rFonts w:ascii="Times New Roman" w:hAnsi="Times New Roman" w:eastAsia="Times New Roman" w:cs="Times New Roman"/>
        </w:rPr>
        <w:t>Umi irundy 1449 guive 1453 peve ohechauka pe reino poapyha ñehundi pe léi domingope, ha avei ohechauka pe periodo pe reino porundyha ñehundi rehegua pe léi domingo guive pe gracia ñemboty peve. Egipto ñemomba’e, ha’éva ko mundo ha avei dragón oñeme’ẽva papadope, ha’e peteĩ fractal pe ñepyrũmby pe periodo oñesimbolisáva umi irundy ary 1449 guive 1453 peve. Kóva ohechauka Constantinopla ho’a hague pe léi domingope, ha upéi jey Miguel opu’ã vove. Miguel opu’ã vove, umi irundy ánhel oñemosãsopaite inspiración he’iháicha.</w:t>
      </w:r>
    </w:p>
    <w:p>
      <w:pPr>
        <w:pStyle w:val="ArticleScripture"/>
        <w:jc w:val="left"/>
      </w:pPr>
      <w:r>
        <w:rPr>
          <w:rFonts w:ascii="Times New Roman" w:hAnsi="Times New Roman" w:eastAsia="Times New Roman" w:cs="Times New Roman"/>
        </w:rPr>
        <w:t>“Ahecha umi irundy ánhel ojejokotáta umi irundy yvytu Jesús rembiapo opa peve pe tupaópe, ha upéi outa umi siete plága pahague.” Early Writings, 36.</w:t>
      </w:r>
    </w:p>
    <w:p>
      <w:pPr>
        <w:pStyle w:val="ArticleBody"/>
        <w:jc w:val="left"/>
      </w:pPr>
      <w:r>
        <w:rPr>
          <w:rFonts w:ascii="Times New Roman" w:hAnsi="Times New Roman" w:eastAsia="Times New Roman" w:cs="Times New Roman"/>
        </w:rPr>
        <w:t>Irundy rrembo Alejandro rréinopegua, irundy turu Roma Kuarahyreikegua ári, irundy yvytu ojeheja hag̃ua Roma Kuarahyresẽgua ári, irundy huísio pohýi Jerusalén ári, irundy yvytu ojeheja hag̃ua pápagui oguahẽvo ipahápe avave’ỹ pytyvõ hag̃uáicha. Ko’ã símbolo profétiko oñemoĩmava ñane renondépe, jajepy’amongetáta pe mokõiha ñembyasy rehe, mba’éichapa oñemoĩva pe léi domingo pya’e oútavape.</w:t>
      </w:r>
    </w:p>
    <w:p>
      <w:pPr>
        <w:pStyle w:val="ArticleHeading"/>
        <w:jc w:val="left"/>
      </w:pPr>
      <w:r>
        <w:rPr>
          <w:rFonts w:ascii="Arial" w:hAnsi="Arial" w:eastAsia="Arial" w:cs="Arial"/>
        </w:rPr>
        <w:t>Concilio de Florencia</w:t>
      </w:r>
    </w:p>
    <w:p>
      <w:pPr>
        <w:pStyle w:val="ArticleBody"/>
        <w:jc w:val="left"/>
      </w:pPr>
      <w:r>
        <w:rPr>
          <w:rFonts w:ascii="Times New Roman" w:hAnsi="Times New Roman" w:eastAsia="Times New Roman" w:cs="Times New Roman"/>
        </w:rPr>
        <w:t>Ary 1439-pe, Florencia Amandajepe (oñembohérava avei Florencia Joaju), Tupao Ortodoxa Kuarahyresẽgua remimoĩhára kuéra (omboguata vaʼekue hesekuéra Mburuvicha Guasu Bizantino Juan VIII Palaiologos ha Constantinopla Patriarca) ombohéra hag̃ua peteĩ decreto tee joajurã Tupao Katólika Romana ndive. Haʼekuéra oñemoĩ peteĩ ñeʼẽme ohechakuaa hag̃ua Roma Papa-pe iñakãramo (poguýpe oĩva opaite mburuvicha guasu hag̃uáicha) opaite Tupao ári.</w:t>
      </w:r>
    </w:p>
    <w:p>
      <w:pPr>
        <w:pStyle w:val="ArticleScripture"/>
        <w:jc w:val="left"/>
      </w:pPr>
      <w:r>
        <w:rPr>
          <w:rFonts w:ascii="Times New Roman" w:hAnsi="Times New Roman" w:eastAsia="Times New Roman" w:cs="Times New Roman"/>
        </w:rPr>
        <w:t>Ménarã niko tembirekóre akã, Cristo ha’éicha pe tupao akã; ha’e voi ha’e pe hete pysyrõhára. Efesios 5:23.</w:t>
      </w:r>
    </w:p>
    <w:p>
      <w:pPr>
        <w:pStyle w:val="ArticleHeading"/>
        <w:jc w:val="left"/>
      </w:pPr>
      <w:r>
        <w:rPr>
          <w:rFonts w:ascii="Arial" w:hAnsi="Arial" w:eastAsia="Arial" w:cs="Arial"/>
        </w:rPr>
        <w:t>Pe Credo Niceno</w:t>
      </w:r>
    </w:p>
    <w:p>
      <w:pPr>
        <w:pStyle w:val="ArticleBody"/>
        <w:jc w:val="left"/>
      </w:pPr>
      <w:r>
        <w:rPr>
          <w:rFonts w:ascii="Times New Roman" w:hAnsi="Times New Roman" w:eastAsia="Times New Roman" w:cs="Times New Roman"/>
        </w:rPr>
        <w:t>Mburuvicha guasu ha Patriarca omoneĩ pe “cláusula Filioque” pe Credo Niceno-pe, ha upéva vaʼekue peteĩ mbaʼe oñembojoapýva Credo Niceno-pe, heʼívo Espíritu Santo osẽha Túvagui ha Taʼýragui. Pe Credo Niceno haʼe peteĩva umi jeʼepyrã iñimportantevéva ha ojepuruvéva pe jerovia católica rembiasakue ryepýpe. Pe Credo Niceno haʼe peteĩ ñemombyky tee, hekopegua ha formal, umi jerovia katóliko tenondegua rehegua. Ñepyrũrã, ojehai vaʼekue oñeñangareko hag̃ua pe añetegua rehe mávapa Jesucristo. Ary 325-pe, opuʼã peteĩ tuicha joavy, peteĩ paʼi hérava Arius omboʼe rupi Jesús oñemoheñoi hague Tupã Túva rupive ha ndoikói hague Tupã tee hag̃ua.</w:t>
      </w:r>
    </w:p>
    <w:p>
      <w:pPr>
        <w:pStyle w:val="ArticleBody"/>
        <w:jc w:val="left"/>
      </w:pPr>
      <w:r>
        <w:rPr>
          <w:rFonts w:ascii="Times New Roman" w:hAnsi="Times New Roman" w:eastAsia="Times New Roman" w:cs="Times New Roman"/>
        </w:rPr>
        <w:t>Mburuvicha guasu Constantino ohenói pe Ñembyaty Guasu Peteĩha Niceagua omyesakã hag̃ua upe mba’e. Upe ñembyaty guasu mbarete hag̃uáicha omoneĩ va’ekue Jesús ha’eha Tupã tee, “pe mba’e peteĩchaguáva” Túva ndive. Pe Jerovia’ẽrã upéi oñembotuichave pe Ñembyaty Guasu Constantinoplagua ary 381-pe. Ko’ápe ojekuaa hag̃uáicha: pe Jerovia’ẽrã Niceagua oñemopyenda Constantino peteĩhára rembiasakue ryepýpe, ha upéva oikóta peteĩ tema Constantino pahaguápe g̃uarã, upéva ha’éva Constantino onceha, ha’e va’ekue pe Mburuvicha Guasu pahagua pe Tetãnguéra Rembiasakue Bizantino kuarahyresẽpegua. Constantino Guasu, pe peteĩha va’ekue, heta jey oñemoĩ ñande ykére peteĩ mba’e’ãramo marandu hag̃ua Biblia ñe’ẽngatupyry. Ha’e hína pe mburuvicha guasu pe imperio kuarahyresẽgua ñepyrũmbyhápe, ha upévare ohechauka hag̃ua pe mburuvicha guasu oĩva pe imperio kuarahyresẽgua pahápe. Pe añetegua pe Jerovia’ẽrã Niceagua ha’eha peteĩ elemento mokõivéva, pe ñepyrũha ha pe paha rembiasakuépe, tekotevẽ oñeñatende hese peteĩ temimbo’e ñe’ẽngatupyry rehegua rupi, oikuaáramo pe principio alfa ha omega rehegua.</w:t>
      </w:r>
    </w:p>
    <w:p>
      <w:pPr>
        <w:pStyle w:val="ArticleBody"/>
        <w:jc w:val="left"/>
      </w:pPr>
      <w:r>
        <w:rPr>
          <w:rFonts w:ascii="Times New Roman" w:hAnsi="Times New Roman" w:eastAsia="Times New Roman" w:cs="Times New Roman"/>
        </w:rPr>
        <w:t>Ary 381-pe, pe Credo Niceno oñembopyahu doctrina Purgatorio rehegua, doctrina Eucaristía rehegua, ha oñemoneĩ Eucaristía-pe ojepuru hag̃ua mbuja ipẽmbýva’ỹ, upéva ha’éva peteĩ práctica latina. Pe Credo ary 381-gua avei omoneĩ pe comprensión católica angaipa ypykue rehegua ha tekove rire rehegua. Opa ko línea clave reheve: “Avei romyesakã porã pe sede apostólica marangatu ha pe Pontífice Romano oguerekoha pe primacía opa ko yvy ape ári ha ha’eha Cristo vikario añetegua.”</w:t>
      </w:r>
    </w:p>
    <w:p>
      <w:pPr>
        <w:pStyle w:val="ArticleBody"/>
        <w:jc w:val="left"/>
      </w:pPr>
      <w:r>
        <w:rPr>
          <w:rFonts w:ascii="Times New Roman" w:hAnsi="Times New Roman" w:eastAsia="Times New Roman" w:cs="Times New Roman"/>
        </w:rPr>
        <w:t>Pe Kuatia Florencia-pe oñemoneĩ ambue versión oñembopyahuva’ekue 6 jasypokõi 1439-pe, 14 ary mboyve Constantinopla ho’a hag̃ua turko otomano-kuéra pópe 1453-pe. Pe joaju oñemoneĩ jepive hag̃ua tuicha presión política guýpe. Pe Imperio Bizantino oikotevẽ’eterei pytyvõ militar Occidente-gui umi otomano oñemotenondéva rovake. Umi delegado griego-kuéra ojevy rire hógape, pe ñe’ẽme’ẽ oñemboyke mbarete mayoría clérigo-kuéra, monje-kuéra ha tavayguakuéra rupi Oriente-pe. Hetave umi obispo omoneĩva’ekue upéva upe jave, upéi oipe’a ijapyta hese. Pe joaju araka’eve ndojejapopáiri ha oñembotovéma hekopegua hag̃uáicha Tupao Ortodoxa Oriental reheve umi ary oúva pukukue. Oguahẽ mboyve Constantinopla ho’a hag̃ua 1453-pe, pe joaju voi osẽmava’ekue mba’eve hag̃uáicha. Heta jey oje’e historiador-kuéra rupi kóva ha’e hague peteĩ joaju política ndaikatúiva osẽ porã, teología, cultura ha pueblo remimo’ã mbarete ombotovéva rupi.</w:t>
      </w:r>
    </w:p>
    <w:p>
      <w:pPr>
        <w:pStyle w:val="ArticleBody"/>
        <w:jc w:val="left"/>
      </w:pPr>
      <w:r>
        <w:rPr>
          <w:rFonts w:ascii="Times New Roman" w:hAnsi="Times New Roman" w:eastAsia="Times New Roman" w:cs="Times New Roman"/>
        </w:rPr>
        <w:t>Pe Primer Concilio de Nicea ary 325-pe oñemoneĩ pe Credo Niceno. Ojehechauka upéva cinco ary mboyve pe ary 330-gui, upe jave opa ramo guare umi 360 ary Daniel kapítulo once, versículo veinticuatro-pe, ojehechaukáva peteĩ “ára” ramo.</w:t>
      </w:r>
    </w:p>
    <w:p>
      <w:pPr>
        <w:pStyle w:val="ArticleScripture"/>
        <w:jc w:val="left"/>
      </w:pPr>
      <w:r>
        <w:rPr>
          <w:rFonts w:ascii="Times New Roman" w:hAnsi="Times New Roman" w:eastAsia="Times New Roman" w:cs="Times New Roman"/>
        </w:rPr>
        <w:t>Haʼe oike pyʼaguapýpe pe tetã rembeʼy iporãvéva ári jepe; ha ojapóta mbaʼe iñemoñare kuéra ru ndojapói vaʼekue, ni itúva kuéra ru kuéra avei; omyasãíta ijapytépekuéra pe mbaʼe ojeguerekóva ñorãirõgui, pe mymbaʼeta ha pe mbaʼereta; ha avei ombojegua hag̃ua hembiaporã pegua umi mbarete renda rehe, peteĩ tiémpore. Daniel 11:24.</w:t>
      </w:r>
    </w:p>
    <w:p>
      <w:pPr>
        <w:pStyle w:val="ArticleBody"/>
        <w:jc w:val="left"/>
      </w:pPr>
      <w:r>
        <w:rPr>
          <w:rFonts w:ascii="Times New Roman" w:hAnsi="Times New Roman" w:eastAsia="Times New Roman" w:cs="Times New Roman"/>
        </w:rPr>
        <w:t>Ary 31 a.C. ha ary 330 mokõivéva omarka pe “ára oñemoĩmava” oñeñeʼẽva versíkulo mokõipa porundy ha mokõipa porundy rehe Daniel once-pe.</w:t>
      </w:r>
    </w:p>
    <w:p>
      <w:pPr>
        <w:pStyle w:val="ArticleScripture"/>
        <w:jc w:val="left"/>
      </w:pPr>
      <w:r>
        <w:rPr>
          <w:rFonts w:ascii="Times New Roman" w:hAnsi="Times New Roman" w:eastAsia="Times New Roman" w:cs="Times New Roman"/>
        </w:rPr>
        <w:t>Ha mokõi mburuvicha guasu ko’ãva py’a oĩta ojapo hag̃ua mba’e vai, ha peteĩ mesa ári oñe’ẽta japu; ha upéva ndohupytymo’ãi porã: pe paha gueteri oikóta ára oñemoĩmavape. … Pe ára oñemoĩmavape ha’e ojevýta ha og̃uahẽta yvy gotyo; ha ndaha’emo’ãi yma guaréicha, ni upe rireguaicha. Daniel 11:27, 29.</w:t>
      </w:r>
    </w:p>
    <w:p>
      <w:pPr>
        <w:pStyle w:val="ArticleBody"/>
        <w:jc w:val="left"/>
      </w:pPr>
      <w:r>
        <w:rPr>
          <w:rFonts w:ascii="Times New Roman" w:hAnsi="Times New Roman" w:eastAsia="Times New Roman" w:cs="Times New Roman"/>
        </w:rPr>
        <w:t>Pe línea profética Roma pegua kuarahyresẽ gotyo (330) ha ipaha (1449–1453) ojehechauka pe emperador peteĩha ha pahaguéva Constantino rupive. Pe alfa ha omega pe línea profética Roma pegua kuarahyresẽ gotyo, ojehérava Imperio Bizantino, ojoaju pe ipahápe pe Roma Imperial mbohapy sua ha sesenta ary pukukue ogovernáva ipu’akapavẽme guive pe ñorairõ Actium pegua áño 31 a.C. guive pe áño 330 peve, ha upégui tenonde gotyo 1453 peve. Pe ñorairõ Actium pegua mboyve, áño 31 a.C. peve, Marco Antonio ha Augusto César oñe’ẽ japu peteĩ mesa ári ha upéva ndohupytyi mba’eve. Pe áño 330 mboyve, 325-pe oñemoneĩ pe Credo Niceno. Pe áño 1453 mboyve oñemoneĩ pe versión oñembopyahúva upe mismo Credo Niceno rehegua. Pe 31 a.C. mboyve mokõi tapicha política rehegua he’i japu peteĩ mesa ári. 325-pe pe japu espiritual oje’e peteĩ mesa ári. Umi mokõi testígo ohechauka umi japu política ha espiritual oñemoneĩva 1439-pe Concilio de Florencia-pe. Upe Credo Niceno oñembopyahúva ojehero va’ekue Decreto de Unión.</w:t>
      </w:r>
    </w:p>
    <w:p>
      <w:pPr>
        <w:pStyle w:val="ArticleBody"/>
        <w:jc w:val="left"/>
      </w:pPr>
      <w:r>
        <w:rPr>
          <w:rFonts w:ascii="Times New Roman" w:hAnsi="Times New Roman" w:eastAsia="Times New Roman" w:cs="Times New Roman"/>
        </w:rPr>
        <w:t>Pe peteĩha tape rechaukaha peteĩ mesápe guapy japu rehegua oiko vaʼekue 31 a. C. mboyve, ha umi mokõi aty polítiko Roma pagana pegua apytépe. Pe ára oñemohuʼãva umi japu hag̃ua g̃uarã vaʼekue 31 a. C., ha upéva oguereko Augustope, peteĩ símbolo Róma rehegua peteĩ konfederasión kuimbaʼe ha kuña rehe ombaʼapo vaʼekue, orepresentáva Egiptope, rovái. Pe mokõiha aty japu rehegua vaʼekue 325-pe, ha pe ára oñemohuʼãva vaʼekue 330. Pe mbohapyha aty japu rehegua vaʼekue 1439-pe, ha pe ára oñemohuʼãva vaʼekue 1449–1453. Umi mesa ári oĩ vaʼekue 1439-pe orepresenta vaʼekue Roma kuarahyreikegua ha kuarahyresẽgua, ha Roma kuarahyresẽgua oheka peteĩ objetivo polítiko, omoneĩvo peteĩ argumento religioso. 31 a. C., upe rire 330 ha upéi 1453, orepresenta peteĩ aplicación triple Roma línea rehegua.</w:t>
      </w:r>
    </w:p>
    <w:p>
      <w:pPr>
        <w:pStyle w:val="ArticleBody"/>
        <w:jc w:val="left"/>
      </w:pPr>
      <w:r>
        <w:rPr>
          <w:rFonts w:ascii="Times New Roman" w:hAnsi="Times New Roman" w:eastAsia="Times New Roman" w:cs="Times New Roman"/>
        </w:rPr>
        <w:t>Pe ñemongu’e polítika Marc Antonio ha Cleopatra joaju rehegua ohechauka hag̃ua pe ñeha’ãrõ espiritual herejía arrianismo rehegua ary 325-pe; ha upéva katu ohechauka avei pe ñeha’ãrõ polítika ha religiosova’ekue turko islámico-kuéra rehegua ary 1439-pe.</w:t>
      </w:r>
    </w:p>
    <w:p>
      <w:pPr>
        <w:pStyle w:val="ArticleBody"/>
        <w:jc w:val="left"/>
      </w:pPr>
      <w:r>
        <w:rPr>
          <w:rFonts w:ascii="Times New Roman" w:hAnsi="Times New Roman" w:eastAsia="Times New Roman" w:cs="Times New Roman"/>
        </w:rPr>
        <w:t>Pe Credo Niceagua rembo’éva hína japu, ha ndaipóri pypekuéra añetegua. Pe kuatia oñemboguapýva firma rehe 6 jasypokõi 1439-pe, Concilio de Florencia-pe, hérava Decreto de Unión, ohechauka vaʼekue umi japu peteĩchagua ha hetave. Umi delegado-kuéra ou jeývo Constantinopla-pe ary 1439-pe, oñembohovái chupekuéra pochy ha ñemombeʼu reheve ombotavyrõ hague. Pe ñeʼẽ ojeguata vaʼekue heʼi: “Iporãve turco akãngao que Papa mitra.”</w:t>
      </w:r>
    </w:p>
    <w:p>
      <w:pPr>
        <w:pStyle w:val="ArticleBody"/>
        <w:jc w:val="left"/>
      </w:pPr>
      <w:r>
        <w:rPr>
          <w:rFonts w:ascii="Times New Roman" w:hAnsi="Times New Roman" w:eastAsia="Times New Roman" w:cs="Times New Roman"/>
        </w:rPr>
        <w:t>Pe joaju ojeheráva’ekue tenonderãite pe Emperador Bizantino oikotevẽitereígui pytyvõ militar occidental rehe umi Otomano-kuéra rovái. Ojekuaa porã rire sa’ieterei térã mba’eveichavérõ ndoumo’ãiha pytyvõ militar, pe pytyvõ pe joaju rehegua opa mbaite. Ary 1450–1451-pe, heta sínodo oriental-kuéra omboyke pe joaju, ha Constantinopla ho’a rire ary 1453-pe, pe joaju ojehejaite. Pe osẽ paha Decreto de Unión de Florencia rehegua niko pe Tupao Ortodoxa Oriental oguereko peteĩ concilio oñehundíva ha oñemboykéva ramo. Noñemoañetéiramo guare. Tupao Católica Romana katu, upéicharõ jepe, gueteri oguereko chupe peteĩ concilio ecuménico válido ramo.</w:t>
      </w:r>
    </w:p>
    <w:p>
      <w:pPr>
        <w:pStyle w:val="ArticleBody"/>
        <w:jc w:val="left"/>
      </w:pPr>
      <w:r>
        <w:rPr>
          <w:rFonts w:ascii="Times New Roman" w:hAnsi="Times New Roman" w:eastAsia="Times New Roman" w:cs="Times New Roman"/>
        </w:rPr>
        <w:t>Ñamohenda hina pe lógica ikatu hag̃uáicha ñantende mba’éichapa umi característica profética pe mokõiha ñembyasýva rehegua oñembojey pe mbohapyha ñembyasýva rembiasápe. Pe profecía cien cincuenta ary pe peteĩha ñembyasýva rehegua oñepyrũkuri 27 de julio de 1299-pe ha opa 27 de julio de 1449-pe.</w:t>
      </w:r>
    </w:p>
    <w:p>
      <w:pPr>
        <w:pStyle w:val="ArticleHeading"/>
        <w:jc w:val="left"/>
      </w:pPr>
      <w:r>
        <w:rPr>
          <w:rFonts w:ascii="Arial" w:hAnsi="Arial" w:eastAsia="Arial" w:cs="Arial"/>
        </w:rPr>
        <w:t>1449</w:t>
      </w:r>
    </w:p>
    <w:p>
      <w:pPr>
        <w:pStyle w:val="ArticleBody"/>
        <w:jc w:val="left"/>
      </w:pPr>
      <w:r>
        <w:rPr>
          <w:rFonts w:ascii="Times New Roman" w:hAnsi="Times New Roman" w:eastAsia="Times New Roman" w:cs="Times New Roman"/>
        </w:rPr>
        <w:t>Constantino XI Paleólogo heñói ary 1404-pe ha ogoverna enero 1449 guive mayo 29, 1453 peve. Ha’e vaekue pe mburuvicha guasu paha Imperio Romano Kuarahyresẽgua (Bizantino)-pegua, oikóva vaekue hetave 1.100 ary. Py’a guasúpe omotenonde vaekue Constantinopla ñedefensa pe asedio otomano aja ary 1453-pe, 7.000 térã 8.000 rupi añoite ñorairõhára ndive, Mehmed II rembiapoukapy 80.000 hetavegua rovái. Omano oñorairõ aja táva murálla ári mayo 29, 1453-pe, Constantinopla ipahápe ho’a jave. Hete nojekuaái vaekue araka’eve peteĩchaite hag̃uáicha. Imano ohechauka vaekue Imperio Romano paha, pe continuación directa paha pe imperio Augusto omopyenda vaekue 27 a.C.-pe, opa hague.</w:t>
      </w:r>
    </w:p>
    <w:p>
      <w:pPr>
        <w:pStyle w:val="ArticleBody"/>
        <w:jc w:val="left"/>
      </w:pPr>
      <w:r>
        <w:rPr>
          <w:rFonts w:ascii="Times New Roman" w:hAnsi="Times New Roman" w:eastAsia="Times New Roman" w:cs="Times New Roman"/>
        </w:rPr>
        <w:t>Ojeheromandu’a griego rembiasakue ha tradición ortodoxa-pe peteĩ tekove heroico ramo — heta jey oñembohéra “Emperador de Mármol” leyenda-pe (jeroviaha peteĩ ára ojevyjeytaha osalva hag̃ua Constantinopla).</w:t>
      </w:r>
    </w:p>
    <w:p>
      <w:pPr>
        <w:pStyle w:val="ArticleBody"/>
        <w:jc w:val="left"/>
      </w:pPr>
      <w:r>
        <w:rPr>
          <w:rFonts w:ascii="Times New Roman" w:hAnsi="Times New Roman" w:eastAsia="Times New Roman" w:cs="Times New Roman"/>
        </w:rPr>
        <w:t>Juan VIII Paleólogo (1392–1448) ha’e va’ekue pe Emperador Bizantino mokõiha paha, ogoverna va’ekue 1425 guive 1448 peve. Ha’e va’ekue Emperador Manuel II Paleólogo ra’y ypykue ha ipehẽngue tuichavéva Constantino XI-gui. Juan VIII ombohasa hetave iñarõg̃uéta oñeha’ã hag̃uáicha, ñembyasy guasúpe, osalva pe Imperio Bizantino omanombatáva umi Otomano poguýgui. Ary 1439-pe, ha’e voi oho Italia-pe ha omoakã pe Concilio de Florencia, upépe ha’e ha pe delegación Ortodoxa Oriental omoneĩ sapy’ami ojoaju jevy hag̃ua Iglesia Católica Romana ndive ha omoneĩ hag̃ua Papa-pe Iglesia akãramo. Constantino el Grande avei omoakã va’ekue pe Concilio de Nicea. Juan VIII oha’arõ kuri ko joaju papado ndive ogueru hag̃ua pytyvõ militar occidental umi Turco-kuéra rehe. Upéicharõ jepe, pe joaju ndogustái eterei va’ekue Constantinopla-pe ha ipahápe ndohupytýi mba’eve. Juan VIII omano ary 1448-pe (mba’asy’ỹ reheve), cinco arynte Constantinopla ho’a mboyve ary 1453-pe. Upéi ipehẽngue Constantino XI oiko emperador ha omano oñorairõvo pe távape’ẽ hag̃ua.</w:t>
      </w:r>
    </w:p>
    <w:p>
      <w:pPr>
        <w:pStyle w:val="ArticleBody"/>
        <w:jc w:val="left"/>
      </w:pPr>
      <w:r>
        <w:rPr>
          <w:rFonts w:ascii="Times New Roman" w:hAnsi="Times New Roman" w:eastAsia="Times New Roman" w:cs="Times New Roman"/>
        </w:rPr>
        <w:t>Juan VIII omano rire 1448-pe, iñermáno Constantino XI ojeporavo hag̃ua hekoviarã. 1448 aja, Imperio Bizantino peteĩ estado michĩva añoite vaʼekue, oĩva ambue poguýpe, ha umi Otomano oreko vaʼekue influencia tuicháva máva oguapýtava trónope Constantinopla-pe. Julio 27, 1449-pe, oiko peteĩ mbaʼe político tuicha mbaʼetereíva umi ára pahápe pe Imperio Bizantino rehegua. Pe Emperador Bizantino Juan VIII Palaiologos omano vaʼekue ymaite 1448-pe. Iñermáno, Constantino XI Palaiologos (pe emperador paha), oñemoherakuã emperador ramo Constantinopla-pe. Upéicharõ jepe, Constantino XI oike mboyve trónope oficialmente, omondo embajador-kuérape pe Sultán Otomano rendápe (Murad II) ha ojerure chupe permiso hag̃ua ogoverna. Pe Sultán omeʼẽ upe permiso, ha upéi añoite Constantino XI oñemongorona formalmente ha oñemoneĩ emperador ramo. Ko tembiapo ojehecha vaʼekue ramo pe ñemeʼẽ hag̃uáicha ijehegui pe independencia bizantina. Peteĩha jey peteĩ emperador bizantino omombeʼu hesakã hag̃uáicha ogoverna hague añoite umi Turco Otomano permiso rupive. Irundy áño rirente, 1453-pe, Constantinopla hoʼa umi Otomano pópe.</w:t>
      </w:r>
    </w:p>
    <w:p>
      <w:pPr>
        <w:pStyle w:val="ArticleBody"/>
        <w:jc w:val="left"/>
      </w:pPr>
      <w:r>
        <w:rPr>
          <w:rFonts w:ascii="Times New Roman" w:hAnsi="Times New Roman" w:eastAsia="Times New Roman" w:cs="Times New Roman"/>
        </w:rPr>
        <w:t>Mbohapy cien noventa y peteĩ ary ha quince ára rire, jasypokõi 27, 1449 guive, jasypoapy 11, 1840-pe, umi Turko oheka Egipto-gui ñemo’ã, omoĩvo ijehe umi irundy pu’aka guasu Europa-pegua poguýpe; péicha oñekumpli profecía peteĩ aravo, peteĩ ára, peteĩ jasy ha peteĩ ary rehegua. Ko’ág̃a jahejáma oñemohenda hag̃ua pe lógica ojeporu hag̃ua pe peteĩha ha mokõiha ñembyasy pe Léi Arateĩ oúvape pya’e. Pedro, techaukaha ramo umi cien cuarenta y cuatro mil rehegua, orrepresenta pe mbohapyha ánhel rembiapo; ha William Miller orrepresenta pe peteĩha ha mokõiha ánhel rembiapo. Mokõivéva umi movimiento ojoaju “llave” ndive.</w:t>
      </w:r>
    </w:p>
    <w:p>
      <w:pPr>
        <w:pStyle w:val="ArticleScripture"/>
        <w:jc w:val="left"/>
      </w:pPr>
      <w:r>
        <w:rPr>
          <w:rFonts w:ascii="Times New Roman" w:hAnsi="Times New Roman" w:eastAsia="Times New Roman" w:cs="Times New Roman"/>
        </w:rPr>
        <w:t>Ha amoĩta hese iati pe óga Davidgua; haʼe oavíta, ha avave noñembotymo’ãi; haʼe ombotýta, ha avave ndoavimo’ãi. Isaías 22:22.</w:t>
      </w:r>
    </w:p>
    <w:p>
      <w:pPr>
        <w:pStyle w:val="ArticleScripture"/>
        <w:jc w:val="left"/>
      </w:pPr>
      <w:r>
        <w:rPr>
          <w:rFonts w:ascii="Times New Roman" w:hAnsi="Times New Roman" w:eastAsia="Times New Roman" w:cs="Times New Roman"/>
        </w:rPr>
        <w:t>Ha che avei ndéve: Nde hína Pedro, ha ko ita ári amopuʼãta che tupao; ha añaretã rokẽnguéra ndoipuʼakamoʼãi hese. Ha ameʼẽta ndéve yvágape guare rréino mbaʼeñemi rokẽnguéra; ha opa mbaʼe rembojoapýva ko yvy ári, ojejapóta ojejopy hag̃ua yvágape; ha opa mbaʼe remosãso vaʼekue ko yvy ári, ojesosóta avei yvágape. Mateo 16:18, 19.</w:t>
      </w:r>
    </w:p>
    <w:p>
      <w:pPr>
        <w:pStyle w:val="ArticleBody"/>
        <w:jc w:val="left"/>
      </w:pPr>
      <w:r>
        <w:rPr>
          <w:rFonts w:ascii="Times New Roman" w:hAnsi="Times New Roman" w:eastAsia="Times New Roman" w:cs="Times New Roman"/>
        </w:rPr>
        <w:t>Ñamotenondéta pe artíkulo oútavape Nínive ñorairõ rehegua “lláve” ramo, ndaha’éi pe oipe’áva añoite pe yvykua pypuku’ỹva, síno pe lláve profétika omohenda hag̃ua perfecto hag̃ua opaite testimónio Daniel kapítulo once-gua. Miller kérape, pe “lláve” oñembojoajúva pe káha rehe ha’eva’ekue Miller rembiapo tapicha oñemoarandu hag̃ua la Biblia rehe. Ojehechauka porãramo umi téxto pe tembiasakue Millerita rehegua, oñembojoajúvo “línea ári línea” pe tercer ánhel rembiasakuépe, upéva hína pe lláve ohejáva hag̃ua Apocalipsis nueve pe lláve oipe’a ha omohenda hag̃ua pe tembiasakue kañymby versíkulo cuarenta pe marandu okapeguápe.</w:t>
      </w:r>
    </w:p>
    <w:p>
      <w:pPr>
        <w:pStyle w:val="ArticleBody"/>
        <w:jc w:val="left"/>
      </w:pPr>
      <w:r>
        <w:rPr>
          <w:rFonts w:ascii="Times New Roman" w:hAnsi="Times New Roman" w:eastAsia="Times New Roman" w:cs="Times New Roman"/>
        </w:rPr>
        <w:t>Jaseguíta ñaneñehesa’ỹijo pe artíkulo oúvape.</w:t>
      </w:r>
    </w:p>
    <w:p>
      <w:pPr>
        <w:pStyle w:val="ArticleScripture"/>
        <w:jc w:val="left"/>
      </w:pPr>
      <w:r>
        <w:rPr>
          <w:rFonts w:ascii="Times New Roman" w:hAnsi="Times New Roman" w:eastAsia="Times New Roman" w:cs="Times New Roman"/>
        </w:rPr>
        <w:t>“Profétape, pe rueda peteĩ ótro pehẽmegua, ha umi mba’e ojehecháva umi tekove oikovéva rehegua, ha umíva ndive ojoajúva, opa mba’e ogueru chupe peteĩ mba’e ijetu’úva ha ndaikatúiva oñemyesakã. Péro umi rueda apytépe ojehecha Arandu Infinito po, ha opa mba’e oĩ porãite ha peteĩchapa, ha upéva ha’e hembiapo rendýi. Káda rueda omba’apo joaju porãite opaite ambue rueda ndive.” Testimonies to Ministers, 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Tembiasakue Kañymby Ayvu Papy Mokõipa Irundyha rehegua - Papapy Poteĩpa Soingoeha’ẽ|meta_sep|&gt;confidence</dc:title>
  <dc:subject>Mokõiha Ai — Mbohapyha Parte</dc:subject>
  <dc:creator>Jeff Pippenger</dc:creator>
  <cp:keywords/>
  <dc:description>Generated by ArticleDigger from hidden_history\16_hidden_history.json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