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Papakue Irundypa—Papapy Pakõi}</w:t>
      </w:r>
    </w:p>
    <w:p>
      <w:pPr>
        <w:pStyle w:val="ArticleSubtitle"/>
        <w:jc w:val="left"/>
      </w:pPr>
      <w:r>
        <w:rPr>
          <w:rFonts w:ascii="Arial" w:hAnsi="Arial" w:eastAsia="Arial" w:cs="Arial"/>
        </w:rPr>
        <w:t>Mokõiha Aipo — Parte Irundy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ha 637</w:t>
      </w:r>
    </w:p>
    <w:p>
      <w:pPr>
        <w:pStyle w:val="ArticleBody"/>
        <w:jc w:val="left"/>
      </w:pPr>
      <w:r>
        <w:rPr>
          <w:rFonts w:ascii="Times New Roman" w:hAnsi="Times New Roman" w:eastAsia="Times New Roman" w:cs="Times New Roman"/>
        </w:rPr>
        <w:t>Pe “lláve” ombojuru hag̃ua pe yvykua pypuku’ỹva ha’e pe ñorairõ Nineveh-peguá, oñemohu’ãva ary 627-pe, po ary mboyve Mahoma omano haguã ary 632-pe. Po ary rire, ary 637-pe, umi mbarete musulmán oguereko pe táva guasu Persia pegua, peteĩva umi mokõi tuichavéva pu’aka rehegua oikeva’ekue pe ñorairõ Nineveh-pe. Ko mba’e oikóva omoambue mbarete joja Mbyte Oriente-pe peteĩ hendáicha tuichaitéva. Pe ñorairõ Nineveh-peguá ary 627-pe ombokangy pe Persia Mburuvicharenda mbarete, ha pa ary rire pe Persia Mburuvicharenda opa.</w:t>
      </w:r>
    </w:p>
    <w:p>
      <w:pPr>
        <w:pStyle w:val="ArticleHeading"/>
        <w:jc w:val="left"/>
      </w:pPr>
      <w:r>
        <w:rPr>
          <w:rFonts w:ascii="Arial" w:hAnsi="Arial" w:eastAsia="Arial" w:cs="Arial"/>
        </w:rPr>
        <w:t>Ñemotĩ — 782</w:t>
      </w:r>
    </w:p>
    <w:p>
      <w:pPr>
        <w:pStyle w:val="ArticleBody"/>
        <w:jc w:val="left"/>
      </w:pPr>
      <w:r>
        <w:rPr>
          <w:rFonts w:ascii="Times New Roman" w:hAnsi="Times New Roman" w:eastAsia="Times New Roman" w:cs="Times New Roman"/>
        </w:rPr>
        <w:t>Ciento cincuenta ary Mohammed omanóva rire ary 632-pe, pe Kampáña Abasida ary 782-pe, pe ehérsito abasida (oje’e hag̃uáicha amo 95.000 kuimba’e) omoñepyrũ peteĩ jeike guasu yvy bizantina ryepýpe Asia Menor-pe (Turquía ko’ag̃agua). Oho hikuái peve Chrysopolis-pe, Bosporus Ysyry Po’i rováiite Constantinopla-gui—hi’aguĩeterei hag̃ua pe táva guasu bizantino-gui. Umi bizantino, Emperatriz Irene poguýpe, ohasa peteĩ jejopy vaietereíva. Upévare, umi bizantino ojejopy ova hag̃ua omboheraguapy peteĩ tregua mbohapy ary pukúva, omoneĩvo opaga hag̃ua peteĩ tributo tuicha arýgui ary pe ári (amo 70.000–90.000 dinar óro), ha avei ome’ẽ hag̃ua ao de séda ha hostage-kuéra. Ko kampáña ha’e va’ekue peteĩva umi jeike abasida tuichavéva ha osẽ porãvéva umi yvy bizantina ári, siglo 8 javeve. Ohechauka porãkuri pe mbarete okakuaáva Califato Abasida rehegua ha pe imperio bizantino kangy ohóvoha tapiaite.</w:t>
      </w:r>
    </w:p>
    <w:p>
      <w:pPr>
        <w:pStyle w:val="ArticleHeading"/>
        <w:jc w:val="left"/>
      </w:pPr>
      <w:r>
        <w:rPr>
          <w:rFonts w:ascii="Arial" w:hAnsi="Arial" w:eastAsia="Arial" w:cs="Arial"/>
        </w:rPr>
        <w:t>Po jasy hag̃ua hag̃ua hag̃en</w:t>
      </w:r>
    </w:p>
    <w:p>
      <w:pPr>
        <w:pStyle w:val="ArticleBody"/>
        <w:jc w:val="left"/>
      </w:pPr>
      <w:r>
        <w:rPr>
          <w:rFonts w:ascii="Times New Roman" w:hAnsi="Times New Roman" w:eastAsia="Times New Roman" w:cs="Times New Roman"/>
        </w:rPr>
        <w:t>Apocalipsis capítulo nueve-pe, “cinco meses” ojokupytýva cien cincuenta ary rehe oñemombe’u mokõi jey; peteĩ jey versículo cinco-pe ha ambue jey versículo diez-pe.</w:t>
      </w:r>
    </w:p>
    <w:p>
      <w:pPr>
        <w:pStyle w:val="ArticleScripture"/>
        <w:jc w:val="left"/>
      </w:pPr>
      <w:r>
        <w:rPr>
          <w:rFonts w:ascii="Times New Roman" w:hAnsi="Times New Roman" w:eastAsia="Times New Roman" w:cs="Times New Roman"/>
        </w:rPr>
        <w:t>Ha oñeme’ẽ chupekuéra ani hag̃ua ojuka umi tapichápe, síno oñembohasa asy hag̃ua chupekuéra cinco jasy pukukue; ha iñembohasa asy ojogua escorpión rembiopicha rehe, oinupã jave peteĩ kuimba’épe. Ha umi árape yvyporakuéra oheka va’erã mano, ha ndojuhumo’ãi; ha oipotase va’erã omano, ha mano okañýta chuguikuéra. Ha umi tucura ra’ãnga ojogua kavaju oñembosako’ívape ñorãirõrã; ha iñakã ári oĩva’ekue ku oro-icha joguáva, ha hova kuimba’e rova-icha. Ha oguereko hag̃uarõ kuña akãrague-icha, ha hãi león rãi-icha. Ha oguereko pyti’a jaho’i, hierro pyti’a jaho’i-icha guáicha; ha ipepo ryapu ojogua kárro heta kavaju rehegua osẽva ñorãirõhápe ryapúpe. Ha oguereko huguái escorpión-icha, ha huguáipe oĩva’ekue inupãha; ha ipu’aka ha’e va’ekue ombohasa asy hag̃ua yvyporakuérape cinco jasy pukukue. Apocalipsis 9:5–10.</w:t>
      </w:r>
    </w:p>
    <w:p>
      <w:pPr>
        <w:pStyle w:val="ArticleBody"/>
        <w:jc w:val="left"/>
      </w:pPr>
      <w:r>
        <w:rPr>
          <w:rFonts w:ascii="Times New Roman" w:hAnsi="Times New Roman" w:eastAsia="Times New Roman" w:cs="Times New Roman"/>
        </w:rPr>
        <w:t>Oĩ mokõi ára profétika iñambuéva peteĩteĩ ciento cincuenta ary pe trompéta poha Apocalipsis capítulo 9-pe. Peteĩha ohóvo Mahoma omanóva guive ary 632-pe peve, pe Emperatriz Irene, Roma Kuarahyresẽgua rehegua, ñemomirĩ meve ary 782-pe. Capítulo 9 omombe’u Islam ñepyrũ peteĩ hendáicha iporãitereíva. Tribal kuéra joaju guive ary 606-pe, pe ñorairõ Nínive-pe ary 627-pe, Mahoma omanóvo ary 632-pe, upéi Persia ñemboguevi peve ary 637-pe, Islam ñepu’ã ha ho’a ojehapykueho porã Ñandejára ñe’ẽ profétikape. Arabia pegua Islam ha’e pe pokatu oĩva pe peteĩha profecía ciento cincuenta ary rehegua, jehasa’asy rehegua. Mahoma ombojoaju va’ekue umi tribu ary 606-pe; upéi pe ñorairõ “lláve” Nínive-pe ary 627-pe, upéi Mahoma ñe’ẽmarandu Persia ha Roma mokõivéva opa hag̃uáre ary 628 rupi, ha upégui oho peve hemanóvo ary 632-pe. Ko’ã ára ohechauka peteĩ joaju porãiteva’ekue umi mba’e oikóva Islam rape rehe.</w:t>
      </w:r>
    </w:p>
    <w:p>
      <w:pPr>
        <w:pStyle w:val="ArticleBody"/>
        <w:jc w:val="left"/>
      </w:pPr>
      <w:r>
        <w:rPr>
          <w:rFonts w:ascii="Times New Roman" w:hAnsi="Times New Roman" w:eastAsia="Times New Roman" w:cs="Times New Roman"/>
        </w:rPr>
        <w:t>Ciento cincuenta ary rire Mahoma omano haguére ary 632-pe, Islam mbaretekue renda oñemoambue Arabia-gui Turquía-pe, ombojevykuévo Roma Oriental-pe opa peve Constantinopla peve. Pe ñembyasy peteĩha ohechauka vaʼekue Arabia pegua Islam, ha pe ñembyasy mokõiha ohechauka vaʼekue Turquía pegua Islam. Pe ñembyasy peteĩha ryepýpe, mokõivéva umi profecía ára rehegua ciencuenta ary rehegua ohechauka pe joavy Islam Arabia pegua ha Islam Turquía pegua apytépe, upéicha avei ojehechauka pe añetegua peteĩchagua joavy pe ñembyasy peteĩha ha mokõiha apytépe.</w:t>
      </w:r>
    </w:p>
    <w:p>
      <w:pPr>
        <w:pStyle w:val="ArticleBody"/>
        <w:jc w:val="left"/>
      </w:pPr>
      <w:r>
        <w:rPr>
          <w:rFonts w:ascii="Times New Roman" w:hAnsi="Times New Roman" w:eastAsia="Times New Roman" w:cs="Times New Roman"/>
        </w:rPr>
        <w:t>Peteĩha cien cincuenta ary ñepyrũ oguereko Pérsia ñehundi reheve ha opa Roma ojepytaso hag̃ua Constantinopla murálla ryepýpe. Mokõiha ára pehẽngue cien cincuenta ary oñepyrũ Osmán rembipu’aka Nicomedia-pe. Pe otománo kuéra rembipu’aka Nicomedia-pe oñe’ẽ Nicomedia jejoko rehe (ko árape İzmit, Turquía), oikova’ekue ary 1333 guive 1337 peve, upe jave Sultán Orhan Gazi (Osman I ra’y, pe otománo Beylik moñepyrũhára) ombojere pe táva bizantino tuicháva ha iñimportánteva, Nicomedia. Pe táva opyta mbarete heta ary aja, péro ipahápe oñeme’ẽ ary 1337-pe ñembyahýi ha tembi’u ha opaichagua ñembosako’i’ỹ rupi. Pe ñorairõhára aty bizantino ojeheja osẽ hag̃ua Constantinopla gotyo. Nicomedia peteĩva umi paha mbareteha guasu bizantino kuéra rehegua Asia Menor-pe (Anatolia). I’a hag̃ua, añetehápe, omohu’ãkuri pe control bizantino hetave Anatolia kuarahyreike gotyo rehe. Ko rembipu’aka ome’ẽkuri otománo kuérape omombarete hag̃ua ipokatu Bitinia-pe ha oñembotuichave hag̃ua Bosphorus ysyry renda gotyo. Upéva peteĩ tuicha jepysokuekue raka’e pe ipahápe otománo kuéra ogueraha hag̃ua Constantinopla (upéva oiko peteĩ siglo rasami rire, ary 1453-pe). Pe jejoko heta jey ojehecha peteĩva umi tenonderã rembipu’aka iñimportantevéva apytépe, omoambuéva pe michĩva otománo beylik peteĩ pokatu tetãygua okakuaáva ramo.</w:t>
      </w:r>
    </w:p>
    <w:p>
      <w:pPr>
        <w:pStyle w:val="ArticleBody"/>
        <w:jc w:val="left"/>
      </w:pPr>
      <w:r>
        <w:rPr>
          <w:rFonts w:ascii="Times New Roman" w:hAnsi="Times New Roman" w:eastAsia="Times New Roman" w:cs="Times New Roman"/>
        </w:rPr>
        <w:t>Pe mokõiha cincuenta ary cincuenta ary ro’y ryepýpe, pe trompéta peteĩhágui, oñemohu’ãvo 27 de julio de 1449-pe, pe pahague Constantino ojerure permiso pe sultán islámico-pe ojupi hag̃ua pe tróno Roma Oriental pegua ári, upéicha rupi ohasa pe jeheja’ópe ohasáva’ekue pe Emperatriz Irene pe pahápe umi peteĩha ciento cincuenta ary Apocalipsis nueve pegua mokõi “cinco jasy” aravopegua. Pe ñemotĩ “Emperatriz Irene” rehegua ha avei “Constantino pe pahague” rehegua ohechauka hag̃ua pe ñemotĩ upe riregua umi Otomano-kuéra rehegua, araka’e pe mokõiha ñembyasýpe pe ára-profesía oñemohu’ãvo, ha’ekuéra oheka jave ñangareko umi irundy tuicha pokatu europeo-gui Egipto ñemongyhyje-gui.</w:t>
      </w:r>
    </w:p>
    <w:p>
      <w:pPr>
        <w:pStyle w:val="ArticleHeading"/>
        <w:jc w:val="left"/>
      </w:pPr>
      <w:r>
        <w:rPr>
          <w:rFonts w:ascii="Arial" w:hAnsi="Arial" w:eastAsia="Arial" w:cs="Arial"/>
        </w:rPr>
        <w:t>Panteón</w:t>
      </w:r>
    </w:p>
    <w:p>
      <w:pPr>
        <w:pStyle w:val="ArticleBody"/>
        <w:jc w:val="left"/>
      </w:pPr>
      <w:r>
        <w:rPr>
          <w:rFonts w:ascii="Times New Roman" w:hAnsi="Times New Roman" w:eastAsia="Times New Roman" w:cs="Times New Roman"/>
        </w:rPr>
        <w:t>Umi pionéro kuéra ontende porã ha ombo’e porã hague pe ñe’ẽjoaju “ituparã renda ojeity yvýre” oĩva Daniel capítulo 8, versículo 11-pe, oñekumpli hague Constantino rupive.</w:t>
      </w:r>
    </w:p>
    <w:p>
      <w:pPr>
        <w:pStyle w:val="ArticleScripture"/>
        <w:jc w:val="left"/>
      </w:pPr>
      <w:r>
        <w:rPr>
          <w:rFonts w:ascii="Times New Roman" w:hAnsi="Times New Roman" w:eastAsia="Times New Roman" w:cs="Times New Roman"/>
        </w:rPr>
        <w:t>Haʼe oñemombaʼeguasu voi pe ehérsito Ruvicha peve; ha hese rupi ojeipeʼa pe mymbajuka ára ha ára, ha pe tenda isantuariopegua oñemombo yvýre.</w:t>
      </w:r>
    </w:p>
    <w:p>
      <w:pPr>
        <w:pStyle w:val="ArticleBody"/>
        <w:jc w:val="left"/>
      </w:pPr>
      <w:r>
        <w:rPr>
          <w:rFonts w:ascii="Times New Roman" w:hAnsi="Times New Roman" w:eastAsia="Times New Roman" w:cs="Times New Roman"/>
        </w:rPr>
        <w:t>Pe “santuario” ko’ẽrã ojehechauka vaʼekue hína pe témplo Pantheon oĩva táva Roma-pe, ha pe “renda” upe témplo rehegua vaʼekue Roma. Roma oñemombo yvýpe Constantino rupi, haʼe oiporavórõ guare ombohasávo iimperio tavaguasu Constantinopla-pe áño 330-pe. Pe versíkulo once ojoaju Apocalipsis trece ndive, ha pe versíkulo mokõi ohechauka hína umi tembiapo oikóva peteĩchagua.</w:t>
      </w:r>
    </w:p>
    <w:p>
      <w:pPr>
        <w:pStyle w:val="ArticleScripture"/>
        <w:jc w:val="left"/>
      </w:pPr>
      <w:r>
        <w:rPr>
          <w:rFonts w:ascii="Times New Roman" w:hAnsi="Times New Roman" w:eastAsia="Times New Roman" w:cs="Times New Roman"/>
        </w:rPr>
        <w:t>Ha pe mymba guasu ahecháva’ekue ojogua peteĩ jaguaretépe, ha ipykuéra ojogua peteĩ oso pykuérape, ha ijuru peteĩ león jurúicha; ha pe dragón ome’ẽ chupe ipokatu, isádo, ha tuicha pokatu.</w:t>
      </w:r>
    </w:p>
    <w:p>
      <w:pPr>
        <w:pStyle w:val="ArticleBody"/>
        <w:jc w:val="left"/>
      </w:pPr>
      <w:r>
        <w:rPr>
          <w:rFonts w:ascii="Times New Roman" w:hAnsi="Times New Roman" w:eastAsia="Times New Roman" w:cs="Times New Roman"/>
        </w:rPr>
        <w:t>Pe dragón ha’e kuri Roma pagã, ha Roma pagã ome’ẽ kuri i “apyka” pokatu rehegua tupao Romape ary 330-pe, omonguévo táva guasu kuaapy gotyo kuarahyreike gotyo, upéicha ohejávo peteĩ pa’ũ pokatu rehegua, upe tupao papal vy’apópe oipuru porã va’ekue. Ñañepyrũramo ñamohenda hag̃ua Roma kuarahyreikegua línea ary 330 guive 1453 peve, jajuhu, marandurã Roma kuarahyreikegua ñepyrũme, táva Roma oñemotĩhague Constantino omboykére Roma. Upe ñemotĩ ojejapo jeýkuri Emperatris Irene reheve ary 782-pe, upe peteĩha cien cincuenta ary ñembohasa asýpe opa jave. Mokõivéva umi ñemotĩ ojejapo jeykuri Constantino pahaguéva rupive.</w:t>
      </w:r>
    </w:p>
    <w:p>
      <w:pPr>
        <w:pStyle w:val="ArticleHeading"/>
        <w:jc w:val="left"/>
      </w:pPr>
      <w:r>
        <w:rPr>
          <w:rFonts w:ascii="Arial" w:hAnsi="Arial" w:eastAsia="Arial" w:cs="Arial"/>
        </w:rPr>
        <w:t>Jekakuaa ijojaha’ỹva ha Ho’a hag̃ua isarambi hag̃uáicha</w:t>
      </w:r>
    </w:p>
    <w:p>
      <w:pPr>
        <w:pStyle w:val="ArticleBody"/>
        <w:jc w:val="left"/>
      </w:pPr>
      <w:r>
        <w:rPr>
          <w:rFonts w:ascii="Times New Roman" w:hAnsi="Times New Roman" w:eastAsia="Times New Roman" w:cs="Times New Roman"/>
        </w:rPr>
        <w:t>Pe quintoha ha poteĩha trompéta Apocalipsis nueve-pe ome’ẽ umi mba’e porãite oñembohesakáva Roma kuarahyresẽ gotyo hoʼáramo guare rehe, ha avei omoĩ kuatia ári Islam puʼã ha hoʼa rehegua rembiasakue. Ñeñandupyru ñanemboʼe ñahesaʼỹijo hag̃ua umi rréino “puʼã ha hoʼa” Daniel ha Apocalipsis kuatiakuérape. Umi rréino oguereko peteĩteĩ imbaʼekuaarã tee ijojahaʼỹva, ojoajúva iñambue hag̃ua umi “ipuʼã ha ihoʼa” rehe. Judá hoʼa oguahẽkuri mbohapy jejopy Jerusalén rehe rupive. Umi hebreo-kuéra ojegueraha Babilóniape ha ojevy jeýta mbohapy decreto rupive, upéva omoñepyrũta umi 2.300 ary ogueraháva umi mbohapy ánhel oike hag̃ua tembiasakue-pe 1798 guive 1844 peve. Babilonia hoʼákuri peteĩ pyharepytépe. Roma oñembyai ha, upéva ryepýpe, mokõi aspecto Roma rehegua oñemoĩkuri tenonde gotyo, ojehechaukáva Roma kuarahyreike gotyo térã Roma kuarahyresẽ gotyo ramo. Ptolomeo mburuvichaguasu ha Seleuco mburuvichaguasu puʼã ha hoʼa, Daniel once ñepyrũmby mbohapýha rupi, ohechaukaramo pe Roma papal puʼã ha hoʼa. Upe testimonio haʼe mante pe rembiasakue paha Alejandro rehegua ha Grecia oñembyai hag̃ua rehegua. Roma ndahaʼéi haguéicha, Grecia oñembojaʼókuri irundy hendápe ha ipahápe mokõime ojepytaso. Roma oñembojaʼo kuarahyresẽ ha kuarahyreike gotyo, ha upéi Roma kuarahyreike gotyo oñembojaʼo profétikamente mbohapýpe, ohechaukáva Roma ñesãmbyhy mbohapy hendáicha. Roma kuarahyresẽ gotyo rehe katu, Constantino ombojaʼókuri imburuvichagua mbohapy itaʼýra apytépe. Hesakã porã Roma kuarahyreike gotyo ha Roma kuarahyresẽ gotyo haʼeha líneas paralelas ohechaukáva pe tupao romano ha pe estado romano. Upe mokõiha división ndive oĩ avei peteĩ división mbohapyha. Grecia irundy guive mokõime, Babilonia peteĩ pyharepýpe, Judá mbohapy jejopy rupive. Islam rehe katu, ipuʼã “ojeheja hag̃uáicha” oñemohaʼangahína, ha ihoʼa katu “jejoko” ramo.</w:t>
      </w:r>
    </w:p>
    <w:p>
      <w:pPr>
        <w:pStyle w:val="ArticleBody"/>
        <w:jc w:val="left"/>
      </w:pPr>
      <w:r>
        <w:rPr>
          <w:rFonts w:ascii="Times New Roman" w:hAnsi="Times New Roman" w:eastAsia="Times New Roman" w:cs="Times New Roman"/>
        </w:rPr>
        <w:t>Ijepu’ã oñepyrũkuri Mahoma ndive ha oñeñapytĩ kuri 11 jasypoapy 1840-pe. Ojeheja jey chupekuéra ha pya’e oñeñapytĩ jey 9/11-pe. Ko’ãg̃a ramoite ojeheja jey kuri 7 jasypa 2023-pe ha upe guive oñeñapytĩ hína Gaza-pe. Islam ojeheja jeýta jey hag̃ua omoĩ hag̃ua pe mymba ra’ãnga. Pe línea maranduhai profético islámico rehegua, oñerrepresentáva Apocalipsis aranduka capítulo nueve guive once peve, omombe’u pe historia profética Islam rehegua mbohapyha mba’asy guasu rehegua. “Pe historia profética Islam rehegua mbohapyha mba’asy guasu rehegua” oñerrepresenta avei séptimo ha avei mbohapyha ánhel rupive. Pe mbohapyha ánhel og̃uahẽ 22 jasypa 1844-pe pe séptimo ánhel oñepyrũrõ guare osuena. Pe mbohapyha ánhel ha pe mbohapyha mba’asy guasu og̃uahẽ historia profética-pe 9/11-pe. 9/11 guive pe léi domingo peve, pe historia profética peteĩha ha mokõiha mba’asy guasu rehegua oĩma ha ko’ág̃a peve, ojerejey hína.</w:t>
      </w:r>
    </w:p>
    <w:p>
      <w:pPr>
        <w:pStyle w:val="ArticleBody"/>
        <w:jc w:val="left"/>
      </w:pPr>
      <w:r>
        <w:rPr>
          <w:rFonts w:ascii="Times New Roman" w:hAnsi="Times New Roman" w:eastAsia="Times New Roman" w:cs="Times New Roman"/>
        </w:rPr>
        <w:t>Pe “llave” ñorairõ Nínivegua rehegua ombojoaju mokõi pu’aka, Róma ha Persia, Islam rehe peteĩ jehe’a directa ha ndaikatúiva oñemboja’o. Nínive ohechauka hesakãvéva opa ambue Escritura pehẽgui umi mokõi Róma rembiapo vaiha ojupive hag̃ua—Róma kuarahyreikévo ha Róma kuarahyresẽvo—peve ijapávo mbeguekatúpe.</w:t>
      </w:r>
    </w:p>
    <w:p>
      <w:pPr>
        <w:pStyle w:val="ArticleBody"/>
        <w:jc w:val="left"/>
      </w:pPr>
      <w:r>
        <w:rPr>
          <w:rFonts w:ascii="Times New Roman" w:hAnsi="Times New Roman" w:eastAsia="Times New Roman" w:cs="Times New Roman"/>
        </w:rPr>
        <w:t>Herodes ha’e peteĩ símbolo dragón rehegua; ha’e ohechauka Roma-pe. Dragón oĩva ko yvy paha gotyo ha’e Naciones Unidas. Pe léi domingo-pe pe mburuvichakuéra peteĩha poteĩha ho’a, pe pokõiha oñepyrũ, ha katu ome’ẽ hikuái imburuvichakuéra pe poapyha mburuvichakuérape hekove’arambotyha arete teepe. Pe pokõiha mburuvichakuéra ramoite onase, ha pya’e voi omoneĩ ome’ẽ hag̃ua imburuvichakuéra Babilonia kuña reko vaípe peteĩ aravo pukukue, Herodes oprometehaguéicha Salomé-pe peve mbyte rupi iguýpeguáicha iguýpeguare.</w:t>
      </w:r>
    </w:p>
    <w:p>
      <w:pPr>
        <w:pStyle w:val="ArticleBody"/>
        <w:jc w:val="left"/>
      </w:pPr>
      <w:r>
        <w:rPr>
          <w:rFonts w:ascii="Times New Roman" w:hAnsi="Times New Roman" w:eastAsia="Times New Roman" w:cs="Times New Roman"/>
        </w:rPr>
        <w:t>Pe puntoite Estados Unidos ho’a, umi Naciones Unidas heñói ha pe joaju mbohapyvegua oñemoĩ en práctica. Herodes ha’e pe dragón, ha Herodías ha’e pe papado, ha Estados Unidos ha’e Salomé. Herodes oĩkuri peteĩ joaju omendápe ndaiporihápe tekojoja, pórke omenda va’ekue iñermáno rembirekóre, ha nivel proféticorõ oĩkuri peteĩ relación incestuosa-pe Salomé ndive, pórke hesakã porã ojehecha hag̃uáicha ha’e oipotaiterei hague chupe ojeroky aja. Pe dragón oguereko relación mokõivéva ndive, sy ha tajýra ndive. Kóva tuicha mba’e ojehechakuaa hag̃ua reñemoĩ jave remohenda hag̃ua Roma kuarahyreikegua ha kuarahyresẽgua orepresentaha respectivamente pe ñembo’eha rembiporu ha estado rembiporu. Roma, pe irundyha mburuvichaguasu profecía bíblica-pe, omoĩkuri pe papado guapyhápe nivel proféticorõ, ha upéicha ojapóvo ohechauka hag̃ua Estados Unidos-pe, omoĩtaha jeýva pe papado guapyhápe.</w:t>
      </w:r>
    </w:p>
    <w:p>
      <w:pPr>
        <w:pStyle w:val="ArticleBody"/>
        <w:jc w:val="left"/>
      </w:pPr>
      <w:r>
        <w:rPr>
          <w:rFonts w:ascii="Times New Roman" w:hAnsi="Times New Roman" w:eastAsia="Times New Roman" w:cs="Times New Roman"/>
        </w:rPr>
        <w:t>Roma kuarahyresẽgua peve oguejy ohóvo 330 guive 476 peve ohechauka Estados Unidos oguejy ohóvo 1798 guive pe léi domingo peve. Ary “330” ha ary “1798” mokõivéva ha’e techaukaha maranduhára hérava “ára oñemoĩmava” térã “paha ára” Daniel kuatiañe’ẽme. 330 ohechauka Roma kuarahyreikegua ha kuarahyresẽgua ñepyrũ. Mokõivéva paha ha’e mburuvicha romano ñemomirĩ, peteĩchaite Constantino omomirĩ haguéicha táva Roma-pe ñepyrũrãme. 476 ha’e peteĩ aravo maranduhára paha ohechaukáva mba’éichapa Roma rekokatuete político oñembyai mbohapy hatua rupi. Upe aravo, oñepyrũva táva oñemboykévo 330-pe, ojeguerohory rire oúkuri opaite iñemohendapy político ñemomirĩ—ipehẽngue republica jeguaka, va’ekue Roma yma guarépe iñembotuicha hag̃ua tenonderãite, oñembyahýi ha oñembyaipaite, ha ipahápe oguahẽ 476-pe, upérõ ndopytamo’ãvéi Roma ári mba’eveichagua mburuvicha oúva peteĩ tuguy romano añeteguágui. Mokõi línea Roma rehegua oñepyrũva ary 330-pe, ha pe jehasa oñemohendahápe umi mokõi línea, oguereko avei mokõi línea maranduhára po jasy rehegua. Roma kuarahyreikegua línea oñepyrũ ha opa ñemomirĩ ohóvo reheve. Roma kuarahyresẽgua línea oñepyrũ ha opa ñemomirĩ ohóvo reheve ary 1449-pe, Constantino pahagua ojerure jave permiso ogoverna hag̃ua.</w:t>
      </w:r>
    </w:p>
    <w:p>
      <w:pPr>
        <w:pStyle w:val="ArticleBody"/>
        <w:jc w:val="left"/>
      </w:pPr>
      <w:r>
        <w:rPr>
          <w:rFonts w:ascii="Times New Roman" w:hAnsi="Times New Roman" w:eastAsia="Times New Roman" w:cs="Times New Roman"/>
        </w:rPr>
        <w:t>Peteĩ umi po jasy pegua ára mboyvegua ogueraha árabe Islam paha peve maranduhára ñe’ẽmondo ñemomýi ramo, ha turko Islam ñepyrũ peve ary 782-pe. Upe árape Emperatríz Irene oñemotĩ, ojoajúvo Constantino pahaguéva ñemotĩ rehe ndive, mokõiha po-jasy maranduhára ñe’ẽmondo pahápe. Mokõi maranduhára ñe’ẽmondo po-jasy rehegua peteĩ tembiasakue peteĩteĩha pype, oguerekóva pa aranduka’i. Peteĩva ohechauka Arabia pegua Islam rembiasakue; ambuéva katu Turquía pegua Islam. Mokõivéva oñemohu’ã Roma oriental ñemotĩ reheve. Peteĩ maranduhára ñe’ẽmondo rembiapokue paha oñekumpli kuña oñemotĩ rupi, ha ambuéva kuimba’e rupi. Tysýi ári tysýi, umíva ohechauka tupao ha estado Roma oriental pegua ñemotĩ. Mokõive ñemotĩ ogueru Islam, pe ñembyasýi peteĩha pegua. Constantino pahaguéva ñemotĩ ary 1449-pe oñepyrũ peteĩ arýi irundy pegua ára, opa hag̃uáicha ary 1453-pe, Constantinopla muralla-kuéra ho’áramo. 1449 ohechauka peteĩ ñemotĩ, ha 1453-pe muralla-kuéra ho’a ha peteĩ reino opa.</w:t>
      </w:r>
    </w:p>
    <w:p>
      <w:pPr>
        <w:pStyle w:val="ArticleHeading"/>
        <w:jc w:val="left"/>
      </w:pPr>
      <w:r>
        <w:rPr>
          <w:rFonts w:ascii="Arial" w:hAnsi="Arial" w:eastAsia="Arial" w:cs="Arial"/>
        </w:rPr>
        <w:t>Mohammed Mano hag̃ua</w:t>
      </w:r>
    </w:p>
    <w:p>
      <w:pPr>
        <w:pStyle w:val="ArticleBody"/>
        <w:jc w:val="left"/>
      </w:pPr>
      <w:r>
        <w:rPr>
          <w:rFonts w:ascii="Times New Roman" w:hAnsi="Times New Roman" w:eastAsia="Times New Roman" w:cs="Times New Roman"/>
        </w:rPr>
        <w:t>Peteĩ umi mokõi período irundy ha peteĩ jasy pukukue guive oñepyrũ Mahoma mano reheve, haʼe oñemombeʼúva “mburuvicha guasu oĩ vaʼekue hiʼári” ramo pe versíkulo once-pe.</w:t>
      </w:r>
    </w:p>
    <w:p>
      <w:pPr>
        <w:pStyle w:val="ArticleScripture"/>
        <w:jc w:val="left"/>
      </w:pPr>
      <w:r>
        <w:rPr>
          <w:rFonts w:ascii="Times New Roman" w:hAnsi="Times New Roman" w:eastAsia="Times New Roman" w:cs="Times New Roman"/>
        </w:rPr>
        <w:t>Ha oguereko hikuái peteĩ mburuvicha hi’ári kuéra, ha’éva pe ánhel yvykua pypuku’ỹmegua, héra hebreo ñe’ẽme ha’e Abadón, ha griego ñe’ẽme katu héra Apolión.</w:t>
      </w:r>
    </w:p>
    <w:p>
      <w:pPr>
        <w:pStyle w:val="ArticleBody"/>
        <w:jc w:val="left"/>
      </w:pPr>
      <w:r>
        <w:rPr>
          <w:rFonts w:ascii="Times New Roman" w:hAnsi="Times New Roman" w:eastAsia="Times New Roman" w:cs="Times New Roman"/>
        </w:rPr>
        <w:t>Huvichakuéra ruvicha vaʼekue Mahoma, pórke haʼe oñemombeʼu porãma pe peteĩha versíkulope; upévare ndahaʼéi ambue figura islámica, haʼe hína Mahoma pe mburuvicha guasu, ha peteĩ mburuvicha guasu haʼe peteĩ tetãnguéra sãmbyhy, ha Islam haʼe Mahoma rréino.</w:t>
      </w:r>
    </w:p>
    <w:p>
      <w:pPr>
        <w:pStyle w:val="ArticleScripture"/>
        <w:jc w:val="left"/>
      </w:pPr>
      <w:r>
        <w:rPr>
          <w:rFonts w:ascii="Times New Roman" w:hAnsi="Times New Roman" w:eastAsia="Times New Roman" w:cs="Times New Roman"/>
        </w:rPr>
        <w:t>Ha pe ánhel ombopúma, ha ahecha peteĩ mbyja ho’áva yvágagui yvy ári; ha chupe oñeme’ẽ pe yvykua pypuku’ỹva lláve. Ha’e oipe’a pe yvykua pypuku’ỹva; ha osẽ pe yvykua guive peteĩ tatatĩ, peteĩ horno tuicháva ratatĩicha; ha kuarahy ha yvytu pytũmby pe yvykua ratatĩ rupi. Ha pe tatatĩgui osẽ tuku kuéra yvy ári; ha chupekuéra oñeme’ẽ pokatu, umi teju jagua yvy arigua oguerekoháicha pokatu. Apocalipsis 9:1–3.</w:t>
      </w:r>
    </w:p>
    <w:p>
      <w:pPr>
        <w:pStyle w:val="ArticleBody"/>
        <w:jc w:val="left"/>
      </w:pPr>
      <w:r>
        <w:rPr>
          <w:rFonts w:ascii="Times New Roman" w:hAnsi="Times New Roman" w:eastAsia="Times New Roman" w:cs="Times New Roman"/>
        </w:rPr>
        <w:t>Peteĩha ha mokõiha ñembyasy jevyjey mbohapyha ñembyasýpe ojoja peteĩha ha mokõiha ánhel jevyjey rehe mbohapyha ánhel ryepýpe. Mahoma, mburuvicha guasu, oñeme'ẽ chupe pe llave ombotypykuaa hag̃uáicha pe yvykua ipypuku'ỹvape, ha 9/11 ohechauka araka'épa pe mbohapyha ánhel oñemombarete. Upérõ Cristo, pe ánhel mbarete guasu ramo, oguejy Balam ñembokuaapy peteĩha oguahẽvo marandu proféticape. Upéi pe yvykua ipypuku'ỹva ojepe'a, ha Islam oiko jey ko yvy rembiasápe peteĩ mba'e guasu ramo. Upéi Cristo ogueraha ijypórape jey umi tape yma guarépe Jeremías rehegua, ha pe mbohapyha ñembyasy ha mbohapyha ánhel marandu oñepyrũ oñehendu. Ary 2015-pe, Trump omombe'u ijehegui oisẽseha mburuvicharã, upéicha omoñemýivo umi dragón pokatu globalista, ha pe yvykua ipypuku'ỹva upéi omosẽ pe ateísmo ipahápe ojukáva Trump-pe Sodoma ha Egipto kállepe. Pe arateĩ léi jave, pe mymba, pe poteĩha ha oúva umi siete-gui, ojupi pe yvykua ipypuku'ỹvagui. Pe ñemokyre'ỹ ñepyrũ ára umi cien cuarenta y cuatro mil rehegua ha ipaha ohechauka peteĩ pokatu yvykua ipypuku'ỹvagui oikóvo.</w:t>
      </w:r>
    </w:p>
    <w:p>
      <w:pPr>
        <w:pStyle w:val="ArticleScripture"/>
        <w:jc w:val="left"/>
      </w:pPr>
      <w:r>
        <w:rPr>
          <w:rFonts w:ascii="Times New Roman" w:hAnsi="Times New Roman" w:eastAsia="Times New Roman" w:cs="Times New Roman"/>
        </w:rPr>
        <w:t>Pe mymba recha vaekue, ha ndaipóri koʼág̃a; ha ojupi vaerã yvykua pypukuʼỹme guive, ha ohóta ñehundihápe. Ha umi oikóva yvy ape ári oñemondýita, umi héra ndojehaírivaʼekue tekove kuatiápe yvy oñemoñepyrũ mboyve, ohechávo pe mymba recha vaekue, ndaipóriha koʼág̃a, ha upéicharõ jepe oĩha. Apocalipsis 17:8.</w:t>
      </w:r>
    </w:p>
    <w:p>
      <w:pPr>
        <w:pStyle w:val="ArticleBody"/>
        <w:jc w:val="left"/>
      </w:pPr>
      <w:r>
        <w:rPr>
          <w:rFonts w:ascii="Times New Roman" w:hAnsi="Times New Roman" w:eastAsia="Times New Roman" w:cs="Times New Roman"/>
        </w:rPr>
        <w:t>Islam ha’e pe llave oipe’áva pe yvykua pypuku’ỹva 9/11-pe ha avei oipe’áva pe yvykua pypuku’ỹva pe léi domingo jave. Pe sellado ára mbytépe, pe dragón-mymba globalismo rehegua avei osẽ pe yvykua pypuku’ỹvagui.</w:t>
      </w:r>
    </w:p>
    <w:p>
      <w:pPr>
        <w:pStyle w:val="ArticleScripture"/>
        <w:jc w:val="left"/>
      </w:pPr>
      <w:r>
        <w:rPr>
          <w:rFonts w:ascii="Times New Roman" w:hAnsi="Times New Roman" w:eastAsia="Times New Roman" w:cs="Times New Roman"/>
        </w:rPr>
        <w:t>Ha oikopa vove hekopete hag̃ua hikuái imombeʼupy, pe mymba osẽva yvykua pypukuete rehegua ojapóta hendivekuéra ñorairõ, ipuʼakáta hesekuéra ha ojukáta chupekuéra. Apocalipsis 11:7.</w:t>
      </w:r>
    </w:p>
    <w:p>
      <w:pPr>
        <w:pStyle w:val="ArticleBody"/>
        <w:jc w:val="left"/>
      </w:pPr>
      <w:r>
        <w:rPr>
          <w:rFonts w:ascii="Times New Roman" w:hAnsi="Times New Roman" w:eastAsia="Times New Roman" w:cs="Times New Roman"/>
        </w:rPr>
        <w:t>Pe llave ombojuru hag̃ua umi mbohapy tape rechaukaha peteĩ mbarete oúva pe yvykua pypukúgui oñeme’ẽkuri Mohammed-pe, pe mburuvicha guasu reino Islam rehegua. Pe ñorairõ Nineveh-pe ary 627-pe ohechauka peteĩ ñorairõ mokõi mbarete apytépe omokangy hag̃ua mokõivéva pe ñorairõhárape, ha upéva oheja hag̃ua Islam pya’e hag̃uáicha opu’ã mbaretépe. Pe llave ojere 9/11-pe ha Islam ñemopu’ã oñepyrũ, jepe upe rire pya’e oñejoko. Pe ñorairõ Nineveh-pe oñetipifika 9/11-pe, upépe Islam ñemopu’ã oñepyrũraka’e pe ánhel ipoderósova oguejy ramo omyesakã hag̃ua yvy Iñemimbipa reheve, ha pe mbyja, he’iséva mensahéro, ho’a avei yvágagui. Pe ñorairõ Nineveh-pe oñetipifika avei pahaite gotyo, pe léi domingo og̃uahẽ vove ha pe mokõiha ára pytũ puku rehegua oñepyrũ jey ramo, pe tatachy religión islámica rehegua ojaho’i rupi kuarahy.</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Pe léi dominical ojehechauka typológicamente pe marandu sapukái pyhare mbytegua og̃uahẽ ramo guare pe aty campestre Exeter-pe. Upérõ oñepyrũ umi movimiento paha omoĩ hag̃ua pe mymba ra’ãnga. Pe ñemoheñói, térã pe ñemopu’ã pe ta’ãnga rehegua, oñepyrũ 9/11-pe; ha pe periodo paha hag̃ua, pe periodo marandu sapukái pyhare mbytegua ñemombe’u rehegua, ha’e avei peteĩ fractal opaite pe periodo pe ta’ãnga ñemoheñói rehegua, oñepyrũva’ekue 9/11-pe. Pe ñepyrũ orrepresenta pe paha. Pe ñembyasy peteĩha ohechauka typológicamente pe ñembyasy mbohapyha, oĩháicha pe ánhel peteĩha ohechauka typológicamente pe ánhel mbohapyha. Pe ñorairõ Nínive-pe pe tiempo sellado paha hag̃ua, ombojekuaa pe ñorairõ Nínive-pe pe ñepyrũme. Pe ñorairõ Nínive-pe pe léi dominical aja, ha’e pe tiempo sellado paha, oñepyrũva’ekue 9/11-pe; ha katu ha’e avei pe periodo marandu sapukái pyhare mbytegua ñemombe’u rehegua paha. Upévare pe ñorairõ Nínive-pe ojehechauka typológicamente pe sapukái pyhare mbytegua ñemombe’u ñepyrũme, upéva ombojekuaáva umi tembiapo paha pe mymba ra’ãnga ñemoheñóipe Estados Unidos-pe; ha pe léi dominical-pe oñepyrũ pe mymba ra’ãnga ñemoheñói mundo tuichakuére. Nínive ha’e pe clave ombojoajúva umi línea opaichagua ojuhúva hikuái iñemohu’ã perfectova pe tembiasakue ñemiguápe pe versículo cuarenta-pe.</w:t>
      </w:r>
    </w:p>
    <w:p>
      <w:pPr>
        <w:pStyle w:val="ArticleBody"/>
        <w:jc w:val="left"/>
      </w:pPr>
      <w:r>
        <w:rPr>
          <w:rFonts w:ascii="Times New Roman" w:hAnsi="Times New Roman" w:eastAsia="Times New Roman" w:cs="Times New Roman"/>
        </w:rPr>
        <w:t>Ñamotenondéta vove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Papakue Irundypa—Papapy Pakõi}</dc:title>
  <dc:subject>Mokõiha Aipo — Parte Irundy</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