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Tembiasakue Kañymby Ayvu Papy Irundy Pa — Papapy Paapy Poteĩ</w:t>
      </w:r>
    </w:p>
    <w:p>
      <w:pPr>
        <w:pStyle w:val="ArticleSubtitle"/>
        <w:jc w:val="left"/>
      </w:pPr>
      <w:r>
        <w:rPr>
          <w:rFonts w:ascii="Arial" w:hAnsi="Arial" w:eastAsia="Arial" w:cs="Arial"/>
        </w:rPr>
        <w:t>Mokõiha Ñembyasy — Parte Cinco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Pe “lláve” ohechaukáva Nínive ñorairõme, Apocalipsis nueve-pe, oñekumpli peteĩ tembiasakue rupive oguerúva peteĩ jejereha renda, ha upéva voi, añetehápe, ha’e pe peteĩ lláve ojapóva. Che ajerure’ỹva ndaha’éi añónte pe Nínive ñorairõ ha’e hague pe lláve histórico ohechaukáva Islam ñemopu’ã, síno avei ha’eha peteĩ lláve profético. Umi dinámica profética upe ñorairõme oguerekóva ombojoaju peteĩcha opa umi línea umi rréino kuéra pe profecía bíblica rehegua, oñemoĩ hag̃uáicha Daniel ha Apocalipsis-pe, Daniel kapítulo once ndive. Péicha ojapóvo, opermiti umi rréino kuéra opavave hag̃ua ome’ẽ hag̃ua testimonio Daniel once paha seis versíkulo rehe, ha iñimportantevévagui—oñemboja hag̃ua pe tembiasakue kañymby okapeguáva versíkulo cuarenta-pe.</w:t>
      </w:r>
    </w:p>
    <w:p>
      <w:pPr>
        <w:pStyle w:val="ArticleScripture"/>
        <w:jc w:val="left"/>
      </w:pPr>
      <w:r>
        <w:rPr>
          <w:rFonts w:ascii="Times New Roman" w:hAnsi="Times New Roman" w:eastAsia="Times New Roman" w:cs="Times New Roman"/>
        </w:rPr>
        <w:t>Ha ame'ẽta ndéve yvágape guarã Mburuvicha Róga pegua llávekuéra; ha opa mba'e reikóva yvy ári oñeñapytĩta yvágape; ha opa mba'e reipe'áva yvy ári ojepe'áta yvágape. Mateo 16:19.</w:t>
      </w:r>
    </w:p>
    <w:p>
      <w:pPr>
        <w:pStyle w:val="ArticleHeading"/>
        <w:jc w:val="left"/>
      </w:pPr>
      <w:r>
        <w:rPr>
          <w:rFonts w:ascii="Arial" w:hAnsi="Arial" w:eastAsia="Arial" w:cs="Arial"/>
        </w:rPr>
        <w:t>Ñemosasõ ha Ñembotuicha pe Reino de Mohammed hag̃ua</w:t>
      </w:r>
    </w:p>
    <w:p>
      <w:pPr>
        <w:pStyle w:val="ArticleBody"/>
        <w:jc w:val="left"/>
      </w:pPr>
      <w:r>
        <w:rPr>
          <w:rFonts w:ascii="Times New Roman" w:hAnsi="Times New Roman" w:eastAsia="Times New Roman" w:cs="Times New Roman"/>
        </w:rPr>
        <w:t>627-pe pe ñorairõ guasu Nínive rehegua ohechauka kuri pe comienzo umi pahápe diez ary poder persa rehegua, ojejapova’ekue vai Roma rembiapo ñembotavy rupi, oñondive Ñandejára providencia tatatĩndy reheve. Upépe ojehechauka pe punto ojereha, moõ Mohammed remimbou islámica aty guasu oñepyrũ ojupi. Pe ñorairõ omboyke peteĩ jejoko oĩva’ekue, peteĩ jejoko, teoría-pe, opytátava’ekue, Roma ha Persia mokõivéva omombaretéramo guare ijehe. Mavave ndojapói upéicha.</w:t>
      </w:r>
    </w:p>
    <w:p>
      <w:pPr>
        <w:pStyle w:val="ArticleHeading"/>
        <w:jc w:val="left"/>
      </w:pPr>
      <w:r>
        <w:rPr>
          <w:rFonts w:ascii="Arial" w:hAnsi="Arial" w:eastAsia="Arial" w:cs="Arial"/>
        </w:rPr>
        <w:t>Joko ha Jeheja hag̃ua</w:t>
      </w:r>
    </w:p>
    <w:p>
      <w:pPr>
        <w:pStyle w:val="ArticleBody"/>
        <w:jc w:val="left"/>
      </w:pPr>
      <w:r>
        <w:rPr>
          <w:rFonts w:ascii="Times New Roman" w:hAnsi="Times New Roman" w:eastAsia="Times New Roman" w:cs="Times New Roman"/>
        </w:rPr>
        <w:t>Pe representación profética Islam rehecháva, jajuhu Islam jejoko ha jejora iñepyrũete guive Ñandejára Ñe’ẽme, Sara ogueroviauka haguéicha Abraham-pe tojoko hag̃ua Agar ha Ismael-pe.</w:t>
      </w:r>
    </w:p>
    <w:p>
      <w:pPr>
        <w:pStyle w:val="ArticleScripture"/>
        <w:jc w:val="left"/>
      </w:pPr>
      <w:r>
        <w:rPr>
          <w:rFonts w:ascii="Times New Roman" w:hAnsi="Times New Roman" w:eastAsia="Times New Roman" w:cs="Times New Roman"/>
        </w:rPr>
        <w:t>Ha Sarai he’i Abram-pe: “Tog̃uahẽva taje to’a nde ári. Che amoĩ che rembiguái ne jyvápe; ha ha’e ohechávo hyeguasuha, chemboyke iñesápe. Ñandejára toikuaa ha toikuaa porã mava’e oĩ porãva che ha nde apytépe.” Upérõ Abram he’i Sarai-pe: “Ehecha, nde rembiguái oĩ nde pópe; ejapo hese nde reipotaháicha.” Ha Sarai ojopy asývo chupe, ha’e okañy hova guive. Génesis 16:5, 6.</w:t>
      </w:r>
    </w:p>
    <w:p>
      <w:pPr>
        <w:pStyle w:val="ArticleBody"/>
        <w:jc w:val="left"/>
      </w:pPr>
      <w:r>
        <w:rPr>
          <w:rFonts w:ascii="Times New Roman" w:hAnsi="Times New Roman" w:eastAsia="Times New Roman" w:cs="Times New Roman"/>
        </w:rPr>
        <w:t>Upe mba’e oiko va’ekue mboyve jepe, pe mba’érepa Hagar ojeike umi marandu profético-pe ha’e pe Ñandejára “ojoko” rupi Sara oguereko hag̃ua peteĩ mitã.</w:t>
      </w:r>
    </w:p>
    <w:p>
      <w:pPr>
        <w:pStyle w:val="ArticleScripture"/>
        <w:jc w:val="left"/>
      </w:pPr>
      <w:r>
        <w:rPr>
          <w:rFonts w:ascii="Times New Roman" w:hAnsi="Times New Roman" w:eastAsia="Times New Roman" w:cs="Times New Roman"/>
        </w:rPr>
        <w:t>Ha Sarai, Abram rembireko, ndaikatúi imemby hese; ha oguereko peteĩ tembiguái kuña egipcia, hérava Hagar. Upérõ Sarai he’i Abram-pe: Ema’ẽke, Ñandejára chejoko ani hag̃ua amemby; ajerure ndéve, eike che rembiguái kuña rendápe; ikatu hag̃uáicha che areko imemby hag̃ua hese rupive. Ha Abram ohendu Sarai ñe’ẽ. Génesis 16:1, 2.</w:t>
      </w:r>
    </w:p>
    <w:p>
      <w:pPr>
        <w:pStyle w:val="ArticleBody"/>
        <w:jc w:val="left"/>
      </w:pPr>
      <w:r>
        <w:rPr>
          <w:rFonts w:ascii="Times New Roman" w:hAnsi="Times New Roman" w:eastAsia="Times New Roman" w:cs="Times New Roman"/>
        </w:rPr>
        <w:t>Pe “lláve” Apocalipsis 9-pe ojeíva’ekue Mahoma-pe, ha upéi oñekumpli va’ekue Nínive ñorairõme, orrepresenta pe jepe’a pe “jejoko” rehegua Islam ári oimeraẽ punto historia profética-pe.</w:t>
      </w:r>
    </w:p>
    <w:p>
      <w:pPr>
        <w:pStyle w:val="ArticleScripture"/>
        <w:jc w:val="left"/>
      </w:pPr>
      <w:r>
        <w:rPr>
          <w:rFonts w:ascii="Times New Roman" w:hAnsi="Times New Roman" w:eastAsia="Times New Roman" w:cs="Times New Roman"/>
        </w:rPr>
        <w:t>“Umi ánhel oguereko hína irundy yvytu, ojehechaukáva peteĩ kavaju pochyetéva oñeha’ãva ojei hag̃ua ha osẽ pya’e hag̃ua ohasa hag̃ua yvy tuichakue ape ári, oguerúva ñehundi ha mano hape.” Manuscript Releases, volume 20, 217.</w:t>
      </w:r>
    </w:p>
    <w:p>
      <w:pPr>
        <w:pStyle w:val="ArticleBody"/>
        <w:jc w:val="left"/>
      </w:pPr>
      <w:r>
        <w:rPr>
          <w:rFonts w:ascii="Times New Roman" w:hAnsi="Times New Roman" w:eastAsia="Times New Roman" w:cs="Times New Roman"/>
        </w:rPr>
        <w:t>Pe “opu’ã ha ho’a” rréino Mahoma rehegua ndojehechaukái tuichaiterei peteĩ jehechaukarã opu’ã ha ho’áva ramo, síno peteĩ “jehepoi” ha peteĩ “joko” ramo. Islam ojehepoi vove profétikamente, upe jehepoi ojehechaukáma kuri Nínive ñorairõme.</w:t>
      </w:r>
    </w:p>
    <w:p>
      <w:pPr>
        <w:pStyle w:val="ArticleHeading"/>
        <w:jc w:val="left"/>
      </w:pPr>
      <w:r>
        <w:rPr>
          <w:rFonts w:ascii="Arial" w:hAnsi="Arial" w:eastAsia="Arial" w:cs="Arial"/>
        </w:rPr>
        <w:t>Mba’easy añoite hag̃uáicha pe “¡Ay!”-kuéra</w:t>
      </w:r>
    </w:p>
    <w:p>
      <w:pPr>
        <w:pStyle w:val="ArticleBody"/>
        <w:jc w:val="left"/>
      </w:pPr>
      <w:r>
        <w:rPr>
          <w:rFonts w:ascii="Times New Roman" w:hAnsi="Times New Roman" w:eastAsia="Times New Roman" w:cs="Times New Roman"/>
        </w:rPr>
        <w:t>Umi siete trompéta apytépe, Islam rehegua “ñembyasýva” trompéta añoite ohasáva tembiasakue rupive peteĩ mbarete peteĩchaguáicha, oñepyrũ guive oike hag̃ua marandu profesíape peve gracia ñembotýha. Umi irundy trompéta peteĩha, oguerúva mbokatupyry Roma kuarahyreikegua ári, orrepresenta Odoacer, Genseric, Atilla pe Huno ha Alaric; upéicha rupi ohechauka irundy pokatu juicio providencial rehegua ára pahápe, hákatu ijoja ko árape ndaha’éi descendiente directo umi irundy pokatu yma guarégui. Ndaha’éi upéicha umi “ñembyasýva” trompéta rehe. Islam oike rire tembiasakuépe, osegi peteĩ línea directa ñemosãso ha jejoko rehegua peve oñemosãsojoite hag̃ua gracia ñembotýha ára pahápe. Umi “ñembyasýva” trompéta rehe, pe “lláve” gua’u “ñemosãso” rehegua ojehechauka Nineveh ñorairõme.</w:t>
      </w:r>
    </w:p>
    <w:p>
      <w:pPr>
        <w:pStyle w:val="ArticleHeading"/>
        <w:jc w:val="left"/>
      </w:pPr>
      <w:r>
        <w:rPr>
          <w:rFonts w:ascii="Arial" w:hAnsi="Arial" w:eastAsia="Arial" w:cs="Arial"/>
        </w:rPr>
        <w:t>Nicomedia ha 27 de julio de 1299</w:t>
      </w:r>
    </w:p>
    <w:p>
      <w:pPr>
        <w:pStyle w:val="ArticleBody"/>
        <w:jc w:val="left"/>
      </w:pPr>
      <w:r>
        <w:rPr>
          <w:rFonts w:ascii="Times New Roman" w:hAnsi="Times New Roman" w:eastAsia="Times New Roman" w:cs="Times New Roman"/>
        </w:rPr>
        <w:t>Umi pionéro ohechakua hendaitépe 27 jasypokõi 1299 ramo oñepyrũ hague cien cincuenta ary opa vaʼekue 27 jasypokõi 1449-pe, ha upéva katu omoñepyrũ mbohapycientos noventa y peteĩ ary ha quince ára opa vaʼekue 11 jasypoapy 1840-pe.</w:t>
      </w:r>
    </w:p>
    <w:p>
      <w:pPr>
        <w:pStyle w:val="ArticleBody"/>
        <w:jc w:val="left"/>
      </w:pPr>
      <w:r>
        <w:rPr>
          <w:rFonts w:ascii="Times New Roman" w:hAnsi="Times New Roman" w:eastAsia="Times New Roman" w:cs="Times New Roman"/>
        </w:rPr>
        <w:t>Pe artíkulo mboyveguápe jahechakuaa Nicomedia jejoko mbarete oikova’ekue ary 1333 guive 1337 peve, oguerúva’ekue hese Sultán Orhan Gazi (Osman I ra’y, pe fundador Beylik Otomano rehegua), ha’e omongora’y rupi upe táva tuichaiteva’ekue Bizancio rehegua, Nicomedia. Upe jejoko mbarete ha’e ñorairõ Nicomedia rehe oñepyrũva’ekue itúva Osman ndive pahaite. Pe ciento cincuenta ary Apocalipsis 9:10-pe oñepyrũva’ekue 27 jasypokõi 1299-pe, ha peteĩ profesía ñepyrũramo, tekohasakue ojoajúva upe ára ñepyrũ rehe niko va’erã oñeñatende hese. Osman I (dinastía otomana fundador) ha’eva’ekue Sultán Orhan Gazi ru, ha’eva’ekue 27 jasypokõi 1299-pe ohupytyva’ekue pe victoria iñimportánteva ñepyrũrã Imperio Bizantino rehe Bapheus Ñorairõme, oikóva Nicomedia regiónpe, Nicomedia táva ypýpe; peteĩ táva kapitál iñimportantetereíva Roma rembiasakue ha Bizancio ymaguare ypykue-pe.</w:t>
      </w:r>
    </w:p>
    <w:p>
      <w:pPr>
        <w:pStyle w:val="ArticleHeading"/>
        <w:jc w:val="left"/>
      </w:pPr>
      <w:r>
        <w:rPr>
          <w:rFonts w:ascii="Arial" w:hAnsi="Arial" w:eastAsia="Arial" w:cs="Arial"/>
        </w:rPr>
        <w:t>Túva ha Ta’ýra</w:t>
      </w:r>
    </w:p>
    <w:p>
      <w:pPr>
        <w:pStyle w:val="ArticleBody"/>
        <w:jc w:val="left"/>
      </w:pPr>
      <w:r>
        <w:rPr>
          <w:rFonts w:ascii="Times New Roman" w:hAnsi="Times New Roman" w:eastAsia="Times New Roman" w:cs="Times New Roman"/>
        </w:rPr>
        <w:t>27 jasypokõi ary 1299-pe, Osmán ñorairõhára kuéra ipu’aka peteĩ ehérsito bizantino rehe, omoakãva peteĩ mburuvicha guasu tendagua. Pe ñorairõ ojehecha peteĩva umi tenonderã guasu peteĩva umi jehecharamóva ijeheguiete Osmán rehegua, oñepyrũ rire ombyaty mbarete Bitinia-pe (Anatolia yvatekuarahyresẽ gotyo). Kóva ohechauka peteĩ tembiapo tuicháva pe ñembohasápe peteĩ beylik turko michĩvagui (mburuvichagua tribal) peteĩ pokatu oñakãrapu’ãvape gotyo, upe rire opu’ã ha ipu’akáta hag̃ua tetãnguéra bizantino rehe. Upe arange omoñepyrũ peteĩ okakuaáva ára Islam-pe g̃uarã, ipahápe ogueru va’ekue pe Imperio Otomano ñemoheñói Constantinopla ho’a jave ary 1453-pe. Osmán oiporu va’ekue ñorairõhára ghazi kuérape (frontera rehegua oñorairõva iñemongu’e islámica reheve), ha upépe oñepyrũ umi ñorairõhára ghazi frontera pegua ñemohenda peteĩ ehérsito ipypekuaavévape, okakuaáva mbeguekatúpe Osmán guive ha upéi ita’ýra Orhan peve. Ambue mba’e iñimportánteva Osmán rembiapo rehegua apytépe oĩ kóva: ome’ẽ hague Islam-pe katupyry oñongatu hag̃ua yvy ha mba’erepy, ojoavyháicha umi ñorairõhára ghazi ñorairõgui, umi táctika sarambi ñembopochy ha jeheja pya’e oheja va’ekue chupekuéra ijeitypyre añónte, araka’eve katu ndaha’éi yvy.</w:t>
      </w:r>
    </w:p>
    <w:p>
      <w:pPr>
        <w:pStyle w:val="ArticleBody"/>
        <w:jc w:val="left"/>
      </w:pPr>
      <w:r>
        <w:rPr>
          <w:rFonts w:ascii="Times New Roman" w:hAnsi="Times New Roman" w:eastAsia="Times New Roman" w:cs="Times New Roman"/>
        </w:rPr>
        <w:t>27 jasypakue 1299-pe, Osman oñepyrũ peteĩ ñorairõrã Nicomedia yvýpe, ha mbohapypa irundy ary rire ita'ýra oñepyrũ peteĩ jejoko irundy ary pukúva táva guasu Nicomedia, tavusu rehe. Túva iñepyrũme ha ta'ýra ipahápe. Ñorairõ oñepyrũ pe tendáre ojehechaukáva Nicomedia ramo ha opa Nicomedia, upe tetãvore tavusu Nicomedia rehe, jejapyhýpe. Ary 1299 guive 1337 peve oĩ peteĩ aravo mbohapypa poapy ary pukukue, ha maranduháicha pe papapy “mbohapypa poapy” oñete’ẽ peteĩ ñepu'ã rehe.</w:t>
      </w:r>
    </w:p>
    <w:p>
      <w:pPr>
        <w:pStyle w:val="ArticleScripture"/>
        <w:jc w:val="left"/>
      </w:pPr>
      <w:r>
        <w:rPr>
          <w:rFonts w:ascii="Times New Roman" w:hAnsi="Times New Roman" w:eastAsia="Times New Roman" w:cs="Times New Roman"/>
        </w:rPr>
        <w:t>Ko'ág̃a peñembo'y, ha pehasa ysyry Zéred mboypýri, —ha'e che. Ha rohasa ysyry Zéred. Ha araka'e peve ñasẽ Kades-barneágui, rohasa peve ysyry Zéred, ohasa mokõipa poapy ary; opa peve pe ñemoñare kuimba'e ñorãirõhára rehegua oñehundipa hag̃ua aty mbytéguio, Ñandejára ojura haguéicha chupekuéra. Deuteronomio 2:13, 14.</w:t>
      </w:r>
    </w:p>
    <w:p>
      <w:pPr>
        <w:pStyle w:val="ArticleBody"/>
        <w:jc w:val="left"/>
      </w:pPr>
      <w:r>
        <w:rPr>
          <w:rFonts w:ascii="Times New Roman" w:hAnsi="Times New Roman" w:eastAsia="Times New Roman" w:cs="Times New Roman"/>
        </w:rPr>
        <w:t>Umi ciento cincuenta ary ohasáva 27 jasypokõi 1299 guive 27 jasypokõi 1449 peve ohechauka pe periodo ogueraháva pe establecimiento Imperio Otomano rehegua, pe mokõiha ñembyasy oje’eva’ekue Apocalipsis capítulo nueve-pe. Umi treinta y ocho ary pe conquista progresiva Nicomedia rehegua oñepyrũ peteĩ túva ndive (Osman) ha opa ita’ýra ndive (Orphan). Pe periodo ohechauka pe peteĩha paso peteĩ ñemopu’ã progresiva peteĩ principado tribal-gui peteĩ imperio peve.</w:t>
      </w:r>
    </w:p>
    <w:p>
      <w:pPr>
        <w:pStyle w:val="ArticleBody"/>
        <w:jc w:val="left"/>
      </w:pPr>
      <w:r>
        <w:rPr>
          <w:rFonts w:ascii="Times New Roman" w:hAnsi="Times New Roman" w:eastAsia="Times New Roman" w:cs="Times New Roman"/>
        </w:rPr>
        <w:t>Pe sa’ykõi ary po hénte ary cincuenta áño, 27 jasypokõi 1299 guive 27 jasypokõi 1449 peve, oike ipype peteĩ ñemongora irundy áño pukukue, omoĩva ipahápe umi mbohapypa poapy áñome. Ñepyrũrã Nicomedia ñemomba’e ojejapo túva Osman rupive, ha ipaha oñemboguata peteĩ ñemongora irundy áño pukukue rupive, 1333 guive 1337 peve; peteĩ ñemongora ojejapóva’ekue Osman ra’y rupive.</w:t>
      </w:r>
    </w:p>
    <w:p>
      <w:pPr>
        <w:pStyle w:val="ArticleBody"/>
        <w:jc w:val="left"/>
      </w:pPr>
      <w:r>
        <w:rPr>
          <w:rFonts w:ascii="Times New Roman" w:hAnsi="Times New Roman" w:eastAsia="Times New Roman" w:cs="Times New Roman"/>
        </w:rPr>
        <w:t>Umi ciencincuenta ary opa rire, 27 jasypoteĩ 1449-pe, mburuvicha guasu bizantino Constantino onceha, térã pe pahague Constantino Roma oriental-gua, oheka vaʼekue permiso turko-kuéragui oguapy hag̃ua pe trónope. Upe arýgui peve oñegana hag̃ua Constantinopla ohasa irundy ary. Umi irundy ary opa vaʼekue Constantinopla ñemongora guasúpe, ha Constantino pahague omanóma upe ñemongorápe. Islam puʼaka ñepyrũ ojehechauka umi peteĩha mbohapypa poapy ary rupive pe profesía ciencincuenta ary rehegua, og̃uahẽva peteĩ ñemongora irundy ary pukukuévape. Umi ciencincuenta ary opa rire, Islam opuʼãma peteĩ nivel peve, upéicha rupi Roma oriental oñemotĩ turko-kuéra puʼaka oguerekóva rupive upe jave. Pe ñemotĩ guive 27 jasypoteĩ 1449-pe, irundy ary ogueraha Roma oriental hoʼávo, Constantinopla ojepykúi rupi peteĩ ñemongora guasu rupive. Umi peteĩha mbohapypa poapy ary paha ojehechakuaa peteĩ ñemongora rupive, ha Imperio Otomano ñemopyenda ojehechakuaa avei peteĩ ñemongora rupive.</w:t>
      </w:r>
    </w:p>
    <w:p>
      <w:pPr>
        <w:pStyle w:val="ArticleHeading"/>
        <w:jc w:val="left"/>
      </w:pPr>
      <w:r>
        <w:rPr>
          <w:rFonts w:ascii="Arial" w:hAnsi="Arial" w:eastAsia="Arial" w:cs="Arial"/>
        </w:rPr>
        <w:t>38 ha 40</w:t>
      </w:r>
    </w:p>
    <w:p>
      <w:pPr>
        <w:pStyle w:val="ArticleBody"/>
        <w:jc w:val="left"/>
      </w:pPr>
      <w:r>
        <w:rPr>
          <w:rFonts w:ascii="Times New Roman" w:hAnsi="Times New Roman" w:eastAsia="Times New Roman" w:cs="Times New Roman"/>
        </w:rPr>
        <w:t>Pe papapy mbohapypa poapy, peteĩ símbolo ramo, Moisés omoĩ hag̃ua Deuteronomio-pe, ohechaukáva umi pahapy poapy ary paha pe juicio rehegua irundypa ary pukukue oguata hag̃ua desierto-pe. Upévare, pe papapy mbohapypa poapy, símbolo ramo, oguereko joaju pe papapy irundypa ndive. Osmán ojapyhy Nicomedia retãmeguápe 27 jasypokõi 1299-pe, ha mbohapypa poapy ary rire ita’ýra ojapyhy pe táva guasu pe tetãygua. Pe tetãygua ha pe táva guasu mokõivéva héra va’ekue Nicomedia. Umi historiadór ohechakuaa ko ñorairõha ramo pe peteĩha umi “mokõi” tembiapo apytégui ohechauka porãva pe ñepyrũete jehechakuaa hag̃ua pe Imperio Otomano ñemopu’ã. Pe mokõiha tembiapo, tembiasakue ohechaukáva, ha’e pe ñorairõ Nicaea-pe ary 1301-pe. Upépe pe túva Osmán ojapyhy pe tetãygua hérava Nicaea, ha ary 1331-pe, mbohapypa ary rire, ita’ýra ojapyhy pe táva guasu, hérava Nicaea, peteĩ táva guasu yma guaréva Roma tavusu rehegua.</w:t>
      </w:r>
    </w:p>
    <w:p>
      <w:pPr>
        <w:pStyle w:val="ArticleBody"/>
        <w:jc w:val="left"/>
      </w:pPr>
      <w:r>
        <w:rPr>
          <w:rFonts w:ascii="Times New Roman" w:hAnsi="Times New Roman" w:eastAsia="Times New Roman" w:cs="Times New Roman"/>
        </w:rPr>
        <w:t>1299 rehegua ha Nicomedia ñorairõ rehegua, mokõi hatua apytépe peteĩha ramo, mokõiha hatua og̃uahẽ mokõi ary rire, 1301-pe. 1299 ha’e peteĩ símbolo treinta y ocho rehegua, ha mokõi ary rire (cuarenta), pe túva ojagarra Nicea yvy. Israel yma guare, opu’ãvo ojagarra hag̃ua pe yvy oñepromete va’ekue, umi relación treinta y ocho ha cuarenta rehegua ojehechauka 27 de julio 1299 ha 1301-pe. Umi mokõiha’ẽgua peteĩha hatua Islam opu’ãvo ojehechauka kampáña militar rupive, oñepyrũva pe túva ojagarra hag̃ua pe yvy, ha pe ta’ýra ojagarra hag̃ua pe tavusu pe yvy rehegua ipahápe. Umi mokõi tavusu ho’árõ guare, ho’a peteĩ jerépe. Mokõivéva tavusu va’ekue peteĩ ára peteĩha tavusu Roma orientál rehegua.</w:t>
      </w:r>
    </w:p>
    <w:p>
      <w:pPr>
        <w:pStyle w:val="ArticleBody"/>
        <w:jc w:val="left"/>
      </w:pPr>
      <w:r>
        <w:rPr>
          <w:rFonts w:ascii="Times New Roman" w:hAnsi="Times New Roman" w:eastAsia="Times New Roman" w:cs="Times New Roman"/>
        </w:rPr>
        <w:t>27 jasypoteĩ 1299 ha 1301 og̃uahẽ ipahápe 11 jasypoapy 1840-pe, upéva ohechauka 1838 rembiasakue, araka’épe Litch tenonderãite omoherakuãkuri hembiapo ha iñemomarandu pe profesía trescientos noventa y uno ary ha quince ára rehegua, ipahápe oñemohu’ãtava 11 jasypoapy 1840-pe. Mokõi tembiapo ojepu’ã hag̃ua umi Millerita-kuérape g̃uarã ha’e va’ekue ary 1838 ha 1840.</w:t>
      </w:r>
    </w:p>
    <w:p>
      <w:pPr>
        <w:pStyle w:val="ArticleScripture"/>
        <w:jc w:val="left"/>
      </w:pPr>
      <w:r>
        <w:rPr>
          <w:rFonts w:ascii="Times New Roman" w:hAnsi="Times New Roman" w:eastAsia="Times New Roman" w:cs="Times New Roman"/>
        </w:rPr>
        <w:t>“Áño 1840-pe ojehupyty ambue profecía ñemohu’ã hechapyrãva ha omyenyhẽ teta tuichakuére interés. Mokõi áño mboyve, Josiah Litch, peteĩva umi tenondegua apytégui opredikáva Pe Segunda Venida, omyasãi peteĩ jehechauka Apocalipsis 9 rehegua, oikuaaukáva pe Imperio Otomano ho’ataha. Ipapapykuéra he’iháicha, ko mbarete oñembyaíta va’erã ‘A.D. 1840-pe, agosto jasy aja peteĩ jave’; ha mbovymi ára añónte upe oiko mboyve ha’e ohai: ‘Ñamoĩramo pe peteĩha periodo, 150 áño, oñekumpli hague hekopete Deacozes ojupi mboyve pe tróno ári umi turco kuéra permiso rupive, ha umi 391 áño, quince ára, oñepyrũ hague pe peteĩha periodo paha gotyo, upéva opa va’erã 11 jasypoapy, 1840-pe, ha upérõ oñeha’arõkuaa pe poder otomano Constantinopla-pe oñembyai hag̃ua. Ha kóva, che arovia, ojehechataha upéichaite.’—Josiah Litch, in Signs of the Times, and Expositor of Prophecy, August 1, 1840.”</w:t>
      </w:r>
    </w:p>
    <w:p>
      <w:pPr>
        <w:pStyle w:val="ArticleScripture"/>
        <w:jc w:val="left"/>
      </w:pPr>
      <w:r>
        <w:rPr>
          <w:rFonts w:ascii="Times New Roman" w:hAnsi="Times New Roman" w:eastAsia="Times New Roman" w:cs="Times New Roman"/>
        </w:rPr>
        <w:t>“Pe áraite oñemombeʼupyrãme, Turkiya, hemianduha kuéra rupive, omoneĩ Europa pegua tetãnguéra joaju pytyvõha, ha upéicha omoĩ ijehe tetãnguéra cristiano poguýpe. Pe mbaʼe oikóva omohuʼã hekopete pe ñeʼẽmarandu. Ojekuaávo upéva, hetaite tapicha oguerovia Miller ha umi imoirũva omoneĩ vaʼekue marandu profético ñehesaʼỹijo rehegua ypykue hekopeteha, ha peteĩ mbarete hechapyrãva oñemeʼẽ pe advento jeguatahápe. Kuimbaʼekuéra arandúva ha tenda yvate oguerekóva ojoaju Miller ndive, mokõivéva opredikávo ha omoherakuãvo hemiandu, ha 1840 guive 1844 peve pe tembiapo pyaʼe oñemyasãi.” The Great Controversy, 334, 335.</w:t>
      </w:r>
    </w:p>
    <w:p>
      <w:pPr>
        <w:pStyle w:val="ArticleBody"/>
        <w:jc w:val="left"/>
      </w:pPr>
      <w:r>
        <w:rPr>
          <w:rFonts w:ascii="Times New Roman" w:hAnsi="Times New Roman" w:eastAsia="Times New Roman" w:cs="Times New Roman"/>
        </w:rPr>
        <w:t>Litch rembiporã “38”-pegua ha hechapyrã oñemyatyrõva “40”-pegua oguereko avei iñe’ẽ paha, haʼe ohaiva’ekue agosto 1-pe, pa ára rireve pe rembiporã oñemyatyrõva mboyve. Pe rembiporã oñekumplívo voi ogueroviauka ko yvy tuichakuépe pe tembiaporã hekopete ojejapóva marandupy marangatu ñe’ẽmarandu rehegua. Umi treinta y ocho ary ohechaukáva Israel yma guare opu’ãha oike avei umi mokõi ary Yguasu Pytã hasáva guive pe jehepyme’ẽ peteĩha Kadesh-pe peve.</w:t>
      </w:r>
    </w:p>
    <w:p>
      <w:pPr>
        <w:pStyle w:val="ArticleScripture"/>
        <w:jc w:val="left"/>
      </w:pPr>
      <w:r>
        <w:rPr>
          <w:rFonts w:ascii="Times New Roman" w:hAnsi="Times New Roman" w:eastAsia="Times New Roman" w:cs="Times New Roman"/>
        </w:rPr>
        <w:t>Opa umi kuimbaʼe ohechavaʼekue che mimbipa ha che techapyrãnguéra ajapo vaʼekue Egíptope ha desiértope, ha koʼág̃a chembopyʼaraku hague ko pa jevy, ha nohenduséi vaʼekue che ñeʼẽ; añetehápe ndohechamoʼãi pe yvy ahura vaʼekue omeʼẽtaha itúva kuérape, ha avave umi chembopochýva ndohechamoʼãi upéva. Números 14:22, 23.</w:t>
      </w:r>
    </w:p>
    <w:p>
      <w:pPr>
        <w:pStyle w:val="ArticleBody"/>
        <w:jc w:val="left"/>
      </w:pPr>
      <w:r>
        <w:rPr>
          <w:rFonts w:ascii="Times New Roman" w:hAnsi="Times New Roman" w:eastAsia="Times New Roman" w:cs="Times New Roman"/>
        </w:rPr>
        <w:t>Upéva pe ñemboyke ojehechakuaa pe paháva diez prueba apytégui ramo. Peteĩ período mokõi ary pukukuegua, diez prueba rehegua, oñembojoapýva treinta y ocho ary desierto-pe, ha’eva’ekue peteĩ símbolo 1838 ha 1840 rehegua, ha 1840 oguereko va’ekue peteĩ período diez ára rehegua.</w:t>
      </w:r>
    </w:p>
    <w:p>
      <w:pPr>
        <w:pStyle w:val="ArticleBody"/>
        <w:jc w:val="left"/>
      </w:pPr>
      <w:r>
        <w:rPr>
          <w:rFonts w:ascii="Times New Roman" w:hAnsi="Times New Roman" w:eastAsia="Times New Roman" w:cs="Times New Roman"/>
        </w:rPr>
        <w:t>Ha pe moñepyrũha Islam pu’akávo Osman ndive 27 jasypokõi 1299-pe omoñepyrũ peteĩ arýpe 38 pukukue, opa hag̃uáme peteĩ ñorairõ jere irundy ary pukukue rehe 1337-pe. 27 jasypokõi 1299 ha’e va’ekue peteĩha mokõi hatua apytégui umi historiadorkuéra ohechakuaa hag̃ua turco Otomano Mburuvicha Guasu pu’akávo ñepyrũrã, ha mokõiha hatua ha’e va’ekue 1301. Umi mokõi hatua, Nicomedia ha Nicaea ñorairõkuéra 1299 ha 1301-pe, ohechaukarã 1838 ha 1840-pe. Pe profesía ñepyrũ ohechauka ipahahápe.</w:t>
      </w:r>
    </w:p>
    <w:p>
      <w:pPr>
        <w:pStyle w:val="ArticleBody"/>
        <w:jc w:val="left"/>
      </w:pPr>
      <w:r>
        <w:rPr>
          <w:rFonts w:ascii="Times New Roman" w:hAnsi="Times New Roman" w:eastAsia="Times New Roman" w:cs="Times New Roman"/>
        </w:rPr>
        <w:t>Nikomedia ha Nícea mokõive oservi sapyʼaitépe itavusu ramo Róma kuarahyresẽgua rekove rupi. Katuete, Constantinopla ipahápe oiko kuri pe táva guasu kuarahyresẽgua itavusu ramo ary 330 guive 1453 peve. Nikomedia ha Nícea ohechauka Constantinopla hoʼa hag̃ua; maymáva hoʼa kuri umi ñemongora Islámico poguýpe omohuʼãva peteĩ ñorairõ rape, upérõ Islam tenonde gotyo ojapyhy upe yvytyrã ha upéi oguereko pe táva guasu itavusu.</w:t>
      </w:r>
    </w:p>
    <w:p>
      <w:pPr>
        <w:pStyle w:val="ArticleBody"/>
        <w:jc w:val="left"/>
      </w:pPr>
      <w:r>
        <w:rPr>
          <w:rFonts w:ascii="Times New Roman" w:hAnsi="Times New Roman" w:eastAsia="Times New Roman" w:cs="Times New Roman"/>
        </w:rPr>
        <w:t>Peteĩha ñemongorapy irundy áño pukukue, 1333 guive 1337 peve, ohechauka umi irundy áño 1449 guive 1453 peve, upe jave maranduhai opa vaʼekue. Mbohapy sa’y peteĩ ary ha pundy po ára rire, Islam oñembojoko umi Millerita “opuʼã” ramo pe pokatu maranduháicha ojehechaukáva umi tekotee “mokõipa poapy ha irundy pa” rehe, ojehechaukaháicha pe tembiasakue alfa-pe, pe tembiasakue julio 27, 1299 ha julio 27, 1449-pe. Islam ñepuʼã ha Tupã remimboukuéra ára pahapegua ñepuʼã ojehechauka peteĩ techaukaha papapýpe, oñemopuʼãva pe joaju papapy rehegua 38 ha 40 rupive.</w:t>
      </w:r>
    </w:p>
    <w:p>
      <w:pPr>
        <w:pStyle w:val="ArticleBody"/>
        <w:jc w:val="left"/>
      </w:pPr>
      <w:r>
        <w:rPr>
          <w:rFonts w:ascii="Times New Roman" w:hAnsi="Times New Roman" w:eastAsia="Times New Roman" w:cs="Times New Roman"/>
        </w:rPr>
        <w:t>Ezequiel treinta y siete-pe, Islam ha’e yvytu kuarahyresẽguio pe marandu oñepytu’úva umi kangue piru omanómava ári, ikatu hag̃uáicha opu’ã ha oñembo’y peteĩ ehérsito mbarete ramo. Oguahẽvo Ezequiel marandu, pe opu’ã ñepyrũ oñepyrũ, oiko haguéicha historia Millerita-pe ary 1838 ha 1840-pe. Upe marandu oguahẽ 9/11-pe, ha pe arapokõindy léi oúta hag̃uápe umi kangue oñembo’y peteĩ ehérsito mbarete ramo. Tupã ehérsito ñemopu’ã, iglesia ipu’akáva ramo ára pahápe, oñemoha’ãnga 1838 ha 1840 rupive. 9/11 guive pe arapokõindy léi peve oñemoha’ãnga 1840 guive 1844 peve rupive, ha avei oñemoha’ãnga pe ára pukukue 31 de diciembre de 2023 guive peve umi tata apu’a Nashville-pegua.</w:t>
      </w:r>
    </w:p>
    <w:p>
      <w:pPr>
        <w:pStyle w:val="ArticleHeading"/>
        <w:jc w:val="left"/>
      </w:pPr>
      <w:r>
        <w:rPr>
          <w:rFonts w:ascii="Arial" w:hAnsi="Arial" w:eastAsia="Arial" w:cs="Arial"/>
        </w:rPr>
        <w:t>Róma Kuarahyresẽgua</w:t>
      </w:r>
    </w:p>
    <w:p>
      <w:pPr>
        <w:pStyle w:val="ArticleBody"/>
        <w:jc w:val="left"/>
      </w:pPr>
      <w:r>
        <w:rPr>
          <w:rFonts w:ascii="Times New Roman" w:hAnsi="Times New Roman" w:eastAsia="Times New Roman" w:cs="Times New Roman"/>
        </w:rPr>
        <w:t>Imperio oñembojaʼo hague Constantino peteĩha rupive (Pe Tuichavéva), pe Constantino pahápeve ohechauka marandupykuaápe Roma yvategua rembiasakue. Upévare pe ára marandupykuaáva oñembojáva peteĩ túva ha peteĩ taʼýra marandupykuaáva térã techaukaha rehe, heʼiháicha héra, jepe ndaipóri kuri tuguy ñemoñare directo Constantino Pe Tuichavéva ha Constantino onceha apytépe. Pe peteĩha ha pe pahagua Constantino avei oñerepresenta marandupykuaápe alfa ha omega símbolo ramo, ha pe túva (alfa) oiporavo Constantinopla táva guasu ramo, ha pe taʼýra (omega) omanókuri pe ñemongora aja, upe jave Constantinopla ndahaʼevéima ramo táva guasu. Roma yvategua ára marandupykuaáva oñemarca pe peteĩha ha pe pahagua Constantino rehe. Pe ára 150 ary pukukue oñepyrũva 27 jasypokõi 1299-pe oguereko ipype peteĩ 38 ary pukukue ha opa peteĩ ñemongora 4 ary pukukuépe. Upe ñemongora ohechaukaʼypy 1449 guive 1453 peve. Nicomedia ñeorairõ ñepyrũ oñepyrũ peteĩ tetã yvy oñemoĩjey rupi ipoguýpe ha opa upe tetã yvy táva guasu oñemoĩjey rupi ipoguýpe. Ojejapoháicha pe peteĩha ha pe pahagua Constantino rehe, Nicomedia ñemoĩ ipoguýpe oñepyrũ peteĩ túva reheve (pe peteĩha) ha opa peteĩ taʼýra reheve (pe pahagua).</w:t>
      </w:r>
    </w:p>
    <w:p>
      <w:pPr>
        <w:pStyle w:val="ArticleHeading"/>
        <w:jc w:val="left"/>
      </w:pPr>
      <w:r>
        <w:rPr>
          <w:rFonts w:ascii="Arial" w:hAnsi="Arial" w:eastAsia="Arial" w:cs="Arial"/>
        </w:rPr>
        <w:t>Irundy ary ary hag̃ua</w:t>
      </w:r>
    </w:p>
    <w:p>
      <w:pPr>
        <w:pStyle w:val="ArticleBody"/>
        <w:jc w:val="left"/>
      </w:pPr>
      <w:r>
        <w:rPr>
          <w:rFonts w:ascii="Times New Roman" w:hAnsi="Times New Roman" w:eastAsia="Times New Roman" w:cs="Times New Roman"/>
        </w:rPr>
        <w:t>Peteĩ mbokapy arýpe ohóvo peteĩ ñemboty puku umi cien cincuenta ary ñepyrũme, ogueraha vaʼekue umi irundy ary peve, Constantino pahague ñemomirĩ guive ary 1449-pe, peve 1453, upe jave Constantinopla oñemboty ha hoʼa. Pe aravo marandu profétiko mokõiha aipoʼa rehegua, ohechaukáva mbohapy cien noventa y peteĩ ary ha paʼũ poapy ára, oñepyrũkuri 27 jasypokõi 1449-pe ha opa 11 jasypoapy 1840-pe. Upe árape oñepyrũ peteĩ arakaʼe irundy ary pukukue, Sister White ombohérava peteĩ jehechauka glóriosa Tupã pokatu rehegua.</w:t>
      </w:r>
    </w:p>
    <w:p>
      <w:pPr>
        <w:pStyle w:val="ArticleScripture"/>
        <w:jc w:val="left"/>
      </w:pPr>
      <w:r>
        <w:rPr>
          <w:rFonts w:ascii="Times New Roman" w:hAnsi="Times New Roman" w:eastAsia="Times New Roman" w:cs="Times New Roman"/>
        </w:rPr>
        <w:t>“Pe ánhel ojoajúva pe marandu joheróva mbohapyha ánhel rembiapo ndive omyesakã hag̃ua ko yvy tuichakue ipokatu reheve. Ko’ápe oñemombe’u peteĩ tembiapo ohupytýva opa tetã ha ipokatu hag̃uáicha ndaijojaháiva. Pe jeju rehegua ñemongu’e ary 1840–44-pe ha’e va’ekue peteĩ jehechauka porãite Tupã pokatu rehegua; peteĩha ánhel marandu oguahẽ kuri opa tenda misionéravape ko yvy ape ári, ha oĩ va’ekue umi tetãme tuichaitereíva interés religioso, pe ojehechava’ekue hag̃uaicha ndaipóri ambue tetãme pe Reforma siglo dieciséis guive; hákatu ko’ã mba’e ohasáta pe ñemongu’e mbarete guasu rupive oúva mbohapyha ánhel ñe’ẽmondo paha guýpe.” The Great Controversy, 611.</w:t>
      </w:r>
    </w:p>
    <w:p>
      <w:pPr>
        <w:pStyle w:val="ArticleBody"/>
        <w:jc w:val="left"/>
      </w:pPr>
      <w:r>
        <w:rPr>
          <w:rFonts w:ascii="Times New Roman" w:hAnsi="Times New Roman" w:eastAsia="Times New Roman" w:cs="Times New Roman"/>
        </w:rPr>
        <w:t>Islam ojejoko hag̃ua 11 jasypoapy 1840-pe, ha oĩ vaʼekue peteĩ arýi irundy javegua ojokupytýva mokõivéva rehe: Espíritu Santo oñeñohẽva Pentecostés-pe, ha pe ánhel mbarete oĩva Apocalipsis 18-pe oguejy rehe, umi “óga guasu” New York pegua ojejapi ramo guare Islam rehegua, pe mbohapyha aña guasu rehegua 9/11-pe. 9/11 ohechauka ñepyrũrã umi cien cuarenta y cuatro mil oñembysýiha ára. Pe ñembysýi niko peteĩ ára pukukue, ha pe oñemohuʼãha pe ñembysýi ára oguereko umi mbaʼe rechaukaha ojoguáva pe ñepyrũha ára rehe. Cristo oguejy ramo guare 9/11-pe, haʼe ohechaukarakaʼe Miguel oguejýtaha omoingove jey hag̃ua umi mokõi testígope 31 jasypakõindy 2023-pe, upe jave oñepyrũ ramo guare pe ñembysýi paha ára.</w:t>
      </w:r>
    </w:p>
    <w:p>
      <w:pPr>
        <w:pStyle w:val="ArticleBody"/>
        <w:jc w:val="left"/>
      </w:pPr>
      <w:r>
        <w:rPr>
          <w:rFonts w:ascii="Times New Roman" w:hAnsi="Times New Roman" w:eastAsia="Times New Roman" w:cs="Times New Roman"/>
        </w:rPr>
        <w:t>Pe yvyra oĩva Nínive ñorairõramo ohechauka opaichagua osẽmbyre Islam rehegua, oguerútava Roma oriental ho’a hag̃ua 1453-pe. Umi cien cincuenta ary “po jasy” versíkulo diezpegua ryepýpe, iñepyrũ avei ipaha oguereko peteĩ arýnte irundy ary pukukue. Umi mokõi irundy ary pukukue ojoaju umi mbohapy cien noventa y peteĩ ary ha quince ára ñemohu’ã rehe, ohechaukáva peteĩ irundy ary pukukue 1840 guive 1844 peve, Cristo omyesakãhápe “opa yvy iñemimbipa reheve.” 1844-pe, aravo marandu’ẽmegua ndajaiporuvéi vaʼekue, aravo oikótare “araka’evevéma”.</w:t>
      </w:r>
    </w:p>
    <w:p>
      <w:pPr>
        <w:pStyle w:val="ArticleScripture"/>
        <w:jc w:val="left"/>
      </w:pPr>
      <w:r>
        <w:rPr>
          <w:rFonts w:ascii="Times New Roman" w:hAnsi="Times New Roman" w:eastAsia="Times New Roman" w:cs="Times New Roman"/>
        </w:rPr>
        <w:t>Ha ojura vaekue pe Oikovéva ára ha ára pukukue, pe ojapova’ekue yvága, ha opa mba’e oĩva ipype, ha yvy, ha opa mba’e oĩva ipype, ha yguasu, ha opa mba’e oĩva ipype, ndaiporimo’ãvéimaha hag̃ua arete. Apocalipsis 10:6.</w:t>
      </w:r>
    </w:p>
    <w:p>
      <w:pPr>
        <w:pStyle w:val="ArticleHeading"/>
        <w:jc w:val="left"/>
      </w:pPr>
      <w:r>
        <w:rPr>
          <w:rFonts w:ascii="Arial" w:hAnsi="Arial" w:eastAsia="Arial" w:cs="Arial"/>
        </w:rPr>
        <w:t>1333 guive 1337 peve, 1449 guive 1453 peve, 1840 guive 1844 peve</w:t>
      </w:r>
    </w:p>
    <w:p>
      <w:pPr>
        <w:pStyle w:val="ArticleBody"/>
        <w:jc w:val="left"/>
      </w:pPr>
      <w:r>
        <w:rPr>
          <w:rFonts w:ascii="Times New Roman" w:hAnsi="Times New Roman" w:eastAsia="Times New Roman" w:cs="Times New Roman"/>
        </w:rPr>
        <w:t>Umi mbohapytyve irundy ary rehegua oñemohenda pe tiempo de sellamiento rehe 11 de septiembre guive pe ley dominical peve, ha avei oñemohenda pe fractal 11 de septiembre guive pe ley dominical peve rehe, ojehechaukáva 31 de diciembre de 2023 guive Islam oñemosãsõ jey peve ogueraha hag̃ua Nashville tata apu’a.</w:t>
      </w:r>
    </w:p>
    <w:p>
      <w:pPr>
        <w:pStyle w:val="ArticleBody"/>
        <w:jc w:val="left"/>
      </w:pPr>
      <w:r>
        <w:rPr>
          <w:rFonts w:ascii="Times New Roman" w:hAnsi="Times New Roman" w:eastAsia="Times New Roman" w:cs="Times New Roman"/>
        </w:rPr>
        <w:t>Pe fractal profético 31 jasypakõi 2023 guive umi tata guasu ojeity vaʼekue Nashville-pe peve ojehechauka hag̃ua mbohapy periodo profético irundy ary pukúva rupive, ha opaite umíva ojoaju pe tiempo de sellamiento reheve 9/11 guive pe ley dominical peve. Upévare, irundy testígo ohechauka pe historia 31 jasypakõi 2023 guive pe ataque Nashville-pe peve, ha pe ñorairõ Nínive rehegua haʼe pe “clave” peteĩteĩva koʼã testígope g̃uarã. 1333, 1449, 1840 ha 9/11 opavave vaʼekue punto de inflexión — “claves.”</w:t>
      </w:r>
    </w:p>
    <w:p>
      <w:pPr>
        <w:pStyle w:val="ArticleScripture"/>
        <w:jc w:val="left"/>
      </w:pPr>
      <w:r>
        <w:rPr>
          <w:rFonts w:ascii="Times New Roman" w:hAnsi="Times New Roman" w:eastAsia="Times New Roman" w:cs="Times New Roman"/>
        </w:rPr>
        <w:t>“Oĩ mbo’epy ñaaprendéva yma guare tembiaságui; ha oñehenói ñañatendévo ko’ãvare, opavave oikuaa hag̃ua Tupã omba’apoha ko’ág̃a avei pe hendápe voi, ha’e ymaite guive omba’apohaguéicha. Ipo ojehecha hembiapópe ha tetãnguéra apytépe ko’ág̃a avei, péichaite voi ojehechahaguéicha opa ára guive, pe evanhélio oñemoherakuã ypy guive Adánpe Edénpe.”</w:t>
      </w:r>
    </w:p>
    <w:p>
      <w:pPr>
        <w:pStyle w:val="ArticleScripture"/>
        <w:jc w:val="left"/>
      </w:pPr>
      <w:r>
        <w:rPr>
          <w:rFonts w:ascii="Times New Roman" w:hAnsi="Times New Roman" w:eastAsia="Times New Roman" w:cs="Times New Roman"/>
        </w:rPr>
        <w:t>“Oĩ ára ha época oikóva, haʼéva mbaʼe guasu omoambuéva tetãnguéra rembiasakue ha tupao rembiasakue. Ñandejára providénsia rupive, og̃uahẽvo koʼã opaichagua apañuãi guasu, pe tesape upe árapegua oñemeʼẽ. Ojeguerohory ramo, oĩ progreso espiritual; oñemboyke ramo, upéicharõ ou ñemboguejy espiritual ha jehundi. Ñandejára, Iñeʼẽme, ohechauka porã marandu porã rembiapo ñorairõháicha, mbaʼéichapa oñemboguata vaʼekue yma, ha mbaʼéichapa oñemboguatáta tenonderãme, pe ñorairõ paha peve, upérõ Satanás rembigua kuéra ojapóta iñemonguʼe paha hechapyrãva.” Bible Echo, August 26, 1895.</w:t>
      </w:r>
    </w:p>
    <w:p>
      <w:pPr>
        <w:pStyle w:val="ArticleHeading"/>
        <w:jc w:val="left"/>
      </w:pPr>
      <w:r>
        <w:rPr>
          <w:rFonts w:ascii="Arial" w:hAnsi="Arial" w:eastAsia="Arial" w:cs="Arial"/>
        </w:rPr>
        <w:t>Nikomédia</w:t>
      </w:r>
    </w:p>
    <w:p>
      <w:pPr>
        <w:pStyle w:val="ArticleBody"/>
        <w:jc w:val="left"/>
      </w:pPr>
      <w:r>
        <w:rPr>
          <w:rFonts w:ascii="Times New Roman" w:hAnsi="Times New Roman" w:eastAsia="Times New Roman" w:cs="Times New Roman"/>
        </w:rPr>
        <w:t>Oiko hag̃ua rire mburuvicha guasu ramo 284-pe, ary 293-pe, Diocleciano oiporavo Nicomedia-pe Roma Mburuviha Reta Kuarahyresẽ gotyo guápe g̃uarã táva guasu ramo, ombojaʼo hag̃ua léi rupive pe mburuviha Reta Kuarahyresẽ ha Kuarahyreike peguápe, ha omopyenda hag̃ua pe sistema hérava Tetrarquía. Nicomedia ombaʼapo heta ary aja táva guasu principal administrativo ha militar ramo Kuarahyresẽme. Constantino el Grande oipuru upéva peteĩ base ramo odesidi mboyve omopuʼã hag̃ua pe táva guasu pyahu Byzantium ypýpe (haʼe omoambue héra Constantinopla ramo ary 330-pe). Constantinopla oiko rire pe táva guasu tenondegua ramo jepe, Nicomedia opyta peteĩ centro regional tuicháva ramo, oĩ porãite hag̃ua peteĩ tenda estratégica-pe, mar rembeʼy kuarahyresẽ gotyo Mar de Mármara-pe. Upévare, ndahaʼéiramo jepe pe táva guasu permanente Roma térã Constantinopla-icha, Nicomedia oñemohenda oficialhápe Kuarahyresẽ pegua táva guasu ramo peteĩ ára guasuite jerovia hag̃ua Roma rembiasakue ryepýpe. Pe ciento cincuenta ary ñepyrũme, peteĩ táva guasu Roma kuarahyresẽ pegua oñemombaʼe; ha ipahápe, ambue táva guasu Roma kuarahyresẽ pegua oñemombaʼe. Mokõivéva ñemombaʼe oike peteĩ jererehy guasu rupive.</w:t>
      </w:r>
    </w:p>
    <w:p>
      <w:pPr>
        <w:pStyle w:val="ArticleHeading"/>
        <w:jc w:val="left"/>
      </w:pPr>
      <w:r>
        <w:rPr>
          <w:rFonts w:ascii="Arial" w:hAnsi="Arial" w:eastAsia="Arial" w:cs="Arial"/>
        </w:rPr>
        <w:t>Diocleciano</w:t>
      </w:r>
    </w:p>
    <w:p>
      <w:pPr>
        <w:pStyle w:val="ArticleBody"/>
        <w:jc w:val="left"/>
      </w:pPr>
      <w:r>
        <w:rPr>
          <w:rFonts w:ascii="Times New Roman" w:hAnsi="Times New Roman" w:eastAsia="Times New Roman" w:cs="Times New Roman"/>
        </w:rPr>
        <w:t>Mburuvicha guasu Diocleciano omoĩkuri Nicomediape mburuvicharenda tee ramo pe Imperio Romano kuarahyresẽ gotyo, omoñepyrũrõ guare pe sistema Tetrarquía ary 293-pe. Pe sistema Tetrarquía ojejapo vaʼekue mokõi división rehe: peteĩ kuarahyreike gotyo ha peteĩ kuarahyresẽ gotyo pe imperio ryepýpe; mokõivéva, kuarahyresẽ ha kuarahyreike, oguereko peteĩ emperador yvatevéva (Augusti) ha peteĩ emperador michĩvéva (Caesar), ombohysýi hag̃ua pe papapy irundy ojehechaukáva pe ñeʼẽ “tetrarquía”-pe.</w:t>
      </w:r>
    </w:p>
    <w:p>
      <w:pPr>
        <w:pStyle w:val="ArticleHeading"/>
        <w:jc w:val="left"/>
      </w:pPr>
      <w:r>
        <w:rPr>
          <w:rFonts w:ascii="Arial" w:hAnsi="Arial" w:eastAsia="Arial" w:cs="Arial"/>
        </w:rPr>
        <w:t>Alfa ha Omega</w:t>
      </w:r>
    </w:p>
    <w:p>
      <w:pPr>
        <w:pStyle w:val="ArticleBody"/>
        <w:jc w:val="left"/>
      </w:pPr>
      <w:r>
        <w:rPr>
          <w:rFonts w:ascii="Times New Roman" w:hAnsi="Times New Roman" w:eastAsia="Times New Roman" w:cs="Times New Roman"/>
        </w:rPr>
        <w:t>Diocleciano ha’e pe símbolo omega pe iglesia de Esmirna rehegua, ha Nero ha’e pe símbolo alfa. Constantino el Grande ha’e pe símbolo alfa pe iglesia de Pérgamo rehegua, ha Justiniano ha’e pe símbolo omega.</w:t>
      </w:r>
    </w:p>
    <w:p>
      <w:pPr>
        <w:pStyle w:val="ArticleBody"/>
        <w:jc w:val="left"/>
      </w:pPr>
      <w:r>
        <w:rPr>
          <w:rFonts w:ascii="Times New Roman" w:hAnsi="Times New Roman" w:eastAsia="Times New Roman" w:cs="Times New Roman"/>
        </w:rPr>
        <w:t>Pe división “legal” Roma rehegua kuarahyreike ha kuarahyresẽme (ndopytaiva’ekue are) ojapo Diocleciano, ha pe división profética Roma rehegua kuarahyreike ha kuarahyresẽme ojapo Constantino. Pe iglesia simbólica mokõiha persecución rehegua rembiasakue aja, oñerepresentáva Esmirna rupive, Roma oñemboja’o legalmente kuarahyreike ha kuarahyresẽme; ha pe iglesia simbólica mbohapyha compromiso rehegua rembiasakue aja, oñerepresentáva Pérgamo rupive, Roma oñemboja’o proféticamente kuarahyreike ha kuarahyresẽme. Áño 293 va’ekue pe alfa ha áño 330 va’ekue pe omega, ha mayo 11, 330-pe, Constantino el Grande omboyke Constantinopla Táva Capital ramo Imperio-pe g̃uarã.</w:t>
      </w:r>
    </w:p>
    <w:p>
      <w:pPr>
        <w:pStyle w:val="ArticleBody"/>
        <w:jc w:val="left"/>
      </w:pPr>
      <w:r>
        <w:rPr>
          <w:rFonts w:ascii="Times New Roman" w:hAnsi="Times New Roman" w:eastAsia="Times New Roman" w:cs="Times New Roman"/>
        </w:rPr>
        <w:t>Pe ñemboja’o legal oiko va’ekue Diocleciano rupive ary 293-pe oñembyai guerra civil oúva rupi, pe Edicto de Milán peve ary 313-pe, upérõ Constantino pe kuarahyresẽgua ha Licinio pe kuarahyreikégua omoherakuãvo pe Edicto de Milán, ombojoajukáva cristianismo-pe ley rupive, ha añetépe omohu’ãva pe Tetrarquía—pe sistema irundy mburuvicha oñembojoajúva oñondivegua, ho’áva mokõi pu’aka guasu ñorairõme (Constantino Oeste-pe ha Licinio Este-pe). Pe ñemboja’o legal, oguerúva’ekue peteĩ ho’a, ohechauka peteĩ periodo mokõipa ary pukukue ñemboja’o guive ambue ñemboja’o peve, ha mokõivéva ñemboja’o ombohasy ha ogueru sistema ho’a hag̃ua.</w:t>
      </w:r>
    </w:p>
    <w:p>
      <w:pPr>
        <w:pStyle w:val="ArticleBody"/>
        <w:jc w:val="left"/>
      </w:pPr>
      <w:r>
        <w:rPr>
          <w:rFonts w:ascii="Times New Roman" w:hAnsi="Times New Roman" w:eastAsia="Times New Roman" w:cs="Times New Roman"/>
        </w:rPr>
        <w:t>Pe iglesia de Esmirna oñepyrũ vaekue Nerón ndive ary 64-pe, upe jave pe tata guasu Roma-pe ojeipuru vaekue Nerón rupive omuña hag̃ua umi kristiánope, umi Nerón omoĩ vai vaekue hikuái omoñepyrũ hague pe tata. Nerón ohechauka pe ñemuña ñepyrũha ha oikuaauka pe ñemuña paha ára pahápe guaréva. Upe ñemuña paha osegí hína pe gracia ñemboty peve, upe jave pe pu'aka papal oguahẽvo ipahahápe ndaiporimo'ãi avave oipytyvõva chupe. Péicha pe ñemuña peteĩha ára oñepyrũ vaekue Roma jehapýpe ha opa Roma jehapýpe.</w:t>
      </w:r>
    </w:p>
    <w:p>
      <w:pPr>
        <w:pStyle w:val="ArticleScripture"/>
        <w:jc w:val="left"/>
      </w:pPr>
      <w:r>
        <w:rPr>
          <w:rFonts w:ascii="Times New Roman" w:hAnsi="Times New Roman" w:eastAsia="Times New Roman" w:cs="Times New Roman"/>
        </w:rPr>
        <w:t>Ha umi apakã ratĩpa rehecha vaʼekue mymba vai ári, umíva ndaijaʼéi vaʼerã pe kuña itavývape, ha ojapo vaʼerã chugui ojeheja pyʼa guasúva ha opiʼamondeʼỹva, hoʼu vaʼerã heʼo, ha ohapy vaʼerã chupe tata reheve. Apocalipsis 17:16.</w:t>
      </w:r>
    </w:p>
    <w:p>
      <w:pPr>
        <w:pStyle w:val="ArticleBody"/>
        <w:jc w:val="left"/>
      </w:pPr>
      <w:r>
        <w:rPr>
          <w:rFonts w:ascii="Times New Roman" w:hAnsi="Times New Roman" w:eastAsia="Times New Roman" w:cs="Times New Roman"/>
        </w:rPr>
        <w:t>Pe iglesia de Esmirna oñepyrũ Nerón ndive ary 64-pe, upe jave pe tata guasu Róma-pe ojeipuru Nerón rehegua persecución hag̃ua umi cristiano-kuérape, Nerón omoĩva’ekue hese kuéra pe tata ñepyrũ. Mokõi sientos cincuenta ary rire, opa ary 313-pe pe Edicto de Milán rupive. Pe “edicto” ha’e pe opa hag̃uáicha peteĩ periodo mokõi pa ary pukukue oñepyrũva’ekue Diocleciano división legal reheve, ha avei ha’eva’ekue pe pahápe umi mokõi sientos cincuenta ary Esmirna rehegua oñepyrũva’ekue Nerón ndive. Umi mokõi sientos cincuenta ary persecución rehegua, ojehechaukáva pe iglesia de Esmirna ha Nerón rupive, oike avei ipype umi diez ary pe persecución vaietevéva oguerúva’ekue Diocleciano. Upe diez ary persecución rehegua ha’eva’ekue pe pahápe pe mokõi pa ary Diocleciano rehegua, oñepyrũva’ekue imperio división legal reheve ary 293-pe. Upe división legal este ha oeste-pe ojapóva’ekue Diocleciano ary 293-pe guive oñepyrũ peteĩ periodo mokõi pa ary pukukue, ojejapóva mokõi periodo diez ary pukúvagui.</w:t>
      </w:r>
    </w:p>
    <w:p>
      <w:pPr>
        <w:pStyle w:val="ArticleBody"/>
        <w:jc w:val="left"/>
      </w:pPr>
      <w:r>
        <w:rPr>
          <w:rFonts w:ascii="Times New Roman" w:hAnsi="Times New Roman" w:eastAsia="Times New Roman" w:cs="Times New Roman"/>
        </w:rPr>
        <w:t>Diocleciano omboja peteĩ léi rupive pe império kuarahyreike ha kuarahyresẽ gotyo, upéicha ohechauka hag̃ua pe ñemboja’o profético ojejapótava Constantino rupive. Diocleciano ñemboja’o ha’e va’ekue kuarahyresẽ ha kuarahyreike gotyo, ha upéva oguereko mokõi mburuvicha kuarahyresẽme ha mokõi mburuvicha kuarahyreiképe. Peteĩ mburuvicha tenondegua ha peteĩ mokõiha mburuvicha káda hendápe g̃uarã. 23 jasypakõi 303-pe, Diocleciano osẽkuri peteĩha heta “edicto” apytégui cristiano-kuéra rehegua, omoñepyrũvo pe Jehasa Asýpe Guasu, (oñehenóiva avei pe Jehasa Asy Dioclecianogua), pe jejopy vaiete ha ipyenda guasuvéva cristiano-kuéra rehe pe Império Romano ryepýpe.</w:t>
      </w:r>
    </w:p>
    <w:p>
      <w:pPr>
        <w:pStyle w:val="ArticleScripture"/>
        <w:jc w:val="left"/>
      </w:pPr>
      <w:r>
        <w:rPr>
          <w:rFonts w:ascii="Times New Roman" w:hAnsi="Times New Roman" w:eastAsia="Times New Roman" w:cs="Times New Roman"/>
        </w:rPr>
        <w:t>“Ha peteĩva ehai Smirna pegua tupao-pegua ánhelpe; Péicha he’i pe peteĩha ha paha, omanóva vaʼekue ha oikovéva; Che aikuaa nde rembiapo, nde jehasa asy ha nde mboriahu, (hájeko nde rerikove) ha aikuaa avei umi ñe’ẽvai umi he’íva ha’eha judío, ha ndaha’éi upéicha, síno ha’eha Satanás sinagóga. Ani rekyhyje umi mba’e rehe rehasátavagui: péina ápe, Aña omombo va’erã pene apytégui peteĩteĩme ka’irãime, pejeprova hag̃ua; ha pehasáta jehasa asy pa ára pukukue: eiko jerovia hag̃uáicha pe mano peve, ha che ame’ẽta ndéve tekove jeguaka. Pe oguerekóva apysa, tohendu pe Espíritu he’íva umi tupaope; pe ipu’akáva ndaijái va’erã omano mokõiháguio.” Apocalipsis 2:8–10.</w:t>
      </w:r>
    </w:p>
    <w:p>
      <w:pPr>
        <w:pStyle w:val="ArticleBody"/>
        <w:jc w:val="left"/>
      </w:pPr>
      <w:r>
        <w:rPr>
          <w:rFonts w:ascii="Times New Roman" w:hAnsi="Times New Roman" w:eastAsia="Times New Roman" w:cs="Times New Roman"/>
        </w:rPr>
        <w:t>Pe Jehasa Guasu oseguíkuri Diocleciano successor-kuéra poguýpe (koʼýte Galerio poguýpe) ary 313 peve, opa hag̃ua Édito de Milán rupive. Nerón haʼe hína pe símbolo alfa pe jehasa asy rehegua ohechaukáva Diocleciano-pe símbolo omega ramo pe jehasa asy rehegua pe período profético pe tupaóga de Esmirna orepresentáva. Pe jehasa asy opakuri peteĩ ñemenda política ha peteĩ tratado rupive Constantino orientalgua ha Licinio occidentalgua apytépe. Febrero ary 313-pe, Constantino ha Licinio ojojuhúkuri Milánpe ha omoherakuã Édito de Milán, omeʼẽva tolerancia religiosa umi kristiánope (ha ambuekuérape avei) opaite pe império pukukue javeve. Oñemombarete hag̃ua ijoaju política, Licinio omendákuri Constantia rehe (Constantino reindy mbytegua) upe aty aja térã hiʼag̃uívape. Ko ñemenda haʼékuri peteĩ joaju política romana ojehecharamóva—omboty hag̃ua pe ñeʼẽmeʼẽ mokõi mburuvicha guasu apytépe ha oipytyvõ hag̃ua oñemyatyrõ sapyʼami pe império heta áño ñorairõ civil rire. Pe joaju ndopytái are. Upe rire, Constantino ha Licinio oñorairõ ojuehe, ha Constantino ipuʼakapa Licinio ári ary 324-pe, opytávo haʼeño año pe mburuvicha guasu ramo.</w:t>
      </w:r>
    </w:p>
    <w:p>
      <w:pPr>
        <w:pStyle w:val="ArticleBody"/>
        <w:jc w:val="left"/>
      </w:pPr>
      <w:r>
        <w:rPr>
          <w:rFonts w:ascii="Times New Roman" w:hAnsi="Times New Roman" w:eastAsia="Times New Roman" w:cs="Times New Roman"/>
        </w:rPr>
        <w:t>Nerón guive Constantino peve ojejapo vaʼekue pe período profético de Esmirna mokõisa po ary, ha ary 313-pe oñepyrũ pe iglesia de Pérgamo, pe iglesia de pe compromiso, ha opa pe iglesia de Tiatira ndive ary 538-pe. Pe mokõisa po ary Esmirna-pegua orrepresenta vaʼekue peteĩ período de persecución, ha opa jave pe período tuichakue, pe persecución de Diocleciano omohuʼã Apocalipsis-pe “diez días” (diez años), upépe pe ivaivéva período de persecución orrepresenta peteĩ fractal pe período tuichakue rehegua. Umi diez años haʼe peteĩ fractal umi mokõisa po ary rehegua. Umi diez años orrepresenta pe omega pe persecución de Nerón rehegua, ha ipahápe pe omega pe división del imperio este ha oeste-pe.</w:t>
      </w:r>
    </w:p>
    <w:p>
      <w:pPr>
        <w:pStyle w:val="ArticleHeading"/>
        <w:jc w:val="left"/>
      </w:pPr>
      <w:r>
        <w:rPr>
          <w:rFonts w:ascii="Arial" w:hAnsi="Arial" w:eastAsia="Arial" w:cs="Arial"/>
        </w:rPr>
        <w:t>Menda ha Jejavy hag̃ua’ẽ hag̃ua</w:t>
      </w:r>
    </w:p>
    <w:p>
      <w:pPr>
        <w:pStyle w:val="ArticleBody"/>
        <w:jc w:val="left"/>
      </w:pPr>
      <w:r>
        <w:rPr>
          <w:rFonts w:ascii="Times New Roman" w:hAnsi="Times New Roman" w:eastAsia="Times New Roman" w:cs="Times New Roman"/>
        </w:rPr>
        <w:t>Esmirna oñepyrũ Róma jehapýpe ary 64-pe ha opa mokõi sientos cincuenta ary rire, ary 313-pe, Edicto de Milán reheve ha kuarahyreike ha kuarahyresẽ ñemenda polítikare. Pe fractal jasypa ary pukukuegua ñemoĩ asy rehegua oñepyrũ ary 303-pe ha opa ary 313-pe, Edicto de Milán reheve ha kuarahyreike ha kuarahyresẽ ñemenda polítikare. Umi mokõi pa ary oñepyrũva’ekue kuarahyresẽ ha kuarahyreike pe ñemboja’o legal rehe ary 293-pe Diocleciano rupive, opa ary 313-pe kuarahyreike ha kuarahyresẽ ñemenda polítikare. Pe ñe’ẽme’ẽ ñemenda rehegua ary 313-pe kuarahyresẽ ha kuarahyreike apytépe opa pe divorcio ary 324-pe, upérõ Constantino ipu’aka Licinio kuarahyreikegua ári ha oiko hag̃ua Roma mburuvicha añoite. Pe divorcio profético ary 324-gua og̃uahẽ mbohapy ary rire pe primer léi domingo rehegua ary 321-pe.</w:t>
      </w:r>
    </w:p>
    <w:p>
      <w:pPr>
        <w:pStyle w:val="ArticleBody"/>
        <w:jc w:val="left"/>
      </w:pPr>
      <w:r>
        <w:rPr>
          <w:rFonts w:ascii="Times New Roman" w:hAnsi="Times New Roman" w:eastAsia="Times New Roman" w:cs="Times New Roman"/>
        </w:rPr>
        <w:t>Umi diecisiete áño ohasáva 313 guive 330 peve ohechauka peteĩ ñemenda polítika, ha pe jehasa asy paha ojehechaukáva Esmirna ha Nerón rupive, ha pe ñepyrũ tupao kompromíso rehegua ojehechaukáva Pérgamo rupive. Pérgamo ñepyrũ 313-pe pe ñemendápe, ojehupyty rire pe ñepyrũ jehasa asy rehegua oñepyrũva’ekue pe peteĩha léi domingo rehe 321-pe. Upéva rire oúma pe divorcio profétiko 324-pe, oguerúva’ekue kuarahyreike ha kuarahyresẽ peteĩ império-pe Constantino poguýpe. Seis áño rire, 330-pe, pe división kuarahyresẽ ha kuarahyreike gotyo oñembopyahu jey profetikaháicha. Umi diecisiete áño ohechauka pe período alfa tupao Pérgamo rehegua, osegítava peve tupao Tiatira og̃uahẽ pe tembiasakue profétikape 538-pe. Pe período alfa ohechaukáta peteĩ tembiasakue omega pahaite gotyo pe período 330 guive 538 peve. Pe tembiasakue omega Pérgamo rehegua ohechauka pe período 496, 508 ha 533.</w:t>
      </w:r>
    </w:p>
    <w:p>
      <w:pPr>
        <w:pStyle w:val="ArticleHeading"/>
        <w:jc w:val="left"/>
      </w:pPr>
      <w:r>
        <w:rPr>
          <w:rFonts w:ascii="Arial" w:hAnsi="Arial" w:eastAsia="Arial" w:cs="Arial"/>
        </w:rPr>
        <w:t>Paapykõi Ary</w:t>
      </w:r>
    </w:p>
    <w:p>
      <w:pPr>
        <w:pStyle w:val="ArticleBody"/>
        <w:jc w:val="left"/>
      </w:pPr>
      <w:r>
        <w:rPr>
          <w:rFonts w:ascii="Times New Roman" w:hAnsi="Times New Roman" w:eastAsia="Times New Roman" w:cs="Times New Roman"/>
        </w:rPr>
        <w:t>Tolomeo, pe ñorairõ guasu Ráfiape, oisãmbyhy “paapy porundy ary”; ha pe ñorairõ Ráfiagui peve pe ñorairõ Pánio peve ohasa avei “paapy porundy ary”. Umi paapy porundy ary oñembojogua simbólikamente umi paapy porundy ary rehe 313 guive 330 peve. Nerón rembiasakue mokõi sa po ary Smírnape ogueraha pe tupaogua Pérgamo ypykuévo pe paapy porundy ary peteĩha, ha ojoaju umi mokõi sa po ary ndive oñepyrũva’ekue pe mbohapyha apoukapýpe ary 457 a.C.pe, ha’éva pe ñepyrũrã umi 2300 ary Daniel kapítulo 8 versíkulo 14-pe, ha ha’e Adventismo pyenda ha itenda mbytegua. Umi mokõi testígo mokõi sa po ary aja oñembojogua umi mokõi sa po ary pe poteĩha mburuvicha guasu rehegua marandu profétiko Bíbligui, oñepyrũva’ekue ary 1776-pe ha opa ko ary 2026-pe.</w:t>
      </w:r>
    </w:p>
    <w:p>
      <w:pPr>
        <w:pStyle w:val="ArticleBody"/>
        <w:jc w:val="left"/>
      </w:pPr>
      <w:r>
        <w:rPr>
          <w:rFonts w:ascii="Times New Roman" w:hAnsi="Times New Roman" w:eastAsia="Times New Roman" w:cs="Times New Roman"/>
        </w:rPr>
        <w:t>Adventísmo pionérokuéra ndohechái ni noikũmbýi umi pakõi poapy ary 313 guive 330 peve, 1844-pe guare ndohesakãporãi gueteri jepe pe porandu ára poapyha sábado rehegua térã kuarahy ára rehegua. Upéicharõ jepe, haʼekuéra ohechakuaa pe cien cincuenta ary Ojehechauka 9:10 pegua, ha upéva oiko peteĩ ára ñepyrũrã peteĩ periodo ogueraháva umi mbohapy cien noventa y peteĩ ary ha quince ára peve, opáva 11 de agosto de 1840-pe. Pe entendimiento omboheñói peteĩ tuichaitereíva “manifestación del poder de Dios.”</w:t>
      </w:r>
    </w:p>
    <w:p>
      <w:pPr>
        <w:pStyle w:val="ArticleBody"/>
        <w:jc w:val="left"/>
      </w:pPr>
      <w:r>
        <w:rPr>
          <w:rFonts w:ascii="Times New Roman" w:hAnsi="Times New Roman" w:eastAsia="Times New Roman" w:cs="Times New Roman"/>
        </w:rPr>
        <w:t>Umi pionérokuéra ndohechakuaái peteĩ mokõiha período ciento cincuenta ary pe Revelación nueve-pe. Iñarandupy ypykue omoheñói pe plataforma hi’ári oñemopu’ãva pe “tesape pyahu” Revelación nueve-gua. Umi tesape ojepe’a pe “lláve” rupi pe ñorairõ Nínive pegua. Upe “lláve” oheja peteĩ estudiante de profecía-pe ohechakuaa opaite mburuvicharenda profético Biblia-pe ojehechaukáva Daniel ha Revelación-pe. Babilonia, Medo-Persia, Grecia, umi imperio seléucida ha ptolemaico, pe mburuvicharenda Mahoma rehegua, ha iñimportantevéva, ombotuichave Roma imperio rehegua ohechauka rupi pe ñemopu’ã ha ho’a ndaha’éi Roma año, síno avei umi mburuvicharenda Roma oriental ha occidental rehegua, avei Estados Unidos-pe (profeta japu), papado-pe (mymba ñarõ), ha Naciones Unidas-pe (dragón). Opaite ko’ã mburuvicharenda ñemopu’ã ha ho’a ohechauka dragón, mymba ñarõ ha profeta japu rembiapo omboguatáva ipahápe ogueraha ko yvy Armagedón-pe. Upe movimiento ojehechauka Daniel once pahápe umi seis versículo pahaguápe, ha upe movimiento ñepyrũ ojehechauka pe tembiasakue kañymby versículo cuarenta-pe.</w:t>
      </w:r>
    </w:p>
    <w:p>
      <w:pPr>
        <w:pStyle w:val="ArticleBody"/>
        <w:jc w:val="left"/>
      </w:pPr>
      <w:r>
        <w:rPr>
          <w:rFonts w:ascii="Times New Roman" w:hAnsi="Times New Roman" w:eastAsia="Times New Roman" w:cs="Times New Roman"/>
        </w:rPr>
        <w:t>Nínive ñorairõ ome’ẽ pe punto de referencia profética omoĩ porã hag̃ua peteĩcha Roma império rehegua testimonio-kuérape, Roma oriental ha occidental mburuvicharoga-kuéra rehegua ha Roma papal rehegua, ára pahápegua tembiapo oikóva peteĩ secuencia-pe. Upévare, Nínive ñorairõ ha’e pe llave ohechauka hag̃ua hekopete opaichagua testimonio profético Roma rehegua, ha Daniel once, versículo catorce he’iháicha, ha’e Roma pe omopyendáva pe visión. Pe llave ombyatyva’ekue umi línea peteĩme ha’e Nínive ñorairõ.</w:t>
      </w:r>
    </w:p>
    <w:p>
      <w:pPr>
        <w:pStyle w:val="ArticleBody"/>
        <w:jc w:val="left"/>
      </w:pPr>
      <w:r>
        <w:rPr>
          <w:rFonts w:ascii="Times New Roman" w:hAnsi="Times New Roman" w:eastAsia="Times New Roman" w:cs="Times New Roman"/>
        </w:rPr>
        <w:t>Ñañepyrũta ñambojoaju hag̃ua pe cinco artíkulo ohasava'ekue, oñe'ẽva Apocalipsis 9 pegua jehasa asy rehe, ore artíkulo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Tembiasakue Kañymby Ayvu Papy Irundy Pa — Papapy Paapy Poteĩ</dc:title>
  <dc:subject>Mokõiha Ñembyasy — Parte Cinco</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