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Kañymbygua Ayvu Papy Cuarenta-pe — Papapy Diecinueve</w:t>
      </w:r>
    </w:p>
    <w:p>
      <w:pPr>
        <w:pStyle w:val="ArticleSubtitle"/>
        <w:jc w:val="left"/>
      </w:pPr>
      <w:r>
        <w:rPr>
          <w:rFonts w:ascii="Arial" w:hAnsi="Arial" w:eastAsia="Arial" w:cs="Arial"/>
        </w:rPr>
        <w:t>Mokõiha Jehasa Mbytepegua – Parte Seis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Daniel ha Apocalipsis kuatiañe'ẽnguéra ojokupyty ha ombojoavy'ỹ ojuehe, he'iséva oñondivepa oñemohu'ã porãha.</w:t>
      </w:r>
    </w:p>
    <w:p>
      <w:pPr>
        <w:pStyle w:val="ArticleScripture"/>
        <w:jc w:val="left"/>
      </w:pPr>
      <w:r>
        <w:rPr>
          <w:rFonts w:ascii="Times New Roman" w:hAnsi="Times New Roman" w:eastAsia="Times New Roman" w:cs="Times New Roman"/>
        </w:rPr>
        <w:t>“Pe Apocalípsis-pe opaite Biblia aranduka ojoaju ha opa. Ko’ápe oĩ Daniel arandukarã mokõiháva.” Hechos de los Apóstoles, 585.</w:t>
      </w:r>
    </w:p>
    <w:p>
      <w:pPr>
        <w:pStyle w:val="ArticleBody"/>
        <w:jc w:val="left"/>
      </w:pPr>
      <w:r>
        <w:rPr>
          <w:rFonts w:ascii="Times New Roman" w:hAnsi="Times New Roman" w:eastAsia="Times New Roman" w:cs="Times New Roman"/>
        </w:rPr>
        <w:t>Umi reino kuéra profesía bíblica rehegua ha’e va’erã pe estudiante profesía rehegua atención principal, upépe niko oñemoĩve tenonderãite pe historia okapegua ára pahápe guarã.</w:t>
      </w:r>
    </w:p>
    <w:p>
      <w:pPr>
        <w:pStyle w:val="ArticleScripture"/>
        <w:jc w:val="left"/>
      </w:pPr>
      <w:r>
        <w:rPr>
          <w:rFonts w:ascii="Times New Roman" w:hAnsi="Times New Roman" w:eastAsia="Times New Roman" w:cs="Times New Roman"/>
        </w:rPr>
        <w:t>“Iporãve hetave ñañemoarandu hag̃ua, Tupã Ñe’ẽ resape rupi, umi mba’érepa ojupi ha ho’a mburuvicha guasu retãnguéra. Ta mitãrusu oikuaa ko’ã jehaipyre, ha tohecha mba’éichapa tetãnguéra pe tee py’aguapy ha ñakãrapu’ã oĩ va’ekue oñembojoaju hag̃ua umi principio divino jeguerovia rehe. Tohesa’ỹijo umi tuicháva reforma rembiapo rembiasakue, ha tohecha mba’éichapa heta jey ko’ã principio, jepe oñemboyke ha oñembopochy hese, ha umi omyasãiva ogueraha hag̃ua kárselpe ha jejukaharape, ko’ã sacrificio rupive voi ipahápe ipu’aka.” Education, 238.</w:t>
      </w:r>
    </w:p>
    <w:p>
      <w:pPr>
        <w:pStyle w:val="ArticleBody"/>
        <w:jc w:val="left"/>
      </w:pPr>
      <w:r>
        <w:rPr>
          <w:rFonts w:ascii="Times New Roman" w:hAnsi="Times New Roman" w:eastAsia="Times New Roman" w:cs="Times New Roman"/>
        </w:rPr>
        <w:t>Tembiasakue marangatu, taha’e umi “movimiento guasu reformador rehegua”, térã “mburuvicharãnguéra pu’aka ha ho’a rehegua”; umi tembiasakue marangatu ha’e peteĩ porandu tekove térã mano rehegua Tupã Ñe’ẽme. Pablo ohai 2 Tesalonicenses kapítulo mokõihápe umi ndohayhúiva pe añetegua, ha upéi oguerohoryva’ekue mbotavy hatã; ojapo upéva omboyke hag̃ua pe marandu Pablo ohechaukava’ekue upe pasáhepe rupi. Upe pasáhe ohechauka pe joaju Roma pagana ha Roma papal apytépe, ha upéva avei ha’e pe joaju Pérgamo ha Tiatira rehegua, ha avei pe joaju hierro ha ñai’ũ rehegua, upéicha avei pe dragón ha pe mymba guasu apytépe. Roma papal pu’aka hag̃ua, ojehechaukáva Tiatira rupive, ha Roma pagana ho’a hag̃uáicha, ojehechaukáva Pérgamo rupive, ha’e peteĩ añetegua umi oguerohoryva’ekue pe mbotavy hatã ombohayhu’ỹva.</w:t>
      </w:r>
    </w:p>
    <w:p>
      <w:pPr>
        <w:pStyle w:val="ArticleBody"/>
        <w:jc w:val="left"/>
      </w:pPr>
      <w:r>
        <w:rPr>
          <w:rFonts w:ascii="Times New Roman" w:hAnsi="Times New Roman" w:eastAsia="Times New Roman" w:cs="Times New Roman"/>
        </w:rPr>
        <w:t>Millerita rembiasakuepe, pe argumento oĩva’ekue Millerita-kuéra ha Protestante-kuéra apytépe, ha upéi oikeva’ekue pe kuatiahaipyre pionero 1843-pe, ha’eva’ekue mba’épa pe pu’aka histórico oñerrepresentáva “nde retãyguakuéra mondaha” ramo Daniel 11, versíkulo 14-pe. ¿Umi mondahakuéra piko ha’eva’ekue Roma pagana opu’ãva, he’iháicha Millerita-kuéra, térãpa ha’eva’ekue Seleúcida-kuéra ho’áva, he’iháicha Protestante-kuéra?</w:t>
      </w:r>
    </w:p>
    <w:p>
      <w:pPr>
        <w:pStyle w:val="ArticleScripture"/>
        <w:jc w:val="left"/>
      </w:pPr>
      <w:r>
        <w:rPr>
          <w:rFonts w:ascii="Times New Roman" w:hAnsi="Times New Roman" w:eastAsia="Times New Roman" w:cs="Times New Roman"/>
        </w:rPr>
        <w:t>“Mayma tetã oikéva tembiapo renda ári oñeme'ẽ chupekuéra oike hag̃ua henda yvy ape ári, ojehecha hag̃ua ombohováitapa pe propósito ‘Pe Ma’ẽhára ha Pe Imarangatúva’ rehegua. Profesía omombe'u porã va'ekue mba'éichapa opu'ã ha ho'a ko yvy tuichavéva mburuvicharãnguéra—Babilonia, Medo-Persia, Grecia ha Roma. Káda peteĩ ko'ãvagui, tetãnguéra imbaretéva'ỹvéva ndive avei, tembiasakue ojapo jey ijehegui. Káda peteĩ oreko va'ekue hi'ára oñeha'ã hag̃ua, káda peteĩ ofalla va'ekue, hoguera ojepe'a, ipokatu okanýma, ha ambue oipyhy hendaguépe....”</w:t>
      </w:r>
    </w:p>
    <w:p>
      <w:pPr>
        <w:pStyle w:val="ArticleScripture"/>
        <w:jc w:val="left"/>
      </w:pPr>
      <w:r>
        <w:rPr>
          <w:rFonts w:ascii="Times New Roman" w:hAnsi="Times New Roman" w:eastAsia="Times New Roman" w:cs="Times New Roman"/>
        </w:rPr>
        <w:t>“Umi tetãnguéra opu’ã ha ho’águi, ojehechauka hag̃uáicha Ñandejára Ñe’ẽ Marangatu roguekuérape, tekotevẽ oikuaa hikuái mba’éichaitépa ndovaléi pe ñemomba’eguasu oka gotyogua ha yvy arigua añónte. Babilonia, opa ipokatu ha hechapyrã guasu reheve, ko yvy arigua araka’eve ndohechavéiva upéicha guare, —pokatu ha hechapyrã guasu upe ára tavayguakuérape ojehechávo ipyta hag̃uáicha ha are hag̃ua opa ára,— mba’éichaitépa oñehundipaite. “Kapi’i poty”icha oñehundi. Péicha oñehundi opa mba’e ndorekóiva Ñandejárape iñepyrũrã. Pe oĩva añoite joajúpe Ijehupytyrã ndive ha ohechaukáva Itekokatu ikatu opyta. Iñe’ẽme’ẽ ha’e añoite umi mba’e hatã ha ndojehekýiva ko ñande mundo oikuaáva.” Education, 177, 184.</w:t>
      </w:r>
    </w:p>
    <w:p>
      <w:pPr>
        <w:pStyle w:val="ArticleBody"/>
        <w:jc w:val="left"/>
      </w:pPr>
      <w:r>
        <w:rPr>
          <w:rFonts w:ascii="Times New Roman" w:hAnsi="Times New Roman" w:eastAsia="Times New Roman" w:cs="Times New Roman"/>
        </w:rPr>
        <w:t>Tembiasakue Bíblica hína pe visión he’i vaʼekue Salomón ndaipórihápe, ha upéva ndaipóriramo, oñehundi. Umi Millerita ohechakuaa ha omombeʼu umi ciento cincuenta ary ojehechaukáva “cinco meses” ramo Apocalipsis capítulo nueve-pe, versículo cinco ha diez-pe, péro ndopykúi ohesaʼỹijo hag̃ua pe tembiasakue ojehechaukáva Apocalipsis capítulo nueve-pe. Haʼekuéra oikeporã ohechakuaa hag̃ua pe versículo diez-pe “cinco meses”, péro ojekuaa porã oimoʼã hague, versículo cinco ha diez mokõivéva oguerekógui pe ñeʼẽjoaju “cinco meses”, upéva simplemente peteĩ énfasis voiha pe profecía ñembojepyʼapy rehegua ojehechaukáva mokõivéva versículo-pe. Koʼág̃a ikatu hag̃uáicha ojehechauka hag̃ua ndahasýi, versículo cinco ohechaukáramo “cinco meses”, upéva ohechauka ciento cincuenta ary oñepyrũva’ekue Mahoma omanórõ guare ary 632-pe, ha opa ary 782-pe pe Emperatriz Irene, Imperio Bizantino térã Romano oriental-pegua, ñemotĩme.</w:t>
      </w:r>
    </w:p>
    <w:p>
      <w:pPr>
        <w:pStyle w:val="ArticleBody"/>
        <w:jc w:val="left"/>
      </w:pPr>
      <w:r>
        <w:rPr>
          <w:rFonts w:ascii="Times New Roman" w:hAnsi="Times New Roman" w:eastAsia="Times New Roman" w:cs="Times New Roman"/>
        </w:rPr>
        <w:t>Umi tenondegua-kuéra oĩ porã kuri iñemoĩmbýpe verso diez rehegua, Nicomedia ñorairõ ramo 27 jasypokõi 1299-pe, oñepyrũháicha cien cincuenta ary, opa vaʼekue Constantinopla-pe mburuvicha guasu pahápe hérava Constantino ñemomirĩmbýpe 27 jasypokõi 1449-pe. Tysýi ári tysýi, peteĩ periodo cien cincuenta ary rehegua ohechauka Islam mundial, ojehechaukáva mokõivéva rupive: peteĩha ñembyasy Islam Arabia-gua ha mokõiha ñembyasy Islam Turquía-gua. Pe Islam omomirĩ vaʼekue mburuvicha guasu ha mburuvicha guasu rembireko mokõivéva oñondive, ohechauka Islam mundial ogana hag̃ua peteĩ reino oguerekóva peteĩ kuña, ojehechaukáva Irene rupive, ha peteĩ kuimbaʼe ojehechaukáva Constantino pahápe rupive.</w:t>
      </w:r>
    </w:p>
    <w:p>
      <w:pPr>
        <w:pStyle w:val="ArticleBody"/>
        <w:jc w:val="left"/>
      </w:pPr>
      <w:r>
        <w:rPr>
          <w:rFonts w:ascii="Times New Roman" w:hAnsi="Times New Roman" w:eastAsia="Times New Roman" w:cs="Times New Roman"/>
        </w:rPr>
        <w:t>Umi ciento cincuenta ary opávo peve oñemohu'ãva Irene ñemomirĩ rehe, Arabia-gua Islam ojapyhy pe tenda térã yvytyrusu Bizantino rehegua, ohejávo Irene-pe peteĩ tekotevẽ ñemomirĩme upéichaite peve, ojejopy haguã ichupe opaga hag̃ua tributo mbohapy ary aja, ambue jejopy reheve. Oiko ramo guare Constantino pahápe ñemomirĩ, upéva omarka peteĩ irundy ary pukukue ñepyrũ, opáva peteĩ ñemongora ha Roma kuarahyresẽ gotyo táva guasu ñehundi reheve. Mokõivéva kásope ha'e va'ekue Islam: Arabia-gua Islam Irene rehehápe, ha Turquía-gua Islam Constantino pahápe rehehápe. Umi ára pahápe, Islam mundial, ojehechaukáva umi mokõi testígo rupive, ha'éva Arabia-gua ha Turquía-gua Islam, oñemoĩva peteĩha ha mokõiha ñembyasýpe; tenonderãrã ojapyhýta pe yvytyrusu, ha upéi pe táva guasu. Pe ára pahápe entidade polítika, ojehechaukáva Roma kuarahyresẽ gotyo-gua Constantino rupive, oñemenda simbólikamente pe ára pahápe entidade religiosa rehe, ojehechaukáva Roma kuarahyresẽ gotyo-gua Irene rupive. Aiporu umi ñe'ẽ entidade polítika ha religiosa amombe'u hag̃ua pe ta'anga mymba ñarõmegua símbolo oikoha raẽ Estados Unidos-pe ha upéi ko yvy ape ári. Pe ta'anga mymba ñarõmegua ha'e pe Constantino ha Irene ñemenda simbólika, mokõivéva oñemomirĩva okañýgui hag̃ua chuguikuéra yvytyrusu ha táva guasu Islam pópe.</w:t>
      </w:r>
    </w:p>
    <w:p>
      <w:pPr>
        <w:pStyle w:val="ArticleBody"/>
        <w:jc w:val="left"/>
      </w:pPr>
      <w:r>
        <w:rPr>
          <w:rFonts w:ascii="Times New Roman" w:hAnsi="Times New Roman" w:eastAsia="Times New Roman" w:cs="Times New Roman"/>
        </w:rPr>
        <w:t>Iñemendaha oñemombe’u mokõi tembiasakue oñembojoajúvo, ha oñetypifika vaʼekue Constantia ha Licinio ñemendápe ary 313-pe, pe Édito de Milán oñemoĩrõ guare, ha pe tupaogua simbólico de Esmirna opávo ha pe tupaogua simbólico de Pérgamo oñepyrũvo. Umi Pablo ohechauka vaʼekue omoañetéva jerovia vai mbarete ndohechaséi Pablo marandu ñeñangarekorã oguerekóva peteĩ jehekýi hag̃ua, kuimbaʼe angaipa rehegua ojehechauka mboyve. Pe jehekýi oiko Pérgamo rembiasakuépe, ha pe kuimbaʼe angaipa rehegua ojehechauka ary 538-pe, pe tupaogua de Tiatira oñepyrũrõ guare.</w:t>
      </w:r>
    </w:p>
    <w:p>
      <w:pPr>
        <w:pStyle w:val="ArticleScripture"/>
        <w:jc w:val="left"/>
      </w:pPr>
      <w:r>
        <w:rPr>
          <w:rFonts w:ascii="Times New Roman" w:hAnsi="Times New Roman" w:eastAsia="Times New Roman" w:cs="Times New Roman"/>
        </w:rPr>
        <w:t>Ani avave pene mbueve tapicha pende mbotavy mba’eve rupi; upe ára ndoumo’ãi, oiko raẽ’ỹre pe jehekýi guasu, ha ojekuaauka pe kuimba’e angaipa rehegua, pe ñehundípe oñeme’ẽva; ha’e oñemoĩva ha oñembohetavéva opa mba’e ári oje’éva Tupã térã oñemomba’éva; upéicha ha’e ku Tupãicha oguapy Tupã rógaópe, ohechauka hag̃ua ijehegui ha’eha Tupã. 2 Tesalonicenses 2:3, 4.</w:t>
      </w:r>
    </w:p>
    <w:p>
      <w:pPr>
        <w:pStyle w:val="ArticleBody"/>
        <w:jc w:val="left"/>
      </w:pPr>
      <w:r>
        <w:rPr>
          <w:rFonts w:ascii="Times New Roman" w:hAnsi="Times New Roman" w:eastAsia="Times New Roman" w:cs="Times New Roman"/>
        </w:rPr>
        <w:t>Kuarahyresẽgua Róma rembiasakue ome’ẽ mokõi testígo pe añetegua profesíape g̃uarã, upe avei oñerrepresentáva pe joaju simbóliko oĩva Róma kuarahyresẽgua ha Róma kuarahyreikéguandi apytépe. Upe joajúpe, Róma kuarahyreikéguandi ha’e pe tupao, ha Róma kuarahyresẽgua ha’e pe estado. Róma ha’e peteĩ jehe’a tupao ha estado rehegua, oñerrepresentaháicha hierro ha ñai’ũramo Daniel kapítulo mokõihápe.</w:t>
      </w:r>
    </w:p>
    <w:p>
      <w:pPr>
        <w:pStyle w:val="ArticleBody"/>
        <w:jc w:val="left"/>
      </w:pPr>
      <w:r>
        <w:rPr>
          <w:rFonts w:ascii="Times New Roman" w:hAnsi="Times New Roman" w:eastAsia="Times New Roman" w:cs="Times New Roman"/>
        </w:rPr>
        <w:t>Peteĩ mbaʼe ojehecha hag̃uáicha jeroviapy reheve, umi ára pahápe Islam mundial ouha peteĩ poder rehe, ojehechaukáva iglesia ha estado joaju ramo, ogueraha hag̃ua iterritorio ha itavusu, oñemombarete mokõi ambue testígo rupive Apocalipsis nueve rembiasakue sagrado-gui. Osman ogana Nicomedia territorio 27 de julio de 1299-pe, ha upéi ogana Nicaea territorio mokõi áño rire, 1301-pe. Itaʼýra ogana Nicaea táva guasu 1331-pe, ha upe taʼýra peteĩteĩnte ogana Nicomedia táva guasu peteĩ ñorairõ mombyry irundy áño pukúva rupive, opa vaʼekue 1337-pe. Umi pionero ohechakuaa 27 de julio de 1299-pe Osman reheve, péro arakaʼeve nomañái pe ñorairõ oúvare upe rire, Nicaea ñorairõ rehe, tembiasakuepe guare mokõiha paso ramo oñemopyenda hag̃ua Imperio Otomano. 27 de julio de 1299 haʼe vaʼekue pe peteĩha paso heta paso apytégui og̃uahẽ hag̃ua pe léi dominical-pe. Umi mokõiha peteĩha paso Islam turco rehegua ohechauka peteĩ profecía ñepyrũ, opa vaʼekue 1449-pe, upéi jey 1840-pe, upéi jey 9/11-pe, ha upéi jey 31 de diciembre de 2023-pe.</w:t>
      </w:r>
    </w:p>
    <w:p>
      <w:pPr>
        <w:pStyle w:val="ArticleBody"/>
        <w:jc w:val="left"/>
      </w:pPr>
      <w:r>
        <w:rPr>
          <w:rFonts w:ascii="Times New Roman" w:hAnsi="Times New Roman" w:eastAsia="Times New Roman" w:cs="Times New Roman"/>
        </w:rPr>
        <w:t>Umi mokõi tape apytégui peteĩha ohechauka ndaha’éi año peteĩ sa ciento cincuenta ary ñepyrũ, ha avei ohechauka mbohapy paapy ary ñepyrũ. Oñepyrũ vaekue Osman oguerekóramo Nicomedia yvy, ha opa mbohapy paapy ary rire, Osman ra’y ojapyhýramo Nicomedia táva guasu, peteĩ ñorairõ mboty irundy ary pukukue rire, ary 1337-pe. Pe papapy mbohapy paapy orrepresenta “opu’ã hag̃ua”, ha pe peteĩha jeupi, Osman ojapyhýramo Nicomedia yvy, ohechauka turco-kuéra Islam opu’ãha. Upe peteĩha tape mbohapy paapy ary pukukuépe, peteĩ ñorairõ mboty “irundy ary” rehegua ohechauka paha. Pe pahaite tapépe, umi sa ciento cincuenta ary rehegua, ñemotĩ oñeme’ẽ, ha irundy ary rire ary 1453-pe, Roma kuarahyresẽ gotyo pe táva guasu ojapyhy.</w:t>
      </w:r>
    </w:p>
    <w:p>
      <w:pPr>
        <w:pStyle w:val="ArticleBody"/>
        <w:jc w:val="left"/>
      </w:pPr>
      <w:r>
        <w:rPr>
          <w:rFonts w:ascii="Times New Roman" w:hAnsi="Times New Roman" w:eastAsia="Times New Roman" w:cs="Times New Roman"/>
        </w:rPr>
        <w:t>Taha’e pegua Turquía Otomana-kuéra ary 1453-pe, térã Osmán ra’y ojapyhy rire mokõive Nicomedia ary 1337-pe ha Nicea ary 1331-pe, umi mbohapy kásope, peteĩteĩ táva guasu kapital oservi va’ekue peteĩ jey tembiasakue ryepýpe Roma kuarahyresẽgua kapital ramo. Umi mbohapy línea maymáva ohechauka Roma kuarahyresẽgua jejapyhy. Peteĩteĩva umi mbohapy líneagui ohechauka Islam ojapyhyha tenonderãite pe yvy ha upéi Roma kuarahyresẽgua kapital. Umi mbohapy kapital réra ha’e upe tetã rembe’y réra avei. Peteĩteĩ umi mbohapy líneagui oguereko figura histórica iñambuéva alfa ha omega ramo. Ohechaukávo peteĩ joaju Iglesia-ha-Estado rehegua ndive, Islam omotĩhague mokõive mburuvicha guasu ha mburuvicha guasu kuñápe, pe ñemotĩ profétika ombojoaju umi línea Roma kuarahyreikéguandi ndive, upéva avei oñemotĩ va’ekue Constantino el Grande rupive, ha’e oiporavókuri Constantinopla táva Roma ári ary 330-pe. Roma kuarahyreikéguare ñemotĩ paha oguahẽ ary 476-pe pe emperador paha ndive, ha upégui rire oñepyrũ oike pya’eterei iñakãrapu’ã’ỹme.</w:t>
      </w:r>
    </w:p>
    <w:p>
      <w:pPr>
        <w:pStyle w:val="ArticleBody"/>
        <w:jc w:val="left"/>
      </w:pPr>
      <w:r>
        <w:rPr>
          <w:rFonts w:ascii="Times New Roman" w:hAnsi="Times New Roman" w:eastAsia="Times New Roman" w:cs="Times New Roman"/>
        </w:rPr>
        <w:t>Roma occidental, Roma oriental rehegua, pe iglesia vaʼekue; pe kuarahyresẽ gotyo vaʼekue katu pe Estado. Ñemotĩ iñepyrũme ary 330-pe, upéi ñemotĩ ary 476-pe, ha upéi ary 782-pe ha jey ariete 1449-pe. Peteĩ línea ñemotĩ rehegua oñepyrũva peteĩ reino ñembojaʼóigui, ojehapykuehóva ary 476-pe pe ñemotĩ rupi oñehundi haguére pe mburuvicha guasu, ha upévare pe imperio, ha upéi Islam ogueru ñemotĩ tenonderãite kuarahyresẽ gotyo yvýpe ary 782-pe ha upéi pe kuarahyresẽ gotyo táva guasúpe ary 1453-pe.</w:t>
      </w:r>
    </w:p>
    <w:p>
      <w:pPr>
        <w:pStyle w:val="ArticleBody"/>
        <w:jc w:val="left"/>
      </w:pPr>
      <w:r>
        <w:rPr>
          <w:rFonts w:ascii="Times New Roman" w:hAnsi="Times New Roman" w:eastAsia="Times New Roman" w:cs="Times New Roman"/>
        </w:rPr>
        <w:t>Pe Islam profecía bíblica rehegua ohechauka hag̃ua mokõive Roma kuarahyresẽ gotyogua ha kuarahyreike gotyogua lináhe, ha tesape Islam ko árape oguerúva oñemoĩ peteĩcha hag̃ua, ha katu hetave mombyry hag̃ua, umi tesape ypykue Islam rehegua oguerekova’ekue umi pionéro Millerita. Pe ára prueba rehegua oñepyrũva’ekue ary 2024-pe pe porandu reheve máva hína “nde retãyguakuéra apytégui umi mondaha omopu’ãva pe visión” ha’eva’ekue pe alpha pe período de prueba rehegua, ha ko’ág̃a, pe período de prueba pahaitepe, tesape osẽva pe tema Islam Apocalipsis kapítulo nueve-gui ombojoapy testígo Roma kuarahyreike gotyogua ha kuarahyresẽ gotyogua rehegua, araka’eve noñehesa’ỹijóiva’ekue ko’ã ára pahaguépe peve.</w:t>
      </w:r>
    </w:p>
    <w:p>
      <w:pPr>
        <w:pStyle w:val="ArticleBody"/>
        <w:jc w:val="left"/>
      </w:pPr>
      <w:r>
        <w:rPr>
          <w:rFonts w:ascii="Times New Roman" w:hAnsi="Times New Roman" w:eastAsia="Times New Roman" w:cs="Times New Roman"/>
        </w:rPr>
        <w:t>Umi línea profética Islam rehegua, ojehechaukáva Daniel capítulo nueve guive once peve, ombyaty umi línea historia rehegua oĩva Daniel 11:10 guive 16 peve, ome'ẽvo testimonio ojoajúva umi línea oñehesa'ỹijómava ko'ã artículo-pe. Ha umi ta'anga profética Islam oñemopu'ãha rehegua ryepýpe oĩ avei Millerita-kuéra remimoĩmby ha umi cien cuarenta y cuatro mil remimoĩmby ñemopu'ã. Mokõi periodo irundy ary rehegua, oñemoĩmbaretéva Apocalipsis 9 aravo profecía ryepýpe ha iparte ramo, ome'ẽ testimonio umi irundy ary 1840 guive 1844 peve rehe. Ary 1844-pe ndaipóri véima tiempo profético, upévare pe periodo simbólico irundy ary rehegua oñemyesakã umi característica profética rupive, ndaha'éi tiempo rupive. Pe peteĩha periodo irundy ary rehegua ohechauka Islam ogana hague Nicomedia, pe távakua oikova'ekue capital romano oriental ramo, ary 1337-pe, treinta y ocho ary rire itúva ogana rire pe territorio. Pe mokõiha irundy ary ohechauka pe ñemotĩ ojehúva Roma oriental ruvicha político ha religioso-kuérape ary 1449-pe, Islam omoheñóiva; ha pe mbohapyha irundy ary ohechauka peteĩ jehechauka gloriosa Tupã pu'aka rehegua, pe ánhel omoherakuãva yvy iñemimbipa rupive oguejy rire 11 de agosto de 1840-pe.</w:t>
      </w:r>
    </w:p>
    <w:p>
      <w:pPr>
        <w:pStyle w:val="ArticleBody"/>
        <w:jc w:val="left"/>
      </w:pPr>
      <w:r>
        <w:rPr>
          <w:rFonts w:ascii="Times New Roman" w:hAnsi="Times New Roman" w:eastAsia="Times New Roman" w:cs="Times New Roman"/>
        </w:rPr>
        <w:t>Pe historia mileríta pe peteĩha ha mokõiha ánhel rehegua oñembojuehe pe mbohapyha ánhel rembiasakue rehe pe oñesella jave umi cien cuarenta y cuatro mil. Upéva pe tembiapo paha oñeselláva hína pe jeipe’a angaipa rehegua; ha’e pe ñembojoaju Tupãrekokue ha yvypórarekokue apytépe, ha oiko peteĩ ñorairõ aja oguerúva Islam.</w:t>
      </w:r>
    </w:p>
    <w:p>
      <w:pPr>
        <w:pStyle w:val="ArticleScripture"/>
        <w:jc w:val="left"/>
      </w:pPr>
      <w:r>
        <w:rPr>
          <w:rFonts w:ascii="Times New Roman" w:hAnsi="Times New Roman" w:eastAsia="Times New Roman" w:cs="Times New Roman"/>
        </w:rPr>
        <w:t>Ha’e oipe’a pe yvykua pypuku’ỹva; ha osẽ pe yvytimbo yvykua-gui, peteĩ tatakuá guasu yvytimbo-icha; ha kuarahy ha yvytu pytũmba pe yvytimbo yvykua-gua rupi. Ha pe yvytimbo-gui osẽ tuku yvy ári; ha chupekuéra oñeme’ẽ pokatu, umi teju jagua yvy arigua orekoháicha pokatu. Ha oñemanda chupekuéra ani hag̃ua ombyai pe kapi’i yvy arigua, ni mba’e hovy, ni yvyramáta; síno umi kuimba’e añónte ndorekóiva Tupã sella ijyvatekuépe. Apocalipsis 9:2–4.</w:t>
      </w:r>
    </w:p>
    <w:p>
      <w:pPr>
        <w:pStyle w:val="ArticleBody"/>
        <w:jc w:val="left"/>
      </w:pPr>
      <w:r>
        <w:rPr>
          <w:rFonts w:ascii="Times New Roman" w:hAnsi="Times New Roman" w:eastAsia="Times New Roman" w:cs="Times New Roman"/>
        </w:rPr>
        <w:t>Opaite profesía ñembyaty porãite ojejuhu ára pahápe, upévare ko pasáhe ohechauka pe sella oñemoĩva umi cien cuarenta y cuatro mil rehe. Pe profesía Islam rehegua, Apocalipsis nueve-pe, ome’ẽ pe clave histórica ogueru hag̃ua joajúpe pe ta’anga hesakãvéva pe pu’aka omoañetéva pe visión, pe tembiasakue-pe oguahẽva’ekue 11 de agosto de 1840-pe, Islam oñejoko jave. Upe guive, Apocalipsis nueve testimonio oñemyasãi capítulo diez-pe ha pe primer ha segundo ángel rembiasakue-pe. Upéi capítulo once-pe pe mbohapyha ñembyasy oguahẽ sapy’aitépe pe léi dominical-pe, ha upérõ oñepyrũ pe tercer ángel sapukái hatã. Capítulo nueve ha’e pe clave Islam rehegua omohendáva mburuvicha guasu kuéra jehepyme’ẽ ha ho’apa ojehechaukáva Daniel ha Apocalipsis-pe. Capítulo diez ha once ohechauka pe experiencia umi cien cuarenta y cuatro mil vírgenes arandu rehegua. Capítulo nueve ohechauka pe símbolo omopyendáva pe visión okapegua ha capítulo diez ha once ohechauka pe visión hyepypegua ojoajúva pe Ovecha Ra’y rapykuéri pe Tupaópe Santísimope.</w:t>
      </w:r>
    </w:p>
    <w:p>
      <w:pPr>
        <w:pStyle w:val="ArticleBody"/>
        <w:jc w:val="left"/>
      </w:pPr>
      <w:r>
        <w:rPr>
          <w:rFonts w:ascii="Times New Roman" w:hAnsi="Times New Roman" w:eastAsia="Times New Roman" w:cs="Times New Roman"/>
        </w:rPr>
        <w:t>Apocalipsis kapítulo diez oñepyrũ Cristo rehe peteĩ ánhel mbarete oguejýva peteĩ lívro michĩ ojepe’áva reheve. Upe mba’e ojehupyty va’ekue 11 de agosto de 1840-pe, oñemohu’ãvo profecía Apocalipsis nueve-pe ohechaukáva trescientos noventa y un ary ha quince ára. Apocalipsis diez ohechauka tembiasakue upe guive pe marandu oguerekópeve he’ẽ asy Juan ryepype 22 de octubre de 1844-pe. Umi irundy ary, 1840 guive 1844 peve, oñepyrũ pe ánhel peteĩha og̃uahẽvo ha opa pe ánhel mbohapyha og̃uahẽvo. Umi irundy ary oúva’ekue upe cumplimiento rire 11 de agosto de 1840-pe oñembojoguava’ekue irundy ary rehe 27 de julio de 1449 guive 1453 peve, oñepyrũvo umi trescientos noventa y un ary ha quince ára. Mokõive umi período irundy ary rehegua ojuehechauka umi irundy ary Nicomedia jejoko rehegua, 1333 guive 1337 peve. Ta’ãngachaháicha, Roma kuarahyresẽ gotyogua oñemomba’e Islam rehe mbohapy jey. Peteĩha va’ekue Nicea jejoko 1331-pe, upéi Nicomedia jejoko irundy ary pukukue 1337-pe, ha upéi Constantinopla jejoko 1453-pe.</w:t>
      </w:r>
    </w:p>
    <w:p>
      <w:pPr>
        <w:pStyle w:val="ArticleBody"/>
        <w:jc w:val="left"/>
      </w:pPr>
      <w:r>
        <w:rPr>
          <w:rFonts w:ascii="Times New Roman" w:hAnsi="Times New Roman" w:eastAsia="Times New Roman" w:cs="Times New Roman"/>
        </w:rPr>
        <w:t>Diocleciano omboja’ekue léi rupive Rómape kuarahyresẽ gotyo ha kuarahyreike gotyo ary 293-pe, ha Constantino omboja’o profético hag̃uáicha Rómape kuarahyresẽ gotyo ha kuarahyreike gotyo ary 330-pe. Ary 395-pe, mburuvicha guasu Teodosio I omanóvo, pe imperio ojeja’o ymaite guive ha tapia hag̃uáicha, haʼe oheja rire kuarahyresẽ ha kuarahyreike hag̃ua mokõi ita’ýrape. Tupão Katóliko ojeja’o kuarahyresẽ gotyo ha kuarahyreike gotyo ary 1054-pe pe “cisma guasu”-pe. Pe ñemboja’o oiko mbeguekatúpe, péicha avei pe ñehundi ou vaʼekue upéi. Pe ñemboja’o opyta gueteri ko árape voi. Po ary rupi upe arýgui, tupão kuarahyreikepegua Rómape oñepyrũ vaʼekue, rupi hag̃uáicha, mokõi sua ary rupi de cruzada Islám rehe. Róma kuarahyreikepegua hoʼa vaʼekue operde ramo guare ipahaguéva mburuvicha guasu ary 476-pe. Róma kuarahyresẽpegua hoʼa ary 1453-pe. Róma Papal hoʼa ary 1798-pe. Róma pagana ojeja’o kuarahyresẽ gotyo ha kuarahyreike gotyo ary 293, 330 ha 395-pe. Róma Papal ojeja’o kuarahyresẽ gotyo ha kuarahyreike gotyo ary 1054-pe. Hermana White omombeʼu umi tetãnguéra opuʼã ha hoʼa hag̃uáicha haʼeha peteĩ tenondegua ñeʼẽñemi hag̃ua Ñandejára Ñeʼẽ ñehesaʼỹijope.</w:t>
      </w:r>
    </w:p>
    <w:p>
      <w:pPr>
        <w:pStyle w:val="ArticleBody"/>
        <w:jc w:val="left"/>
      </w:pPr>
      <w:r>
        <w:rPr>
          <w:rFonts w:ascii="Times New Roman" w:hAnsi="Times New Roman" w:eastAsia="Times New Roman" w:cs="Times New Roman"/>
        </w:rPr>
        <w:t>Umi rréino ojeguenohẽva tembiasápe Apocalipsis kapítulo nueve guive omombarete pe argumento ohechaukáva ha’eha Roma upéva omopyendáva pe visión. Pe joaju profético Islam ha umi ciento cuarenta y cuatro mil apytépe ha’e prueba pe marandu pyhare mbyte sapukáigui, ojehechauka hag̃ua Cristo oike Jerusalénpe peteĩ mburika ári ramo, ojehechauka peteĩ profecía aravo rehegua rupive oñepyrũva pe ñembyasy peteĩha tiempo-pe, osegui vaʼekue pe profecía mokõiha parte-pe pe ñembyasy mokõiha-pe, ha og̃uahẽ ihupytypyrépe umi irundy ary rembiasápe, upépe pe movimiento Millerita umi ánhel peteĩha ha mokõiha rehegua oñepyrũkuri upe profecía ete voi ñehundípe. Pe profecía oñepyrũkuri pe símbolo “treinta y ocho y dos años” (1299 ha 1301) ary rehegua rupive, ohechaukáva Islam ñepuʼã, ha opa pe símbolo “treinta y ocho y dos años” (1838 ha 1840) reheve, ohechaukáva umi Millerita-kuéra ñepuʼã.</w:t>
      </w:r>
    </w:p>
    <w:p>
      <w:pPr>
        <w:pStyle w:val="ArticleBody"/>
        <w:jc w:val="left"/>
      </w:pPr>
      <w:r>
        <w:rPr>
          <w:rFonts w:ascii="Times New Roman" w:hAnsi="Times New Roman" w:eastAsia="Times New Roman" w:cs="Times New Roman"/>
        </w:rPr>
        <w:t>1844-pe, Millerista-kuéra irundy áño pukukue pahaitepe, ojehechauka vaʼekue Jerusalén ñemongora 1333 guive 1337 peve, ha 1449 guive pe ñemongora 1453 peve rehe, arakaʼeve hag̃ua noñemoĩvéi vaʼerã kuri mbaʼekuaa aranduka marandu ára rehegua. Ñemopuʼã pe poyvi cien cuarenta y cuatro mil rehegua oñembojoaju hag̃ua directamente pe marandu aranduka ndive, upépe Islam oñemopuʼãhápe.</w:t>
      </w:r>
    </w:p>
    <w:p>
      <w:pPr>
        <w:pStyle w:val="ArticleScripture"/>
        <w:jc w:val="left"/>
      </w:pPr>
      <w:r>
        <w:rPr>
          <w:rFonts w:ascii="Times New Roman" w:hAnsi="Times New Roman" w:eastAsia="Times New Roman" w:cs="Times New Roman"/>
        </w:rPr>
        <w:t>Judá, nde hína upe ojererohorytahápe ne pehẽnguekuéra: nde po oĩta ne enemigokuéra ajúrare; nde ru ra’ykuéra oñesũta nde renondépe. Judá ha’e peteĩ león ra’y; pe jejuka guive, che ra’y, reñembo’y yvate. Oñemoĩ yvýre, oñenohẽ, peteĩ leónicha ha peteĩ león tujacháicha; máva piko omoingove jeýta chupe? Pe mburuvicharã yvyra ndoguejymo’ãi Judágui, ni pe léi ome’ẽva ipy mbytéguigui, peve ou hag̃ua Silo; ha hendápe oñembyatýta tetãnguéra. Oñapytĩ hag̃ua hymba ra’y parral rehe, ha imburika ra’y parral porãvévare; ojohéi ijao vínope, ha ijao yvytimbo víno-ryrupe. Hesa pytãta víno reheve, ha hãi morotĩta kambýgui. Génesis 49:8–12.</w:t>
      </w:r>
    </w:p>
    <w:p>
      <w:pPr>
        <w:pStyle w:val="ArticleBody"/>
        <w:jc w:val="left"/>
      </w:pPr>
      <w:r>
        <w:rPr>
          <w:rFonts w:ascii="Times New Roman" w:hAnsi="Times New Roman" w:eastAsia="Times New Roman" w:cs="Times New Roman"/>
        </w:rPr>
        <w:t>Umi cien cuarenta y cuatro mil ohechauka porãite Cristo reko, ha Cristo, ambue ta’ãnga simbóliko apytépe, ha’e “parral poravopyre”. Ismael ojehechauka peteĩ kuimba’e “ka’aguygua” ramo Génesis 16:12-pe.</w:t>
      </w:r>
    </w:p>
    <w:p>
      <w:pPr>
        <w:pStyle w:val="ArticleScripture"/>
        <w:jc w:val="left"/>
      </w:pPr>
      <w:r>
        <w:rPr>
          <w:rFonts w:ascii="Times New Roman" w:hAnsi="Times New Roman" w:eastAsia="Times New Roman" w:cs="Times New Roman"/>
        </w:rPr>
        <w:t>Ha'e ha'éta peteĩ kuimba'e salváhe; ipo opu'ãta opa kuimba'e rehe, ha opa kuimba'e po opu'ãta hese; ha oikóta opa ijoyke'y kuéra renondépe.</w:t>
      </w:r>
    </w:p>
    <w:p>
      <w:pPr>
        <w:pStyle w:val="ArticleBody"/>
        <w:jc w:val="left"/>
      </w:pPr>
      <w:r>
        <w:rPr>
          <w:rFonts w:ascii="Times New Roman" w:hAnsi="Times New Roman" w:eastAsia="Times New Roman" w:cs="Times New Roman"/>
        </w:rPr>
        <w:t>Pe ñe’ẽ ojetradusíva “salvaje” ramo hína pe mburika árabe ka’aguygua. Cristo rembijokuái ára pahápe oguata pe marandu ári pe mburika árabe ka’aguygua rehe, pe mburika Cristo oike hague Jerusalénpe, pe mburika ipahápe oñe’ẽva’ekue Balaam oinupã rire chupe mbohapyha jey. Umi maranduhára omoherakuãva’ekue pe marandu omombaretéva pe ángel peteĩha marandu ary 1840-pe ndohechái peteĩ profesía ciento cincuenta ary pukukue rehegua, iñimportánteva ha tekotevẽva, upe tembiasakue profesiaguaitepe oĩháme pe marandu omombaretéva pe movimiento. Ndohechái mokõi periodo irundy ary pukukue rehegua upe profesía aravope voi, ohechaukáva’ekue 1840 guive 1844 peve rembiasakue. León Judá ñemoñaregua ko’ág̃a oipe’a hína tesape umi “tape yma guaréva”gui, araka’eve nojehechái va’ekue, ha upéva peteĩ tesape ojoajúva pe tesape ndive ojepe’áva’ekue 31 de diciembre de 2023 guive. Oipe’a hag̃ua opaichagua mokõi py’a oĩramo Islam pe oinupãva Nashville. Pe tesape omyesakã Roma símbolo, upéicha rupi ojapo peteĩ declaración omega pe controversia alfa rehegua ary 2024-pe umi nde puévlo mondahakuéra rehe, ha avei ha’e pe símbolo omega pe ñe’ẽjoavy rehegua pe símbolo peteĩchaguaite rehe historia Millerita-pe. Ohechauka pe Islam pe profesía aravo Apocalipsis nueve-pe oĩva ha’eha pe marandu okapegua pe historia hyepypegua aja pe sellado aravope umi ciento cuarenta y cuatro mil rehegua. Roñembo’e ha rombo’e ko mba’e añetegua yma guive, ha ko’ág̃a ikatu ojehechauka peteĩ línea ári oñepyrũva Apocalipsis nueve-pe ha opa Apocalipsis once-pe. Pe mbohapyha periodo irundy ary pukukue rehegua, ojoajúva Islam profesía aravo ndive, oñekumplíva’ekue 1840 guive 1844 peve, ohechauka umi ciento cuarenta y cuatro mil sellado aravo. Pe yvyryrýi guasu Apocalipsis once-pe rupive, umi ciento cuarenta y cuatro mil oñemopu’ã peteĩ poyvi ramo.</w:t>
      </w:r>
    </w:p>
    <w:p>
      <w:pPr>
        <w:pStyle w:val="ArticleBody"/>
        <w:jc w:val="left"/>
      </w:pPr>
      <w:r>
        <w:rPr>
          <w:rFonts w:ascii="Times New Roman" w:hAnsi="Times New Roman" w:eastAsia="Times New Roman" w:cs="Times New Roman"/>
        </w:rPr>
        <w:t>Ezequiel mokõipaapy su ñe’ẽme Tupã tavayguakuéra oñemopu’ã hag̃ua peteĩ ehérsito ramo ha’e peteĩ proceso mokõi paso rehegua, ojehechaukáva va’ekue yma Adán jejapo rupive. Tenonderãite Adán oñemoheñói yvy ñai’ũgui, upéi Cristo opytu’u ipype tekove pytu. Ezequiel-pe pe profecía peteĩha omoheñói umi tete omanóva, ha katu opyta gueteri omano hag̃uáicha. Upéi umi irundy yvytu oñepytu’u umi tete ári ha ha’ekuéra opu’ã peteĩ ehérsito mbarete guasu ramo. Papapy mbohapy paapy ha irundy pa representamína umi mokõi paso.</w:t>
      </w:r>
    </w:p>
    <w:p>
      <w:pPr>
        <w:pStyle w:val="ArticleBody"/>
        <w:jc w:val="left"/>
      </w:pPr>
      <w:r>
        <w:rPr>
          <w:rFonts w:ascii="Times New Roman" w:hAnsi="Times New Roman" w:eastAsia="Times New Roman" w:cs="Times New Roman"/>
        </w:rPr>
        <w:t>Jaseguíta koʼã mbaʼe pe artíkulo oúvape.</w:t>
      </w:r>
    </w:p>
    <w:p>
      <w:pPr>
        <w:pStyle w:val="ArticleScripture"/>
        <w:jc w:val="left"/>
      </w:pPr>
      <w:r>
        <w:rPr>
          <w:rFonts w:ascii="Times New Roman" w:hAnsi="Times New Roman" w:eastAsia="Times New Roman" w:cs="Times New Roman"/>
        </w:rPr>
        <w:t>Upéi rire oiko peteĩ arete umi hudío rehegua; ha Jesús ojupi Jerusalén-pe. Ha oĩ Jerusalén-pe, ovecha rokẽ ypýpe, peteĩ ykua, hérava hebreo ñe’ẽme Bethesda, oguerekóva po pórtiko. Umíva rýpype oĩ henyhẽ heta hasývagui, ohecha’ỹva, oguata’ỹva ha ikãnguévagui, oha’arõva y osyryry hag̃ua. Peteĩ ánhel niko sapy’ánte oguejy vaʼekue pe ykuápe ha omyenyhẽ pe y: ha pe oike raẽva pe y oñemyenyhẽ rire, okueraite vaʼekue oimeraẽ mbaʼasy oguerekóvagui. Ha upépe oĩ peteĩ kuimbaʼe, oguerekóva mbaʼasy mbohapypa poapy ary pukukue. Jesús ohechávo chupe oñeno, ha oikuaávo ymaite guive oiko hague upéicha, heʼi chupe: Reipotápa rekuera? Pe kuimbaʼe hasýva ombohovái chupe: Karai, ndarekói avavépe, pe y oñemyenyhẽ jave, che moinge hag̃ua ykuápe; ha ahávo che, ambue oguejy che renondépe. Jesús heʼi chupe: Epuʼã, ejapyhy nde rupa, ha eguata. Ha upepete pe kuimbaʼe okueraite, ojapyhy irupa ha oguata; ha upe ára voi niko sábado vaʼekue. Juan 5:1–9.</w:t>
      </w:r>
    </w:p>
    <w:p>
      <w:pPr>
        <w:pStyle w:val="ArticleScripture"/>
        <w:jc w:val="left"/>
      </w:pPr>
      <w:r>
        <w:rPr>
          <w:rFonts w:ascii="Times New Roman" w:hAnsi="Times New Roman" w:eastAsia="Times New Roman" w:cs="Times New Roman"/>
        </w:rPr>
        <w:t>Ko'ág̃a pepu'ã, ha'e che, ha pehasa pe ysyrýi Zéred rupi. Ha rohasa pe ysyrýi Zéred. Ha pe ára ñamboguejýi hague Cadés-barneágui, peve rohasa hague pe ysyrýi Zéred, ohasa mokõipa poapy ary; peve opaite ñemoñare kuimba'e ñorairõhára okanýmba pe aty mbytégui, Ñandejára ojura haguéicha chupekuéra. Deuteronomio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Kañymbygua Ayvu Papy Cuarenta-pe — Papapy Diecinueve</dc:title>
  <dc:subject>Mokõiha Jehasa Mbytepegua – Parte Seis</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