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Temimoñemi Kañymby Ayvu Papo Irundypa — Papapy Mokõipa hag̃ua</w:t>
      </w:r>
    </w:p>
    <w:p>
      <w:pPr>
        <w:pStyle w:val="ArticleSubtitle"/>
        <w:jc w:val="left"/>
      </w:pPr>
      <w:r>
        <w:rPr>
          <w:rFonts w:ascii="Arial" w:hAnsi="Arial" w:eastAsia="Arial" w:cs="Arial"/>
        </w:rPr>
        <w:t>Mokõiha Aípo Mokoĩha – Parte Siete – Ezequiel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Peteĩ entendimiento bíblico ojejapyrãva ha’e hína oñeikuaa hag̃ua proféta Ezequiel-pe oguerekoha mbohapypa ary iñepyrũrã versículope.</w:t>
      </w:r>
    </w:p>
    <w:p>
      <w:pPr>
        <w:pStyle w:val="ArticleScripture"/>
        <w:jc w:val="left"/>
      </w:pPr>
      <w:r>
        <w:rPr>
          <w:rFonts w:ascii="Times New Roman" w:hAnsi="Times New Roman" w:eastAsia="Times New Roman" w:cs="Times New Roman"/>
        </w:rPr>
        <w:t>Ha oiko vaekue ary mbohapypa jave, jasy irundyha-pe, jasy poha árape, aime aja umi tembiguái apytépe ysyry Quebar ykére, ojepe’a yvágagui, ha ahecha Tupã visióngue. Jasy poha árape, upéva hína mburuvicha guasu Joaquín ñembiguáiha ary poha jave, Ñandejára ñe’ẽ ou porãite vaʼekue Ezequiel paʼípe, Buzi raʼýpe, caldeo retãme, ysyry Quebar ykére; ha upépe Ñandejára po oĩ hese. Ezequiel 1:1–3.</w:t>
      </w:r>
    </w:p>
    <w:p>
      <w:pPr>
        <w:pStyle w:val="ArticleBody"/>
        <w:jc w:val="left"/>
      </w:pPr>
      <w:r>
        <w:rPr>
          <w:rFonts w:ascii="Times New Roman" w:hAnsi="Times New Roman" w:eastAsia="Times New Roman" w:cs="Times New Roman"/>
        </w:rPr>
        <w:t>Oĩ oĩva “mokõipa ary” oñemopyenda peteĩ ciclo jubilar específico rehe, oñepyrũva’ekue mburuvicha guasu Josías ndive ha opáva capítulo cuarenta versículo peteĩme.</w:t>
      </w:r>
    </w:p>
    <w:p>
      <w:pPr>
        <w:pStyle w:val="ArticleScripture"/>
        <w:jc w:val="left"/>
      </w:pPr>
      <w:r>
        <w:rPr>
          <w:rFonts w:ascii="Times New Roman" w:hAnsi="Times New Roman" w:eastAsia="Times New Roman" w:cs="Times New Roman"/>
        </w:rPr>
        <w:t>Ore ñembiguáipe mokõipa poha ary pukukue, ary ñepyrũme, jasy pa aryha árape, pe táva oñehundi haguépe irundy pa ary rire, upe áraitépe Tupã po oĩ che ári, ha che reraha upépe. Ezequiel 40:1.</w:t>
      </w:r>
    </w:p>
    <w:p>
      <w:pPr>
        <w:pStyle w:val="ArticleBody"/>
        <w:jc w:val="left"/>
      </w:pPr>
      <w:r>
        <w:rPr>
          <w:rFonts w:ascii="Times New Roman" w:hAnsi="Times New Roman" w:eastAsia="Times New Roman" w:cs="Times New Roman"/>
        </w:rPr>
        <w:t>Umi cronólogo bíblico omboára pe versíkulo peteĩha kapítulo cuarenta-pe taha’e hag̃ua 28 jasyrundy térã 22 jasypa, ary 573 a.C. Opavave proféta omoañete umi ára pahápe, upévare pe ára ho’a hag̃ua 22 jasypa, ary 573 a.C. ha’e pe omega ára peteĩ línea oñepyrũva’ekue cincuenta ary mboyve pe ojehéravape “Josías Pascua Guasu” 5 jasypo, ary 622 a.C.-pe.</w:t>
      </w:r>
    </w:p>
    <w:p>
      <w:pPr>
        <w:pStyle w:val="ArticleBody"/>
        <w:jc w:val="left"/>
      </w:pPr>
      <w:r>
        <w:rPr>
          <w:rFonts w:ascii="Times New Roman" w:hAnsi="Times New Roman" w:eastAsia="Times New Roman" w:cs="Times New Roman"/>
        </w:rPr>
        <w:t>Pe número mbohapypa ha’e peteĩ símbolo umi pa’i rehegua, ha’ekuéra oguerekova’erãgui mbohapypa ary oñepyrũ hag̃ua omba’apo hembiapope. Taha’e versíkulo peteĩ guive mbohapy peve Ezequiel peteĩme ohechaukáva Ezequiel ary mbohapypa ramo, térã simplemente símbolo ramo peteĩ pa’i rehegua, upéicha avei ojehechaukáta chupe mba’éicha peteĩ mbohapypa ary oguerekóva ramo. Ha pe mbohapypa ary versíkulo peteĩme oĩva ha’e ramo ambuekuéra ogueroviávaicha, oñerepresentáva pe ary mbohapypaha Josías Páskua Guasúgui ary 622 a.C. guive, umi implicación profética opytánte upéicha hag̃uáicha.</w:t>
      </w:r>
    </w:p>
    <w:p>
      <w:pPr>
        <w:pStyle w:val="ArticleBody"/>
        <w:jc w:val="left"/>
      </w:pPr>
      <w:r>
        <w:rPr>
          <w:rFonts w:ascii="Times New Roman" w:hAnsi="Times New Roman" w:eastAsia="Times New Roman" w:cs="Times New Roman"/>
        </w:rPr>
        <w:t>Josías he’ise “pyrenda”, ha iñepyrũrã Guasu Arapokõindy rehegua omoñepyrũ peteĩ ary jovái periodo opa va’ekue 22 jasypa ary 573 a.C. pe Ñemoñare Moĩporã Árape. Pe “línea ary jovái rehegua” Josías guive 22 jasypápe peve ojoaju porã pe tembiasakue 1840 guive 1844 peve ndive. Umi cimiento 1840 guare ojehechauka va’ekue mburuvicha guasu Josías rupive ha avei Josías Litch rupive. 22 jasypa ojehechauka va’ekue pe mimbipa hatĩ ary jovái rehegua oñembopu reheve pe mimbipa hatĩ Ñemoñare Moĩporã Ára rehegua.</w:t>
      </w:r>
    </w:p>
    <w:p>
      <w:pPr>
        <w:pStyle w:val="ArticleScripture"/>
        <w:jc w:val="left"/>
      </w:pPr>
      <w:r>
        <w:rPr>
          <w:rFonts w:ascii="Times New Roman" w:hAnsi="Times New Roman" w:eastAsia="Times New Roman" w:cs="Times New Roman"/>
        </w:rPr>
        <w:t>Ha rehecháta ndejupe siete sábado ary rehegua, siete jevy siete ary; ha umi siete sábado ary rehegua pukukue oikóta ndeve cuarenta y nueve ary. Upéi rejapóta pe trompéta jubileo rehegua tosapukái séptimo jasy ára pahápe, ára diezpe; pe ñemoheñói ára guasúpe pembopúta pe trompéta opaite pende yvýre. Levítico 25:8, 9.</w:t>
      </w:r>
    </w:p>
    <w:p>
      <w:pPr>
        <w:pStyle w:val="ArticleBody"/>
        <w:jc w:val="left"/>
      </w:pPr>
      <w:r>
        <w:rPr>
          <w:rFonts w:ascii="Times New Roman" w:hAnsi="Times New Roman" w:eastAsia="Times New Roman" w:cs="Times New Roman"/>
        </w:rPr>
        <w:t>Ezequiel oñemoĩ pe línea Jubileo-pe mburuvicha guasu Josías guive 22 jasypa octubre peve, peteĩ línea ohechaukáva Apocalipsis mokõipa ko’ã peteĩha ha mokõiha ánhelgui 1840 guive 1844 peve. Ezequiel ohechauka umi Millerita peteĩha ha mokõiha ánhelgui ha umi cien cuarenta y cuatro mil pe mbohapyha ánhelgui. Ezequiel ohechauka pe sacerdocio umi cien cuarenta y cuatro mil rehegua, ha katu iñemombe’upy profético tenondegua ha’e hína proféta hag̃ua.</w:t>
      </w:r>
    </w:p>
    <w:p>
      <w:pPr>
        <w:pStyle w:val="ArticleHeading"/>
        <w:jc w:val="left"/>
      </w:pPr>
      <w:r>
        <w:rPr>
          <w:rFonts w:ascii="Arial" w:hAnsi="Arial" w:eastAsia="Arial" w:cs="Arial"/>
        </w:rPr>
        <w:t>Maranduhára, Pa’i ha Mburuvicha Guasu</w:t>
      </w:r>
    </w:p>
    <w:p>
      <w:pPr>
        <w:pStyle w:val="ArticleBody"/>
        <w:jc w:val="left"/>
      </w:pPr>
      <w:r>
        <w:rPr>
          <w:rFonts w:ascii="Times New Roman" w:hAnsi="Times New Roman" w:eastAsia="Times New Roman" w:cs="Times New Roman"/>
        </w:rPr>
        <w:t>Oĩ mbohapy personaje bíblico oñepyrũva’ekue omba’apo hag̃ua oguerekóvo mbohapypa ary. Ezequiel ndive oĩ va’ekue David ha José. Opavave oñepyrũ rupi servir mbohapypa ary aja, opavave hikuái pa’i. David ha’e peteĩ símbolo mburuvicha guasúgui, José ha’e pa’i ha Ezequiel ha’e proféta pe mburuvicha guasu mbytetépe pe tekoporã mimbipa mbohapyhápe oguerekóva peteĩ proféta, peteĩ pa’i ha peteĩ mburuvicha guasu.</w:t>
      </w:r>
    </w:p>
    <w:p>
      <w:pPr>
        <w:pStyle w:val="ArticleBody"/>
        <w:jc w:val="left"/>
      </w:pPr>
      <w:r>
        <w:rPr>
          <w:rFonts w:ascii="Times New Roman" w:hAnsi="Times New Roman" w:eastAsia="Times New Roman" w:cs="Times New Roman"/>
        </w:rPr>
        <w:t>Ha mba’éichapa ikatu ñamyesakã proféta Ezequiel-pe peteĩ símbolo-rõ, ha’e peteĩ pa’i, ha oñemoĩramo pe jubileo línea-pe Josías guive 22 jasypa 22 peve, Ezequiel ha’e peteĩ pa’i ohechaukátava peteĩ pa’i pe sellado ára-pe umi cien cuarenta y cuatro mil rehegua, ojejoguaháicha pe tembiasakue 1840 guive 1844 peve ha mburuvicha guasu Josías guive 22 jasypa 22, 573 a.C.</w:t>
      </w:r>
    </w:p>
    <w:p>
      <w:pPr>
        <w:pStyle w:val="ArticleHeading"/>
        <w:jc w:val="left"/>
      </w:pPr>
      <w:r>
        <w:rPr>
          <w:rFonts w:ascii="Arial" w:hAnsi="Arial" w:eastAsia="Arial" w:cs="Arial"/>
        </w:rPr>
        <w:t>Mokõi pa mokõipa</w:t>
      </w:r>
    </w:p>
    <w:p>
      <w:pPr>
        <w:pStyle w:val="ArticleBody"/>
        <w:jc w:val="left"/>
      </w:pPr>
      <w:r>
        <w:rPr>
          <w:rFonts w:ascii="Times New Roman" w:hAnsi="Times New Roman" w:eastAsia="Times New Roman" w:cs="Times New Roman"/>
        </w:rPr>
        <w:t>Pe Biblia omyesakã porã Ezequiel ombaʼapo hague mokõi pa ary. “Mokõi pa mokõi” haʼe peteĩ símbolo umi cien cuarenta y cuatro mil rehegua, haʼéva Divinidad poyvi oñembojoajúva humanidad reheve. Pe tembiasakue ojehechaukávape Josías Pascua guive pe capítulo cuarenta peve, pe Jubileo ñemomorã octubre 22-pegua, Josías Pascua ohechauka vaʼekue Josiah Litch rembiapo ary 1838 ha 1840-pe. Upéva ningo hína kuri omoĩ hag̃ua tenonderã gotyo umi marandu ára rehegua pe ñembyasýi peteĩha ha mokõiha rehe. Koʼág̃a ikatu ojehecha pe profecía pe ñembyasýi peteĩha ha mokõiha rehegua tuichaveha heta umi pionero oikuaa haguegui.</w:t>
      </w:r>
    </w:p>
    <w:p>
      <w:pPr>
        <w:pStyle w:val="ArticleBody"/>
        <w:jc w:val="left"/>
      </w:pPr>
      <w:r>
        <w:rPr>
          <w:rFonts w:ascii="Times New Roman" w:hAnsi="Times New Roman" w:eastAsia="Times New Roman" w:cs="Times New Roman"/>
        </w:rPr>
        <w:t>Ezequiel, proféta bíblico ramo, omombeʼu hembiapokuépe ára peteĩteĩite hag̃ua, ambue oimeraẽva autor bíblico-gui hetave hag̃ua.</w:t>
      </w:r>
    </w:p>
    <w:p>
      <w:pPr>
        <w:pStyle w:val="ArticleBody"/>
        <w:jc w:val="left"/>
      </w:pPr>
      <w:r>
        <w:rPr>
          <w:rFonts w:ascii="Times New Roman" w:hAnsi="Times New Roman" w:eastAsia="Times New Roman" w:cs="Times New Roman"/>
        </w:rPr>
        <w:t>Ezequiel ha’e pe omega peteĩ ára ojojáiva peteĩ áño rehegua profecía bíblicape. Números kuatiápe, pe ñe’ẽpy alpha pe principio ára-áño rehegua oñerrepresenta pe peteĩha ñemboyke Kades-pe, oguerúva cuarenta áño jere tavy ñu mbytépe. Pe paha, térã omega ñemboyke, ojerrepresenta Ezequiel rupive capítulo irundýpe, Jerusalén oñehundíramo guare.</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Peikundaháicha umi ára pehesa’ỹijo hague pe yvy, mokõipa ha irundy ára, káda ára peteĩ áño-rã, peẽ peraháta pende rembiapo vai, mokõipa ha irundy áño; ha peikuaáta che ñe’ẽ ñembyai. Che, Ñandejára, ha’e; añetehápe ajapóta kóva opa ko aty aña rehe, umi oñembyaty va’ekue che rehe: ko desiértope oñehundíta hikuái, ha upépe omano hag̃ua hikuái. Números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Nde avei, eñeno nde yke asúpe, ha emoĩ hi’ári Israel róga rembiapo vaíre. Umi ára repytátaháicha hi’ári, upéicha regueraháta hikuái rembiapo vai. Che ningo amoĩ nde ári umi ary ojeiporu hag̃uáicha umi ára papapy rehe: mbohapy sua ha porundy ára; upéicha regueraháta Israel róga rembiapo vai. Ha remohu’ã rire umíva, eñeno jey nde yke akatúape, ha regueraháta Judá róga rembiapo vai irundypa ára pukukue. Ára peteĩteĩme ame’ẽ ndeve peteĩ ary ramo. Upévare emoĩ nde rova Jerusalén jejokóre, nde jyva toĩ opívo, ha eprofetisa hese. Ezequiel 4:4–7.</w:t>
      </w:r>
    </w:p>
    <w:p>
      <w:pPr>
        <w:pStyle w:val="ArticleBody"/>
        <w:jc w:val="left"/>
      </w:pPr>
      <w:r>
        <w:rPr>
          <w:rFonts w:ascii="Times New Roman" w:hAnsi="Times New Roman" w:eastAsia="Times New Roman" w:cs="Times New Roman"/>
        </w:rPr>
        <w:t>Cades ha Jerusalén ñehundíkue ohechauka pe ñepuʼã alpha ha omega, ohechaukáva pe ára peteĩ ary hag̃ua pe principio. Pe “ára peteĩ ary hag̃ua pe principio” vaʼekue pe tembiapoukapy tenondegua umi Millerita-kuéra rehegua, ha pe tembiasakue 1840 guive 1844 peve, ojehechaukaháicha pe Jubileo línea rupi mburuvicha guasu Josías guive octubre 22 peve. Ezequiel omoĩ tenondépe hetave ára marandu ambue maranduhára oimeraẽvagui. Ezequiel omboára hag̃ua umi ára ryepýpe, ojekuaa pe Jubileo línea, ombojoajúvo Ezequiel testimonio peteĩchaite pe tembiasakue ánhel peteĩha ha mokõiha rehe, ha upéi pe ánhel mbohapyha rembiasakue rehe.</w:t>
      </w:r>
    </w:p>
    <w:p>
      <w:pPr>
        <w:pStyle w:val="ArticleBody"/>
        <w:jc w:val="left"/>
      </w:pPr>
      <w:r>
        <w:rPr>
          <w:rFonts w:ascii="Times New Roman" w:hAnsi="Times New Roman" w:eastAsia="Times New Roman" w:cs="Times New Roman"/>
        </w:rPr>
        <w:t>Pe “Jubileo rape” ndive, Ezequiel oñeno ijyke ári mbohapy sa’y porundy ára pukukue, ha upéi ambue ijyke ári irundy pa ára. “Irundy sa’y mbohapypa” ha’e peteĩ techaukaha pe ñe’ẽme’ẽ yma guare ha pe pyahu rehegua, jepe Abram-pe oñeme’ẽkuri pe ñe’ẽme’ẽ irundy sa’y ary Egíptope ñembiguáipe, ha upéva ojuhúkuri mokõiha testígo mbohapypa ary reheve apóstol Pablo rupi. Oñondive, Abram, (upéi Abraham) pe ‘yma guare’ rehegua, ha Saulo, (upéi Pablo) pe ‘pyahu’ rehegua, ombojoajúkuri hikuái ijehechaukaha omoĩ hag̃ua irundy sa’y mbohapypa ary ramo peteĩ techaukaha pe ñe’ẽme’ẽ opa’ỹvape g̃uarã. “Mbohapy sa’y porundy ára” “regueraháta Israel róga rembiapo vaikue.” “Ha” “regueraháta Judá róga rembiapo vaikue irundy pa ára.” Oñondive pe yke akatúa ha pe yke asu gotyo ojoja Abram ha Pablo rehe.</w:t>
      </w:r>
    </w:p>
    <w:p>
      <w:pPr>
        <w:pStyle w:val="ArticleBody"/>
        <w:jc w:val="left"/>
      </w:pPr>
      <w:r>
        <w:rPr>
          <w:rFonts w:ascii="Times New Roman" w:hAnsi="Times New Roman" w:eastAsia="Times New Roman" w:cs="Times New Roman"/>
        </w:rPr>
        <w:t>Pe ñe’ẽme’ẽ akóinte oñemopyenda vaʼekue ñeʼẽrendúre térã ñeʼẽrenduʼỹre—tekove térã ñemano rehe. Pe principio ára-ary rehegua tembiasakue Millerita-pe haʼe vaʼekue peteĩ mbaʼe tekove térã ñemano rehegua, ha upe tembiasakue oñemomarandu vaʼekue pe ánhel peteĩha rupive marandu porã opa ára guarã ramo. Pe “marandu porã” haʼe peteĩ mbaʼe tekove térã ñemano rehegua, ha pe poranduʼypy tekove térã ñemano rehegua tembiasakue Millerita-pe oñemoĩ vaʼekue pe contexto-pe pe principio peteĩ ára ojojaha peteĩ ary reheve. Pe profecía omeʼẽva mbarete pe marandu ánhel peteĩhame haʼe vaʼekue pe mokõiha ñembyasy guasu rehegua mbohapycientos noventa y un ary ha quince ára profecía. Umi mbohapycientos noventa ára apytépe Ezequiel oñeno haguépe ijyke asúre oĩ peteĩ taʼanga pe mbohapycientos noventa y un ary ha quince ára profecía rehegua, pe mokõiha ñembyasy guasu rehegua. Oikotevẽ arandukuaa profético ikatu hag̃uáicha oñembojaʼo hekopete pe profecía, péro ndahaʼéi mbaʼeve michĩvéva pe mburuvicha guasu Judá ñemoñaregua rembiapo osegíva, oipeʼa hag̃ua umi sello pe marandu pyhare mbytegua rehegua.</w:t>
      </w:r>
    </w:p>
    <w:p>
      <w:pPr>
        <w:pStyle w:val="ArticleBody"/>
        <w:jc w:val="left"/>
      </w:pPr>
      <w:r>
        <w:rPr>
          <w:rFonts w:ascii="Times New Roman" w:hAnsi="Times New Roman" w:eastAsia="Times New Roman" w:cs="Times New Roman"/>
        </w:rPr>
        <w:t>Che amoneĩ vaʼerã Ezequiel rehe peteĩ símbolo ramo umi cien cuarenta y cuatro mil rehegua, ha tenonderãite peteĩ símbolo ramo Espíritu de Profecía ñemeʼẽ rehegua, tahaʼe ojehechauka ramo peteĩ proféta ára pahápegua jehechaukarãicha, térã ojehechauka ramo pe tavaygua pactopegua oikuaáva pe principio línea ári línea metodología rehegua jehechaukarãicha.</w:t>
      </w:r>
    </w:p>
    <w:p>
      <w:pPr>
        <w:pStyle w:val="ArticleBody"/>
        <w:jc w:val="left"/>
      </w:pPr>
      <w:r>
        <w:rPr>
          <w:rFonts w:ascii="Times New Roman" w:hAnsi="Times New Roman" w:eastAsia="Times New Roman" w:cs="Times New Roman"/>
        </w:rPr>
        <w:t>Che ñe’ẽme’ẽ hína Ezequiel omyesakãha umi mbohapyciento noventa y peteĩ ary ha paapy ára profesía, ha upéva oñemohenda porãha pe kuimba’e yvy ky’a mopĩhára omombo ramo umi joya pe kajón tuichavévape.</w:t>
      </w:r>
    </w:p>
    <w:p>
      <w:pPr>
        <w:pStyle w:val="ArticleBody"/>
        <w:jc w:val="left"/>
      </w:pPr>
      <w:r>
        <w:rPr>
          <w:rFonts w:ascii="Times New Roman" w:hAnsi="Times New Roman" w:eastAsia="Times New Roman" w:cs="Times New Roman"/>
        </w:rPr>
        <w:t>Che sostene pe tesape oúva Ezequiélgui, pe tẽiha peteĩ mba’e iñapytetéva pe capstone marandúpe, pe tupão oñemohu’ã vove.</w:t>
      </w:r>
    </w:p>
    <w:p>
      <w:pPr>
        <w:pStyle w:val="ArticleBody"/>
        <w:jc w:val="left"/>
      </w:pPr>
      <w:r>
        <w:rPr>
          <w:rFonts w:ascii="Times New Roman" w:hAnsi="Times New Roman" w:eastAsia="Times New Roman" w:cs="Times New Roman"/>
        </w:rPr>
        <w:t>Ezequiel oĩ 22 jasypateĩme, mokõiha peteĩha, kapítulo cuarentape, ha upépe oñeme’ẽ Ezequiel-pe pe visión templo oútavagui. Upéva hína pe templo umi cien cuarenta y cuatro milgua, ha Ezequiel ha’e peteĩ símbolo upe papapy rehegua. Upe aty ohasáta mokõi prueba oĝuahẽ mboyve pe mbohapyha ha pe prueba decisívape. Ezequiel oñemoha’ãnga ohupyty hag̃ua hembipe templepe, ha upévare pe tesape oguenohẽva, símbolo ramo, orrepresenta pe tesape ouva Ñandejára tavayguakuéra oike jave pe Tupaópe Marangatuvévape, oñondive hag̃ua Daniel kapítulo diez ndive.</w:t>
      </w:r>
    </w:p>
    <w:p>
      <w:pPr>
        <w:pStyle w:val="ArticleBody"/>
        <w:jc w:val="left"/>
      </w:pPr>
      <w:r>
        <w:rPr>
          <w:rFonts w:ascii="Times New Roman" w:hAnsi="Times New Roman" w:eastAsia="Times New Roman" w:cs="Times New Roman"/>
        </w:rPr>
        <w:t>Pe kuarahy Apocalipsis Jesucristo rehegua oñemboja’óva, oñemboja’o pe ára mbytépe pe gracia oñembotýta mboyve.</w:t>
      </w:r>
    </w:p>
    <w:p>
      <w:pPr>
        <w:pStyle w:val="ArticleScripture"/>
        <w:jc w:val="left"/>
      </w:pPr>
      <w:r>
        <w:rPr>
          <w:rFonts w:ascii="Times New Roman" w:hAnsi="Times New Roman" w:eastAsia="Times New Roman" w:cs="Times New Roman"/>
        </w:rPr>
        <w:t>Ha he’i chéve: Ani rembapove’ỹke ko kuatiañe’ẽ marandu hag̃uagua ñe’ẽngue; hi’águi ára og̃uahẽma. Oĩva hekojoja’ỹva, tahekojoja’ỹve gueteri: ha pe ky’áva, toiko ky’ápe gueteri: ha pe hekojojava, tahekojoja gueteri: ha pe imarangatúva, toñemomarangatu gueteri. Apocalipsis 22:10, 11.</w:t>
      </w:r>
    </w:p>
    <w:p>
      <w:pPr>
        <w:pStyle w:val="ArticleBody"/>
        <w:jc w:val="left"/>
      </w:pPr>
      <w:r>
        <w:rPr>
          <w:rFonts w:ascii="Times New Roman" w:hAnsi="Times New Roman" w:eastAsia="Times New Roman" w:cs="Times New Roman"/>
        </w:rPr>
        <w:t>Pe “ára hi’aguĩma” oĩ pe versículo once-pe, sapy’aitépe pe período de gracia oñemboty mboyve, ha upévare pe Revelación Jesucristo rehegua ojepe’a upe aravópe, “pe ára hi’aguĩma” rupi.</w:t>
      </w:r>
    </w:p>
    <w:p>
      <w:pPr>
        <w:pStyle w:val="ArticleScripture"/>
        <w:jc w:val="left"/>
      </w:pPr>
      <w:r>
        <w:rPr>
          <w:rFonts w:ascii="Times New Roman" w:hAnsi="Times New Roman" w:eastAsia="Times New Roman" w:cs="Times New Roman"/>
        </w:rPr>
        <w:t>Jesucristo oikuaaukáva, Tupã ome'ẽ va'ekue chupe, ohechauka hag̃ua hembiguái kuérape umi mba'e pya'e hag̃uáicha oiko; ha ha'e omondo va'ekue, ha oikuaauka iñángel rupive hembiguái Juan-pe: ha'éva omombe'u va'ekue Tupã ñe'ẽ rehegua, ha Jesucristo rembiasakue rehegua, ha opa mba'e ha'e ohecha va'ekue rehegua. Ojehovasáva pe omoñe'ẽva, ha umi ohendúva ko profesía ñe'ẽnguéra, ha oñongatúva umi mba'e ipype jehai va'ekue: pórke hi'aguĩma pe ára. Apocalipsis 1:1–3.</w:t>
      </w:r>
    </w:p>
    <w:p>
      <w:pPr>
        <w:pStyle w:val="ArticleBody"/>
        <w:jc w:val="left"/>
      </w:pPr>
      <w:r>
        <w:rPr>
          <w:rFonts w:ascii="Times New Roman" w:hAnsi="Times New Roman" w:eastAsia="Times New Roman" w:cs="Times New Roman"/>
        </w:rPr>
        <w:t>Laodicéapegua Adventismo del Séptimo Día pe gracia yvágui ñemboty pe léi domingo guive, ha Adventismo ojehechauka Jerusalén-ramo Ezequiel capítulo nueve-pe. Upépe umi osuspirosáva ha osapukáiva umi mba’e vai ojapóva yvy rehe ha iglesia-pe ohupyty pe sellado. Pe sellado oiko umi yvytu kuarahyresẽ guigua Islam-gui ombopochývo tetãnguéra, pe gracia ñemboty mboyveite. Ezequiel capítulo ocho-pe, umi irundy generación Adventismopegua oñemohu’ã, ha pe irundyha generación ojehechauka umi mokõipa poha tendota oñesũva kuarahy renondépe rupive.</w:t>
      </w:r>
    </w:p>
    <w:p>
      <w:pPr>
        <w:pStyle w:val="ArticleBody"/>
        <w:jc w:val="left"/>
      </w:pPr>
      <w:r>
        <w:rPr>
          <w:rFonts w:ascii="Times New Roman" w:hAnsi="Times New Roman" w:eastAsia="Times New Roman" w:cs="Times New Roman"/>
        </w:rPr>
        <w:t>Pe visión oñeme’ẽ vaʼekue taʼãnga ypy rupive peteĩ ára mboyve pe arapokõindýpeguáicha léi, térã pe gracia ñembotýmboyveite, ojehechaukaháicha seis, seis, seis rupive.</w:t>
      </w:r>
    </w:p>
    <w:p>
      <w:pPr>
        <w:pStyle w:val="ArticleScripture"/>
        <w:jc w:val="left"/>
      </w:pPr>
      <w:r>
        <w:rPr>
          <w:rFonts w:ascii="Times New Roman" w:hAnsi="Times New Roman" w:eastAsia="Times New Roman" w:cs="Times New Roman"/>
        </w:rPr>
        <w:t>Ha oiko vaekue poteĩha áñope, poteĩha jasype, poha árape upe jasýpe, che aguapy aja che rógape, ha Judá kuimba'e guasu kuéra oguapy che renondépe, upérõ Ñandejára Tupã po ou che ári upépe. Upéi ama'ẽ, ha péina ápe peteĩ ta'ãnga ojoguáva tata rechaukápe: ipy'a guive yvývo, tata; ha ipy'a guive yvate gotyo, overa asývaicha, ámbar joguaha sa'yicha. Ha omosẽ peteĩ po ra'ãnga, ha chejagarra che akãrague apytégui; ha pe Espíritu chemopu'ã yvy ha yvága mbytépe, ha chegueraha Tupã visión-kuérape Jerusalénpe, okẽ hyepypegua ojehecháva yvate gotyo peve, upépe oĩháme ta'ãnga ñemborakuáva guapyha, pe ombopochýva. Ha, péina ápe, Israel Jára Tupã mimbipa oĩ upépe, he'iháicha pe visión ahecha vaekue ñúme. Ezequiel 8:1–4.</w:t>
      </w:r>
    </w:p>
    <w:p>
      <w:pPr>
        <w:pStyle w:val="ArticleBody"/>
        <w:jc w:val="left"/>
      </w:pPr>
      <w:r>
        <w:rPr>
          <w:rFonts w:ascii="Times New Roman" w:hAnsi="Times New Roman" w:eastAsia="Times New Roman" w:cs="Times New Roman"/>
        </w:rPr>
        <w:t>Pe visión ary poteĩha, mes poteĩha ha ára poha oumi mboyve “666” renondépe, peteĩ símbolo Léi Domingo rehegua, araka’e pe gracia ñemohu’ã oñemboty hag̃ua Adventismo Laodiceagua-pe g̃uarã. Upe visión niko ou “pe visión-icha” Ezequiel “ohecháva ñu guasúpe.” Pe visión ha’e ohechava’ekue ñu guasúpe ojejuhu ymaiteve, capítulo mbohapyhápe.</w:t>
      </w:r>
    </w:p>
    <w:p>
      <w:pPr>
        <w:pStyle w:val="ArticleScripture"/>
        <w:jc w:val="left"/>
      </w:pPr>
      <w:r>
        <w:rPr>
          <w:rFonts w:ascii="Times New Roman" w:hAnsi="Times New Roman" w:eastAsia="Times New Roman" w:cs="Times New Roman"/>
        </w:rPr>
        <w:t>Upéi apu’ã ha asẽ pe ñu porãme; ha, péina, upépe oĩ Ñandejára mimbipa, pe mimbipa ahecha haguéicha ysyry Quebar ykére; ha che aity che rova yvýre. Ezequiel 3:23.</w:t>
      </w:r>
    </w:p>
    <w:p>
      <w:pPr>
        <w:pStyle w:val="ArticleBody"/>
        <w:jc w:val="left"/>
      </w:pPr>
      <w:r>
        <w:rPr>
          <w:rFonts w:ascii="Times New Roman" w:hAnsi="Times New Roman" w:eastAsia="Times New Roman" w:cs="Times New Roman"/>
        </w:rPr>
        <w:t>Pe visión “ñu” rehegua, ha’éva pe visión sexto áño, sexto jasy ha poha árapegua, ha’e pe visión Ezequiel ohecha vaʼekue yma ysyry Quebar ypýpe.</w:t>
      </w:r>
    </w:p>
    <w:p>
      <w:pPr>
        <w:pStyle w:val="ArticleScripture"/>
        <w:jc w:val="left"/>
      </w:pPr>
      <w:r>
        <w:rPr>
          <w:rFonts w:ascii="Times New Roman" w:hAnsi="Times New Roman" w:eastAsia="Times New Roman" w:cs="Times New Roman"/>
        </w:rPr>
        <w:t>Ha ojehuvo upe arýpe, treinta aryhápe, irundyha jasýpe, poha ára pe jasýpe, che aime aja umi tetã ambuegua poguýpe pe río Quebar ykére, yvága ojepe’a, ha ahecha Tupã jehechapy. Ezequiel 1:1.</w:t>
      </w:r>
    </w:p>
    <w:p>
      <w:pPr>
        <w:pStyle w:val="ArticleBody"/>
        <w:jc w:val="left"/>
      </w:pPr>
      <w:r>
        <w:rPr>
          <w:rFonts w:ascii="Times New Roman" w:hAnsi="Times New Roman" w:eastAsia="Times New Roman" w:cs="Times New Roman"/>
        </w:rPr>
        <w:t>Umi “Tupã visión” Ezequiel “ohecháva’ekue” Ysyry Quebar rembe’ýpe, ha’e pe visión ñu rehegua, ha upéva avei pe visión oĩva Ezequiel capítulo poapy guive once peve. Umi visión oñepresenta va’ekue Ezequiel oma’ẽvo pe santuario ryepýpe, ha upépe oñemoañete pe visión “marah” pe espejo-pe oma’ẽ hag̃uáicha, capítulo diez-pe. Ezequiel orrepresenta umi oike hag̃ua pe tesape profético osẽva pe Tenda Marangatuvévagui, pe Revelación Jesucristo rehegua oñeguenohẽvo pe periodo de gracia oñembotýta mboyve.</w:t>
      </w:r>
    </w:p>
    <w:p>
      <w:pPr>
        <w:pStyle w:val="ArticleBody"/>
        <w:jc w:val="left"/>
      </w:pPr>
      <w:r>
        <w:rPr>
          <w:rFonts w:ascii="Times New Roman" w:hAnsi="Times New Roman" w:eastAsia="Times New Roman" w:cs="Times New Roman"/>
        </w:rPr>
        <w:t>Jaiñakuaávo rréi Josías pe Jubileo rape oñepyrũva Páskuape ha opa hag̃ua 22 jasypaźíme, jahechakuaa hína upéva ha’eha ára guasu Arapotypegua ha Arapokõindypegua ra’anga oñemoĩ hag̃uáicha Levítico mokõipa mbohapy-pe. Upépe, umi ára guasu arapotypegua ha arapokõindypegua oñemoĩ peteĩteĩ mokõipa mokõi versíkulope, Ezekiel rembiaporã oiko haguéicha mokõipa mokõi ary pukukue. Oñembojoajúvo Ezekiel pe ary mbohapýpe pe Jubileo rape rehe, ikatu hag̃ua Ezekiel heñói oñembojoaju Josías ñemoingove jeýre. Ha’e rire mbohapy ary pe ary mbohapýpe pe ciclo Jubileo rehegua, upéicharõ Ezekiel heñói va’erãmo’ãkuri Josías ñemyatyrõ jave.</w:t>
      </w:r>
    </w:p>
    <w:p>
      <w:pPr>
        <w:pStyle w:val="ArticleBody"/>
        <w:jc w:val="left"/>
      </w:pPr>
      <w:r>
        <w:rPr>
          <w:rFonts w:ascii="Times New Roman" w:hAnsi="Times New Roman" w:eastAsia="Times New Roman" w:cs="Times New Roman"/>
        </w:rPr>
        <w:t>Ezequiel ha’e peteĩ símbolo umi ijerovia rupi oike hag̃ua Pe Tenda Imarangatuvévape. Oĩma rire upépe, ha’ekuéra ohecha umi rueda oĩva ambue rueda ryepýpe, ohechaukáva umi joaju peteĩchagua’ỹva tapichakuéra apytépe. Ojejoguaháicha Juán rehe Apocalipsis kapítulo diez-pe, Ezequiel ohechauka umi Millerita-kuérape, ha iporãve hag̃uáicha, umi cien cuarenta y cuatro mil-pe. Iprofesía de tiempo ojoguáva, trescientos noventa y un años ha quince días, ohechauka pe huicio paha Adventismo Laodicense rehegua oñembojojáva Jerusalén ñehundíndi, ha upéva oike avei pe mba’e iñypytũva treinta y ocho ha cuarenta rehegua.</w:t>
      </w:r>
    </w:p>
    <w:p>
      <w:pPr>
        <w:pStyle w:val="ArticleBody"/>
        <w:jc w:val="left"/>
      </w:pPr>
      <w:r>
        <w:rPr>
          <w:rFonts w:ascii="Times New Roman" w:hAnsi="Times New Roman" w:eastAsia="Times New Roman" w:cs="Times New Roman"/>
        </w:rPr>
        <w:t>Upépe oĩ irundy syry mokõipa ary yvypóra rehegua simbolísmo.</w:t>
      </w:r>
    </w:p>
    <w:p>
      <w:pPr>
        <w:pStyle w:val="ArticleBody"/>
        <w:jc w:val="left"/>
      </w:pPr>
      <w:r>
        <w:rPr>
          <w:rFonts w:ascii="Times New Roman" w:hAnsi="Times New Roman" w:eastAsia="Times New Roman" w:cs="Times New Roman"/>
        </w:rPr>
        <w:t>Oike pe irundy ary ojehechaukáva 1333 guive 1337 peve, 1449 guive 1453 peve ha 1840 guive 1844 peve.</w:t>
      </w:r>
    </w:p>
    <w:p>
      <w:pPr>
        <w:pStyle w:val="ArticleBody"/>
        <w:jc w:val="left"/>
      </w:pPr>
      <w:r>
        <w:rPr>
          <w:rFonts w:ascii="Times New Roman" w:hAnsi="Times New Roman" w:eastAsia="Times New Roman" w:cs="Times New Roman"/>
        </w:rPr>
        <w:t>Ñepyrũta ñaneñehesa’ỹijo ko mba’e vaietéva rehegua pe artíkulo oúvape.</w:t>
      </w:r>
    </w:p>
    <w:p>
      <w:pPr>
        <w:pStyle w:val="ArticleScripture"/>
        <w:jc w:val="left"/>
      </w:pPr>
      <w:r>
        <w:rPr>
          <w:rFonts w:ascii="Times New Roman" w:hAnsi="Times New Roman" w:eastAsia="Times New Roman" w:cs="Times New Roman"/>
        </w:rPr>
        <w:t>“Pehechaukápe Isaíaspe, Ezequielpe ha Juánpe oñemeʼẽ vaʼekuépe jahecha mbaʼeichaitépa yvága ojoaju hiʼaguĩeterei umi mbaʼe oikóva ko yvy ape ári ndive, ha mbaʼeichaitépa tuicha Tupã ñangareko umi hese jerovia hag̃ua chupe iñeʼẽrendúva rehe.” Testimonies, tomo 5, 753.</w:t>
      </w:r>
    </w:p>
    <w:p>
      <w:pPr>
        <w:pStyle w:val="ArticleScripture"/>
        <w:jc w:val="left"/>
      </w:pPr>
      <w:r>
        <w:rPr>
          <w:rFonts w:ascii="Times New Roman" w:hAnsi="Times New Roman" w:eastAsia="Times New Roman" w:cs="Times New Roman"/>
        </w:rPr>
        <w:t>“Cristo voi vaekue pe Tupaópe. Haʼe osẽ vove chugui, pe iñemimbipa oho vaʼerãmoʼã—upe mimbipa yma ojehechavaʼekue pe tenda marangatúvape, pe poriahuvereko renda ári, upépe pe paʼi guasu oike vaʼekue peteĩ jey año pukukue, pe ára guasu ñemyatyrõ rehegua árape, oguerúvo pe mymbajuka ruguy (haʼéva techaukaha Tupã Raʼy ruguy oñehẽvaʼekue yvy ape ári angaipa rehe), ha omyanyhẽvaʼekue pe altar ári. Kóva hína pe Shekinah, Jehová ojehechakuaáva rógaguasu.”</w:t>
      </w:r>
    </w:p>
    <w:p>
      <w:pPr>
        <w:pStyle w:val="ArticleScripture"/>
        <w:jc w:val="left"/>
      </w:pPr>
      <w:r>
        <w:rPr>
          <w:rFonts w:ascii="Times New Roman" w:hAnsi="Times New Roman" w:eastAsia="Times New Roman" w:cs="Times New Roman"/>
        </w:rPr>
        <w:t>“Ko mborayhuete ko’ẽva voi ojehechauka vaʼekue Isaíaspe, haʼe heʼi jave: ‘Ary mburuvicha guasu Uzías omano haguepe, che ahecha avei Ñandejárape oguapy hag̃uáicha peteĩ guapyha ári, yvate ha oñemopuʼã hag̃ua; ha ijao puku omyenyhẽ pe tupão’ [Isaías 6:1–8 oñecitaite].” The Seventh-day Adventist Bible Commentary, volúmen 4, 1139.</w:t>
      </w:r>
    </w:p>
    <w:p>
      <w:pPr>
        <w:pStyle w:val="ArticleScripture"/>
        <w:jc w:val="left"/>
      </w:pPr>
      <w:r>
        <w:rPr>
          <w:rFonts w:ascii="Times New Roman" w:hAnsi="Times New Roman" w:eastAsia="Times New Roman" w:cs="Times New Roman"/>
        </w:rPr>
        <w:t>Pe visión oñeme'ẽva Isaíaspe ohechauka Tupã tavayguakuéra rekotee ára pahápe. Ha'ekuéra oguereko privilegio ohecha hag̃ua jerovia rupive tembiapo ojejapóva pe santuario yvagapeguápe. “Ha Tupã templo yvágape ojepe'a, ha ojehecha itemplope pe ikontráto arca.” Omahẽvo jerovia rupive pe santísimope, ha ohechávo Cristo rembiapo pe santuario yvagapeguápe, oikuaa hikuái ha'eha peteĩ tetã juru ky'áva,—peteĩ tetã ijurukuéra heta jey he'iva'ekue mba'e rei, ha ikatupyrykuéra ndoñemomarangatúi ni ndojepurúi Tupã mimbipárape g̃uarã. Iporãite ikatu hag̃uáicha oñembyasy hikuái omojojávo ijehegui imbarete'ỹ ha ndotekoporãiva Cristo rekotee mimbipáva potĩ ha porãite ndive. Péro ha'ekuéra, Isaíasicha, orresivíramo pe impresión Ñandejára oipotáva tojejapo korasõme, omomirĩramo iñángakuéra Tupã renondépe, oĩ esperánsa chupekuéra g̃uarã. Pe ñe'ẽme'ẽ arco oĩ pe tróno ári, ha pe tembiapo ojejapova'ekue Isaías rehe ojejapóta ipypekuéra avei. Tupã ombohováita umi ñembo'e osẽva pe korasõ oñemomirĩvagui.</w:t>
      </w:r>
    </w:p>
    <w:p>
      <w:pPr>
        <w:pStyle w:val="ArticleScripture"/>
        <w:jc w:val="left"/>
      </w:pPr>
      <w:r>
        <w:rPr>
          <w:rFonts w:ascii="Times New Roman" w:hAnsi="Times New Roman" w:eastAsia="Times New Roman" w:cs="Times New Roman"/>
        </w:rPr>
        <w:t>“Ko tembiaporã guasu ha pohýi Tupã rehegua rembipota ha’e ñamboaty hag̃ua umi mba’e mono’õngue pe ryru yvagapeguápe guarã; yvy katu henyhẽ va’erã Ñandejára mimbipa reheve. Upévare avave ani oñemondýi ohechávo mba’éichapa ivaikuéra iñakãrapu’ã ha ohendúvo ñe’ẽ osẽva tembiuru ky’águi. Pytũmby pokatu oñembohekóvo Tupã tavayguakuéra rehe; Satanás ombyatyvo hembiporukuéra pe ñorairõ paha guasurã, ha ipokatu ha’ete ramo guare tuicha ha haimete ipu’akapáva opa mba’e ári, pe jehecha hesakãva pe mimbipa divínape, pe guapyha yvate ha oñemopu’ãva, oñemoakãrapu’ãva pe ñe’ẽme’ẽ arco reheve, ome’ẽta py’aguapy, jerovia ha py’a guapy.” Review and Herald, December 22, 1896.</w:t>
      </w:r>
    </w:p>
    <w:p>
      <w:pPr>
        <w:pStyle w:val="ArticleScripture"/>
        <w:jc w:val="left"/>
      </w:pPr>
      <w:r>
        <w:rPr>
          <w:rFonts w:ascii="Times New Roman" w:hAnsi="Times New Roman" w:eastAsia="Times New Roman" w:cs="Times New Roman"/>
        </w:rPr>
        <w:t>Ysyry Chebar rembe’ýre, Ezequiel ohecha peteĩ yvytu ratãgua ha’eteva osẽva yvate gotyo guive, “peteĩ arai tuicha, ha tata ojerejeýva ijehe, ha hesakãva oĩ ijerére, ha ipype mbytéguio osẽva ha’ete ámbar rykuépe.” Heta rueda, ojokupytýva ojuehe, omýiva irundy tekove oikovéva rupive. Opavave ko’ãva ári yvate “oĩ peteĩ guapyha ra’ãnga, zafiro ita jehechaukaha ramo: ha guapyha ra’ãnga ári oĩ peteĩva ra’ãnga, kuimba’e jehechaukaha ramo, hi’ári.” “Ha querubín-kuérape ojehechauka peteĩ kuimba’e po ra’ãnga ipepo guýpe.” Ezequiel 1:4, 26; 10:8. Umi rueda ijetu’ueterei iñemoĩmbyrépe, ha peteĩ jehechapy reheve ha’ete ku oĩva sarambi; upéicharõ jepe, omýi hikuái peteĩ joaju porãitepe. Yvagagua tekovekuéra, oñemombarete ha oñesãmbyhyva pe po oĩva querubín pepo guýpe rupive, omomýi hína ko’ã rueda; hi’ári, pe guapyha zafírope, oĩ pe Opa’ỹva; ha guapyha jerére oĩ peteĩ arco iris, Tupã poriahuvereko techaukaha.</w:t>
      </w:r>
    </w:p>
    <w:p>
      <w:pPr>
        <w:pStyle w:val="ArticleScripture"/>
        <w:jc w:val="left"/>
      </w:pPr>
      <w:r>
        <w:rPr>
          <w:rFonts w:ascii="Times New Roman" w:hAnsi="Times New Roman" w:eastAsia="Times New Roman" w:cs="Times New Roman"/>
        </w:rPr>
        <w:t>“Umi mbaʼyrumýicha ojokupytýva oĩva pe po poguýpe umi querubín pepo guýpe oĩhaguéicha sãmbyhy guýpe, upéicha avei umi mbaʼe hasýva ha ojokupytýva oikóva yvypóra rembiasakuépe oĩ Tupã sãmbyhy poguýpe. Tetãnguéra ñorairõ ha sarambi mbytépe, pe oguapýva umi querubín ári gueteri omboguata ko yvy rehegua mbaʼekuéra.</w:t>
      </w:r>
    </w:p>
    <w:p>
      <w:pPr>
        <w:pStyle w:val="ArticleScripture"/>
        <w:jc w:val="left"/>
      </w:pPr>
      <w:r>
        <w:rPr>
          <w:rFonts w:ascii="Times New Roman" w:hAnsi="Times New Roman" w:eastAsia="Times New Roman" w:cs="Times New Roman"/>
        </w:rPr>
        <w:t>“Umi tetãnguéra rembiasakue, peteĩ rire ambue ojapo vaʼekue pe hiʼarãva ára ha tenda oñemeʼẽva chupekuéra, ohechauka ñandéve, ndoikuaáiramo jepe hikuái mbaʼépa heʼise añetegua upéva, pe añetegua rehegua. Káda tetãme ha káda tapichápe ko árape Tupã omoĩ peteĩ tenda Ijeguerekopy guasúpe. Ko árape yvyporakuéra ha tetãnguéra oñemediína pe aplomada rupive orekóva ipope pe ndojejavýiva arakaʼeve. Opavave, ijeheguiete poravópe, odesidi hína hogueraha hag̃ua idestíno, ha Tupã oisãmbyhy opa mbaʼe ojehupyty hag̃ua Ijepota.”</w:t>
      </w:r>
    </w:p>
    <w:p>
      <w:pPr>
        <w:pStyle w:val="ArticleScripture"/>
        <w:jc w:val="left"/>
      </w:pPr>
      <w:r>
        <w:rPr>
          <w:rFonts w:ascii="Times New Roman" w:hAnsi="Times New Roman" w:eastAsia="Times New Roman" w:cs="Times New Roman"/>
        </w:rPr>
        <w:t>“Tembiasakue pe gran YO SOY ombojekuaáva Iñe’ẽme, ombojoajúvo peteĩ joajuha ambuére marandu hag̃ua profétika cadena-pe, araka’e guive yma guarépe guive araka’e peve tenonderãme, ohechauka ñandéve moõpa ñaime ko árape ára ha ára ohasáva rape rehe, ha mba’épa ikatu oñeha’arõ umi ára oútavape. Opa mba’e profecía he’iva’ekue oikótaha, ko’áĝa peve, ojehechaukáva’ekue tembiasakue roguekuépe, ha ikatu ñaime seguro opa mba’e gueteri oútava oñembotýtaha hekópe.”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Temimoñemi Kañymby Ayvu Papo Irundypa — Papapy Mokõipa hag̃ua</dc:title>
  <dc:subject>Mokõiha Aípo Mokoĩha – Parte Siete – Ezequiel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