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Tembehasa Kañymby Ayvu Papy Mokõipa Mokoĩha rehegua - Papapy Mokõipa Mokoĩ hag̃ua</w:t>
      </w:r>
    </w:p>
    <w:p>
      <w:pPr>
        <w:pStyle w:val="ArticleSubtitle"/>
        <w:jc w:val="left"/>
      </w:pPr>
      <w:r>
        <w:rPr>
          <w:rFonts w:ascii="Arial" w:hAnsi="Arial" w:eastAsia="Arial" w:cs="Arial"/>
        </w:rPr>
        <w:t>Ezequiel Papapy Mbohapyha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Ezequiel ha’e peteĩ pa’i umi cien cuarenta y cuatro mil oñembyasýva aja. Peteĩha kapítulope, Ezequiel oñegueraha pe santuariope.</w:t>
      </w:r>
    </w:p>
    <w:p>
      <w:pPr>
        <w:pStyle w:val="ArticleScripture"/>
        <w:jc w:val="left"/>
      </w:pPr>
      <w:r>
        <w:rPr>
          <w:rFonts w:ascii="Times New Roman" w:hAnsi="Times New Roman" w:eastAsia="Times New Roman" w:cs="Times New Roman"/>
        </w:rPr>
        <w:t>Ha oikóvo mbohapypa ary pukukue, irundyha jasype, pe poha ára jasýgui, che aime aja umi prisionéro apytépe ysyry Quebar ykére, yvága ojepe’a, ha ahecha Tupã rembihecha. Pe poha ára jasýgui, ha’éva pe quinto ary mburuvicha guasu Joaquín jejegueraha hag̃ua ñembyatyhápe guive, Ñandejára ñe’ẽ ou porãite Ezequiel pa’i, Buzi ra’y, gotyo, Caldeagua retãme, ysyry Quebar ykére; ha upépe Ñandejára po oĩ hese.</w:t>
      </w:r>
    </w:p>
    <w:p>
      <w:pPr>
        <w:pStyle w:val="ArticleScripture"/>
        <w:jc w:val="left"/>
      </w:pPr>
      <w:r>
        <w:rPr>
          <w:rFonts w:ascii="Times New Roman" w:hAnsi="Times New Roman" w:eastAsia="Times New Roman" w:cs="Times New Roman"/>
        </w:rPr>
        <w:t>Ha ama’ẽ, ha, péina oúma yvytu atã yvate gotyo guive, peteĩ arai tuicha, ha tata oñembojaʼo jeýva ijehe, ha hendyjeréva ijerére, ha ipytũmby mbytéguio osẽ peteĩ mbaʼe ojoguáva ámbar-pe, tata mbytéguio. Ha avei ipytũmby mbytéguio osẽ irundy tekove oikovéva raʼanga. Ha péicha vaʼekue ijehechauka; oguereko kuimbaʼe raʼanga. Ha peteĩteĩ oguereko irundy hova, ha peteĩteĩ oguereko irundy pepo. Ha ipykuéra vaʼekue py porãite; ha ipy pýra ojogua vaka raʼy py pýrape; ha omimbi vaʼekue kuarepotĩ overa porãva joguáicha. Ha oguereko kuimbaʼe po ipepo guýpe, irundy ijykére; ha umi irundy oguereko hova ha ipepo. Ipepo kuéra ojoaju ojuehe; ndajajeréi oguata jave; peteĩteĩ oho tenonde gotyo meme. Ha hova kuéra raʼanga rehegua, umi irundy oguereko kuimbaʼe rova, ha león rova, akatúa gotyo; ha umi irundy oguereko tóro rova asu gotyo; umi irundy avei oguereko taguato rova. Péicha vaʼekue hova kuéra; ha ipepo kuéra ojepyso yvate gotyo; mokõi pepo peteĩteĩme ojoaju ojuehe, ha ambue mokõi omoʼã hetekuéra.</w:t>
      </w:r>
    </w:p>
    <w:p>
      <w:pPr>
        <w:pStyle w:val="ArticleScripture"/>
        <w:jc w:val="left"/>
      </w:pPr>
      <w:r>
        <w:rPr>
          <w:rFonts w:ascii="Times New Roman" w:hAnsi="Times New Roman" w:eastAsia="Times New Roman" w:cs="Times New Roman"/>
        </w:rPr>
        <w:t>Ha oho peteĩteĩ tenonderãite; pe espíritu ohosehápe, upépe oho; ha ndojerevéi oho aja. Ha umi mba'e oikovéva joguaha rehe, ijehechapyra ha'ete tata rendy rapykuere hendy hag̃uáicha, ha ha'ete avei lámpara kuéra jehechapyra; upéva oguejy ha ojupi umi mba'e oikovéva apytépe; ha pe tata omimbi porã, ha pe tatágui osẽ aratiri. Ha umi mba'e oikovéva oñani ha ojevy, peteĩ aratiri overáva jehechapyraicha. Ha che ama'ẽ aja umi mba'e oikovévare, péina ápe peteĩ rueda yvy ári umi mba'e oikovéva ypýpe, iñirũ irundy rova reheve. Umi rueda jehechapyra ha hembiapo ha'ete berilo sa'y; ha irundyvéva peteĩchante joguaha oguereko; ha ijehechapyra ha hembiapo ha'ete ku rueda oĩva ambue rueda mbytépe. Oho jave, oho hikuái irundy lado rehe; ha ndojerevéi oho aja. Ha umi aro rehe, yvateterei rupi omongyhyje; ha umi aro henyhẽ tesa reheve ijerére, irundypa. Ha umi mba'e oikovéva oho jave, umi rueda oho hendivekuéra; ha umi mba'e oikovéva ojegueraha yvýgui yvate, umi rueda avei ojegueraha yvate. Mamo pe espíritu ohosehápe, upépe oho hikuái; upépe avei oho hag̃ua pe ijespíritu; ha umi rueda ojegueraha yvate hesekuéra renondépe; mba'érepa pe mba'e oikovéva espíritu oĩ umi ruedápe.</w:t>
      </w:r>
    </w:p>
    <w:p>
      <w:pPr>
        <w:pStyle w:val="ArticleScripture"/>
        <w:jc w:val="left"/>
      </w:pPr>
      <w:r>
        <w:rPr>
          <w:rFonts w:ascii="Times New Roman" w:hAnsi="Times New Roman" w:eastAsia="Times New Roman" w:cs="Times New Roman"/>
        </w:rPr>
        <w:t>Ha umi ohóramo, koʼãva avei oho; ha umi opytáramo, koʼãva avei opyta; ha umi yvy ári guive ojegueraháramo yvate, umi rueda avei ojegueraha yvate hendivekuéra renondépe; pe mymba oikovéva espíritu oĩgui umi rueda ryepýpe. Ha pe yvága atã joguaha, umi mymba oikovéva akã ári, haʼete vaʼekue cristal kyhyje hag̃uáicha saʼy, oñemyasãi hag̃ua iñakã ári yvate gotyo. Ha pe yvága atã guýpe ipepo kuéra oĩ porãite ojepyso, peteĩva ojovake ambuévape; káda peteĩ oguereko mokõi, ocoveríva ko gotyo, ha káda peteĩ oguereko mokõi, ocoveríva amo gotyo, hetekuéra. Ha oguata jave, ahendu ipepo kuéra ryapu, yguasúpe ojogua, Ñandejára Ipoderósova ñeʼẽicha, ñeʼẽ ryapuicha, ehérsito ryapuicha; ha opyta jave, omboguejy ipepo kuéra. Ha oĩ peteĩ ñeʼẽ pe yvága atãgui, oĩva iñakã ári; opyta jave ha omboguejy rire ipepo kuéra. Ha pe yvága atã ári, oĩva iñakã ári, ojekuaa peteĩ guapyha joguaha, zafíro itáicha jehecha; ha pe guapyha joguahápe oĩ peteĩ joguaha, yvypóra rechaukahaicha, hiʼári. Ha ahecha ámbar joguaha saʼy, tata rechaukahaicha ijerére hyepýpe, ikuʼa jehecha guive yvate peve; ha ikuʼa jehecha guive yvývo peve, ahecha ku tata rechaukaha guáicha, ha oguereko hendy ijerére. Ama ary ára pe arai pegua arco jehecha ojoguaháicha, upéichaite pe hendy ijereregua jehecha. Kóva vaʼekue Jehová mborayhuete joguahápe iñemimbipa jehecha. Ha ahechávo upéva, haʼa che rova ári, ha ahendu peteĩ oñeʼẽva ñeʼẽ. Ezequiel 1:1–28.</w:t>
      </w:r>
    </w:p>
    <w:p>
      <w:pPr>
        <w:pStyle w:val="ArticleScripture"/>
        <w:jc w:val="left"/>
      </w:pPr>
      <w:r>
        <w:rPr>
          <w:rFonts w:ascii="Times New Roman" w:hAnsi="Times New Roman" w:eastAsia="Times New Roman" w:cs="Times New Roman"/>
        </w:rPr>
        <w:t>“Ezequiel, proféta exiliado ha oñembyasyva, Caldeaygua retãme, oñeme’ẽ peteĩ visión ombo’éva pe mbo’epy jerovia rehegua peteĩchagua Israel Jára ipoderósovape. Ha’e oĩ aja ysyry Quebar rembe’ýpe, peteĩ yvytu atãicha osẽva’ekue yvate gotyo guive, ‘peteĩ arai guasu, tata oñembojoapýva ijehe, ha hendyva hese ijerére, ha mbytéguio osẽva hovy asýicha yvytimbo sa’y.’ Ojekuaa heta rueda peteĩ techapy iñextrañóva, ojuehe oikejoasáva, ha omýiva irundy tekove oikovéva rupive. Yvate opavave ko’ãva ári oĩkuri ‘pe assiento joguaha, zafiro ita rechaukaháicha: ha pe assiento joguahápe oĩ pe joguaha peteĩ kuimba’e rechaukaháicha hi’ári.’ ‘Ha pe tekove oikovéva joguahárõ, ijechaukaha ha’ékuri tata rendýicha, tata ryru hendyva rechaukaháicha: ojupi ha oguejy umi tekove oikovéva apytépe; ha pe tata hendy porã, ha tatágui osẽ aratiri.’ ‘Ha umi querubínpe ojehechauka peteĩ kuimba’e po ra’anga ipepo guýpe.’”</w:t>
      </w:r>
    </w:p>
    <w:p>
      <w:pPr>
        <w:pStyle w:val="ArticleScripture"/>
        <w:jc w:val="left"/>
      </w:pPr>
      <w:r>
        <w:rPr>
          <w:rFonts w:ascii="Times New Roman" w:hAnsi="Times New Roman" w:eastAsia="Times New Roman" w:cs="Times New Roman"/>
        </w:rPr>
        <w:t>“Oĩ vaʼekue peteĩva ambuéva ryepýpe, peteĩ ñemohenda hasyetereívape upéicha rupi, peteĩ jechahápe raẽ, ojechauka Ezequiélpe opa mbaʼe oñembyai hag̃uáicha. Péro okuʼévo, ojapo upéva peteĩ añetegua porãitépe ha peteĩ joaju hag̃uame guasúpe. Yvagapegua tekovekuéra omomýi umi rueda, ha hiʼariguépe, pe tróno zafíro mimbipávape, oĩvaʼekue pe Oikove Arakaʼevegua; ha pe tróno jerére oĩvaʼekue pe arcoríris ojerepa hag̃uáicha, tekoporã ha mborayhu rechaukaha. Ojejopyrasy rupi pe mbaʼe ojehecháva mimbipa kyhyjéva rehe, Ezequiel hoʼa hova ári, ha upérõ peteĩ ñeʼẽ heʼi chupe opuʼã hag̃ua ha ohendu hag̃ua Ñandejára ñeʼẽ. Upéi oñemeʼẽ chupe peteĩ marandu ñemoñeʼẽrã Israel-pe g̃uarã.” Testimonies, 751.</w:t>
      </w:r>
    </w:p>
    <w:p>
      <w:pPr>
        <w:pStyle w:val="ArticleScripture"/>
        <w:jc w:val="left"/>
      </w:pPr>
      <w:r>
        <w:rPr>
          <w:rFonts w:ascii="Times New Roman" w:hAnsi="Times New Roman" w:eastAsia="Times New Roman" w:cs="Times New Roman"/>
        </w:rPr>
        <w:t>Pe áño mburuvicha guasu Uzías omanohague, ahecha avei Ñandejára oguapyha peteĩ tróno ári, yvate ha yvate mombyrýpe oñemopuʼãva; ha ijao puku omyenyhẽ pe Templo. Hiʼári oĩ umi serafín; káda peteĩ oguereko seis pepo; mokõi reheve omoʼã hova, mokõi reheve omoʼã ipy, ha mokõi reheve oveve. Ha peteĩ osapukái ambuépe, heʼívo: Marangatu, marangatu, marangatu niko Ñandejára de los ejércitos; ko yvy tuichakue henyhẽ hógagui. Ha okẽ renda yvyra guasu okyryry pe osapukáiva ñeʼẽ rupi, ha pe óga henyhẽ tatatĩgui. Upérõ haʼe che: ¡Aikuaapáma che rekove! che ningo ahundíta; mbaʼére piko che, kuimbaʼe tembe kyʼágui, ha aikove peteĩ tetã tembe kyʼa apytépe; che resa niko ohecha Mburuvicha Guasupe, Ñandejára de los ejércitos. Upéi peteĩva umi serafíngui oveve che rendápe, oguerúva ipope peteĩ tatarendy guaiguĩ, oguenohẽ vaʼekue tenaz reheve altar ári guive; ha omoĩ che juru ári, ha heʼi: Péina, kóva opoko nde rembeʼýre; ha nde rembiapo vai ojeipeʼa ndehegui, ha nde angaipa oñemopotĩ. Avei ahendu Ñandejára ñeʼẽ, heʼíva: Mávape piko amondo hag̃ua, ha máva piko ohóta ñanderehehápe? Upérõ haʼe: Ápe aime che; chemondo. Isaías 6:1–8.</w:t>
      </w:r>
    </w:p>
    <w:p>
      <w:pPr>
        <w:pStyle w:val="ArticleScripture"/>
        <w:jc w:val="left"/>
      </w:pPr>
      <w:r>
        <w:rPr>
          <w:rFonts w:ascii="Times New Roman" w:hAnsi="Times New Roman" w:eastAsia="Times New Roman" w:cs="Times New Roman"/>
        </w:rPr>
        <w:t>“Ko visión oñeme’ẽ Ezequiélpe peteĩ ára iñakã henyhẽ jave vaʼekue pyʼañembyasýgui ha mbaʼe vai oikótava rehegua ñemongyhyjégui. Haʼe ohecha ituvakuéra yvy opyta hag̃uáicha nandi ha ojehejarei. Pe táva yma henyhẽ vaʼekue tavayguakuéragui ndojeikovéima hese. Vyʼa ryapu ha purahéi ñemombaʼeguasurã ndohenduvéima ijojahaʼỹva ipytepe umi itápype. Proféta voi oiko vaʼekue peteĩ pytaguáraramo peteĩ yvy pytaguape, upépe jehupytyse ojejokoʼỹva ha ñañaña pohýi oguapy hag̃ua ijyvatevépe. Umi mbaʼe haʼe ohecha ha ohendu yvypóra ñembosarái mbaretépe ha tekojojaʼỹ rehegua ombohasa asy itarovápe, ha oñembyasy pohýi ára pyhare. Péro umi techaukaha hechapyrãva oñemoĩva henondépe ysyry Quebar ypýpe ohechauka peteĩ pokatu oisãmbyhyva, imbaretevéva umi mburuvicha yvy ariguágui. Asiria ha Babilonia ruvicha guasu ñembotuicha ha ñañãiva ári Tupã poriahuvereko ha añetegua gua oguapy vaʼekue itrónope.”</w:t>
      </w:r>
    </w:p>
    <w:p>
      <w:pPr>
        <w:pStyle w:val="ArticleScripture"/>
        <w:jc w:val="left"/>
      </w:pPr>
      <w:r>
        <w:rPr>
          <w:rFonts w:ascii="Times New Roman" w:hAnsi="Times New Roman" w:eastAsia="Times New Roman" w:cs="Times New Roman"/>
        </w:rPr>
        <w:t>“Umi mba’yruguáicha ojoguáva, ojepresentáva profétape oike hag̃uáicha peichagua apañuãime, oĩkuri peteĩ po opa’ỹva poguýpe. Tupã Espíritu, ojehechaukáva chupe omongu’e ha omoakãramo guáicha ko’ã umi rueda, oguenohẽkuri joaju apañuãigui; upéicha rupi, opaite ko yvy oĩkuri Ijypype. Hetaiterei millónes umi mborayhuetéva oñembotuicháva oĩkuri oñembosako’i Iñe’ẽme, ojoko hag̃ua umi kuimba’e aña pu’aka ha iporãva’ỹva rembipota, ha ogueru hag̃ua porã umi hese jeroviáva peguarã.”</w:t>
      </w:r>
    </w:p>
    <w:p>
      <w:pPr>
        <w:pStyle w:val="ArticleScripture"/>
        <w:jc w:val="left"/>
      </w:pPr>
      <w:r>
        <w:rPr>
          <w:rFonts w:ascii="Times New Roman" w:hAnsi="Times New Roman" w:eastAsia="Times New Roman" w:cs="Times New Roman"/>
        </w:rPr>
        <w:t>Upéicha avei, Tupã oikóramo oikuaauka hag̃ua pe Juan ohayhúvape pe tupaogua rembiasakue umi ára oútavape g̃uarã, ome’ẽ chupe peteĩ jejokoha pe Salvador oñangarekoha ha ointeresaha Ipuévlope, ohechauka rupi chupe “Peteĩ ojoguáva Yvypóra Ra’ýpe”, oguatáva umi candelero apytépe, umíva ombojoajúva umi pokõi tupaóre. Juanpe ojehechaukáramo jepe umi pahápegua tuicha ñorairõ tupaógui umi pu’aka yvy arigua ndive, ojeheja avei chupe ohecha hag̃ua pe ipahápegua jeity ha ñepysyrõ umi jeroviapývape g̃uarã. Ha’e ohecha pe tupaópe oñemoingéramo pe mymba ha ta’ãngápe peteĩ ñorairõ omanohára ryepýpe, ha pe mymba ñemomba’e ojejapouka hag̃ua ñemanóramo. Ha katu, oma’ẽvo pe ñorairõ tatatĩ ha sarambi ári, ohecha peteĩ aty Sión yvytýpe pe Ovecha Ra’y ndive, oguerekóva, pe mymba techaukaha rendaguépe, pe “Túva réra ojehaíva hova renondépe.” Ha upéi jey ohecha “umi oganáva pe mymba rehe, ha ta’ãnga rehe, ha imárka rehe, ha héra papapy rehe, oñembo’y hag̃ua pe yguasu vídrioicha ári, oguerekóva Tupã arpa kuéra” ha opurahéi hag̃ua Moisés ha pe Ovecha Ra’y purahéi.</w:t>
      </w:r>
    </w:p>
    <w:p>
      <w:pPr>
        <w:pStyle w:val="ArticleScripture"/>
        <w:jc w:val="left"/>
      </w:pPr>
      <w:r>
        <w:rPr>
          <w:rFonts w:ascii="Times New Roman" w:hAnsi="Times New Roman" w:eastAsia="Times New Roman" w:cs="Times New Roman"/>
        </w:rPr>
        <w:t>“Koʼã mboʼepykuéra niko ñane mbaʼerã. Tekotevẽ ñamopyenda ñande jerovia Tupã rehe, oĩgui ñande renondépe peteĩ ára ombohasa asýva yvyporakuérape. Cristo, Yvyty Olivoty ári, omombeʼu jey umi tekojoja vaiete oúva iñepyrũrã mboyve ijevy mokõihápe: ‘Peẽ pehendúta ñorairõ ha ñorairõ rehegua ñeʼẽngue.’ ‘Tetã opuʼãta tetã rehe, ha mburuvicha guasu renda ambue mburuvicha guasu renda rehe: ha oĩta ñembyahýi, mbaʼasy vai, ha yvyryrýi heta hendápe. Koʼãva opaite niko ñembyasy ñepyrũnte.’ Jepe koʼã profesía oguereko kuri peteĩ ñemyanyhẽ sapyʼami Jerusalén oñehundírõ guare, oreko hikuái peteĩ jejapo hag̃ua hekopetevéva ára pahápe g̃uarã.”</w:t>
      </w:r>
    </w:p>
    <w:p>
      <w:pPr>
        <w:pStyle w:val="ArticleScripture"/>
        <w:jc w:val="left"/>
      </w:pPr>
      <w:r>
        <w:rPr>
          <w:rFonts w:ascii="Times New Roman" w:hAnsi="Times New Roman" w:eastAsia="Times New Roman" w:cs="Times New Roman"/>
        </w:rPr>
        <w:t>“Ñande ñaimína tuicha ha mombyrýva mba’e oikótavagui. Marandu herakuãva pya’e oñehundíma hína. Ñandejára oĩma okẽme. Ko’ág̃aiteite ojepe’áta ñande renondépe peteĩ ára pehẽngue orekóva tuichaite interés opa umi oikovévape guarã. Umi ñorairõ ha joavy oikova’ekue yma guare oñemoingove jeýta; joavy pyahu osẽta. Umi mba’e ojehupyty hag̃uáva ko ñande yvy ape ári ndaipóri gueteri avave ohechakuaáva iñe’ãme jepe. Satanás omba’apo hína yvypóra rembiporu rupive. Umi oñeha’ãva omoambue hag̃ua Léi Guasu ha ogueru hag̃ua peteĩ léi ombojeruréva domingo ñemboyke, michĩeterei oikuaa mba’épa ipahápe oikóta. Peteĩ apañuãi guasu oĩma hi’aguĩeterei ñanderehe.”</w:t>
      </w:r>
    </w:p>
    <w:p>
      <w:pPr>
        <w:pStyle w:val="ArticleScripture"/>
        <w:jc w:val="left"/>
      </w:pPr>
      <w:r>
        <w:rPr>
          <w:rFonts w:ascii="Times New Roman" w:hAnsi="Times New Roman" w:eastAsia="Times New Roman" w:cs="Times New Roman"/>
        </w:rPr>
        <w:t>“Péro Tupã rembijokuái ndopytakéi ojerovia hag̃ua ijehekuéra ko mba’e vai guasúpe. Umi visión oñeme’ẽ vaʼekuépe Isaíaspe, Ezequielpe ha Juánpe jahecha mbaʼeichaitépa yvága ojoaju porã umi mbaʼe oikóva ko yvy ári ndive, ha mbaʼeichaitépa tuicha Tupã ñangareko umi hese hag̃ua jerovia hag̃ua opytáva rehe. Ko yvy ndaha’éi peteĩ mburuvicha’ỹre. Umi mbaʼe oikótava rembiaporã oĩ Ñandejára pópe. Yvága Mburuvicha Guasu oguereko tetãnguéra rape, ha avei Iglésia rehegua oñangarekóva, ijeheguiete.”</w:t>
      </w:r>
    </w:p>
    <w:p>
      <w:pPr>
        <w:pStyle w:val="ArticleScripture"/>
        <w:jc w:val="left"/>
      </w:pPr>
      <w:r>
        <w:rPr>
          <w:rFonts w:ascii="Times New Roman" w:hAnsi="Times New Roman" w:eastAsia="Times New Roman" w:cs="Times New Roman"/>
        </w:rPr>
        <w:t>“Jaheja ñandéjehe ñañandu hetaiterei jepy’apy, mba’apo pohýi ha ñembotavy Ñandejára rembiapópe. Yvypóra opa’ỹva ndopytái ogueraha hag̃ua upe tráchka responsabilidad rehegua. Tekotevẽ jajerovia Tupãre, jajerovia hese, ha jasegi tenonderã. Umi marandu rerahaha yvagapegua ñangareko kangy’ỹva, ha iñemboguata tapia’ỹva hembiapo ministerio-pe umi yvy ariguándi ojoajúvo, ohechauka ñandéve mba’éichapa Tupã po omboguata pe rueda ryepýpe oĩva ambue rueda. Mbo’ehára divino he’i opa umi omba’apóvape Hembiapópe, he’ihaguéicha yma Círo-pe: ‘Che romoku’ẽ mbarete, jepe nde reikuaa’ỹrõ guare Chéve.’”</w:t>
      </w:r>
    </w:p>
    <w:p>
      <w:pPr>
        <w:pStyle w:val="ArticleScripture"/>
        <w:jc w:val="left"/>
      </w:pPr>
      <w:r>
        <w:rPr>
          <w:rFonts w:ascii="Times New Roman" w:hAnsi="Times New Roman" w:eastAsia="Times New Roman" w:cs="Times New Roman"/>
        </w:rPr>
        <w:t>“Ezequiel visiónpe Tupã oguereko Ipo querubín kuéra pepo guýpe. Kóva ombo’e hag̃ua Hembiguáipe kuérape pe pokatu Tupãguáva añoiteha ome’ẽva chupekuéra hekoporã hag̃ua. Ha’e omba’apóta hendivekuéra, oheja ykére hag̃ua hembiapo vai ha oiko hag̃ua ipotĩ hag̃uáicha ikorasõme ha hekópe.”</w:t>
      </w:r>
    </w:p>
    <w:p>
      <w:pPr>
        <w:pStyle w:val="ArticleScripture"/>
        <w:jc w:val="left"/>
      </w:pPr>
      <w:r>
        <w:rPr>
          <w:rFonts w:ascii="Times New Roman" w:hAnsi="Times New Roman" w:eastAsia="Times New Roman" w:cs="Times New Roman"/>
        </w:rPr>
        <w:t>“Pe tesape omimbiáva oikóva umi tekove apytépe, pya’eterei peteĩ ára hendyháicha, ohechauka ko tembiapo pahápe mba’éichaitépa pya’e oñemotenondéta iñemohu’ã peve. Pe ndokéi araka’eve, ha tapiaite omba’apóva ojejapo hag̃ua Hembipota, ikatu omotenonde hekojojápe Hembiapo guasu. Umi mba’e apytu’ũ opa hag̃uáva renondépe ojehecháva ojepytaso’ỹ ha hasyeterei ramo jepe, Ñandejára po ikatu omohenda opa mba’e peteĩ orden perfecto-pe. Ha’e ikatu omoheñói tape ha medio ojokose hag̃ua umi kuimba’e aña rembipota, ha ombo’apýta hag̃ua tavykuéra ñomongeta umi omboguatasévape ivaíva Itavayguakuéra rehe.”</w:t>
      </w:r>
    </w:p>
    <w:p>
      <w:pPr>
        <w:pStyle w:val="ArticleScripture"/>
        <w:jc w:val="left"/>
      </w:pPr>
      <w:r>
        <w:rPr>
          <w:rFonts w:ascii="Times New Roman" w:hAnsi="Times New Roman" w:eastAsia="Times New Roman" w:cs="Times New Roman"/>
        </w:rPr>
        <w:t>“Che irũnguéra, koʼág̃a ndahaʼéi ára ñañembyasy ha ñañembopochy hag̃uáicha, ndahaʼéi ára ñañemeʼẽ hag̃ua duda ha jeroviaʼỹme. Cristo ndahaʼéi koʼág̃a peteĩ Salvador oĩva José itajy pyahúpe, oñembotyvaʼekue peteĩ ita guasúpe ha oñeselláva pe sello romano reheve; ñande jaguereko peteĩ Salvador opuʼã jeýva. Haʼe hína pe Mburuvicha Guasu, pe Ñandejára ehérsito kuéra rehegua; oguapy querubín kuéra apytépe; ha tetã nguéra ñorairõ ha sarambi mbytépe oñangareko gueteri Ipuéblore. Pe oguapýva yvágape haʼe ñande Salvador. Haʼe omedi opa jehasa asy. Ojesarekóma pe tatakuá rendýre ohaʼarõva oñehaʼã hag̃ua opa ánga. Umi mburuvicha guasu kuéra mbarete renda oñehundívo, Tupã pochy huʼykuéra oikytĩvo Iñenemigo kuéra korasõ rupi, Ipuéblo oĩta hag̃ua tekorosãme Ipopegua ryepýpe.” Testimonies, volúmen 5, 752–754.</w:t>
      </w:r>
    </w:p>
    <w:p>
      <w:pPr>
        <w:pStyle w:val="ArticleBody"/>
        <w:jc w:val="left"/>
      </w:pPr>
      <w:r>
        <w:rPr>
          <w:rFonts w:ascii="Times New Roman" w:hAnsi="Times New Roman" w:eastAsia="Times New Roman" w:cs="Times New Roman"/>
        </w:rPr>
        <w:t>Ezequiel ohechauka umi candidato-kuérape oĩ hag̃ua umi cien cuarenta y cuatro mil apytépe, ha línea ári línea imba’ehasa pe santuariope ojoaju Isaías ha Juan rembiasa ndive pe santuario ryepýpe. Ko’ág̃a ñaime pe tupaópegua prueba-pe, mokõiháicha umi mbohapy prueba apytégui omoselláva umi cien cuarenta y cuatro mil-pe. Upe periodo ha’e pe mopotĩ ojejapóva pe Pykasupegua Maranduhára rupive oñemboguata hag̃ua Malaquías mbohapy ñemohu’ãme. Pe mopotĩ rape oikóva umi mbohapy prueba rupive ha’e pe “tatakua” hendyva’ekue Malaquías remimombe’úva, “oikotevẽva oha’ã hag̃ua opa ánga-pe”. Pe tercer ángel oguahẽrõ guare 22 jasypa, 1844-pe, pe Pykasupegua Maranduhára pya’eterei ou Itupaópe ha ogueraha umi kuñataĩ arandu upe tembiasakuepegua pe Tenda Imarangatuetéva-pe, omosella hag̃ua Ijeroviapývape; hákatu umi kuñataĩ upe tembiasakuepegua opu’ã hese, ha 1856-pe pe movimiento Millerita Filadelfiagua ojere pe movimiento Millerita Laodiceagua-pe, ha 1863-pe oiko pe iglesia Adventista del Séptimo Día Laodiceagua.</w:t>
      </w:r>
    </w:p>
    <w:p>
      <w:pPr>
        <w:pStyle w:val="ArticleBody"/>
        <w:jc w:val="left"/>
      </w:pPr>
      <w:r>
        <w:rPr>
          <w:rFonts w:ascii="Times New Roman" w:hAnsi="Times New Roman" w:eastAsia="Times New Roman" w:cs="Times New Roman"/>
        </w:rPr>
        <w:t>Pe mbohapyha ánhel, oguahẽ vaʼekue sapyʼaitépe 22 jasypa, 1844-pe, oipeʼa ijehegui ipresénsia 1863-pe, ha upéi oujey 11 jasyporundy, 2001-pe. Mokõipa po ary rire, koʼág̃a ojejapo jey hína pe tupãóga jehasaʼasy ojehechauka vaʼekue 22 jasypa, 1844-pe. Mokõipa po niko, ñeʼẽtechaukaháicha, peteĩ diezmo profético mokõisa po-gui, ha mokõisa po haʼe peteĩ techaukaha tembiasakue rehegua ojehechaukáva Daniel once pegua versíkulo once guive quince peve. Mokõisa po, ha mokõipa po avei, haʼe peteĩ rueda pe santuario visión ryepýpe Ezequiel-pe. Mokõipa po haʼe peteĩ símbolo ohechaukáva pe ñembojaʼo umi arandúva ha umi iñañáva apytépe, oñembyatyhápe pe mbohapy aty jehasaʼasy rape ojehechaukáva pe mopotĩ rembiapópe, oikuaaukáva pe Ñeʼẽrerahaha Pe Pacto rehegua.</w:t>
      </w:r>
    </w:p>
    <w:p>
      <w:pPr>
        <w:pStyle w:val="ArticleBody"/>
        <w:jc w:val="left"/>
      </w:pPr>
      <w:r>
        <w:rPr>
          <w:rFonts w:ascii="Times New Roman" w:hAnsi="Times New Roman" w:eastAsia="Times New Roman" w:cs="Times New Roman"/>
        </w:rPr>
        <w:t>Mateo mokoĩpa poapy oguereko mbohapy parábola, ha peteĩteĩ parábola ohechauka pe ñemboja’o oĩva arandu ha ñaña apytépe pe sellamiento ára pukukuepe umi cien cuarenta y cuatro mil rehegua. Pe esperanza Ñandejára retãygua rehegua, oñerrepresentáva pe kapítulo-pe, ha’e ikatu hag̃uáicha ha’e peteĩ virgen arandu oguerekóva pe aceite pe marandu pyhare mbyte sapukái rehegua. Iñesperanza ha’e oñehusga hag̃ua chupe peteĩ tembiguái jeroviaha ramo iñangarekoha rembiapópe, omoĩporãvo umi talento especial oñeme’ẽva’ekue chupe oisãmbyhy hag̃ua ijeheguigua prueba ára pukukuepe. Iñesperanza ha’e oñehusga hag̃ua chupe peteĩ ovecha Ñandejára ñupegua ramo, oguapýva Ijaty akatúape, ha ndaha’éi peteĩ kavara Ijaty asúpe. Mokoĩpa poapy ha’e peteĩ símbolo pe ñemboja’o rehegua arandu ha ñaña apytépe pe sellamiento ára pukukuepe umi cien cuarenta y cuatro mil rehegua. Mokoĩpa poapy ha’e peteĩva Ezequiel rueda-kuéragui.</w:t>
      </w:r>
    </w:p>
    <w:p>
      <w:pPr>
        <w:pStyle w:val="ArticleScripture"/>
        <w:jc w:val="left"/>
      </w:pPr>
      <w:r>
        <w:rPr>
          <w:rFonts w:ascii="Times New Roman" w:hAnsi="Times New Roman" w:eastAsia="Times New Roman" w:cs="Times New Roman"/>
        </w:rPr>
        <w:t>Ore jejopyre áño ñande ñembiguáipe, ary ñepyrũme, jasy pehẽngue pahápe, tavaguasu ojejuka hague rire irundypa irundy ary haguépe, upe áraite Jehová po oĩ che ári, ha che reraha upépe. Ezequiel 40:1.</w:t>
      </w:r>
    </w:p>
    <w:p>
      <w:pPr>
        <w:pStyle w:val="ArticleBody"/>
        <w:jc w:val="left"/>
      </w:pPr>
      <w:r>
        <w:rPr>
          <w:rFonts w:ascii="Times New Roman" w:hAnsi="Times New Roman" w:eastAsia="Times New Roman" w:cs="Times New Roman"/>
        </w:rPr>
        <w:t>Pe áño mokõipa pohañói ñembiguápe oĩ hag̃ua jehechauka hag̃ua 22 jasypa, ha upéva ojehechauka peteĩ okẽ dispensasional oñembotyha rupive. 22 jasypa ary 1844-pe peteĩ okẽ ojepe’a ha peteĩ okẽ oñemboty, mokõi aty oñemboja’órõ guare.</w:t>
      </w:r>
    </w:p>
    <w:p>
      <w:pPr>
        <w:pStyle w:val="ArticleScripture"/>
        <w:jc w:val="left"/>
      </w:pPr>
      <w:r>
        <w:rPr>
          <w:rFonts w:ascii="Times New Roman" w:hAnsi="Times New Roman" w:eastAsia="Times New Roman" w:cs="Times New Roman"/>
        </w:rPr>
        <w:t>Ha pe ánhel pegua pe tupao Filadélfiape ehaíke: Péicha he’i pe imarangatuva, pe añetegua, pe oguerekóva David lláve, pe oipe’áva ha avave ndojokuaáiva; ha ojokuaáva ha avave ndaipe’a kuaáiva; aikuaa nde rembiapokue: ema’ẽ, amoĩ nde renondépe peteĩ okẽ ojepe’áva, ha avave ndaikatúi ojokuaávo: nde ningo reguereko michĩmi mbarete, ha reñongatu che ñe’ẽ, ha nderehejaiva’ekue che réra. Apocalipsis 3:7, 8.</w:t>
      </w:r>
    </w:p>
    <w:p>
      <w:pPr>
        <w:pStyle w:val="ArticleBody"/>
        <w:jc w:val="left"/>
      </w:pPr>
      <w:r>
        <w:rPr>
          <w:rFonts w:ascii="Times New Roman" w:hAnsi="Times New Roman" w:eastAsia="Times New Roman" w:cs="Times New Roman"/>
        </w:rPr>
        <w:t>Cristo he'i Filadélfiape pe ánhelpe oikuaaha hembiapo, ha omoĩ hague Filadélfiapegua tupão renondépe peteĩ okẽ ojepe'áva. Upéva niko ojepe'a “David lláve” rupive, pe lláve oñemoĩva Eliakim ári.</w:t>
      </w:r>
    </w:p>
    <w:p>
      <w:pPr>
        <w:pStyle w:val="ArticleScripture"/>
        <w:jc w:val="left"/>
      </w:pPr>
      <w:r>
        <w:rPr>
          <w:rFonts w:ascii="Times New Roman" w:hAnsi="Times New Roman" w:eastAsia="Times New Roman" w:cs="Times New Roman"/>
        </w:rPr>
        <w:t>Ha oikóta upe ára-pe, ajahúta che rembiguái Eliaquimpe, Hilcías ra’y; ha amondeíta chupe nde ao reheve, amombaretevéta chupe nde ku’akuaha reheve, ha amoĩta nde mburuvicha hag̃ua ipope; ha ha’éta túva Jerusalén peguakuérape guarã, ha Judá róga-pe guarã. Ha David róga pegua llave amoĩta iati’y ári; upéicha ha’e oipe’áta, ha avave nombotypamo’ãi; ha ha’e ombotýta, ha avave ndoipe’amo’ãi. Isaías 22:20–22.</w:t>
      </w:r>
    </w:p>
    <w:p>
      <w:pPr>
        <w:pStyle w:val="ArticleBody"/>
        <w:jc w:val="left"/>
      </w:pPr>
      <w:r>
        <w:rPr>
          <w:rFonts w:ascii="Times New Roman" w:hAnsi="Times New Roman" w:eastAsia="Times New Roman" w:cs="Times New Roman"/>
        </w:rPr>
        <w:t>Ára pe Eliakim ohenói, oñemboja’o umi ñaña Shebna-gui.</w:t>
      </w:r>
    </w:p>
    <w:p>
      <w:pPr>
        <w:pStyle w:val="ArticleScripture"/>
        <w:jc w:val="left"/>
      </w:pPr>
      <w:r>
        <w:rPr>
          <w:rFonts w:ascii="Times New Roman" w:hAnsi="Times New Roman" w:eastAsia="Times New Roman" w:cs="Times New Roman"/>
        </w:rPr>
        <w:t>Péicha he'i Ñandejára ipu'akapáva Tupã: Tereho, eike ko tesorero rendápe, Sebna rendápe, pe oisãmbyhýva óga, ha ere chupe: Mba'e piko reguereko ko'ápe? ha mávapa reguereko ko'ápe, reikytĩ haguére ndejupe peteĩ itakoty ko'ápe, peteĩ oikytĩháicha ijupe itakoty yvate, ha oikuaáva ijupe peteĩ tekoha ita rehe? Péina ápe, Ñandejára ne guerahaha mombyryta peteĩ jejopy guasúpe, ha añetehápe nemo'ãmbaite. Añetehápe nembojere ha nembopoi mbaretépe peteĩ pelota-icha peteĩ tetã tuichávape: upépe remanóta, ha upépe nde mberetegua kárrokuéra oikóta tĩre'ỹ nde jára róga rehe. Isaías 22:15–18.</w:t>
      </w:r>
    </w:p>
    <w:p>
      <w:pPr>
        <w:pStyle w:val="ArticleBody"/>
        <w:jc w:val="left"/>
      </w:pPr>
      <w:r>
        <w:rPr>
          <w:rFonts w:ascii="Times New Roman" w:hAnsi="Times New Roman" w:eastAsia="Times New Roman" w:cs="Times New Roman"/>
        </w:rPr>
        <w:t>Pe ñemboja’o umi kuñataĩ arandúva ha umi tavýva apytépe, omohu’ãva pe techaukaha Shebna ha Eliaquim rehegua, oñemohu’ãkuri 22 jasypa 1844-pe, ha avei pe ary mokõipa poha Jehoiaquín ñembyaty aja, upéva hína 22 jasypa 573 Cristo mboyve. Ezequiel arandukápe, capítulo ocho-pe, umi hembiapo vaíva Adventismo ryepýpe, Jerusalén rupive ojehechaukáva, ojehechaukahína mokõipa po kuimba’e kuarahýre oñesũva ramo. Jerusalén ñehundi ohechauka pe léi domingo rehegua, ha upéva avei pe techaukaha omohu’ãva pe sello ñemoĩ aravo umi cien cuarenta y cuatro mil rehegua. Pe sello ñemoĩ aravo oñepyrũkuri 11 jasyporundy 2001-pe, ha Jesús hína pe Alfa ha Omega; upévare 11 jasyporundy 2001, pe sello ñemoĩ ñepyrũ ramo, ohechauka pe paha, pe léi domingo-pe.</w:t>
      </w:r>
    </w:p>
    <w:p>
      <w:pPr>
        <w:pStyle w:val="ArticleBody"/>
        <w:jc w:val="left"/>
      </w:pPr>
      <w:r>
        <w:rPr>
          <w:rFonts w:ascii="Times New Roman" w:hAnsi="Times New Roman" w:eastAsia="Times New Roman" w:cs="Times New Roman"/>
        </w:rPr>
        <w:t>11 jasypakõi 2001-pe ojehechauka vaʼekue Minneapolis aty guasúpe 1888-pe; Sister White niko ohechauka, Nueva York tavusu guasu rogakuéra hoʼárõ guare 9/11-pe, oñekumpli hague Apocalipsis 18:1–3. Upe jave, ha 1888-pe guáicha, haʼe ohechauka pe ánhel Apocalipsis capítulo dieciocho-gua oguejy hague omyesakã hag̃ua ko yvy Igloria reheve. Pe ñemoĩmbyre 1888-pe haʼe ombojoaju pe ñemoĩmbyre Coré, Datán ha Abiram reheve, umi mokõi sua cincuenta kuimbaʼe herakuã porãva avei ojoajúgui ijeheguipekuéra apostasiápe. Umi mokõi sua cincuenta opuʼãva Coré ha imoirũnguéra ñemoĩmbyrépe, yma Israel yma guarépe, ohechauka vaʼekue umi mokõipa po kuimbaʼe oñesũva kuarahýre Israel yma guarépe opa hag̃uápe.</w:t>
      </w:r>
    </w:p>
    <w:p>
      <w:pPr>
        <w:pStyle w:val="ArticleBody"/>
        <w:jc w:val="left"/>
      </w:pPr>
      <w:r>
        <w:rPr>
          <w:rFonts w:ascii="Times New Roman" w:hAnsi="Times New Roman" w:eastAsia="Times New Roman" w:cs="Times New Roman"/>
        </w:rPr>
        <w:t>Mokõipa poapy tendota Laodiceaguigua Adventismo-gua oñesũva léi dominical renondépe ha mokõi sua poapy 9/11-pe omoĩ tenonde pe tiémpo oñesella hag̃ua, mokõipa poapy simbolismo rupive, (pe símbolo ohechaukáva iñarandu ha heko vaíva ñemboja’o) hag̃ua hag̃ua pe tiémpo oñesella hag̃ua ñepyrũ ha paha. Taha’e umi mokõi sua poapy opu’ãva Moisés ára-pe, térã umi mokõipa poapy kuimba’e Ezequiel kapítulo poapy-pe, térã Mateo kapítulo mokõipa poapy-pe umi mbohapy testígo ñemboja’o rehegua, térã pe ary mokõipa poapyha jejapyhy aja Ezequiel irundy pa-pe; opaite jehechauka mokõipa poapy símbolo rehegua ojoaju umi mbohapy tiémpo mokõi sua poapy ary rehegua ndive, og̃uahẽva’ekue ipahápe 207 a. C., 313 ha 2026-pe, peteĩteĩ hag̃uáicha.</w:t>
      </w:r>
    </w:p>
    <w:p>
      <w:pPr>
        <w:pStyle w:val="ArticleBody"/>
        <w:jc w:val="left"/>
      </w:pPr>
      <w:r>
        <w:rPr>
          <w:rFonts w:ascii="Times New Roman" w:hAnsi="Times New Roman" w:eastAsia="Times New Roman" w:cs="Times New Roman"/>
        </w:rPr>
        <w:t>Papapy cinco ha’e, ikatúramo ja’e, peteĩ eje papapy cinco rehegua oguerúva opaite línea papapy cinco rehegua perfección-pe. Oiko peteĩva umi llave profética reino rehegua apytégui oñeme’ẽva’ekue Pedro-pe ogueru hag̃ua claridad pe tembiasakue ñemiguápe versículo cuarenta-pe. Oñemopyenda meme hag̃ua, mbohapy testígo ári hetave jey, Daniel once versículo diez guive quince peve ohechauka peteĩ línea oguerekóva pe tembiasakue 1989 guive pe ley dominical peve, upéva ha’éva pe tembiasakue ñemigua versículo cuarenta rehegua. Pe León Judá ñemoñaregua ko’ág̃a oipe’a hína sello umi rueda Ezequiel rehegua, oipe’ávo pe tembiasakue ñemigua omohu’ãtava pe mensaje del Clamor de Medianoche umi ára pahápe.</w:t>
      </w:r>
    </w:p>
    <w:p>
      <w:pPr>
        <w:pStyle w:val="ArticleBody"/>
        <w:jc w:val="left"/>
      </w:pPr>
      <w:r>
        <w:rPr>
          <w:rFonts w:ascii="Times New Roman" w:hAnsi="Times New Roman" w:eastAsia="Times New Roman" w:cs="Times New Roman"/>
        </w:rPr>
        <w:t>Umi artíkulo oúvapevapepekuévo ñamombeʼúta mbaʼéichapa Ezequiel remimboguata ohechauka kuimbaʼekuéra rembiapo joaju hasýva ára pahápe. Ezequiel kapítulo peteĩ, oĩva ko artíkulo ñepyrũme, ha pe pasáhe oñemoirũva Testimonies, volúmen cinco-gui, oikóta ñande referencia tapia hag̃ua jajapóvo umi artíkulo. Umi remimboguata oñemoĩ vove hendaitépe, ha umi joaju porã reheve ambue remimboguata ndive maranduhai proféticape, jahechaukáta umi mbohapy sua noventa y peteĩ ary ha paʼu po ára omombaretéva pe ánhel peteĩha ára 11 jasypoapy 1840-peha avei ojehechauka Ezequiel rupive mbohapy sua noventa ary ramo, ojoajúva pe peteĩ ary ha mbyte pe jerovia Jerusalén rehegua ndive; ha ko tesape profética og̃uahẽvo ojekuaa upéva hína pe poyvi oñehupiha umi cien cuarenta y cuatro mil rehegua.</w:t>
      </w:r>
    </w:p>
    <w:p>
      <w:pPr>
        <w:pStyle w:val="ArticleBody"/>
        <w:jc w:val="left"/>
      </w:pPr>
      <w:r>
        <w:rPr>
          <w:rFonts w:ascii="Times New Roman" w:hAnsi="Times New Roman" w:eastAsia="Times New Roman" w:cs="Times New Roman"/>
        </w:rPr>
        <w:t>27 de julio de 1299 pe 1337 ohechauka mbohapy pa ary pokõi ary, peteĩha gotyo pe sa po ary (cinco meses) Apocalipsis nueve, versículo diez-pe. Umi sa po ary ojoaju pe irundy sua noventa y peteĩ ary ha paapy ára versículo quince-pe rehe. Upéicha rupi, ko mokõi período ñepyrũ omoheñói peteĩ línea profética opáva’ekue pe Josiah Litch marandu’ypy 1838 ha 1840 ñembopajehupe ha ohechaukáva pe Millerita movimiento pu’ã ha imbareteve. Pe tembiasakue Adventismo ñepyrũme ohechauka pe cien cuarenta y cuatro mil pu’ãha peteĩ poyvi ramo pe ley dominical mboyve. Upéicha, Ezequiel rembiasakue pe trescientos noventa ary ha peteĩ punto cinco ary (1.5) Jerusalén jejoko aja ohechauka pe línea profética paha oñepyrũva’ekue 1299-pe.</w:t>
      </w:r>
    </w:p>
    <w:p>
      <w:pPr>
        <w:pStyle w:val="ArticleBody"/>
        <w:jc w:val="left"/>
      </w:pPr>
      <w:r>
        <w:rPr>
          <w:rFonts w:ascii="Times New Roman" w:hAnsi="Times New Roman" w:eastAsia="Times New Roman" w:cs="Times New Roman"/>
        </w:rPr>
        <w:t>Iporãta jahecha hag̃ua, pe artíkulo oúvape mboyve, pe pasáhe oĩva Testimonies, volumen cinco-pe.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Tembehasa Kañymby Ayvu Papy Mokõipa Mokoĩha rehegua - Papapy Mokõipa Mokoĩ hag̃ua</dc:title>
  <dc:subject>Ezequiel Papapy Mbohapyha</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