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Verso Kuarenta y Cuatro rembiasakue Kañymby — Papapy Mokõi Pa Po’ẽme’ẽ hag̃uia</w:t>
      </w:r>
    </w:p>
    <w:p>
      <w:pPr>
        <w:pStyle w:val="ArticleSubtitle"/>
        <w:jc w:val="left"/>
      </w:pPr>
      <w:r>
        <w:rPr>
          <w:rFonts w:ascii="Arial" w:hAnsi="Arial" w:eastAsia="Arial" w:cs="Arial"/>
        </w:rPr>
        <w:t>Ezequiel Papaha seis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Cheipyhy hína peteĩ pehẽngue Testimonies-gua rehe, ome'ẽva opaichagua verdad rape oñembojoajúva Ezequiel, Isaías ha Juan rembiasakue rehe pe santuario ryepýpe. Juan ojere ohecha hag̃ua peteĩ ñe'ẽ oúva hapykuéri Apocalipsis kapítulo peteĩme.</w:t>
      </w:r>
    </w:p>
    <w:p>
      <w:pPr>
        <w:pStyle w:val="ArticleScripture"/>
        <w:jc w:val="left"/>
      </w:pPr>
      <w:r>
        <w:rPr>
          <w:rFonts w:ascii="Times New Roman" w:hAnsi="Times New Roman" w:eastAsia="Times New Roman" w:cs="Times New Roman"/>
        </w:rPr>
        <w:t>Aime Espíritupe Ñandejára ára-pe, ha ahendu che rapykuéri peteĩ ñe’ẽ tuicháva, trompétaicha, he’íva: Che hína Alfa ha Omega, pe tenondegua ha pe pahagua; ha: Rehecháva, ehai peteĩ kuatiañe’ẽme, ha emondo umi siete iglésia oĩvape Asia-pe; Éfeso-pe, ha Smirna-pe, ha Pérgamo-pe, ha Tiatíra-pe, ha Sardis-pe, ha Filadelfia-pe, ha Laodicea-pe. Upéi ajere ahecha hag̃ua pe ñe’ẽ oñe’ẽva’ekue chendive. Ha ajere rire, ahecha siete candelerokuéra óroguigua. Apocalipsis 1:10–12.</w:t>
      </w:r>
    </w:p>
    <w:p>
      <w:pPr>
        <w:pStyle w:val="ArticleBody"/>
        <w:jc w:val="left"/>
      </w:pPr>
      <w:r>
        <w:rPr>
          <w:rFonts w:ascii="Times New Roman" w:hAnsi="Times New Roman" w:eastAsia="Times New Roman" w:cs="Times New Roman"/>
        </w:rPr>
        <w:t>Patmos íslagui guive ha upéi pe santuario yvagapeguápe, upépe Juan ohecha Cristo visión, pe Hermana White he’íva ñandéve, ha upéva hína pe misma visión Daniel ohecha vaekue iñanduti kapítulo diez-pe.</w:t>
      </w:r>
    </w:p>
    <w:p>
      <w:pPr>
        <w:pStyle w:val="ArticleScripture"/>
        <w:jc w:val="left"/>
      </w:pPr>
      <w:r>
        <w:rPr>
          <w:rFonts w:ascii="Times New Roman" w:hAnsi="Times New Roman" w:eastAsia="Times New Roman" w:cs="Times New Roman"/>
        </w:rPr>
        <w:t>“‘Umi árape che Daniel aime che py’asy mbohapy semana pukukue. Ndakarúi mbujape he’ẽ porãva, ndaikéiri so’o térã víno che jurúpe, ha ndajemoĩri mba’eveichagua ñandy che rete rehe.... Upéi amopu’ã che resa ha ama’ẽ, ha péina peteĩ kuimba’e ao líno guigua omondeva, ipy’a jerére ojeguaka óro porãite Uphaz pegua reheve. Hete katu ha’e vaicha berilo, hovayke overa ára rendyicha, hesa kuéra tata rendyicha, ipo ha ipy kuéra katu kóvre ojepulíva ojajáivaicha, ha ijayvu pu’aka heta táva ñe’ẽryrýicha’ (Daniel 10:2–6).”</w:t>
      </w:r>
    </w:p>
    <w:p>
      <w:pPr>
        <w:pStyle w:val="ArticleScripture"/>
        <w:jc w:val="left"/>
      </w:pPr>
      <w:r>
        <w:rPr>
          <w:rFonts w:ascii="Times New Roman" w:hAnsi="Times New Roman" w:eastAsia="Times New Roman" w:cs="Times New Roman"/>
        </w:rPr>
        <w:t>“Ko ñemombe’u ojogua pe Juan ome’ẽ vaʼekuépe, Cristo ojehechauka ramo guare chupe Isla de Patmos-pe. Avave ndaijojahái pe Tupã Raʼy rehe ojehechauka vaʼekue Daniel-pe. Ñandejára ou ambue mensahéro yvagágui ndive omboʼe hag̃ua Daniel-pe mbaʼépa oikótava umi ára pahápe.” Sanctified Life, 49.</w:t>
      </w:r>
    </w:p>
    <w:p>
      <w:pPr>
        <w:pStyle w:val="ArticleBody"/>
        <w:jc w:val="left"/>
      </w:pPr>
      <w:r>
        <w:rPr>
          <w:rFonts w:ascii="Times New Roman" w:hAnsi="Times New Roman" w:eastAsia="Times New Roman" w:cs="Times New Roman"/>
        </w:rPr>
        <w:t>Umi ypykuéra porundy ha peteĩ peve ohechauka mba’éichapa Jesucristo Revelación ojeipe’aite yvypóra prueba’ára oñembotýta mboyve. Pe revelación ome’ẽ Tupã Jesúspe, ha Jesús ome’ẽ Gabrielpe, ha Gabriel ome’ẽ Juánpe peteĩ tembiapoukapy reheve ikatu hag̃uáicha Juán omondo pe marandu umi siete iglésiape. Isaías oguereko avei hembiapoukapy ojapo hag̃uáicha upéicha capítulo seis-pe, ha Ezequiel oguereko pe tembiapoukapy peteĩcha capítulos mokõi ha mbohapy-pe. Juan ha’e peteĩ preso oguerohory jave hembiapoukapy, Ezequiel ha Daniel katu oĩ tembiguáiramo Babilóniape, ha Isaías oiko pe tembiasakue rupi Judá ruvicha guasu aña Acaz ára-pe.</w:t>
      </w:r>
    </w:p>
    <w:p>
      <w:pPr>
        <w:pStyle w:val="ArticleScripture"/>
        <w:jc w:val="left"/>
      </w:pPr>
      <w:r>
        <w:rPr>
          <w:rFonts w:ascii="Times New Roman" w:hAnsi="Times New Roman" w:eastAsia="Times New Roman" w:cs="Times New Roman"/>
        </w:rPr>
        <w:t>“Oĩ vaʼekue rueda kuéra ambue rueda ryepýpe, peteĩ ñemohenda iporãmbaitereíva ha hasýva eterei, upévare peteĩ jehecha ypykuepe Ezequielpe ojechauka kuéra opavavevaicha peteĩ ñembyai ha ñekorãme. Hákatu okuʼévo, haʼe vaʼekue peteĩ porãite ndepykuaa hag̃uáicha ha peteĩ joaju perfecto reheve. Yvágape guare tekove kuéra omomýi umi rueda, ha opa mbaʼe ári, pe tróno omimbipáva zafírogui ári, oĩ vaʼekue Pe Opa Árare; ha pe tróno jerére oĩ vaʼekue pe arcoríri ojerehápe, símbolo de gracia ha mborayhu. Pe escena mimbipa tuichaitéva ha kyhyjepyrãva ipohyieterei rupi hese, Ezequiel hoʼa hovái yvýre, ha upérõ peteĩ ñeʼẽ heʼi chupe topuʼã ha ohendu Ñandejára ñeʼẽ. Upéi oñemeʼẽ chupe peteĩ marandu ñemomarandurã Israel-pe ĝuarã.” Testimonies, 751.</w:t>
      </w:r>
    </w:p>
    <w:p>
      <w:pPr>
        <w:pStyle w:val="ArticleScripture"/>
        <w:jc w:val="left"/>
      </w:pPr>
      <w:r>
        <w:rPr>
          <w:rFonts w:ascii="Times New Roman" w:hAnsi="Times New Roman" w:eastAsia="Times New Roman" w:cs="Times New Roman"/>
        </w:rPr>
        <w:t>Upéi ahendu avei Ñandejára ñe’ẽ he’íva: Mávapepa amondo hag̃ua, ha mávapa ohóta oréve g̃uarã? Ha che ha’e: Ko’ápe aime che; chemondo. Isaías 6:8.</w:t>
      </w:r>
    </w:p>
    <w:p>
      <w:pPr>
        <w:pStyle w:val="ArticleScripture"/>
        <w:jc w:val="left"/>
      </w:pPr>
      <w:r>
        <w:rPr>
          <w:rFonts w:ascii="Times New Roman" w:hAnsi="Times New Roman" w:eastAsia="Times New Roman" w:cs="Times New Roman"/>
        </w:rPr>
        <w:t>“Ko visión oñeme’ẽ Ezequiélpe peteĩ ára, iñakã henyhẽ jave ñeha’arõ vai ha pytũmby rehegua rehe. Ha’e ohecha itúva kuéra yvy opyta hína ñehundi ha ndaipóriháichaicha...</w:t>
      </w:r>
    </w:p>
    <w:p>
      <w:pPr>
        <w:pStyle w:val="ArticleScripture"/>
        <w:jc w:val="left"/>
      </w:pPr>
      <w:r>
        <w:rPr>
          <w:rFonts w:ascii="Times New Roman" w:hAnsi="Times New Roman" w:eastAsia="Times New Roman" w:cs="Times New Roman"/>
        </w:rPr>
        <w:t>“Upéicha avei, Tupã oĩrõ guare oikuaauka hag̃uáicha pe mborayhuetére Juanpe pe iglesia rembiasakue umi ára oútavape guarã, ome’ẽ chupe peteĩ jeikuaa hag̃uáicha pe Salvador ojepy’apyha ha oñangarekóha Itavayguakuérare, ohechauka rupi chupe ‘Peteĩ ojoguáva Yvypóra Ra’ýpe’, oguatáva umi kandelerokuéra apytépe, umíva ohechaukáva umi siete iglesia. …</w:t>
      </w:r>
    </w:p>
    <w:p>
      <w:pPr>
        <w:pStyle w:val="ArticleScripture"/>
        <w:jc w:val="left"/>
      </w:pPr>
      <w:r>
        <w:rPr>
          <w:rFonts w:ascii="Times New Roman" w:hAnsi="Times New Roman" w:eastAsia="Times New Roman" w:cs="Times New Roman"/>
        </w:rPr>
        <w:t>“Koʼã mboʼepy haʼe ñande porãrã. Tekotevẽ ñamopyenda ñande jerovia Tupã rehe, oñemboja hag̃uáicha ñandéve peteĩ ára ombopohýitava yvypóra ánga-kuérape. …</w:t>
      </w:r>
    </w:p>
    <w:p>
      <w:pPr>
        <w:pStyle w:val="ArticleScripture"/>
        <w:jc w:val="left"/>
      </w:pPr>
      <w:r>
        <w:rPr>
          <w:rFonts w:ascii="Times New Roman" w:hAnsi="Times New Roman" w:eastAsia="Times New Roman" w:cs="Times New Roman"/>
        </w:rPr>
        <w:t>“Ñaiméma hína ñañembo’y hag̃ua tuicha ha pohýiete mba’e oikótavape. Profesía pya’e oñehundipa hína. Ñandejára oĩma okẽme. Ag̃aitéma oñembotyryrýta ñande renondépe peteĩ ára pukukue ipohýi ha oñeinteresaitéva opa umi oikovévape g̃uarã. Umi ñorairõrã yma guaréva oñemoingove jeýta; ñorairõrã pyahu osẽta. Umi mba’e ojehechátava ñande yvy ape ári ndaikatúi gueteri oñeñandu jepe kerayvotyháicha. Satanás omba’apo hína yvypóra rembiapokue rupive. Umi oñeha’ãva omoambue hag̃ua pe Léi Guasu ha ohupyty hag̃ua peteĩ léi omboguatáva arateĩ ñemomba’e little ndoikuaaporãi mba’épa oguerúta upéva. Peteĩ apañuãi guasu oguahẽmbaitéma ñande ári.”</w:t>
      </w:r>
    </w:p>
    <w:p>
      <w:pPr>
        <w:pStyle w:val="ArticleScripture"/>
        <w:jc w:val="left"/>
      </w:pPr>
      <w:r>
        <w:rPr>
          <w:rFonts w:ascii="Times New Roman" w:hAnsi="Times New Roman" w:eastAsia="Times New Roman" w:cs="Times New Roman"/>
        </w:rPr>
        <w:t>“Pe Tupã rembiguái ndovyerovai va’erã ijehekuéra ko mba’e guasu vaietévape. Umi visión oñeme’ẽ vaekuépe Isaíaspe, Ezequielpe ha Juánpe jahecha mba’eichaitépa yvágagui oĩ joaju hi’aguĩva umi mba’e oikóva ko yvy ári ndive, ha tuichaitépa Tupã oñangareko umi hese jeroviáva rehe. Ko yvy arigua ndopytái peteĩ mburuvicha’ỹre. Umi mba’e oikótava rape oĩ Ñandejára pópe. Yvágapegua Mboriahuvereko Guasu oguereko ipópe tetãnguéra rape, ha avei Iglésia rehegua oñangareko.”</w:t>
      </w:r>
    </w:p>
    <w:p>
      <w:pPr>
        <w:pStyle w:val="ArticleScripture"/>
        <w:jc w:val="left"/>
      </w:pPr>
      <w:r>
        <w:rPr>
          <w:rFonts w:ascii="Times New Roman" w:hAnsi="Times New Roman" w:eastAsia="Times New Roman" w:cs="Times New Roman"/>
        </w:rPr>
        <w:t>“Ezequiel visión-pe, Tupã oreko vaʼekue ipo umi querubín pepo guýpe. Kóva ohechauka hag̃ua hembiguáipekuéra haʼeha puʼaka divína omeʼẽva chupekuéra jehupyty porã. Haʼe ombaʼapóta hendivekuéra, ohejáramo hikuái tekoñaña ha oiko hag̃ua ipotĩ hag̃uáicha ikorasõ ha hekópe.</w:t>
      </w:r>
    </w:p>
    <w:p>
      <w:pPr>
        <w:pStyle w:val="ArticleScripture"/>
        <w:jc w:val="left"/>
      </w:pPr>
      <w:r>
        <w:rPr>
          <w:rFonts w:ascii="Times New Roman" w:hAnsi="Times New Roman" w:eastAsia="Times New Roman" w:cs="Times New Roman"/>
        </w:rPr>
        <w:t>“Pe tesape porã ohasáva umi tekovéva apytépe, ára tataendyicha pya’etereíva, ohechauka mboy pya’épe ko tembiapo ipahápe tenonderãta ojehu hag̃ua opaite hag̃uáicha. …</w:t>
      </w:r>
    </w:p>
    <w:p>
      <w:pPr>
        <w:pStyle w:val="ArticleScripture"/>
        <w:jc w:val="left"/>
      </w:pPr>
      <w:r>
        <w:rPr>
          <w:rFonts w:ascii="Times New Roman" w:hAnsi="Times New Roman" w:eastAsia="Times New Roman" w:cs="Times New Roman"/>
        </w:rPr>
        <w:t>“Hermanokuéra, koʼág̃a ndahaʼéi ára ñembyasy ha pyʼaity hag̃ua, ndahaʼéi avei ára ñameʼẽ hag̃ua tenda pyʼamokõi ha jeroviaʼỹme. Cristo ndahaʼéi koʼág̃a peteĩ Salvador José sepultura pyahúpe, oñemboty vaʼekue peteĩ ita guasúpe ha oñesella vaʼekue sello romano reheve; ñande jaguereko peteĩ Salvador oikove jey vaʼekue. Haʼe hína Mburuvicha Guasu, ehérsito kuéra Ruvicha; oguapy querubín kuéra apytépe; ha tetãnguéra ñorairõ ha sarambi mbytépe oñangareko gueteri Ipuévlo rehe. Pe oisãmbyhyva yvágape haʼe ñande Salvador. Haʼe ohaʼã peteĩteĩ jehasa asy. Ohecha tatakuápe tata oikotevẽva ohaʼã hag̃ua peteĩteĩ âme. Mburuvicha guasu kuéra mbaretekue renda oñembyai vove, Ñandejára pochy huʼykuéra oike hag̃ua Ikontrakuéra korasõme, Ipuévlo oĩta tekove hag̃uáicha Ipópe.” Testimonies, volúmen 5, 752–754.</w:t>
      </w:r>
    </w:p>
    <w:p>
      <w:pPr>
        <w:pStyle w:val="ArticleBody"/>
        <w:jc w:val="left"/>
      </w:pPr>
      <w:r>
        <w:rPr>
          <w:rFonts w:ascii="Times New Roman" w:hAnsi="Times New Roman" w:eastAsia="Times New Roman" w:cs="Times New Roman"/>
        </w:rPr>
        <w:t>Irundy testígo bíblico ohechauka añetéva pe marandu, Jesucristo Revelación rehegua, oñeme’ẽha umi tapicha ojehechauka hag̃ua ko proféta rembiapokue rupive pe santuariope. Jaike jave pe santuario yvagapeguápe, upépe ñañeme’ẽ pe marandu ñande oñemboyke hag̃ua ñamoherakuã. Pe “tatakua tata” oha’ãva “opa ánga” ha’e pe tatakua Malaquías mbohapy pegua.</w:t>
      </w:r>
    </w:p>
    <w:p>
      <w:pPr>
        <w:pStyle w:val="ArticleScripture"/>
        <w:jc w:val="left"/>
      </w:pPr>
      <w:r>
        <w:rPr>
          <w:rFonts w:ascii="Times New Roman" w:hAnsi="Times New Roman" w:eastAsia="Times New Roman" w:cs="Times New Roman"/>
        </w:rPr>
        <w:t>Ha máva ikatúva ijyjuha ára? ha máva opytáta imbarete ojera ramo? Mba'ére piko ha'e ojogua pe tata omopotĩ hag̃uáicha, ha pe jabón omopotĩva ao: Ha'e oguapýta peteĩ omopotĩ ha omonguju hag̃uáicha pláta; ha omopotĩta Leví ra'ykuérape, ha omongujúta chupekuéra óro ha plátaicha, ikatu hag̃uáicha oikuave'ẽ Ñandejárape peteĩ kuave'ẽ tekojoja rehegua. Upérõ Judá ha Jerusalén kuave'ẽta ombovy'áta Ñandejárape, yma guarérõ guáicha ha ary ypykuéicha. Malaquías 3:2–4.</w:t>
      </w:r>
    </w:p>
    <w:p>
      <w:pPr>
        <w:pStyle w:val="ArticleBody"/>
        <w:jc w:val="left"/>
      </w:pPr>
      <w:r>
        <w:rPr>
          <w:rFonts w:ascii="Times New Roman" w:hAnsi="Times New Roman" w:eastAsia="Times New Roman" w:cs="Times New Roman"/>
        </w:rPr>
        <w:t>Pe mboykuaha oikuaa pe pláta opytamaha pe tatakuápe pe aravo hekopeteva’ekuépe, pe pláta ipotĩmbaitéma hag̃uáicha omimbipa hag̃ua ipype pe mboykuaha rova. Ko añetegua mba’éichapa yma guarépe oñemopotĩva’ekue pe pláta, oñemoĩ porã pe ñe’ẽtéva omoheñóiva “marah” ndive Daniel ohechava’ekue pe capítulo diez-pe. Ko’ã ára paha-pe Ñandejára ogueraha Itavayguakuérape pe tupaópe oha’ã hag̃ua, omopotĩ hag̃uáicha ha ombogue hag̃ua umi ojeporavótavape oĩ hag̃ua pe techaukaha peteĩ ciento cuarenta y cuatro mil-pe. Ko aravo pukukue jave, “Ha’e omba’apóta ñanendive”, “ñande” “jaheja hag̃uáicha mba’evai ha ñañemopotĩ py’a ha tekovépe.” Oĩ umi, Daniel diez-peguaicha, okañýva upe jehaságui; ha umi ambue katu, Daniel rehe ojehechauka hag̃uáicha, ohecháva pe jehechapyra guasu pe espejo guasúicha oikuaauka hag̃ua Jesucristo ñemombe’upy, ha’éta, Isaías ohechauka haguéicha, oñepoko hag̃ua ijuru rehe tatapỹi pe altar-gui ha oñemopotĩ ha oñembosako’i hag̃ua ome’ẽ hag̃ua peteĩ marandu peteĩ tupao opu’ãva’ekuépe, ha upéi pe yvy ape ári guápe.</w:t>
      </w:r>
    </w:p>
    <w:p>
      <w:pPr>
        <w:pStyle w:val="ArticleBody"/>
        <w:jc w:val="left"/>
      </w:pPr>
      <w:r>
        <w:rPr>
          <w:rFonts w:ascii="Times New Roman" w:hAnsi="Times New Roman" w:eastAsia="Times New Roman" w:cs="Times New Roman"/>
        </w:rPr>
        <w:t>Pe marandu oñepresenta umi ánga jerovia hag̃uava pe tupaópe. Levítico mokõipa mbohapy, oñembojoajúramo pe ára Pentecostal ndive, ojejapo hag̃uáicha ohechauka hag̃ua pe Arca del pacto pe Lugar Santísimo-pe. Jerovia rupive, pe estructura umi marandu kapítulogua ohechakuaa mbohapy techaukaha pe tembiasakue marangatúpe, upépe pe prueba tatakua rehegua ojejapo. Tupãgui ipypukúva—pe estructura profética pe capítulo mokõipa mbohapy rehegua ome’ẽ pe profecía remimbo’épe ikatuhaguáicha omohenda Ezequiel-pe versículo peteĩme capítulo peteĩgui.</w:t>
      </w:r>
    </w:p>
    <w:p>
      <w:pPr>
        <w:pStyle w:val="ArticleScripture"/>
        <w:jc w:val="left"/>
      </w:pPr>
      <w:r>
        <w:rPr>
          <w:rFonts w:ascii="Times New Roman" w:hAnsi="Times New Roman" w:eastAsia="Times New Roman" w:cs="Times New Roman"/>
        </w:rPr>
        <w:t>Ha oiko niko’ẽ, mbohapypa arype, irundyha jasýpe, poha árape pe jasýgui, che aimérõ guare umi ñembiguáicha jererahágui apytépe ysyry Quebar ykére, yvága ojepe’a, ha ahecha Tupã visión-kuéra. Poha árape pe jasýgui, upéva hína pe quinto ary mburuvicha guasu Joaquín ñembiguáicha jererahágui. Ezequiel 1:1, 2.</w:t>
      </w:r>
    </w:p>
    <w:p>
      <w:pPr>
        <w:pStyle w:val="ArticleBody"/>
        <w:jc w:val="left"/>
      </w:pPr>
      <w:r>
        <w:rPr>
          <w:rFonts w:ascii="Times New Roman" w:hAnsi="Times New Roman" w:eastAsia="Times New Roman" w:cs="Times New Roman"/>
        </w:rPr>
        <w:t>Peteĩ pa’i ramo sellamiento ára-pe umi cien cuarenta y cuatro mil rehegua, Ezequiel oĩ mbohapypa ary-pe pe ciclo diecisieteha Jubileo rehegua, po ary mboyve mbohapy jejopy apytégui pe mbohapyha Jerusalén rehe Nabucodonosor rupive áño 587 a.C. pe. Pe mbohapypa ary pe versículo-pe ha’e mbohapypa ary upe ñembopyahu tuichavéva Testamento Tuja rembiasápe rire, ha upéva oĩ pe quinto ára pe quinto ary-pe, upéicha rupi omoĩ hag̃ua papapy po Ezequiel testimonio ári. Mokõi versículo ñepyrũme jajuhu mbohapypa oñemombe’úva peteĩ jey, ha papapy po oñemencionáva mbohapy jey. Levítico veintitrés estructura-pe oñemohendáva temporada pentecostal ndive, pe mokõiha prueba ojehechaukáva mbohapypa rupive oguahẽ trompeta arete peve, umi po ára Cristo yvágape jehupi peve, upéi po ára pe ñemoĩporã ára peve, upéi po ára pe waymark peve ohechaukáva mokõivéva pe okẽ tenondegua (Pentecostés) ha pe okẽ pahague (Tabernáculos) ama. Pe estructura ohechauka mbohapypa, upéi mbohapy paso peteĩteĩva po reheve. Ezequiel oĩ pe témplo-pe ha Levítico veintitrés estructura ha’e pe Arca.</w:t>
      </w:r>
    </w:p>
    <w:p>
      <w:pPr>
        <w:pStyle w:val="ArticleBody"/>
        <w:jc w:val="left"/>
      </w:pPr>
      <w:r>
        <w:rPr>
          <w:rFonts w:ascii="Times New Roman" w:hAnsi="Times New Roman" w:eastAsia="Times New Roman" w:cs="Times New Roman"/>
        </w:rPr>
        <w:t>Pe historia ohechauka ko punto-pe Ezequiel oĩha cinco ary mboyve peteĩ ñemongora guigua ojejapóva simbólikamente, opáva ohechauka hag̃ua pe léi domingo oútava pyaʼe, oñerrepresentaháicha Jerusalén ñehundi rupive. Pe papapy “cinco” ha’e peteĩ elemento tenondegua Levítico mokõipa mbohapy diseño-pe, ha upéicha avei pe papapy treinta.</w:t>
      </w:r>
    </w:p>
    <w:p>
      <w:pPr>
        <w:pStyle w:val="ArticleBody"/>
        <w:jc w:val="left"/>
      </w:pPr>
      <w:r>
        <w:rPr>
          <w:rFonts w:ascii="Times New Roman" w:hAnsi="Times New Roman" w:eastAsia="Times New Roman" w:cs="Times New Roman"/>
        </w:rPr>
        <w:t>Ojehechauka koʼã artíkulope, pe kapítulope umi mokõipa mokõi véso peteĩha oñemohendávo umi mokõipa mokõi véso pahápe, ha upéi mokõivéva umi mokõipa mokõi véso rysýi oñemohendávo pe ára Pentekostés rehe, pe proceso de prueba mbohapy jepytasópe, haʼéva pe tata ryru Malakíaspegua, ojehechauka porãha. Umi mbohapy jepytaso oguereko peteĩ alfa ha omega pe peteĩha ha mbohapyha jepytasópe, upéva oĩ peteĩ serie irundy techaukaha rehegua omboheko hag̃ua peteĩ jepytaso.</w:t>
      </w:r>
    </w:p>
    <w:p>
      <w:pPr>
        <w:pStyle w:val="ArticleBody"/>
        <w:jc w:val="left"/>
      </w:pPr>
      <w:r>
        <w:rPr>
          <w:rFonts w:ascii="Times New Roman" w:hAnsi="Times New Roman" w:eastAsia="Times New Roman" w:cs="Times New Roman"/>
        </w:rPr>
        <w:t>Páskua, ojehupyty rire pe Arete Mbujape Mboy’uỹgua, upéi pe ofrénda yva tenondegua cebada rehegua, ha upéi “po” ára pe Arete Mbujape Mboy’uỹgua paha peve. Umi irundy techaukaha omoheñói pe peteĩha prueba, ha Jesús akóinte ohechauka pe paha pe ñepyrũ rupive, ha pe mbohapyha prueba avei oñemopyenda irundy techaukaha ári. Pe Arete Trompéta rehegua, upéi Cristo jehupi yvágape, ha upéi pe ára ñemoĩporã rehegua, ha upéi po ára rire og̃uahẽ mokõivéva Pentecostés ha Tabernáculos. Pentecostés ha’e pe amandáu tenondegua símbolo, ha Tabernáculos ha’e pe amandáu paha símbolo. Pe modelo Levítico veintitréspe, Pentecostés ha Tabernáculos oñembojoaju.</w:t>
      </w:r>
    </w:p>
    <w:p>
      <w:pPr>
        <w:pStyle w:val="ArticleScripture"/>
        <w:jc w:val="left"/>
      </w:pPr>
      <w:r>
        <w:rPr>
          <w:rFonts w:ascii="Times New Roman" w:hAnsi="Times New Roman" w:eastAsia="Times New Roman" w:cs="Times New Roman"/>
        </w:rPr>
        <w:t>Pevyʼa hag̃ua, upévare, peẽ Siõ raʼykuéra, ha pevyʼa Ñandejára pende Jára rehe; haʼe niko omeʼẽ peẽme ama ypykue hekopete, ha omboguejyta peẽme ĝuarã ama, ama ypykue ha ama pahague, jasy peteĩhape. Joel 2:23.</w:t>
      </w:r>
    </w:p>
    <w:p>
      <w:pPr>
        <w:pStyle w:val="ArticleBody"/>
        <w:jc w:val="left"/>
      </w:pPr>
      <w:r>
        <w:rPr>
          <w:rFonts w:ascii="Times New Roman" w:hAnsi="Times New Roman" w:eastAsia="Times New Roman" w:cs="Times New Roman"/>
        </w:rPr>
        <w:t>Pe proceso paha de prueba ha de purificación ipahaguéva oñepyrũ kuri 31 de diciembre de 2023-pe. Pe prueba peteĩha ha’eva’ekue pe prueba ypykue, ojehechaukáva “nde retãyguakuéra mondahakuéra” ñorairõme, omboja’óva pe aty yma ojeprobámava’ekue pe ñembotavy 18 de julio de 2020 rupive.</w:t>
      </w:r>
    </w:p>
    <w:p>
      <w:pPr>
        <w:pStyle w:val="ArticleScripture"/>
        <w:jc w:val="left"/>
      </w:pPr>
      <w:r>
        <w:rPr>
          <w:rFonts w:ascii="Times New Roman" w:hAnsi="Times New Roman" w:eastAsia="Times New Roman" w:cs="Times New Roman"/>
        </w:rPr>
        <w:t>“Tem biaste ha tembikuaápe Ñandejára Ñe’ẽ ohechauka pe ñorairõ pukukue oikóva añetegua ha jejavy apytépe. Upéva gueteri oikove hína. Umi mba’e oikómava ojejapóta jeýta. Umi ñe’ẽjoavy yma guaréva oñemokyre’ỹ jeýta, ha teoría pyahu kuéra osẽ meme va’erã. Ha katu Ñandejára retayguakuéra, ijeroviápe ha marandu ñemoañetépe omba’apóva pe marandu peteĩha, mokõiha ha mbohapyha ángel-kuéra marandu ñemyasãipe, oikuaa moõpa oĩ. Ha’ekuéra oguereko peteĩ jehasa asy ha arandu hepyetereíva óro porãitégui. Oñembo’ýva’erã hikuái ita guasúicha hatã, ojokóvo mbaretehápe ijerovia ñepyrũmby pe paha peve.” Manuscript Releases, volumen 1, 47.</w:t>
      </w:r>
    </w:p>
    <w:p>
      <w:pPr>
        <w:pStyle w:val="ArticleBody"/>
        <w:jc w:val="left"/>
      </w:pPr>
      <w:r>
        <w:rPr>
          <w:rFonts w:ascii="Times New Roman" w:hAnsi="Times New Roman" w:eastAsia="Times New Roman" w:cs="Times New Roman"/>
        </w:rPr>
        <w:t>Levítico mokoipaapy-pe pe prueba peteĩha ojehechauka peteĩ joaju profético rupive mbohapy mba’e rehegua, ha upéi po ára rire mbujape ndorekóiva levadura paha peve. Páskua ha’e va’ekue ára peteĩha, pe Arete Mbujape Ndorekóiva Levadura ha’e va’ekue ára mokõiha, ha pe kuave’ẽ yva peteĩha rehegua ha’e va’ekue ára mbohapyha. Po ára rire pe Arete Mbujape Ndorekóiva Levadura opáma va’ekue. Pe estructura profética pe peteĩha umi mbohapy prueba apytégui ojehechauka avei pe prueba mbohapyha ha paha-pe. Upe waymark mbohapyhágui, ojejapóva mbohapy waymark-gui ha peteĩ reheve, pe Arete Trompeta-kuéra rehegua ha’e ára peteĩha, ha Cristo jehupi yvágape oiko po ára rire, upéi pe ára ñemoĩporã rehegua ou po ára rire, upéi po ára rire mokõivéva, Pentecostés ha pe Arete Tabernáculo-kuéra rehegua, omarka pe ley dominical hi’aguĩetéva, upe ojehechaukáva Ezequiel kuatiañe’ẽme Jerusalén ñehundírõramo.</w:t>
      </w:r>
    </w:p>
    <w:p>
      <w:pPr>
        <w:pStyle w:val="ArticleBody"/>
        <w:jc w:val="left"/>
      </w:pPr>
      <w:r>
        <w:rPr>
          <w:rFonts w:ascii="Times New Roman" w:hAnsi="Times New Roman" w:eastAsia="Times New Roman" w:cs="Times New Roman"/>
        </w:rPr>
        <w:t>Mbujape mboyve pe arete mbuja imbove’ỹ rehegua paha ha trompéta kuéra arete apytépe oĩ mbohapypa ára, ndaha’éi añónte peteĩ pa’i ra’anga jehechaukarã, ha katu avei mokõiha prueba umi mbohapy prueba rehegua ojehechaukáva pe ta’anga Tupãguápe ryepýpe.</w:t>
      </w:r>
    </w:p>
    <w:p>
      <w:pPr>
        <w:pStyle w:val="ArticleBody"/>
        <w:jc w:val="left"/>
      </w:pPr>
      <w:r>
        <w:rPr>
          <w:rFonts w:ascii="Times New Roman" w:hAnsi="Times New Roman" w:eastAsia="Times New Roman" w:cs="Times New Roman"/>
        </w:rPr>
        <w:t>Cristo ñemongarai ohechauka umi mbohapy tape rechaukaha Páskua, mbujape ijehe’ỹva ha yva tenondegua rehegua, umi mbohapy tape rechaukaha niko ohechauka Cristo mano, oñeñotỹ ha jeikove jevy. Umi mbohapy paso, upéi, oñemoirũ cinco ára rupive pe irundyha pasópe, ojehechaukáva mbujape ijehe’ỹva arete paha rupive. Pe ñemongarai ohechauka umi mbohapy paso peteĩ sapy’aitépe, Juan omongarai ramo guare iMesíaspe. Umi arete arapoty rehegua omboyke umi mbohapy paso peteĩteĩ peteĩ ára rupive, ha umi arete ararogue rehegua omboyke umi mbohapy paso cinco ára rupive.</w:t>
      </w:r>
    </w:p>
    <w:p>
      <w:pPr>
        <w:pStyle w:val="ArticleBody"/>
        <w:jc w:val="left"/>
      </w:pPr>
      <w:r>
        <w:rPr>
          <w:rFonts w:ascii="Times New Roman" w:hAnsi="Times New Roman" w:eastAsia="Times New Roman" w:cs="Times New Roman"/>
        </w:rPr>
        <w:t>Jajapóramo pe peteĩha prueba aretekuéra arapotypegua rehe, mbohapy waymark joaju ramo, upéi peteĩ waymark ojeporupyrãva po ára rire; ha upéi jajapóramo aretekuéra araro’ýpegua rehe mbohapy waymark ramo, ha po ára rire peteĩ waymark, oñemopyenda peteĩ estructura profética oguerekóva peteĩ alpha waymark mbohapy rehegua ojejapóva po ára ndive, upéi mokõipa ára, ha peteĩha’ỹha prueba aretekuéra araro’ýpegua rehegua peteĩ waymark mbohapy rehegua po ára ndive—pe estructura ohechauka pe peteĩha prueba oikeha peteĩ total po ára rehe, upéi peteĩ mokõiha prueba mokõipa ára rehegua oguahẽva pe mbohapyha waymark po ára reheguápe. Po más mokõipa, más po ha’e irundy pa (5 + 30 + 5 = 40).</w:t>
      </w:r>
    </w:p>
    <w:p>
      <w:pPr>
        <w:pStyle w:val="ArticleBody"/>
        <w:jc w:val="left"/>
      </w:pPr>
      <w:r>
        <w:rPr>
          <w:rFonts w:ascii="Times New Roman" w:hAnsi="Times New Roman" w:eastAsia="Times New Roman" w:cs="Times New Roman"/>
        </w:rPr>
        <w:t>Cristo jehovasa ojekuaveʼẽ rire pyaʼevoi ohasákuri irundypa ára, ha upéva opa mbohapy ñehaʼãme. Hetaiteve mbaʼe ikatu ojehechakuaa Levítico mokõipa mbohapy ñemohendápe, oñembojoajúvo Pentecostés ára-kuéra rehe, péro ambue nivel-pe pe kapítulo ohechauka pe Arca pe Tenda Marangatuvévape.</w:t>
      </w:r>
    </w:p>
    <w:p>
      <w:pPr>
        <w:pStyle w:val="ArticleBody"/>
        <w:jc w:val="left"/>
      </w:pPr>
      <w:r>
        <w:rPr>
          <w:rFonts w:ascii="Times New Roman" w:hAnsi="Times New Roman" w:eastAsia="Times New Roman" w:cs="Times New Roman"/>
        </w:rPr>
        <w:t>Arete guasu arapoty ha araro’y guare Levítico mokõipa mbohapy-pe oĩ mokõi sábado mbytépe. Umi mokõi sábado ohechauka umi mokõi querubín ñuãhára, ha umi tape rechaukaha ára pentecostal guare, oñemohenda porãva Levítico mokõipa mbohapy rehe, ohechauka pe Arca ha umi mokõi querubín ñuãhára. Ezequielpe ojegueraha pe santuario-pe capítulo peteĩme, ha upépe ojeguerahárõ, ojejuhu hína po ára mboyve pe jejoko guasu oúva Jerusalén ñehundírã, ha upéva ohechauka pe ley domingo rehegua hi’aguĩma hag̃uáicha. Pe ley domingo rehegua ojehechauka Pentecostés ha Tabernáculos rupive Levítico mokõipa mbohapy-pe. Ezequiel oĩ pe áño mbohapýpe, ha mbohapy paite ha’e pe aravo pe mokõihápe umi mbohapy ñeha’ãva apytégui, omoheñóiva pe tataypy Malakías mbohapy-pe. Pe mokõiha ñeha’ã ojehechauka mbohapy paite ára rupive, Ezequiel oĩhaguére pe áño mbohapýpe pe jubileu joapy pahaapyha pokõiha guive, oñepyrũva’ekue Josías Pascua Guasu guive, upéicha ohenóiháicha umi historiador-kuéra. Ezequiel oĩ po áño mboyve pe jejoko guasu ogueropukúva’ekue pakõi jasy, ha ha’e oĩ pe tupãome, ha’éva pe mbyte umi mbohapy ñeha’ã paha omopotĩ ha omosẽ hag̃ua pe hembýva. Pedro oĩkuri Cesarea-Filipope (Panium), avei pe mbyte umi mbohapy ñeha’ãva, ojehechaukaháicha Panium (Cesarea-Filipo), pe yvyty Transfiguración rehegua ha pe kurusu.</w:t>
      </w:r>
    </w:p>
    <w:p>
      <w:pPr>
        <w:pStyle w:val="ArticleBody"/>
        <w:jc w:val="left"/>
      </w:pPr>
      <w:r>
        <w:rPr>
          <w:rFonts w:ascii="Times New Roman" w:hAnsi="Times New Roman" w:eastAsia="Times New Roman" w:cs="Times New Roman"/>
        </w:rPr>
        <w:t>Áño 592 a.C.-pe Ezequiel ojejapo hag̃ua peteĩ mba’e hechapyrãva rupi “okirirĩ hag̃uáicha”, ha oñe’ẽnte Ñandejára oipe’a jave ijuru. Upéva osegi pe Jerusalén ho’a peve ary 585/6 a.C.-pe. Ñandejára ombou chupe oñe’ẽ hag̃ua pe ñemongora oñepyrũrõ guare, upe ára omanórõ guare pe “hembipota” i“resa”pegua; ha ndojehejái chupe oñe’ẽ sãso hag̃uáicha Jerusalén, pe “hembipota” Israel “resa”pegua, ho’a mboyve. Jerusalén ho’a rehegua ohechauka pe arapokõindy léi og̃uahẽmbotaitévape, ha upépe oĩ Juan el Bautista ru, peteĩ pa’i pe poteĩha atýpegua, ojapova’ekue okirirĩ hag̃uáicha oservi aja pe témplope, upépe voi Ezequiel oĩhágui (jehechápe), ha’e avei ojejapo okirirĩ hag̃uáicha amo hag̃ua porundy porundy jasy. Upe ára poapyha Juan heñói rire, Juan oñemongarai hag̃ua oñekytĩ aja, upe jave ojepoi chupe oñe’ẽ hag̃ua. Mokõi maranduhára ojejapo okirirĩ hag̃uáicha oĩ aja pe tupaópe. Pe mbohapyha maranduhára ojejapova’ekue okirirĩ hag̃uáicha ohechárõ Cristo pe tupaópe ha’e Daniel. Pe capítulo diez-pe, Daniel oĩ pe tupaópe, ha peteĩ mokõiha jepe’ẽ umi mbohapy jepe’ẽ apytégui ojepoko aja hese, ojejapo okirirĩ hag̃uáicha. Pe mbyte rupive Daniel ojejapo okirirĩ hag̃uáicha.</w:t>
      </w:r>
    </w:p>
    <w:p>
      <w:pPr>
        <w:pStyle w:val="ArticleScripture"/>
        <w:jc w:val="left"/>
      </w:pPr>
      <w:r>
        <w:rPr>
          <w:rFonts w:ascii="Times New Roman" w:hAnsi="Times New Roman" w:eastAsia="Times New Roman" w:cs="Times New Roman"/>
        </w:rPr>
        <w:t>Ha’e he’i rire chéve umi ñe’ẽ, amboja che rova yvýre, ha apyta ñe’ẽ’ỹre. Ha péina ápe, peteĩ ojoguáva yvypóra ra’y kuérape opoko che rembe’y rehe; upémarõ ajurupe’a, añe’ẽ, ha ha’e pe oĩvape che renondépe: Che ruvicha, pe visión káusare oujey che ári che mba’asykuéra, ha ndopytai mba’eve che mbaretégui. Daniel 10:15, 16.</w:t>
      </w:r>
    </w:p>
    <w:p>
      <w:pPr>
        <w:pStyle w:val="ArticleHeading"/>
        <w:jc w:val="left"/>
      </w:pPr>
      <w:r>
        <w:rPr>
          <w:rFonts w:ascii="Arial" w:hAnsi="Arial" w:eastAsia="Arial" w:cs="Arial"/>
        </w:rPr>
        <w:t>Ñeʼẽ hag̃ua</w:t>
      </w:r>
    </w:p>
    <w:p>
      <w:pPr>
        <w:pStyle w:val="ArticleBody"/>
        <w:jc w:val="left"/>
      </w:pPr>
      <w:r>
        <w:rPr>
          <w:rFonts w:ascii="Times New Roman" w:hAnsi="Times New Roman" w:eastAsia="Times New Roman" w:cs="Times New Roman"/>
        </w:rPr>
        <w:t>Pe simbolismo “ñe’ẽ” rehegua ojehechauka porã pe arapaitépe oúvape pya’e pe léi domingo rehegua, ha upérõ Tetã peteĩ reko Amérikagua oñe’ẽ mbói guasúicha; Balaam rymba vúrro oñe’ẽ; Habacuc visión oñe’ẽ ha ndijapúi. Umi mbohapy maranduhára iñakãhatã’ỹva, ojejapóva iñe’ẽ’ỹva pe tupaópe oĩ aja, oñe’ẽ Jerusalén ñehundípe. Zacarías ndive, ha’e oñe’ẽ ohechauka hag̃ua añeteha ta’ýra réra pyahu, upéicha ohechauka hag̃ua umi Filadelfiagua-pe, umi oñeme’ẽvape peteĩ téra pyahu.</w:t>
      </w:r>
    </w:p>
    <w:p>
      <w:pPr>
        <w:pStyle w:val="ArticleScripture"/>
        <w:jc w:val="left"/>
      </w:pPr>
      <w:r>
        <w:rPr>
          <w:rFonts w:ascii="Times New Roman" w:hAnsi="Times New Roman" w:eastAsia="Times New Roman" w:cs="Times New Roman"/>
        </w:rPr>
        <w:t>Pe ipu’akávape ajapóta peteĩ itãrenda che Ru Tupã róga marangatúpe, ha ndoikovéima osẽ hag̃ua okápe; ha ahaitýta hese che Ru Tupã réra, ha pe táva che Ru Tupãgua réra, ha’éva Jerusalén pyahu, oguejýva yvágagui che Ru Tupãgui; ha ahaitýta avei hese che réra pyahu. Apocalipsis 3:12.</w:t>
      </w:r>
    </w:p>
    <w:p>
      <w:pPr>
        <w:pStyle w:val="ArticleBody"/>
        <w:jc w:val="left"/>
      </w:pPr>
      <w:r>
        <w:rPr>
          <w:rFonts w:ascii="Times New Roman" w:hAnsi="Times New Roman" w:eastAsia="Times New Roman" w:cs="Times New Roman"/>
        </w:rPr>
        <w:t>Zacaríaspe oñeme’ẽ peteĩ tablilla ohai hag̃ua Juan réra pyahu, pe téra ohechaukáva hogaygua pyahu.</w:t>
      </w:r>
    </w:p>
    <w:p>
      <w:pPr>
        <w:pStyle w:val="ArticleScripture"/>
        <w:jc w:val="left"/>
      </w:pPr>
      <w:r>
        <w:rPr>
          <w:rFonts w:ascii="Times New Roman" w:hAnsi="Times New Roman" w:eastAsia="Times New Roman" w:cs="Times New Roman"/>
        </w:rPr>
        <w:t>Ha ojehu ramo, ára poapýha guive ou omongarai hag̃ua mitãme; ha ohenói chupe Zacarías, itúva réra rupi. Upéramo isy ombohovái ha he’i: Nahániri; ha’e hérata Juan. Ha he’i chupe hikuái: Ndaipóri nde rogaguagua apytépe oĩva ko téra rehe. Upéi ojapo señas itúvape, mba’éichapa oipota héra hag̃ua. Ha’e ojerure peteĩ tablilla hag̃ua ohai hag̃ua, ha ohai he’ívo: Héra Juan. Ha opavave ohecharamo. Upe pya’eve ijuru ojepe’a, ha ikũ oñemosãso, ha oñe’ẽ ha omomba’eguasu Tupãme. Lucas 1:59–64.</w:t>
      </w:r>
    </w:p>
    <w:p>
      <w:pPr>
        <w:pStyle w:val="ArticleBody"/>
        <w:jc w:val="left"/>
      </w:pPr>
      <w:r>
        <w:rPr>
          <w:rFonts w:ascii="Times New Roman" w:hAnsi="Times New Roman" w:eastAsia="Times New Roman" w:cs="Times New Roman"/>
        </w:rPr>
        <w:t>Juan réra pyahu oñembojoja Filadelfia iglesia rehe, ha Zacarías réra oñembojoja Laodicea rehe, ojehechaukaramoguáicha Zacarías ndogueroviáigui pe marandu ángel mbohapyha rehegua. Opaite proféta oñe’ẽ umi ára paháre, ha umi ára paha ha’e pe ángel mbohapyha rembiasakue. Upévare, pe ánhel oguerúva’ekue pe marandu ha’eva’erã pe ángel mbohapyha. Zacarías ndoipotái kuri ontende Ñandejára ohasataha pe iglesia Adventista del Séptimo Día Laodiceapegua ykére. Oĩ hetave mba’e ikatúva oñeñe’ẽ ñe’ẽ jevy rehegua ko’ã profétape, hákatu jaipota ñañemboja meme peteĩ entendimiento gotyo Josías línea profética rehegua.</w:t>
      </w:r>
    </w:p>
    <w:p>
      <w:pPr>
        <w:pStyle w:val="ArticleHeading"/>
        <w:jc w:val="left"/>
      </w:pPr>
      <w:r>
        <w:rPr>
          <w:rFonts w:ascii="Arial" w:hAnsi="Arial" w:eastAsia="Arial" w:cs="Arial"/>
        </w:rPr>
        <w:t>Rruéda Josías rehegua</w:t>
      </w:r>
    </w:p>
    <w:p>
      <w:pPr>
        <w:pStyle w:val="ArticleBody"/>
        <w:jc w:val="left"/>
      </w:pPr>
      <w:r>
        <w:rPr>
          <w:rFonts w:ascii="Times New Roman" w:hAnsi="Times New Roman" w:eastAsia="Times New Roman" w:cs="Times New Roman"/>
        </w:rPr>
        <w:t>Ñamombeʼuma kuri pe paʼũha peteĩha ha pakõiha Jubileo ryru oñepyrũvaʼekue Josías Páskua-pe ary 622 a.C.-pe, ha katu Josías rembiapo rape oñepyrũ ymaiteve 622 a.C. mboyve. Israel puʼakaʼỹre oñembopuʼã haguéicha, oguerúva Saúlpe guapy hag̃ua tróno ári Israel ruvicha guasu peteĩha ramo, ohechauka mokõipa ary ha mokõi jey Saul mburuvicha guasu oisãmbyhy haguéva, upéi mokõipa ary ha mokõi jey David mburuvicha guasu oisãmbyhy haguéva, ha upéi mokõipa ary ha mokõi jey Salomón oisãmbyhy haguéva. Pe Ñandejára ñemboyke ombojeguarúva maranduhára Samuelpe oiko kuri ary 1097 a.C.-pe, ha upépe oñepyrũ peteĩ maranduʼypy profétiko ñepuʼã rehegua opa vaʼekue kurusu ári, umi judío heʼi ramo guare ndorekoiha mburuvicha guasu ambuéva César año hag̃uáicha.</w:t>
      </w:r>
    </w:p>
    <w:p>
      <w:pPr>
        <w:pStyle w:val="ArticleScripture"/>
        <w:jc w:val="left"/>
      </w:pPr>
      <w:r>
        <w:rPr>
          <w:rFonts w:ascii="Times New Roman" w:hAnsi="Times New Roman" w:eastAsia="Times New Roman" w:cs="Times New Roman"/>
        </w:rPr>
        <w:t>Ha haʼekuéra osapukái: “Pemomombyry chupe, pemomombyry chupe, pecrusifika chupe”. Pilato heʼi chupekuéra: “Péina piko aicrusifikáta pende Ruvicha guasu?”. Umi paʼi ruvicha ombohovái: “Ndorekói róga mburuvicha ambuéva César añónte”. Juan 19:15.</w:t>
      </w:r>
    </w:p>
    <w:p>
      <w:pPr>
        <w:pStyle w:val="ArticleBody"/>
        <w:jc w:val="left"/>
      </w:pPr>
      <w:r>
        <w:rPr>
          <w:rFonts w:ascii="Times New Roman" w:hAnsi="Times New Roman" w:eastAsia="Times New Roman" w:cs="Times New Roman"/>
        </w:rPr>
        <w:t>Áño 1097-pe, mbohapy mburuvicha guasu oisãmbyhýta irundypa ary peteĩteĩ meve Salomón omano peve 977 a.C.-pe, ha upérõ pe tetãnguéra oñembojaʼóta yvate ha yvýpe.</w:t>
      </w:r>
    </w:p>
    <w:p>
      <w:pPr>
        <w:pStyle w:val="ArticleScripture"/>
        <w:jc w:val="left"/>
      </w:pPr>
      <w:r>
        <w:rPr>
          <w:rFonts w:ascii="Times New Roman" w:hAnsi="Times New Roman" w:eastAsia="Times New Roman" w:cs="Times New Roman"/>
        </w:rPr>
        <w:t>Ha upéi rire ojerure hikuái peteĩ mburuvicha guasu; ha Tupã ome'ẽ chupekuéra Saúl, Cis ra'y, peteĩ kuimba'e Benjamín ñemoñaregua, irundypa ary aja. Hechos 13:21.</w:t>
      </w:r>
    </w:p>
    <w:p>
      <w:pPr>
        <w:pStyle w:val="ArticleScripture"/>
        <w:jc w:val="left"/>
      </w:pPr>
      <w:r>
        <w:rPr>
          <w:rFonts w:ascii="Times New Roman" w:hAnsi="Times New Roman" w:eastAsia="Times New Roman" w:cs="Times New Roman"/>
        </w:rPr>
        <w:t>David oreko treinta ary oñepyrũrõ guare ogoverna; ha ogoverna cuarenta ary. Hebrónpe ogoverna Judá rehe siete ary ha seis jasy; ha Jerusalénpe ogoverna treinta y tres ary opa Israel ha Judá rehe. 2 Samuel 2:4, 5.</w:t>
      </w:r>
    </w:p>
    <w:p>
      <w:pPr>
        <w:pStyle w:val="ArticleBody"/>
        <w:jc w:val="left"/>
      </w:pPr>
      <w:r>
        <w:rPr>
          <w:rFonts w:ascii="Times New Roman" w:hAnsi="Times New Roman" w:eastAsia="Times New Roman" w:cs="Times New Roman"/>
        </w:rPr>
        <w:t>Salomón reign oñepyrũ ary 1017 a.C.; Templo pyenda oñemoĩ Salomón arýpe irundyhápe (1013 a.C.). Ojejapo hag̃ua ipukukue siete ary (1 Reyes 6:37–38), ha Templo oñemohuʼã jasypoapýpe Salomón ary oncehápe. Pe ñemboja’o guasu tee ojejapo jasypokõihápe (Ethanim jasy), Tabernáculos Arete aja (1 Reyes 8; 2 Crónicas 5–7), ary 1006 a.C. Mburuvichakuéra, Templo ha tetã peteĩteĩ oñerrepresenta tembiasakue ryepýpe peteĩ periodo irundycientos noventa ary reheve, ohechaukáva hesakã porã peteĩ periodo profético ojoajúva mburuvichakuéra ndive térã Templo ndive térã tetã ndive.</w:t>
      </w:r>
    </w:p>
    <w:p>
      <w:pPr>
        <w:pStyle w:val="ArticleBody"/>
        <w:jc w:val="left"/>
      </w:pPr>
      <w:r>
        <w:rPr>
          <w:rFonts w:ascii="Times New Roman" w:hAnsi="Times New Roman" w:eastAsia="Times New Roman" w:cs="Times New Roman"/>
        </w:rPr>
        <w:t>Daniel ojegueraha apytépe ary 607 a. C. pe, jepe hetavéva cronólogo bíblico-kuéra ohechauka 605 a. C. Kuatiahaipyre histórico ojoajuva’erã pe testimonio profético ndive, ha umi mba’e oikóva simbología, ojehechaukáva históricamente pe línea de historia-pe oñepyrũva pe mburuvicha ojeipotárõ guive 1097 a. C. pe, ojerure heta testigo profético rehe 607 a. C. ha’eha pe aplicación añetetéva, ha ndaha’éi 605 a. C. 607 a. C. ohechauka opaha irundy-ciento noventa ary pe línea de reyes-pe, ha avei omoñepyrũ peteĩva umi mbohapy representación principal setenta ary rehegua oikóva pe línea-pe. 607 a. C. ohechauka opaha setenta ary oñepyrũva Manasés ojegueraha apytépe guive 677 a. C. pe. Pe peteĩha representación pe símbolo irundy-ciento noventa ary rehegua (oguerekóva mbohapy testigo pe línea-pe), opa upe hendápe peteĩva umi mbohapy testigo setenta ary rehegua opa ha ambue testigo setenta ary rehegua oñepyrũ; pe estructura matemática ohechauka 607 a. C., jepe oĩ pe idea Daniel ojegueraha apytépe hague 605 a. C.</w:t>
      </w:r>
    </w:p>
    <w:p>
      <w:pPr>
        <w:pStyle w:val="ArticleBody"/>
        <w:jc w:val="left"/>
      </w:pPr>
      <w:r>
        <w:rPr>
          <w:rFonts w:ascii="Times New Roman" w:hAnsi="Times New Roman" w:eastAsia="Times New Roman" w:cs="Times New Roman"/>
        </w:rPr>
        <w:t>Pe línea orekóva 490 áño oñembojoajúva umi mburuvichakuéra rehe 1097 a.C. guive 607 a.C. peve, oĩ avei 490 áño Salomón Templo oñemboykévo guive pe Templo rire jevy hag̃ua ñemondágui oñemboykéva Zorobabel rupive ary 516 a.C.-pe. Upe 490 áño oguereko 420 áño Salomón oñemboykévo iñembyaty ary pahápe peteĩha guive, oñembojuajúva 70 áño ndive pe Templo opyta hag̃ua nandi ñemondaha aja, ha upéicha ojapo 490 áño. Artajerjes mbohapyha decreto ou 59 áño upe rire ary 457 a.C.-pe, ha omarka ñepyrũrã 490 áño oñedetermináva (“oñekytĩ”, Daniel 9:24) Tupã tavayguakuérape g̃uarã, ha upéva opa ary 34-pe, Esteban oñembo’ýramo itápe. Oĩ, añetehápe, heta ambue mombe’upy aravo rehegua ipypukúva línea profética-pe oñepyrũva pe apostasía ypykue omopyendáva, ha’éva ñemboyke Tupã ha Espíritu de Profecía rehegua ary 1097 a.C.-pe, ha opa pe ára Esteban ohecha jave Cristo oñembo’yha Tupã akatúa gotyo. Ko testimónio ryepýpe jajuhu Josías rueda profética.</w:t>
      </w:r>
    </w:p>
    <w:p>
      <w:pPr>
        <w:pStyle w:val="ArticleBody"/>
        <w:jc w:val="left"/>
      </w:pPr>
      <w:r>
        <w:rPr>
          <w:rFonts w:ascii="Times New Roman" w:hAnsi="Times New Roman" w:eastAsia="Times New Roman" w:cs="Times New Roman"/>
        </w:rPr>
        <w:t>Aje’e “ñembotavy pyenda guive”, pe ñepyrũ pehẽngue ohechauka hag̃ua araka’épa Israel omboyke Tupãme Mburuvicha Guasu ramo, ha’e kuéra rembipota rupi oguereko hag̃ua mburuvicha guasu yvyragua, upéicha oñemohenda hag̃ua Israel poguyguáva mburuvicharã ñepyrũmby. Avei ahai kóva Josías rueda rehehápe, he’iséva “Tupã pyenda”, ha’éva peteĩ símbolo mokõivéva rehegua: pe pyenda ha Tupã retãygua kuéra ñembotavy pyenda guive.</w:t>
      </w:r>
    </w:p>
    <w:p>
      <w:pPr>
        <w:pStyle w:val="ArticleBody"/>
        <w:jc w:val="left"/>
      </w:pPr>
      <w:r>
        <w:rPr>
          <w:rFonts w:ascii="Times New Roman" w:hAnsi="Times New Roman" w:eastAsia="Times New Roman" w:cs="Times New Roman"/>
        </w:rPr>
        <w:t>Salomón omanóvo rire ha umi doce trívu oñembojaʼo vove norte ha sur-pe, Jeroboam ombohovakérõ guare pe sistema guaʼu ñemombaʼeguasu rehegua, pe maranduhára naiñeʼẽrendúiva ojahéi chupe; ha upéva ryepýpe oĩ vaʼekue pe profesía peteĩ mburuvicha guasu oútava hérava Josías rehegua. Pe apostasía ypykue Jeroboam ha umi diez trívu nortepegua rehegua jave, oñemomarandu vaʼekue Josías ha pe ñemyatyrõ guasu rehegua, ojehechakuaáva pe Páskua Guasu ary 622 a.C.-pe. Upe ñemyatyrõ guasu ou vaʼekue Moisés jehaikuekuéra jejuhúgui ha pe huísio oñemoherakuãgui Tupã retãygua ári iñapostasía meme rehe. Moisés jehaikuekuéragui osẽva ñeʼẽnguéra ojeporavórõ guare mburuvicha guasu Josías renondépe, upéva ogueru pe ñemyatyrõ tuichavéva Testamento Tuja rembiasakue pukukue javeve. Pe profesía mitã oútava hérava Josías rehegua avei oguereko vaʼekue pe apostasía ypykue rehegua ñembojovake profétika, pe maranduhára naiñeʼẽrendúiva omoĩ vaʼekue mburuvicha guasu Jeroboam rehe.</w:t>
      </w:r>
    </w:p>
    <w:p>
      <w:pPr>
        <w:pStyle w:val="ArticleBody"/>
        <w:jc w:val="left"/>
      </w:pPr>
      <w:r>
        <w:rPr>
          <w:rFonts w:ascii="Times New Roman" w:hAnsi="Times New Roman" w:eastAsia="Times New Roman" w:cs="Times New Roman"/>
        </w:rPr>
        <w:t>Pe maldisión Moisés rehe ohenói haguéicha Daniel, ha’e umi “siete tiempo” Levítico mokoĩpa poteĩme, ha upéva oiko va’ekue William Miller rembikuaa iñepyrũrã guasu ramo, ha’éva pe símbolo umi añetegua ypykue Adventismo rehegua. Pe mbarete oñeme’ẽva Miller marandu-pe 11 jasypoapy 1840-pe oguahẽ va’ekue “Josías” Litch rembiapo rupive ary 1838 ha 1840-pe. Ary 1863-pe umi ypykue oñemboja’o, ha umi “siete tiempo” oiko peteĩ símbolo ndaha’éi umi añetegua ypykue Filadelfiagua Millerita-kuéra reheguánte, ha katu avei pe símbolo pe pu’aka rehegua Laodiceagua Millerismo rehegua umi ypykue rovái. Pe tembiasakue umi Millerita-kuéra peteĩha ha mokõiha ánhel rehegua oguereko pe símbolo “Josías” rehegua, oñembojevýtava pe letraite peve umi cien cuarenta y cuatro mil rembiasakuépe. Josías rueda oguahẽ jey pe mburuvicha guasu Saúl paje rehegua peve, ha upégui opa peve pe ñemosẽ okápe Laodiceagua Iglesia Adventista del Séptimo Día rehegua pe léi dominical jave. Josías rueda Ezequiel-pe ko’ág̃a oĩ oñeñepyrũ hag̃uáicha oñemboty’ỹ hag̃ua, pe yvatevéva ramo pe sellado umi cien cuarenta y cuatro mil rehegua.</w:t>
      </w:r>
    </w:p>
    <w:p>
      <w:pPr>
        <w:pStyle w:val="ArticleBody"/>
        <w:jc w:val="left"/>
      </w:pPr>
      <w:r>
        <w:rPr>
          <w:rFonts w:ascii="Times New Roman" w:hAnsi="Times New Roman" w:eastAsia="Times New Roman" w:cs="Times New Roman"/>
        </w:rPr>
        <w:t>Ñamotenondéta koʼã mbaʼe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Verso Kuarenta y Cuatro rembiasakue Kañymby — Papapy Mokõi Pa Po’ẽme’ẽ hag̃uia</dc:title>
  <dc:subject>Ezequiel Papaha seis hag̃ua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