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Tembiasakue Oñemíva Versículo Cuarenta rehegua - Papapy Veintiséis</w:t>
      </w:r>
    </w:p>
    <w:p>
      <w:pPr>
        <w:pStyle w:val="ArticleSubtitle"/>
        <w:jc w:val="left"/>
      </w:pPr>
      <w:r>
        <w:rPr>
          <w:rFonts w:ascii="Arial" w:hAnsi="Arial" w:eastAsia="Arial" w:cs="Arial"/>
        </w:rPr>
        <w:t>Ezequiel Número Siete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Pe línea profétika aikuaaukáva che “Josías róga” ramo oñepyrũ yma Israél ñemboyke rehe, ha’ekuéra omboykévo Tupãme irreirãramo áño 1097 a.C. Pe mbohapy mburuvicha guasu peteĩha (Saúl, David ha Salomón) ojehechauka ojeporavógui oisãmbyhy hag̃ua irundy pa áño pukukue, 1097 a.C. guive 977 a.C. peve. Salomón omano rire, Jeroboam ñemboyke ha umi diez trívu yvate gotyogua omohu’ã pe línea umi mbohapy mburuvicha guasu peteĩha rehegua, ha oñepyrũ peteĩ línea mburuvicha guasukuéra rehegua mokõive pe reino yvate gotyo ha pe reino ñemby gotyope.</w:t>
      </w:r>
    </w:p>
    <w:p>
      <w:pPr>
        <w:pStyle w:val="ArticleBody"/>
        <w:jc w:val="left"/>
      </w:pPr>
      <w:r>
        <w:rPr>
          <w:rFonts w:ascii="Times New Roman" w:hAnsi="Times New Roman" w:eastAsia="Times New Roman" w:cs="Times New Roman"/>
        </w:rPr>
        <w:t>Umi mbohapy peteĩha ha’e heta añetegua ta’anga, ha katu peteĩva umi añetegua rueda-gui ha’ekuéra oñembojoajuha hína umi mbohapy mburuvicha guasu paha Judá-pegua ndive—Joacim, Jeconías ha Sedequías—ha umíva katu ohechauka Ciro, Darío ha Artajerjes. Ciro, Darío ha Artajerjes katu ohechauka jey umi mbohapy he’ipyre omoñepyrũva 536 a.C. guive 457 a.C. peve; ha umíva katu ohechauka Apocalipsis catorce-pegua umi mbohapy ánhelpe oguahẽva 1798-pe, 19 jasyrundy 1844-pe ha 22 jasypa 1844-pe, peteĩteĩ. Umi mbohapy ánhel Apocalipsis catorce-pegua oguahẽ hague rembiasakue oñembopyahu jey pe letra peve umi cien cuarenta y cuatro mil sellado ára jave, upéicha ojekuaaukávo pe línea profética oñepyrũva Saúl oñeunhívo mburuvicha guasúrõ oguahẽha ijapýrape pe iglesia triunfante oñeunhívo pe arapokõindy rógape hi’aguĩvape. Pe línea oike avei mburuvicha guasu Josías rueda, oguahẽ jeyva Jeroboam pu’aka Betel ha Dan-pe 977 a.C.-pe.</w:t>
      </w:r>
    </w:p>
    <w:p>
      <w:pPr>
        <w:pStyle w:val="ArticleHeading"/>
        <w:jc w:val="left"/>
      </w:pPr>
      <w:r>
        <w:rPr>
          <w:rFonts w:ascii="Arial" w:hAnsi="Arial" w:eastAsia="Arial" w:cs="Arial"/>
        </w:rPr>
        <w:t>Mokõipa mokõi</w:t>
      </w:r>
    </w:p>
    <w:p>
      <w:pPr>
        <w:pStyle w:val="ArticleBody"/>
        <w:jc w:val="left"/>
      </w:pPr>
      <w:r>
        <w:rPr>
          <w:rFonts w:ascii="Times New Roman" w:hAnsi="Times New Roman" w:eastAsia="Times New Roman" w:cs="Times New Roman"/>
        </w:rPr>
        <w:t>Jeroboam oguereko mokõi ha mokõi rembiasy, ha’e oisãmbyhy haguére mokõi ha mokõi ary pukukue, upévare ombojoaju iñe’ẽmombe’u pe tembiasakue rehe oñeteĩva mokõi ha mokõi rehe, ha’éva peteĩ techaukaha Tupãrekogua oñembojoajúva yvypórarekóndi, ojehechauka hag̃uáicha Daniel marah jehecharãme ára mokõi ha mokõiha-pe, ha papapy mokõisa su ha mokõi ha mokõi rehe, upéva apytépe papapy mokõi ha mokõi ha’e peteĩ décima.</w:t>
      </w:r>
    </w:p>
    <w:p>
      <w:pPr>
        <w:pStyle w:val="ArticleScripture"/>
        <w:jc w:val="left"/>
      </w:pPr>
      <w:r>
        <w:rPr>
          <w:rFonts w:ascii="Times New Roman" w:hAnsi="Times New Roman" w:eastAsia="Times New Roman" w:cs="Times New Roman"/>
        </w:rPr>
        <w:t>Ha umi ára Jeroboam oisãmbyhy hague vaekue mokõipa mokõi ary; ha’e upéi oke ituvakuéra ndive, ha ita’ýra Nadab oisãmbyhy hendaguépe. 1 Reyes 14:20.</w:t>
      </w:r>
    </w:p>
    <w:p>
      <w:pPr>
        <w:pStyle w:val="ArticleBody"/>
        <w:jc w:val="left"/>
      </w:pPr>
      <w:r>
        <w:rPr>
          <w:rFonts w:ascii="Times New Roman" w:hAnsi="Times New Roman" w:eastAsia="Times New Roman" w:cs="Times New Roman"/>
        </w:rPr>
        <w:t>Pe “at-One-Ment”, ohechaukáva divinidad ha yvypóra rekove joaju, ha’e Cristo rembiapo oñepyrũva’ekue 22 jasypa, térã jasy paha (Gregoriano); pa ary mokõi pa mokõi joja mokõi sa ha mokõi pa. Jeroboam omoñepyrũ altar gua’u mokõivéva Betel ha Dan-pe, ha upévare ha’e peteĩ símbolo pe adoración japuva’ekue arapokõindýpe guarã, ojoajúva iglesia ndive (Betel: he’iséva iglesia) ha Estado ndive (Dan: he’iséva juicio).</w:t>
      </w:r>
    </w:p>
    <w:p>
      <w:pPr>
        <w:pStyle w:val="ArticleScripture"/>
        <w:jc w:val="left"/>
      </w:pPr>
      <w:r>
        <w:rPr>
          <w:rFonts w:ascii="Times New Roman" w:hAnsi="Times New Roman" w:eastAsia="Times New Roman" w:cs="Times New Roman"/>
        </w:rPr>
        <w:t>Upéi Jeroboam omopuʼã Siquém yvyty Efraínpe, ha oiko upépe; ha osẽ upégui, ha omopuʼã Penuel. Ha Jeroboam heʼi ipyʼapýpe: Koʼág̃a pe rréino ojevýta David róga gotyo: ko tetãygua ojupi hag̃ua oikuaveʼẽ hag̃ua sakrifísio Ñandejára rógape Jerusalénpe, upéicharõ ko tetãygua pyʼa ojevýta jey ijára gotyo, Rehoboam Judá ruvicha guasu gotyo, ha che jukáta, ha ojevýta jey Rehoboam Judá ruvicha guasu gotyo. Upémarõ mburuvicha guasu oñemoñeʼẽ rire, ojapo mokõi vakaraʼy óroguigua, ha heʼi chupekuéra: Hetaeterei peẽme g̃uarã pejupi hag̃ua Jerusalénpe; péina ápe ndekuéra Tupã, Israel, nde rerúvaʼekue Egipto retãgui. Ha peteĩme omoĩ Betelpe, ha ambuéva omoĩ Danpe. Ha ko mbaʼe oiko angáiramo; pe tetãygua ningo oho oñesũ hag̃ua peteĩ renondépe, pe Dan peve. Ha ojapo peteĩ óga yvypóra omombaʼeguasuhápe yvyty ári, ha omoĩ paʼikuéra tetãygua imboriahuvévagui, ndahaʼéiva Leví raʼykuéra. Ha Jeroboam omoheñói arete poapyha jasype, jasýpe ára pahapy porundyha, Judápe ojejapóva areteichaite, ha oikuaveʼẽ pe altar ári. Péicha ojapo Betelpe, oikuaveʼẽvo sakrifísio umi vakaraʼy ojapóvape; ha omoĩ Betelpe umi paʼi yvyty ári gua omombaʼeguasuhápe guápe, haʼe ojapóva. Upéicha oikuaveʼẽ altar ojapóvare Betelpe poapyha jasýpe, pe ára pahapy porundyhápe, upe jasýpe haʼe voi ipyʼágui omoheñóivaʼekue; ha omoheñói peteĩ arete Israel raʼykuérape g̃uarã; ha ojupi altar ári, ha ohapy insiénso. 1 Reyes 12:25–33.</w:t>
      </w:r>
    </w:p>
    <w:p>
      <w:pPr>
        <w:pStyle w:val="ArticleBody"/>
        <w:jc w:val="left"/>
      </w:pPr>
      <w:r>
        <w:rPr>
          <w:rFonts w:ascii="Times New Roman" w:hAnsi="Times New Roman" w:eastAsia="Times New Roman" w:cs="Times New Roman"/>
        </w:rPr>
        <w:t>Umi diez tribu yvategua ñepyrũmby rembiasápe, oĩkuri peteĩ jevypa'ỹ ojeguerohory va'ekue Israel omboykévo Tupãme mburuvicha guasu ramo, ha avei Aarón jevypa'ỹ rupive ha pe vaka ra'anga óroguáva rupive. Aarón jevypa'ỹ oikókuri yma guare Israel ñepyrũmby rembiasápe, ha Jeroboam mba'éva katu umi diez tribu yvategua ñepyrũmby rembiasápe. “Tysýi ári tysýi” Aarón, pa'i guasu ramo, orrepresenta pe iglesia-pe, ha Jeroboam, mburuvicha guasu ramo, orrepresenta pe Estado-pe. Ko'ã mokõi jevypa'ỹ ñepyrũmbygua ha'e peteĩ tysýi oguerekóva ipype Israel retãyguakuéra ñepyrũmby jevypa'ỹ ohechaukáva ha'ekuéra oipotaha peteĩ mburuvicha guasu yvypóra hag̃ua.</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Oĩ mbohapy pehẽngue irundy sua noventa ary rehegua tembiasakue marangatúpe, oñerrepresentáva Ezequiel arandukápe, ha peteĩ ojehupyty mburuvichakuéra rehe, ambue tava marangatu rehe, ha ambue ehérsito rehe. Umi mbohapy pehẽngue ojoja Aarón rembiapo vai rehegua ndive (tava marangatu), Saúl rehegua ndive (ehérsito) ha Jeroboam rehegua ndive (mburuvicha guasu). Umi mbohapy techaukaha proféta, pa’i ha mburuvicha guasu apytégui, mburuvicha guasu Saúl ha’e pe ojehechakuaáva oñeprofetaha ramo, ha Aarón ha’e va’ekue pa’i, ha Jeroboam ha’e va’ekue mburuvicha guasu.</w:t>
      </w:r>
    </w:p>
    <w:p>
      <w:pPr>
        <w:pStyle w:val="ArticleScripture"/>
        <w:jc w:val="left"/>
      </w:pPr>
      <w:r>
        <w:rPr>
          <w:rFonts w:ascii="Times New Roman" w:hAnsi="Times New Roman" w:eastAsia="Times New Roman" w:cs="Times New Roman"/>
        </w:rPr>
        <w:t>Ha oiko, opa umi oikuaáva’ekue chupe yma guive ohechávo, péina ha’e omarandu hag̃ua marandu hag̃ua umi maranduhára apytépe, upévo umi tavaygua he’i ojuehe: “Mba’épa kóva ojehuva’ekue Quis ra’ýpe? ¿Saúl avei piko oĩ umi maranduhára apytépe?” Ha peteĩ upe tenda pegua ombohovái ha he’i: “¿Mávapa hína itúva kuéra?” Upévare upéva oiko hag̃ua peteĩ ñe’ẽnga: “¿Saúl avei piko oĩ umi maranduhára apytépe?” 1 Samuel 10:11, 12.</w:t>
      </w:r>
    </w:p>
    <w:p>
      <w:pPr>
        <w:pStyle w:val="ArticleBody"/>
        <w:jc w:val="left"/>
      </w:pPr>
      <w:r>
        <w:rPr>
          <w:rFonts w:ascii="Times New Roman" w:hAnsi="Times New Roman" w:eastAsia="Times New Roman" w:cs="Times New Roman"/>
        </w:rPr>
        <w:t>Pe iglésia triunfánte oĩ peteĩ proféta mbohapypa ary oguerekóva, peteĩ pa’i mbohapypa ary oguerekóva ha peteĩ mburuvicha guasu mbohapypa ary oguerekóva, ojehechaukáva Ezequiel rupive, oñepyrũva’ekue mbohapypa áñope, José rupive, oñepyrũva’ekue hembiapo mbohapypa áñope, ha mburuvicha guasu David rupive, oñepyrũva’ekue ogoverna mbohapypa ary oguerekóvo. Pe iglésia triunfánte ojehechauka Ezequiel kuatiañe’ẽ pahápe umi poapy kapítulope templo ramo omyenyhẽva yvy tuichakue, ha pe iglésia triunfánte ha’e Filadelfia, pe tupao poapýva umi pokõigui.</w:t>
      </w:r>
    </w:p>
    <w:p>
      <w:pPr>
        <w:pStyle w:val="ArticleBody"/>
        <w:jc w:val="left"/>
      </w:pPr>
      <w:r>
        <w:rPr>
          <w:rFonts w:ascii="Times New Roman" w:hAnsi="Times New Roman" w:eastAsia="Times New Roman" w:cs="Times New Roman"/>
        </w:rPr>
        <w:t>Pe línea profética Josías rehe oñepyrũva’ekue 977 a.C.-pe opa pe léi dominical oúmavape. Pe mopotĩ ha pe ñemboty peteĩ ciento cuarenta y cuatro mil rehegua, oñepyrũva’ekue 31 de diciembre de 2023-pe, oñepyrũ kuri ára Miguel oguejy jave omoingove jey hag̃ua Mokõi Testígo Apocalipsis capítulo once-peguápe. 2023 og̃uahẽ mokõi pa ary rire 11 de septiembre de 2001-gui, péichaite avei umi Alien and Sedition Acts de 1798 og̃uahẽ mokõi pa ary rire pe Declaración de Independencia ary 1776-peguáre. Jeroboam oisãmbyhy mokõi pa ary, ha upéva oñepyrũ 977 a.C.-pe, ára oñemoĩvo’ekue tenonderã Josías profesía. Upe jave, pe proféta naiñe’ẽrendúiva 1 Reyes capítulo trece-peguáva, ombohovái Jeroboam apostasía, péichaite Moisés ombohovái Aarón apostasía ha Samuel ombohovái pe aty oipota vaʼekue peteĩ mburuvicha guasu. Umi ñembohovái umi apostasía ypykue rehe, ojehechaukáva pe proféta naiñe’ẽrendúiva, Moisés ha Samuel marandu rupive, orrepresenta pe sapukái hatã pe ánhel mbohapyha rehegua pe léi dominical-pe. Upéva hína pe marandu ñemomarandu ogueraháva pe techaukaha, ha upéva ojehechauka Jeroboam rembiasápe Josías rehegua ñeʼẽmondoha ndive peteĩ “techaukaha” oñondive.</w:t>
      </w:r>
    </w:p>
    <w:p>
      <w:pPr>
        <w:pStyle w:val="ArticleScripture"/>
        <w:jc w:val="left"/>
      </w:pPr>
      <w:r>
        <w:rPr>
          <w:rFonts w:ascii="Times New Roman" w:hAnsi="Times New Roman" w:eastAsia="Times New Roman" w:cs="Times New Roman"/>
        </w:rPr>
        <w:t>Ha, péina, oú peteĩ kuimbaʼe Tupã rehegua Judágui, Ñandejára ñeʼẽ rupive, og̃uahẽ hag̃ua Betelpe; ha Jeroboam oĩva altar ykére ohapy hag̃ua insiénso. Ha haʼe osapukái altar rehe, Ñandejára ñeʼẽ rupi, ha heʼi: Nde, altar, altar, péicha heʼi Ñandejára; péina, peteĩ mitãkuimbaʼe oikóta David róga peguarã, Josías héra vaʼerã; ha nde ári haʼe oikuaveʼẽta umi paʼi yvategua renda pegua, umi ohapýva insiénso nde ári, ha yvypóra kanguekue ojehapýta nde ári. Ha upe áraite omeʼẽ peteĩ techaukaha, heʼívo: Kóva hína pe techaukaha Ñandejára heʼi vaʼekue; péina, pe altar ojekuaíta mokõime, ha pe tanimbu hiʼári oĩva oñehẽmbáta. Ha ojehu, mburuvicha guasu Jeroboam ohendúvo pe Tupã rehegua kuimbaʼe ñeʼẽ, pe osapukái vaʼekue altar rehe Betelpe, haʼe omyasãi ipo altar guive, heʼívo: Pejapyhy chupe. Ha ipo, omyasãi vaʼekue hese, ikã ypiru, ha ndaikatúi oguerujevyjey hendápe.</w:t>
      </w:r>
    </w:p>
    <w:p>
      <w:pPr>
        <w:pStyle w:val="ArticleScripture"/>
        <w:jc w:val="left"/>
      </w:pPr>
      <w:r>
        <w:rPr>
          <w:rFonts w:ascii="Times New Roman" w:hAnsi="Times New Roman" w:eastAsia="Times New Roman" w:cs="Times New Roman"/>
        </w:rPr>
        <w:t>Pe altár avei oñembyai, ha tanimbu osyry pe altárgui, he’iháicha pe techaukaha ome’ẽ va’ekue Tupã kuimba’e Ñandejára ñe’ẽ rupive. Upéi mburuvicha guasu he’i Tupã kuimba’épe: Ejerure ko’ág̃a Ñandejára nde Jára rovake, ha eñembo’e cherehe, che po hag̃ua jey chéve. Ha Tupã kuimba’e ojerure asy Ñandejárape, ha mburuvicha guasu po oñemyatyrõ jey chupe, ha oiko jey yma guaréicha. Ha mburuvicha guasu he’i Tupã kuimba’épe: Eju che rógape che ndive, eñembopy’aguapy, ha ame’ẽta ndéve peteĩ tembiapo repykue. Ha Tupã kuimba’e he’i mburuvicha guasúpe: Reme’ẽramo jepe chéve nde róga mbyte, ndahamo’ãi ne ndive, ha nda’u mo’ãi mbuja ni ndaisýi mo’ãi y ko tendápe; Ñandejára ñe’ẽ rupive péicha niko oñemandáva’ekue chéve, he’ívo: Ani re’u mbuja, ani re’u y, ha ani rejevýi pe tape rehe reju hague rupi. Upéicha oho ambue tape rupi, ha ndajevýi pe tape ou hague rupi Betélpe. 1 Reyes 13:1–10.</w:t>
      </w:r>
    </w:p>
    <w:p>
      <w:pPr>
        <w:pStyle w:val="ArticleBody"/>
        <w:jc w:val="left"/>
      </w:pPr>
      <w:r>
        <w:rPr>
          <w:rFonts w:ascii="Times New Roman" w:hAnsi="Times New Roman" w:eastAsia="Times New Roman" w:cs="Times New Roman"/>
        </w:rPr>
        <w:t>Maranduhára ndaipotái okaru Jeroboam ndive, jepe oñemeʼẽ chupe “nde róga mbytépe”, ojojaha Herodes ñeʼẽmeʼẽ Salomé-pe omeʼẽtaha chupe mbovymi ipoguýpe guive, pe mbyte irréinogui.</w:t>
      </w:r>
    </w:p>
    <w:p>
      <w:pPr>
        <w:pStyle w:val="ArticleScripture"/>
        <w:jc w:val="left"/>
      </w:pPr>
      <w:r>
        <w:rPr>
          <w:rFonts w:ascii="Times New Roman" w:hAnsi="Times New Roman" w:eastAsia="Times New Roman" w:cs="Times New Roman"/>
        </w:rPr>
        <w:t>Ha upe rire peteĩ ára oñemohenda porãva, Herodes, i’arete ára, ojapo karu guasu hembiguái kuérape g̃uarã, mburuvicha guasukuérape, ha umi iporavopyre Galiléagua-pe g̃uarã; ha Herodías rajy oike rire, ha ojeroky, ha ombovy’a Heródespe ha umi oguapýva hendive, pe mburuvicha he’i pe kuñataĩme: Ejerure chéve reikose hag̃uáicha, ha ame’ẽta ndéve. Ha oñe’ẽ hatã chupe: Oimeraẽ mba’e rejeruréva chéve, ame’ẽta ndéve, che rréino mbyte peve. Ha osẽvo, he’i isýpe: Mba’épa ajeruréta? Ha ha’e he’i: Juan el Bautista akã. Marcos 6:21–24.</w:t>
      </w:r>
    </w:p>
    <w:p>
      <w:pPr>
        <w:pStyle w:val="ArticleBody"/>
        <w:jc w:val="left"/>
      </w:pPr>
      <w:r>
        <w:rPr>
          <w:rFonts w:ascii="Times New Roman" w:hAnsi="Times New Roman" w:eastAsia="Times New Roman" w:cs="Times New Roman"/>
        </w:rPr>
        <w:t>Herodes ñe’ẽme’ẽ ombojávo mbyte ikuarahy’ỹre oiko va’ekue hi’ára guasu jave. Herodes ha’e peteĩ símbolo Romagua rehegua, ha pe diez mburuvicha guasu Apocalipsis capítulo diecisiete-pe oñemombe’úva ojehechauka pe Roma oñemboja’o haguéicha diez-háicha Daniel capítulo siete-pe, ha pe diez py apýpe capítulo mokõihápe. Hi’ára guasu oñemomandu’a upe ára pe sexto reino oñemyengovia jave pe séptimo reino rehe pe léi domingo-pe, ha ko sentido-pe, ha’e Naciones Unidas aramboty pe séptimo reino ramo profecía bíblica-pe. Pe léi domingo oguahẽmbotávape, pe diez mburuvicha guasu, Jeroboam diez trívu yvate gotyogua rupive oñerrepresentáva, oñemoĩ peteĩ ñe’ẽme ome’ẽ hag̃ua irreino pe mymba-pe peteĩ aravo pukukue rehe Apocalipsis “diecisiete”-pe.</w:t>
      </w:r>
    </w:p>
    <w:p>
      <w:pPr>
        <w:pStyle w:val="ArticleScripture"/>
        <w:jc w:val="left"/>
      </w:pPr>
      <w:r>
        <w:rPr>
          <w:rFonts w:ascii="Times New Roman" w:hAnsi="Times New Roman" w:eastAsia="Times New Roman" w:cs="Times New Roman"/>
        </w:rPr>
        <w:t>Ñandejára omoĩ hína ikorasõme kuérape ojapo hag̃ua hembipota, oĩ hag̃ua peteĩ ñe'ẽme, ha ome'ẽ hag̃ua irreíno pe mbói guasúpe, peve Ñandejára ñe'ẽnguéra oñekumpli. Apocalipsis 17:17.</w:t>
      </w:r>
    </w:p>
    <w:p>
      <w:pPr>
        <w:pStyle w:val="ArticleBody"/>
        <w:jc w:val="left"/>
      </w:pPr>
      <w:r>
        <w:rPr>
          <w:rFonts w:ascii="Times New Roman" w:hAnsi="Times New Roman" w:eastAsia="Times New Roman" w:cs="Times New Roman"/>
        </w:rPr>
        <w:t>Ñañepyrũ mboyve Ezequiel marandu porã mbohapyha irundyha rehegua, jahechakuaa hag̃ua umi “paapyry” jey Ezequiel omombeʼu hag̃uáicha peteĩ ára. Umi paapyry techaukaha oñembojaʼo hag̃ua yvóra ha Tupã tavayguakuéra apytépe. Yvóra, Egipto ojehechaukáva rupive, oñemoĩ peteĩ ára rehe seis jey, ha Tiro oñeñeʼẽ hese peteĩ jey, ha umi ambue seis jey Jerusalén haʼe pe mbaʼe oñeñeʼẽha hese. Ko kuatiañeʼẽ oñepyrũ 592 ary Cristo mboyvepe, ha upéva haʼe pe treinta ary pe ciclo Jubileo paapýha pakõiha guive; ha Ezequiel irundypa capítulo peteĩha versíkulo ohechauka 22 jasypa 573 ary Cristo mboyveha pe ciclo paha. Pe ciclo Jubileo ohechauka pe sellado ára umi cien cuarenta y cuatro mil rehegua, 9/11 guive pe ley dominical pyaʼe oútavape peve, ha upéva katu ojehechauka jey peteĩ fractalpe upe tembiasakue voi rehegua 31 jasypakõi 2023 guive pe ley dominical pyaʼe oútavape peve. Mokõivéva periodo oñemohaʼanga raʼe 11 jasypoapy 1840 guive 22 jasypa 1844 peve.</w:t>
      </w:r>
    </w:p>
    <w:p>
      <w:pPr>
        <w:pStyle w:val="ArticleBody"/>
        <w:jc w:val="left"/>
      </w:pPr>
      <w:r>
        <w:rPr>
          <w:rFonts w:ascii="Times New Roman" w:hAnsi="Times New Roman" w:eastAsia="Times New Roman" w:cs="Times New Roman"/>
        </w:rPr>
        <w:t>11 jasypakõi 1840-pe, ndaha’éi peteĩ tekove rei, síno Jesucristo voi oguejy pe ánhel mbarete oĩva Apocalipsis 10-pe ramo, oguerúva peteĩ aranduka michĩva Tupã retayguakuéra oipysova’erã ha ho’úva’erã. Pe ánhel peteĩcha upe rire oguejy jey 9/11-pe omarka hag̃ua pe ñepyrũrã pe sellado ára rehegua. Pe ánhel peteĩcha oguejy 31 jasypakõindy 2023-pe omoingove jey hag̃ua mokõi testígope, oñejukava’ekue pe tape mbytére upe táva guasu Sodoma ha Egipto peguápe, upépe avei Ñandejára ojekurusifika hague. Upe jeguejy omarka pe pahaite pe sellado ára rehegua. Pe período fractal ohasávape 31 jasypakõindy 2023 guive pe léi domingo peve, Ezequiel pa’i oñeme’ẽ chupe peteĩ visión pe témplo yvágape guare rehegua. Upe jave ha’e opyta okirirĩ hag̃ua, ha oñe’ẽnte Tupã omanda jave chupe ojapo hag̃ua upéicha. Ijapyra opyta upéicha pe léi domingo oúta hag̃uáicha peve, oñerrepresentáva Jerusalén ñehundi rupive.</w:t>
      </w:r>
    </w:p>
    <w:p>
      <w:pPr>
        <w:pStyle w:val="ArticleBody"/>
        <w:jc w:val="left"/>
      </w:pPr>
      <w:r>
        <w:rPr>
          <w:rFonts w:ascii="Times New Roman" w:hAnsi="Times New Roman" w:eastAsia="Times New Roman" w:cs="Times New Roman"/>
        </w:rPr>
        <w:t>Juan reheháicha, Ezequielpe oñeme'ẽ pe tembiapoukapy oike hag̃ua pe kuatiañe'ẽ oguerekóva upe ánhel oguejýva pópe Apocalipsis 10-pe, ha avei oñembo'e chupe ho'u hag̃ua upe kuatiañe'ẽ ñembyasy, jahe'o ha mba'evai rehegua.</w:t>
      </w:r>
    </w:p>
    <w:p>
      <w:pPr>
        <w:pStyle w:val="ArticleScripture"/>
        <w:jc w:val="left"/>
      </w:pPr>
      <w:r>
        <w:rPr>
          <w:rFonts w:ascii="Times New Roman" w:hAnsi="Times New Roman" w:eastAsia="Times New Roman" w:cs="Times New Roman"/>
        </w:rPr>
        <w:t>Ha nde, yvypóra ra’y, ehendu pe ha’éva ndéve; ani nde py’a guasu pe óga py’a guasuháicha: eipe’a nde juru, ha’u pe ame’ẽva ndéve. Ha ama’ẽ jave, péina peteĩ po oñemondo che rendápe; ha, péina, ipype oĩ peteĩ kuatiañe’ẽ apyka; ha omyasãi upéva che renondépe; ha ojehai ipype ha hi’ári; ha ipype ojehai ñembyasýi, jahe’o, ha mba’e vai. Ezequiel 2:8–10.</w:t>
      </w:r>
    </w:p>
    <w:p>
      <w:pPr>
        <w:pStyle w:val="ArticleBody"/>
        <w:jc w:val="left"/>
      </w:pPr>
      <w:r>
        <w:rPr>
          <w:rFonts w:ascii="Times New Roman" w:hAnsi="Times New Roman" w:eastAsia="Times New Roman" w:cs="Times New Roman"/>
        </w:rPr>
        <w:t>Pe marandu ojehechauka peteĩ marandu mbohapýicha, ha upéicha ohechauka hag̃ua pe marandu umi mbohapy ánhel rehegua Apocalipsis catorce-pe. Upévare, pe kokuépe omoĩ hag̃ua pe marandu pe ánhel mbohapyha rehegua ha’e upe omokunu’ũva umi oĩvape Jerusalén ryepýpe, umi hasẽ ha ñembyasy reheve ojahe’óva tupao rembiapo angaipa ha yvy rembiapo angaipa rehe, ojehechaukaháicha Ezequiel kapítulo nueve-pe ha Apocalipsis kapítulo siete-pe.</w:t>
      </w:r>
    </w:p>
    <w:p>
      <w:pPr>
        <w:pStyle w:val="ArticleScripture"/>
        <w:jc w:val="left"/>
      </w:pPr>
      <w:r>
        <w:rPr>
          <w:rFonts w:ascii="Times New Roman" w:hAnsi="Times New Roman" w:eastAsia="Times New Roman" w:cs="Times New Roman"/>
        </w:rPr>
        <w:t>Ha pe Israel Jára opuʼã kuri pe querubín ári oĩhaguégui pe óga rokẽme. Ha ohenói pe kuimbaʼe ao línope oñemonde vaʼekuépe, oguerekóvape ijykére pe haiha ryru; ha Ñandejára heʼi chupe: Ehasa pe táva mbytépe, Jerusalén mbytépe, ha emoĩ peteĩ techaukaha umi kuimbaʼe renondépe opyta hag̃uáicha umi osuspirávape ha osapukáivape opa umi mbaʼe jeguaru ojapóva hikuái ipype rehe. Ezequiel 9:3, 4.</w:t>
      </w:r>
    </w:p>
    <w:p>
      <w:pPr>
        <w:pStyle w:val="ArticleBody"/>
        <w:jc w:val="left"/>
      </w:pPr>
      <w:r>
        <w:rPr>
          <w:rFonts w:ascii="Times New Roman" w:hAnsi="Times New Roman" w:eastAsia="Times New Roman" w:cs="Times New Roman"/>
        </w:rPr>
        <w:t>Umi oguerohory vaʼekuépe pe sello ojaheʼa asy hikuái pe tupao angaipa rehe ha pe tetã angaipa rehe, ha Ezequiel remimombeʼu oñembyapy pe Jerusalén ha Egipto rembiasakue ári, taʼãnga ramo pe tupao ha pe mundo rehegua.</w:t>
      </w:r>
    </w:p>
    <w:p>
      <w:pPr>
        <w:pStyle w:val="ArticleScripture"/>
        <w:jc w:val="left"/>
      </w:pPr>
      <w:r>
        <w:rPr>
          <w:rFonts w:ascii="Times New Roman" w:hAnsi="Times New Roman" w:eastAsia="Times New Roman" w:cs="Times New Roman"/>
        </w:rPr>
        <w:t>“Pe levadúra marangatu rehegua ndopytapaiteíri ipokatu hag̃uáicha. Upe ára, pe iglesia oĩ jave tuichavéva pe peligro ha pe ñembyasýpe, pe aty michĩva oĩva tesapépe osuspitáta ha osapukáita umi mbaʼe jeguarúva ojejapóva pe yvýpe rehe. Ha katu, iñespecialvévape, iñemboʼe kuéra ojupíta pe iglesia rehehápe, ipypegua kuéra ojapo rupi ko yvy arigua reko hag̃uáicha. …</w:t>
      </w:r>
    </w:p>
    <w:p>
      <w:pPr>
        <w:pStyle w:val="ArticleScripture"/>
        <w:jc w:val="left"/>
      </w:pPr>
      <w:r>
        <w:rPr>
          <w:rFonts w:ascii="Times New Roman" w:hAnsi="Times New Roman" w:eastAsia="Times New Roman" w:cs="Times New Roman"/>
        </w:rPr>
        <w:t>“Pe tembiapoukapy he’i: ‘Pehasa táva mbytépe, pehasa Jerusalén mbytépe, ha pemoĩ peteĩ techaukaha umi kuimba’e renondépe, umi opy’apy ha osapukáiva opa umi mba’e jeguaru ojepóva ipype rehe.’ Ko’ã opy’apy ha osapukáiva oikuaa uka kuri pe tekove ñe’ẽ; omongy’a’ỹ hag̃ua oporomoñe’ẽ, oporomongeta ha ojerure asy. Oĩ va’ekue, omongarai’ỹva Ñandejárape, oñembyasy ha omomirĩ ikorasõ Henondépe. Ha Ñandejára glorya ojei Israel-gui; jepe heta tapicha osegi gueteri pe religión reko hag̃ua, Ipokatu ha Ijeguerekopy ndaipóri kuri.” Testimonies, volumen 5, 209, 210.</w:t>
      </w:r>
    </w:p>
    <w:p>
      <w:pPr>
        <w:pStyle w:val="ArticleBody"/>
        <w:jc w:val="left"/>
      </w:pPr>
      <w:r>
        <w:rPr>
          <w:rFonts w:ascii="Times New Roman" w:hAnsi="Times New Roman" w:eastAsia="Times New Roman" w:cs="Times New Roman"/>
        </w:rPr>
        <w:t>Tetãygua Jeremías ñe'ẽrasy ryepýpe, py'aro ha mba'asy ohechauka hag̃ua Apocalipsis irundy pa ápe umi mbohapy ánhelpe, umi ñe'ẽrasy ha py'aro ha'e hína pe peteĩha ha mokõiha ánhel; ha pe mbohapyha ha'e pe mba'asy marandu, peteĩ techaukaha yvytu kuarahyresẽgua rehegua, ojejoko hag̃uáicha umi irundy ánhel ojokóva Apocalipsis siete-pe.</w:t>
      </w:r>
    </w:p>
    <w:p>
      <w:pPr>
        <w:pStyle w:val="ArticleHeading"/>
        <w:jc w:val="left"/>
      </w:pPr>
      <w:r>
        <w:rPr>
          <w:rFonts w:ascii="Arial" w:hAnsi="Arial" w:eastAsia="Arial" w:cs="Arial"/>
        </w:rPr>
        <w:t>Egipto</w:t>
      </w:r>
    </w:p>
    <w:p>
      <w:pPr>
        <w:pStyle w:val="ArticleBody"/>
        <w:jc w:val="left"/>
      </w:pPr>
      <w:r>
        <w:rPr>
          <w:rFonts w:ascii="Times New Roman" w:hAnsi="Times New Roman" w:eastAsia="Times New Roman" w:cs="Times New Roman"/>
        </w:rPr>
        <w:t>Ezequiel kuatiañe'ẽme oĩ pa'ũme mbohapyha ára oñemombe'úva. Umi ára Egipto rehegua aty pegua peteĩha ha'e Ezequiel 29:1, ha upéva orrepresenta ary 587 Cristo mboyve.</w:t>
      </w:r>
    </w:p>
    <w:p>
      <w:pPr>
        <w:pStyle w:val="ArticleScripture"/>
        <w:jc w:val="left"/>
      </w:pPr>
      <w:r>
        <w:rPr>
          <w:rFonts w:ascii="Times New Roman" w:hAnsi="Times New Roman" w:eastAsia="Times New Roman" w:cs="Times New Roman"/>
        </w:rPr>
        <w:t>Áño paha, jasy paha, ha upe jasýpe pa mokõipa ára, Ñandejára ñe'ẽ ou chéve, he'ívo: Yvypóra ra'y, emoĩ nde rova Faraón, Egipto ruvicha guasu rovái, ha eprofetisa hese, ha opaite Egipto rehe: Eñe'ẽ ha ere: Péicha he'i Ñandejára Tupã: Péina ápe, che nderovái, Faraón, Egipto ruvicha guasu, nde mbói guasu rembo'éva nde ysyrykuéra mbytépe, nde ere vaekue: “Che ysyry che mba'e tee, ha che voi ajapo che jupe guarã.” Ezequiel 29:1–3.</w:t>
      </w:r>
    </w:p>
    <w:p>
      <w:pPr>
        <w:pStyle w:val="ArticleBody"/>
        <w:jc w:val="left"/>
      </w:pPr>
      <w:r>
        <w:rPr>
          <w:rFonts w:ascii="Times New Roman" w:hAnsi="Times New Roman" w:eastAsia="Times New Roman" w:cs="Times New Roman"/>
        </w:rPr>
        <w:t>587 a.C. ha’e hína pe áño ñemongoráha rehegua, oñepyrũ vaʼekue peteĩ áño ha mbyte mboyve Jerusalén ñehundipa mboyve. Upe jave Ezequiel omombeʼu Tupã ombotapykuekotaha Egipto, ha upe ñembotapykueko ohechaukataha Tupã retãyguápe iñakãhatãha ojerovia haguére dragón Egipto rehe. Pe kapítulo paha rupi ojejapo peteĩ ñeʼẽmeʼẽha Egipto oñemeʼẽtaha Babilóniape, upéicha ojekuaaukávo arakaʼe pe paʼũ mburuvichakuéra omeʼẽ Biblia profecía pehẽngue porundyha guive pe mokõiha porundyha peve iñemurãme pe pokõiha mburuvicharenda Babilonia pyahúpe — pe poapýha mburuvicharenda oúva umi pokõigui. Upe profesía oñekumpli vaʼekue “diecisiete” áño rire, 571 a.C.-pe, ojehechauka háicha pe kapítulo paha gotyo. Upévare, pe kapítulo 29 oguereko peteĩha ha ipahaite arangeʼe rehegua ñeʼẽjoaju Egipto ndive.</w:t>
      </w:r>
    </w:p>
    <w:p>
      <w:pPr>
        <w:pStyle w:val="ArticleScripture"/>
        <w:jc w:val="left"/>
      </w:pPr>
      <w:r>
        <w:rPr>
          <w:rFonts w:ascii="Times New Roman" w:hAnsi="Times New Roman" w:eastAsia="Times New Roman" w:cs="Times New Roman"/>
        </w:rPr>
        <w:t>Ha oiko umi mba'e, pe ary mokõipa porundyhape, jasy peteĩhape, pe jasy ára peteĩhape, ou chéve Ñandejára ñe'ẽ, he'ívo: Yvypóra ra'y, Nabucodonosor, Babilonia ruvicha guasu, omba'apouka iñehérsito peteĩ tembiapo guasu Tiro rehe; opa akã opyta karape, ha opa ati'y ojepe'o; upéicharõ jepe, ndaikatúi oguereko hepy, ni iñehérsito, Tiro rehehápe, pe tembiapo ojapova'ekue hese. Upévare péicha he'i Ñandejára Jára: Péina ápe, ame'ẽta Egipto retã Nabucodonosor, Babilonia ruvicha guasúpe; ha'e ogueraháta hetakue, ogueraháta imba'e joapy, ha ojagarráta guasuete mba'e; ha upéva ha'éta hepy iñehérsitópe g̃uarã. Ame'ẽ chupe Egipto retã hembiapo rehehápe, pe omba'apohaguére hese, pórke che rehehápe ojapo hikuái, he'i Ñandejára Jára. Upe árape amoheñóita Israel róga ratĩ osẽ hag̃ua, ha ame'ẽta ndéve ne jurúpe jejuru hag̃ua ijapytepekuéra; ha oikuaáta hikuái che ha'eha Ñandejára. Ezequiel 29:17–21.</w:t>
      </w:r>
    </w:p>
    <w:p>
      <w:pPr>
        <w:pStyle w:val="ArticleBody"/>
        <w:jc w:val="left"/>
      </w:pPr>
      <w:r>
        <w:rPr>
          <w:rFonts w:ascii="Times New Roman" w:hAnsi="Times New Roman" w:eastAsia="Times New Roman" w:cs="Times New Roman"/>
        </w:rPr>
        <w:t>Ary veinteha áño, pe primer mes-pe, pe peteĩha árape, versículo diecisiete-pe, ohechauka pe paha ára umi trece fecha Ezequiel-pe; ha ha’e hína pe añoite umi fecha apytégui oguahẽva rire 22 de octubre de 573 a. C. Ohechauka pe ára oñeme’ẽháramo Egipto pe mburuvicha yvate gotyo guápe, Daniel 11:42–43-pe; ha avei pe punto umi diez mburuvicha ome’ẽháramo ikuéra sietehá reino pe octavohápe, ha’éva umi siete apytégui. Oñekumpli pe “róga Israelgua ratĩ” okakuaávo. Isaías-pe, Israel hoky pe ára yvytu kuarahyresẽ gotyogua reheve.</w:t>
      </w:r>
    </w:p>
    <w:p>
      <w:pPr>
        <w:pStyle w:val="ArticleScripture"/>
        <w:jc w:val="left"/>
      </w:pPr>
      <w:r>
        <w:rPr>
          <w:rFonts w:ascii="Times New Roman" w:hAnsi="Times New Roman" w:eastAsia="Times New Roman" w:cs="Times New Roman"/>
        </w:rPr>
        <w:t>Omonguétava Jacob gui oikéva tohapykue haguã: Israel okakuaa ha okoty, ha omyenyhẽta yvy ape tuichakue hi’a reheve. Isaías 27:8.</w:t>
      </w:r>
    </w:p>
    <w:p>
      <w:pPr>
        <w:pStyle w:val="ArticleBody"/>
        <w:jc w:val="left"/>
      </w:pPr>
      <w:r>
        <w:rPr>
          <w:rFonts w:ascii="Times New Roman" w:hAnsi="Times New Roman" w:eastAsia="Times New Roman" w:cs="Times New Roman"/>
        </w:rPr>
        <w:t>Umi Ezequiel 29:17 oñekumpli, ha Egipto dragón oñeme’ẽ vove pe mbopa guasu papálpe pe arapokõindy-rapykuéri oñemboajévo pe léi domingo oúvape, pe ama pahaguéva oñeñohẽta opa’ỹre Israel ári. Upe ama oñepyrũ kuri 9/11-pe peteĩ ñehyvõmichĩicha, Cristo opytu’u haguéicha Hemimbo’e kuéra ári oguejy rire yvy ári, ojupi rire Itúvape hekovévo jevy rire.</w:t>
      </w:r>
    </w:p>
    <w:p>
      <w:pPr>
        <w:pStyle w:val="ArticleScripture"/>
        <w:jc w:val="left"/>
      </w:pPr>
      <w:r>
        <w:rPr>
          <w:rFonts w:ascii="Times New Roman" w:hAnsi="Times New Roman" w:eastAsia="Times New Roman" w:cs="Times New Roman"/>
        </w:rPr>
        <w:t>“Cristo ojapóvo ikatu hag̃uáicha ombohapy iñembo’eha yvytu rupive Espíritu Santo, ha ome’ẽvo chupekuéra ipy’aguapy, va’ekue peteĩ mbovymi yvu porãicha pe ama hetaitereíva mboyve oñeme’ẽ va’erãva Pentekostés ára.” Espíritu de Profecía, volúmen 3, 243.</w:t>
      </w:r>
    </w:p>
    <w:p>
      <w:pPr>
        <w:pStyle w:val="ArticleBody"/>
        <w:jc w:val="left"/>
      </w:pPr>
      <w:r>
        <w:rPr>
          <w:rFonts w:ascii="Times New Roman" w:hAnsi="Times New Roman" w:eastAsia="Times New Roman" w:cs="Times New Roman"/>
        </w:rPr>
        <w:t>Ezequiel ñemoingue Egipto ho’apa hag̃ua oñemomarandu ary 587 JC mboyve, pe ary ojejoko haguépe; ha “paapy porundy” ary rire pe ñemoingue oñekumpli. Ojekumpli pe ára ojehechaukávape pe papapy “paapy porundy” rupive, ha upéicha ohechauka pe tembiasakue kañymby Daniel 11, versíkulo 40-pe. Oñekumpli va’erã pe sellado ára pukukue pe cien cuarenta y cuatro mil rehegua, ojehechaukaháicha Ezequiel kapítulo 9-pe. Pe sellado ára pukukue, pe ama paha oñeñohẽ, peteĩha peteĩ ñemysãi ramo 9/11-pe ha upéi peteĩ ñeñohẽmbaitépe pe léi dominical-pe. Ojekumpli Isaías he’iháicha pe “yvytu kuarahyresẽgua ára”-pe, ha Islam ha’e pe yvytu kuarahyresẽgua, ha Islam ha’e pe mbohapyha “ai”. Pe marandu Ezequiel okaru va’erãkuri peteĩ marandu mbohapycha va’ekue, upévagui pe mbohapyha párte ha’e pe marandu ai rehegua.</w:t>
      </w:r>
    </w:p>
    <w:p>
      <w:pPr>
        <w:pStyle w:val="ArticleBody"/>
        <w:jc w:val="left"/>
      </w:pPr>
      <w:r>
        <w:rPr>
          <w:rFonts w:ascii="Times New Roman" w:hAnsi="Times New Roman" w:eastAsia="Times New Roman" w:cs="Times New Roman"/>
        </w:rPr>
        <w:t>Ezequiel trece marandu oguerekóva ára oñemombeʼu Jerusalén, Egipto ha Tiro rehegua ndive ojoajúvo. Opavave oñeʼẽ pe ñemoĩrehegua rehe, ojehechaukaháicha pe papapy “trece” rupive.</w:t>
      </w:r>
    </w:p>
    <w:p>
      <w:pPr>
        <w:pStyle w:val="ArticleBody"/>
        <w:jc w:val="left"/>
      </w:pPr>
      <w:r>
        <w:rPr>
          <w:rFonts w:ascii="Times New Roman" w:hAnsi="Times New Roman" w:eastAsia="Times New Roman" w:cs="Times New Roman"/>
        </w:rPr>
        <w:t>Romoñe’ẽta pe artíkulo oúvape Ezequiel arange rehegua.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Tembiasakue Oñemíva Versículo Cuarenta rehegua - Papapy Veintiséis</dc:title>
  <dc:subject>Ezequiel Número Siete</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