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Verso Kuarenta Rekove Kañymby — Papapy Mokõi Paapy Poteĩ hag̃ua</w:t>
      </w:r>
    </w:p>
    <w:p>
      <w:pPr>
        <w:pStyle w:val="ArticleSubtitle"/>
        <w:jc w:val="left"/>
      </w:pPr>
      <w:r>
        <w:rPr>
          <w:rFonts w:ascii="Arial" w:hAnsi="Arial" w:eastAsia="Arial" w:cs="Arial"/>
        </w:rPr>
        <w:t>Ezequiel Papapy 9</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Ñemongu’e he’iháicha, ñeñemongu’e rehegua, “opaite mba’e oikóva oguereko he’iséva,” ha “opaite principio oguereko he’iséva.”</w:t>
      </w:r>
    </w:p>
    <w:p>
      <w:pPr>
        <w:pStyle w:val="ArticleScripture"/>
        <w:jc w:val="left"/>
      </w:pPr>
      <w:r>
        <w:rPr>
          <w:rFonts w:ascii="Times New Roman" w:hAnsi="Times New Roman" w:eastAsia="Times New Roman" w:cs="Times New Roman"/>
        </w:rPr>
        <w:t>“Pe Biblia oguereko opaite umi principio tekovekuéra oikotevẽva oikuaa hag̃ua ikatu hag̃uáicha oñembosako’i ko tekovépe térã pe tekove oútavape g̃uarã. Ha koʼã principio ikatu ojeikuaa opavavénte rupi. Avave ndoguerekóiva peteĩ espíritu omombaʼéva iñeporandu ndikatúi omoñeʼẽ peteĩnte jepe pasáhe pe Biblia-gui ndohupytýiramo chugui peteĩ pensamiento pytyvõrã. Péro pe mboʼepy iporãvéva pe Biblia rehegua ndohupytýi ñemoarandu sapyʼagua térã oñondiveʼỹva rupive. Ijapuʼa guasu añetegua rehegua nadojehechaukái péicha ikatu hag̃uáicha ojehechakuaa pe omoñeʼẽ pyaʼe térã oñangarekoʼỹvape. Heta umi itesoro oĩ mombyry pe ape ári guive, ha ikatu oñeguenohẽ mante jehekapy kyreʼỹ ha ñehaʼã tapia rupive. Umi añetegua omyatyrõva pe tuichakue guasu tekotevẽ ojeheka ha oñembyaty, ‘koʼápe michĩmi, ha amo michĩmi.’ Isaías 28:10.”</w:t>
      </w:r>
    </w:p>
    <w:p>
      <w:pPr>
        <w:pStyle w:val="ArticleScripture"/>
        <w:jc w:val="left"/>
      </w:pPr>
      <w:r>
        <w:rPr>
          <w:rFonts w:ascii="Times New Roman" w:hAnsi="Times New Roman" w:eastAsia="Times New Roman" w:cs="Times New Roman"/>
        </w:rPr>
        <w:t>“Upeicha ojehekávo ha oñembyatývo, ojehechakuaáta oñemohenda porãmbaitetereiha ojupe hag̃ua. Káda Evangelio ombojoapy ambuépe, káda profesía omyesakã ambue profesíape, káda añetegua katu ha’e ambue añetegua ñembotuichave. Umi tipo economía judía pegua hesakã porã pe evangelio rupive. Káda principio Ñandejára ñe’ẽme oguereko hendaguã, káda hecho katu oguereko he’iséva. Ha pe estructura kompleta, iñapytu’ũme ha ijejapópe, ome’ẽ testimonio Ijapohárape. Péichaite peteĩ estructura ndaipóri arandu ikatúva oñemo’ã térã ojapo, ndaha’éiramo pe Infinito mba’éva añónte.” Educación, 123.</w:t>
      </w:r>
    </w:p>
    <w:p>
      <w:pPr>
        <w:pStyle w:val="ArticleBody"/>
        <w:jc w:val="left"/>
      </w:pPr>
      <w:r>
        <w:rPr>
          <w:rFonts w:ascii="Times New Roman" w:hAnsi="Times New Roman" w:eastAsia="Times New Roman" w:cs="Times New Roman"/>
        </w:rPr>
        <w:t>Añetehápe, pe ñe’ẽ hebréo “ereb boqer” ojejuhu poapy jey la Biblia-pe. Tapiaite oñembohasa hag̃ua “ka’aru ha pyhareve”, ndaha’éiramo Daniel 8:14-pe, upépe oñembohasa hag̃ua “ára”. Ñe’ẽngatu rupive, pe versíkulo catorce ha’e “pe fundamento ha pe pilar mbytéva pe jerovia Adventista rehegua.”</w:t>
      </w:r>
    </w:p>
    <w:p>
      <w:pPr>
        <w:pStyle w:val="ArticleScripture"/>
        <w:jc w:val="left"/>
      </w:pPr>
      <w:r>
        <w:rPr>
          <w:rFonts w:ascii="Times New Roman" w:hAnsi="Times New Roman" w:eastAsia="Times New Roman" w:cs="Times New Roman"/>
        </w:rPr>
        <w:t>“Pe Escritura, opaite ambue apytépe, ha’éva’ekue mokõivéva pe fundamento ha pe pilar mbytegua jerovia Adventista rehegua, ha’eva’ekue pe ñe’ẽje’e: ‘Mokõi mil ha mbohapy cien ára peve; upéi pe santuario oñemopotĩta.’ [Daniel 8:14.]” The Great Controversy, 409.</w:t>
      </w:r>
    </w:p>
    <w:p>
      <w:pPr>
        <w:pStyle w:val="ArticleBody"/>
        <w:jc w:val="left"/>
      </w:pPr>
      <w:r>
        <w:rPr>
          <w:rFonts w:ascii="Times New Roman" w:hAnsi="Times New Roman" w:eastAsia="Times New Roman" w:cs="Times New Roman"/>
        </w:rPr>
        <w:t>Péicha ningo pe mba’e añetetéva ha’e pe “ára” pe versíkulo-peha hína pe poapýha jey umi siete jeyguágui upe ñe’ẽ hebréope ojeporúva. Ha pe mba’e ojehecháva Bíblia-pe, Ñandejára ogueraháva profetikamente umi traduktórpe pe versión King James-gua, oñembojoaju hag̃uáicha hembipotápe pe enigma bíblico pe poapýva ha’égui umi siete apytégui, pe versíkulo ohechaukáva peteĩva mokõi visión capítulo ocho-peguágui. Peteĩ ñe’ẽ oñetradusíva “visión” ramo capítulo ocho-pe ha’e pe ñe’ẽ hebreo “chazon”, ha ambue katu “mareh”. “Mareh” he’ise jechauka hag̃uaicha, ha pe visión “mareh” ha’e pe visión Cristo jechakuaáre Ñandejára Ñe’ẽ profético-pe. Pe visión “mareh” Daniel 8:14-pe ohechauka Cristo ojekuaaukava’erãha ha sapy’aitépe ou Itemplope 22 jasypa 1844-pe. Ko’ã añetegua ha’e mba’e añetéva, ha oguereko hikuái iñimportánsiape upe versíkulo rehe, ha’éva pe pilar mbytegua; ha pe pilar mbytegua ndaha’éi peteĩ doctrina térã peteĩ profecía oñekumplíva 22 jasypa 1844-pe; pe añetegua ha’e pe versíkulo hague Cristo, pe pilar mbytegua.</w:t>
      </w:r>
    </w:p>
    <w:p>
      <w:pPr>
        <w:pStyle w:val="ArticleScripture"/>
        <w:jc w:val="left"/>
      </w:pPr>
      <w:r>
        <w:rPr>
          <w:rFonts w:ascii="Times New Roman" w:hAnsi="Times New Roman" w:eastAsia="Times New Roman" w:cs="Times New Roman"/>
        </w:rPr>
        <w:t>“Ajepy ko ñeñembyasy pypukúpe aime jave, che resa’ẽ peteĩ kérape, ha upéva oheja peteĩ techapyrã pypuku che akãme. Ahecha che kérape peteĩ tupão, ha heta tapicha oñembyaty ha ohóvo upépe. Umi oike vaʼekue añónte upe tupãópe ha okañyvaʼekue ipype oñesalváta aravo oñembotývo; opa umi opytáva okápe okañytaha opa ára g̃uarã. Umi aty guasu oĩva okápe, oikóvo hikuái peteĩteĩ ijapohápe, oñembohory ha omotĩ umi oikevape upe tupãópe, ha heʼi chupekuéra ko tape tekorosãrãha peteĩ ñembotavy porã ojejapóva, ha añetépe ndaiporiha mbaʼeveichagua ñemongyhyje ojehekýiva. Oĩ jepe umi ojagarráva ambuekuérape ani hag̃ua pyaʼe oike umi murálla ryepýpe.</w:t>
      </w:r>
    </w:p>
    <w:p>
      <w:pPr>
        <w:pStyle w:val="ArticleScripture"/>
        <w:jc w:val="left"/>
      </w:pPr>
      <w:r>
        <w:rPr>
          <w:rFonts w:ascii="Times New Roman" w:hAnsi="Times New Roman" w:eastAsia="Times New Roman" w:cs="Times New Roman"/>
        </w:rPr>
        <w:t>“Kyhyjégui oñembohory hag̃uáicha che rehe, apensa iporãvetaha aha’arõ pe atyguasu osarambi peve, térã ikatu peve aikey hesakuera’ỹre hikuái rehe. Péro sa’ive hag̃ua rangue, hetave ohóvo hikuái; ha kyhyjégui ag̃uahẽ hag̃ua araka’eve hag̃uáicha, pya’e asẽ che rógagui ha añembotyryry pe aty pa’ũ rupi. Che py’atarovápe ag̃uahẽ hag̃uáicha pe tupaópe, ndahechakuaái ni ndaikuaaséi pe henyhẽva tapicha aty che jerére.”</w:t>
      </w:r>
    </w:p>
    <w:p>
      <w:pPr>
        <w:pStyle w:val="ArticleScripture"/>
        <w:jc w:val="left"/>
      </w:pPr>
      <w:r>
        <w:rPr>
          <w:rFonts w:ascii="Times New Roman" w:hAnsi="Times New Roman" w:eastAsia="Times New Roman" w:cs="Times New Roman"/>
        </w:rPr>
        <w:t>“Oikévo pe ógapevo pe ógape, ahecha upe tuicha tupão oñemopyenda hag̃ua peteĩ yvyra guasu peteĩnte rehe, ha upépe oñeñapytĩ peteĩ ovecha ra’y oñemondoro ha huguýva. Ore roĩva upépe roikuaa hag̃uaicha upe ovecha ra’y oñembohasaha’ekue, oñembyai ha oñemboguejy ore rehehápe. Opa umi oikeva’ekue tupãópe tekotevẽ ohasa henondépe ha omombe’u iñangaipakuéra. Pe ovecha ra’y renondete oĩkuri apyka yvate, ha umíva ári oguapy peteĩ aty ovy’aitereíva. Yvága resape ha’ete omimbiha hova kuéra ári, ha omomba’eguasu Tupãme ha opurahéi purahéi vy’a ha aguyje rehegua, ha umíva ha’ete umi ánhel kuéra purahéi. Ko’ãva hína umi ou va’ekue pe ovecha ra’y renondépe, omombe’u iñangaipakuéra, ohupyty perdón, ha ko’ág̃a oha’arõ hikuái vy’ápe peteĩ mba’e oikóta hag̃uáicha oguerútava tuicha vy’a.”</w:t>
      </w:r>
    </w:p>
    <w:p>
      <w:pPr>
        <w:pStyle w:val="ArticleScripture"/>
        <w:jc w:val="left"/>
      </w:pPr>
      <w:r>
        <w:rPr>
          <w:rFonts w:ascii="Times New Roman" w:hAnsi="Times New Roman" w:eastAsia="Times New Roman" w:cs="Times New Roman"/>
        </w:rPr>
        <w:t>“Jepe aikéma oike rire pe óga ryepýpe, peteĩ kyhyje ou cherehe, ha peteĩ ñemotĩ añandu tekotevẽha añemomichĩ ko’ã tapicha renondépe; hákatu ku ambojekuaávaicha añemoĩva’erã tenondépe, ha mbeguekatúpe aha ajerévo pe yvyra guasu jerére ikatu hag̃uáicha añembohovái pe ovecha ra’yme, upérõ peteĩ turu osapukái, pe tupão oryryi, osẽ sapukái pu’aka rehegua umi santo aty guasúgui, peteĩ hesakã porãite ha ñemondýi hag̃uáva omyesakã pe óga, upéi opa mba’e oiko pytũ hũ mbaretépe. Umi vy’apavẽva opa hag̃ua okanýma pe hesakã ndive, ha che añembojahe’o hag̃uáicha aime cheño pe pyhare kirirĩ ha ñemondýi ryepýpe.”</w:t>
      </w:r>
    </w:p>
    <w:p>
      <w:pPr>
        <w:pStyle w:val="ArticleScripture"/>
        <w:jc w:val="left"/>
      </w:pPr>
      <w:r>
        <w:rPr>
          <w:rFonts w:ascii="Times New Roman" w:hAnsi="Times New Roman" w:eastAsia="Times New Roman" w:cs="Times New Roman"/>
        </w:rPr>
        <w:t>“Apáyma peteĩ ñembyasy tuichaitéva che py’apýpe, ha hasýeterei chéve añekonvense hag̃ua aikóhague peteĩ képe añoite. Ojechauka chéve che kavajuha oĩma hague oñemohendáva’ekue; ha Tupã Ñandejára Espíritu oheja hague chéve, ha araka’eve ndaoujeymo’ãiha.” Experience and Teachings, 24, 25.</w:t>
      </w:r>
    </w:p>
    <w:p>
      <w:pPr>
        <w:pStyle w:val="ArticleBody"/>
        <w:jc w:val="left"/>
      </w:pPr>
      <w:r>
        <w:rPr>
          <w:rFonts w:ascii="Times New Roman" w:hAnsi="Times New Roman" w:eastAsia="Times New Roman" w:cs="Times New Roman"/>
        </w:rPr>
        <w:t>Koʼág̃a ñañehaʼã ojehecha hag̃ua ñande jajapótapa peike hag̃ua pe témplope ha upéi ñamombeʼu hag̃ua ñane angaipa ha jahupyty hag̃ua Ijeguerekopyhýpe pe jehechauka tekojojaha guive ouvaʼekue jehovasa. Ko paha ñehenói oike hag̃ua pe témplope oñembojerépe heta mbaʼe ojokóva ñande peteĩteĩme ñande jeike hag̃ua, ha koʼág̃a ñakyhyjéramo térã ñapytáramo, ñañembojáta “ñañoite pyhare kirirĩ ñemondýipe.” Péro kóva ndahaʼéi añónte pe punto che amombeʼuséva.</w:t>
      </w:r>
    </w:p>
    <w:p>
      <w:pPr>
        <w:pStyle w:val="ArticleBody"/>
        <w:jc w:val="left"/>
      </w:pPr>
      <w:r>
        <w:rPr>
          <w:rFonts w:ascii="Times New Roman" w:hAnsi="Times New Roman" w:eastAsia="Times New Roman" w:cs="Times New Roman"/>
        </w:rPr>
        <w:t>Oñemoĩkuaa hag̃ua tekotevẽha ko versíkulo iñimportantetereíva, oñemoinge ipype pe jehechaukapy pe ñe'ẽ “ára” rehegua, oguerekóva hendive pe eníigma profétika: pe poapyha ha’eha pe siete-gui, ha upéva ha’e peteĩva umi rueda apytégui pe sello aravope umi cien cuarenta y cuatro mil rehegua. Pe sellado períodope, pe protestante hatĩ ha pe republicano hatĩ pe sexto rréino rehegua pe profesía bíblica-pe mokõivéva ombohováita pe eníigma: pe poapyha ha’eha pe siete-gui. Umi poapy presidente ohasava’ekue pe tiempo del fin guive ary 1989 guive, Trump oiko pe sexto mburuvicha guasu ramo pe sexto rréinope, ha ogana rire itiémpo mokõiha, oiko pe poapyha ramo, pe siete-gui oúva. Pe Estados Unidos rembiapópe ojepyso jeyvo pe Edicto de Milán ary 313-pe, pe movimiento laodicense umi cien cuarenta y cuatro mil rehegua oikóta pe movimiento filadelfiano umi cien cuarenta y four mil rehegua. Pe sellado aravo oñemohu’ã pe ley dominical-pe, upépe pe papado rehegua herida mortal oñemonguera jey, ha péicha ha’e omohu’ã pe eníigma Apocalipsis diecisiete-pe guare, pe poapyha ramo pe siete-gui. Peteĩ añetegua, oñerrepresentáva peteĩ ñe’ẽjoaju hebreo-pe, peteĩ ñe’ẽ inglés ramo; ogueru pe versíkulo ohechaukáva pe juicio ñepyrũ pe versíkulo ohechaukáva pe juicio ñemboty pe sellado aravope umi cien cuarenta y four mil rehegua.</w:t>
      </w:r>
    </w:p>
    <w:p>
      <w:pPr>
        <w:pStyle w:val="ArticleBody"/>
        <w:jc w:val="left"/>
      </w:pPr>
      <w:r>
        <w:rPr>
          <w:rFonts w:ascii="Times New Roman" w:hAnsi="Times New Roman" w:eastAsia="Times New Roman" w:cs="Times New Roman"/>
        </w:rPr>
        <w:t>Opaite mba’e añetegua oguereko hendaguã, ha peteĩ jeýnte oĩ peteĩ jejapo papapy rehegua peteĩ “papapy” peteĩ ambue “papapy” jey rehegua pe Nuevo Testamento-pe, ha mokõi añoite pe Antiguo Testamento-pe. Pe alfa pe “jejapo papapy rehegua” oĩ Génesis-pe.</w:t>
      </w:r>
    </w:p>
    <w:p>
      <w:pPr>
        <w:pStyle w:val="ArticleScripture"/>
        <w:jc w:val="left"/>
      </w:pPr>
      <w:r>
        <w:rPr>
          <w:rFonts w:ascii="Times New Roman" w:hAnsi="Times New Roman" w:eastAsia="Times New Roman" w:cs="Times New Roman"/>
        </w:rPr>
        <w:t>Oĩramo Caín rehe oñevengáta siete jey, añetehápe Lamec rehe katu setenta y siete jey. Génesis 4:24.</w:t>
      </w:r>
    </w:p>
    <w:p>
      <w:pPr>
        <w:pStyle w:val="ArticleBody"/>
        <w:jc w:val="left"/>
      </w:pPr>
      <w:r>
        <w:rPr>
          <w:rFonts w:ascii="Times New Roman" w:hAnsi="Times New Roman" w:eastAsia="Times New Roman" w:cs="Times New Roman"/>
        </w:rPr>
        <w:t>Pe omega “jejapo papapýpe” oĩ Mateo-pe.</w:t>
      </w:r>
    </w:p>
    <w:p>
      <w:pPr>
        <w:pStyle w:val="ArticleScripture"/>
        <w:jc w:val="left"/>
      </w:pPr>
      <w:r>
        <w:rPr>
          <w:rFonts w:ascii="Times New Roman" w:hAnsi="Times New Roman" w:eastAsia="Times New Roman" w:cs="Times New Roman"/>
        </w:rPr>
        <w:t>Upéi Pedro ou hendápe, ha he’i: Ñandejára, mbovy jeýpa che ryvy opeka va’erã che rehe, ha che aiperdona ichupe? pevepa siete jey? Jesús he’i ichupe: Ndaha’éi ha’e ndéve, peve siete jey; síno, peve setenta jey siete. Mateo 18:21, 22.</w:t>
      </w:r>
    </w:p>
    <w:p>
      <w:pPr>
        <w:pStyle w:val="ArticleBody"/>
        <w:jc w:val="left"/>
      </w:pPr>
      <w:r>
        <w:rPr>
          <w:rFonts w:ascii="Times New Roman" w:hAnsi="Times New Roman" w:eastAsia="Times New Roman" w:cs="Times New Roman"/>
        </w:rPr>
        <w:t>Koʼã pasáhe ohechauka pe peteĩha ha pahápegua jeyha la Bíblape, peteĩ papapy ojehechakuaa hag̃ua oñembohetave hag̃ua ambue papapy ndive. Oĩ heta papapy, ha Génesis pegua alfa ha Mateo pegua omega oguereko peteĩchagua apopy papapýpe, ha oipuru umi mokõi papapy peteĩchagua, “siete” ha “setenta”.</w:t>
      </w:r>
    </w:p>
    <w:p>
      <w:pPr>
        <w:pStyle w:val="ArticleBody"/>
        <w:jc w:val="left"/>
      </w:pPr>
      <w:r>
        <w:rPr>
          <w:rFonts w:ascii="Times New Roman" w:hAnsi="Times New Roman" w:eastAsia="Times New Roman" w:cs="Times New Roman"/>
        </w:rPr>
        <w:t>Alfa ha omega mbytépe; pe mbyte, ha ambue tenda añoite oĩháme ko ñemopu’ã papapy rehegua, hína Levítico mokõipa po. Upépe umi mokõi papapy ndaha’éi “siete” ha “setenta”, síno “siete jey siete ary”.</w:t>
      </w:r>
    </w:p>
    <w:p>
      <w:pPr>
        <w:pStyle w:val="ArticleScripture"/>
        <w:jc w:val="left"/>
      </w:pPr>
      <w:r>
        <w:rPr>
          <w:rFonts w:ascii="Times New Roman" w:hAnsi="Times New Roman" w:eastAsia="Times New Roman" w:cs="Times New Roman"/>
        </w:rPr>
        <w:t>Ha reikuaata vaʼerã ndejeheguínte siete arapokõindy áñopegua, siete jey siete áño; ha umi siete arapokõindy áñopegua pukukue oikóta ndéve cuarenta y nueve áño. Levítico 25:8.</w:t>
      </w:r>
    </w:p>
    <w:p>
      <w:pPr>
        <w:pStyle w:val="ArticleBody"/>
        <w:jc w:val="left"/>
      </w:pPr>
      <w:r>
        <w:rPr>
          <w:rFonts w:ascii="Times New Roman" w:hAnsi="Times New Roman" w:eastAsia="Times New Roman" w:cs="Times New Roman"/>
        </w:rPr>
        <w:t>Pe construcción numérica mbytegua oiporu jey pe papapy ‘siete’, ha ndaha’éi pe papapy ‘setenta’. Pe pasáhe ojejuhuhápe oguereko peteĩ jehovasa ñe’ẽrendúre guarã, ha avei peteĩ maldición ñe’ẽrendu’ỹre guarã. Pe jehovasa oguerekóva tembiguái jeheja hag̃ua ha yvy jejopyjey hag̃ua, oñembojoavy pe maldición “siete veces” rehegua ndive, upéva oñemombe’úva irundy jey Levítico kapítulo veintiséis-pe. Pe jehovasa oikehápe Ñandejára pytyvõ umi áñope pe yvy opytu’u jave, ha peteĩ jehovasa mokõive pe Áño Jubilar-pe, ha pe maldición kapítulo veintiséispegua ha’e pe iñirũmegua pe ñe’ẽmondýi joajupyrépe umi mokõi kapítulopegua.</w:t>
      </w:r>
    </w:p>
    <w:p>
      <w:pPr>
        <w:pStyle w:val="ArticleBody"/>
        <w:jc w:val="left"/>
      </w:pPr>
      <w:r>
        <w:rPr>
          <w:rFonts w:ascii="Times New Roman" w:hAnsi="Times New Roman" w:eastAsia="Times New Roman" w:cs="Times New Roman"/>
        </w:rPr>
        <w:t>Pe mbytegua apopy papapy rehegua ojehecha Levítico 25:8-pe (“siete jey siete ary”). Upéi pya’e oñembojoja hendive pe ñe’ẽmondo irundy jeygua “siete jey” rehegua oĩva Levítico 26-pe. Upévare, pe apopy papapy mbytegua orrepresenta mokõivéva: peteĩ jehovasa ha peteĩ maldición, omoheñóivo peteĩ mokõi jeygua testimonio kuatiañe’ẽ Levítico-pe. Pe apopy papapy rehegua, taha’e pe jehovasa térã pe maldición Jubileo rehegua, oñemohenda Lamec juicio apytépe, ha Jesús oikuaaukava’ekue pe límite ára de prueba rehegua. Ko’ã mbohapy oñondive ohechauka peteĩ límite de prueba, ha upeva oñemohu’ãvo ojehechaukáta peteĩ aty ojehovasáva ha peteĩ aty oñemaldesíva. Pe alfa ha omega, orrepresentáva pe mensaje peteĩha ha mbohapyha ánhel rehegua, ohechauka irundy cien noventaha, símbolo ramo tiempo de prueba rehegua. Ha ko’ãva oñembojoajúramo pe maldición térã jehovasa Jubileo rehegua ndive, umi mba’ekuaarã oiko tuicha mba’éva ñañembojávo Ezequiel capítulo peteĩ versículo peteĩ ñehesa’ỹijópe, omoĩva Ezequiel-pe pe año treinta-pe pe diecisieteha ciclo Jubileo rehegua.</w:t>
      </w:r>
    </w:p>
    <w:p>
      <w:pPr>
        <w:pStyle w:val="ArticleBody"/>
        <w:jc w:val="left"/>
      </w:pPr>
      <w:r>
        <w:rPr>
          <w:rFonts w:ascii="Times New Roman" w:hAnsi="Times New Roman" w:eastAsia="Times New Roman" w:cs="Times New Roman"/>
        </w:rPr>
        <w:t>Pe pehẽ Jubileo opa vaʼekue 22 jasypa 573 a.C.-pe ha ohechauka hag̃ua taʼanga profétika ndahaʼéi añoite 22 jasypa 1844-pe, síno avei pe léi domingo oúta hag̃uápe koʼẽrõitéma. Koʼág̃a ñaime 2026-pe, ha upéva hína pe arýpe cuarenta y sieteha pe setentahápe pe pehẽngue Jubileo rehegua. Ko pe pehẽngue Jubileo ojehechauka vaʼekue taʼanga profétikape pe pehẽngue Jubileo “diecisieteha” rupive, upépe Ezequiel oñemboʼy pe ary treinta-hápe. Haʼe oñemboʼy vaʼekue pe témplope, orepresentáva umi cien cuarenta y cuatro mil, jerovia rupive oike vaʼekue pe Tenda Santísimope pe huísio paha gotyo, ojapo haguéicha umi jerovia hag̃uáva 22 jasypa 1844 rire. Ojeheja hag̃uáicha pe “hecháva” moõpa Ezequiel oĩ marandu profétika ryepýpe, capítulo peteĩ ha versículo peteĩme, haʼete hag̃uáicha oñehundi nde “orientación.”</w:t>
      </w:r>
    </w:p>
    <w:p>
      <w:pPr>
        <w:pStyle w:val="ArticleBody"/>
        <w:jc w:val="left"/>
      </w:pPr>
      <w:r>
        <w:rPr>
          <w:rFonts w:ascii="Times New Roman" w:hAnsi="Times New Roman" w:eastAsia="Times New Roman" w:cs="Times New Roman"/>
        </w:rPr>
        <w:t>Ohechávo rire Ñandejára mimbipa oñemeʼẽ vaʼekue ysyry Quebar ykére, Ezequiel oñemomirĩ yvýpeguáicha ojapo haguéicha Daniel, Isaías ha Juan. Upéi, umi irundy techapyrãme ojehecha mbaʼe porã oikéva pe ñemohenda porãme umi omeʼẽ vaʼerã pe marandu peteĩ tupãópe ndohechamoʼãi ha nohendumoʼãi hag̃uáicha.</w:t>
      </w:r>
    </w:p>
    <w:p>
      <w:pPr>
        <w:pStyle w:val="ArticleBody"/>
        <w:jc w:val="left"/>
      </w:pPr>
      <w:r>
        <w:rPr>
          <w:rFonts w:ascii="Times New Roman" w:hAnsi="Times New Roman" w:eastAsia="Times New Roman" w:cs="Times New Roman"/>
        </w:rPr>
        <w:t>Oĩ poteĩva peteĩ téra aravo Ezequiel kuatiápe oñe’ẽva Jerusalén rehe. Yma roñembohovái vaʼekue pe peteĩha ha pe pahague aravo ojuhúva capítulo peteĩ, versículo peteĩ ha mokõi-pe, ha upéi capítulo irundypa, versículo peteĩ-pe. Che ambohovái vaʼekue pe mokõiha aravo ojuhúva capítulo poapy ha versículo peteĩ-pe, péro ijehechaukarã simbólico rehe añoite, ndaha’éi amoĩvo chupe pe ñemongorávo ha Jerusalén ñehundi rehegua joajupe, ha opaite pe kuatia ojeréva upe eje ári. Jerusalén oñehundi 586/585 a.C. paha gotyo. Ha Ezequiel 33:21-pe oguahẽ peteĩ okañyvaʼekue oguerúva marandu Jerusalén hoʼa hague rehe.</w:t>
      </w:r>
    </w:p>
    <w:p>
      <w:pPr>
        <w:pStyle w:val="ArticleScripture"/>
        <w:jc w:val="left"/>
      </w:pPr>
      <w:r>
        <w:rPr>
          <w:rFonts w:ascii="Times New Roman" w:hAnsi="Times New Roman" w:eastAsia="Times New Roman" w:cs="Times New Roman"/>
        </w:rPr>
        <w:t>Ha ojehu ñande jepokuaápe ary pakõiha-pe, jasypa diezha-pe, ára poha-pe, ou che rendápe peteĩ okañy vaekue Jerusaléngui, he’ívo: “Táva oñehundi.” Ñandejára po oĩ kuri che ári ka’aruete, mboyve pe okañy vaekue ou hag̃ua; ha ojurupe’a cheve, peve ou che rendápe pyhareve; ha che juru ojepe’a, ha ndaikyrỹivéi. Ezequiel 33:21, 22.</w:t>
      </w:r>
    </w:p>
    <w:p>
      <w:pPr>
        <w:pStyle w:val="ArticleBody"/>
        <w:jc w:val="left"/>
      </w:pPr>
      <w:r>
        <w:rPr>
          <w:rFonts w:ascii="Times New Roman" w:hAnsi="Times New Roman" w:eastAsia="Times New Roman" w:cs="Times New Roman"/>
        </w:rPr>
        <w:t>Pe pa ary pahápe, upe táva ojeinupã, ha upérõ Ezequiel ojehejágui oñe’ẽ hag̃ua ijeheguiete. Ezequiel capítulo ocho pe visión niko pe ary poteĩhápe guare, upévare rupi amo seis ary rupi oiko mboyve upe táva ojeinupã.</w:t>
      </w:r>
    </w:p>
    <w:p>
      <w:pPr>
        <w:pStyle w:val="ArticleScripture"/>
        <w:jc w:val="left"/>
      </w:pPr>
      <w:r>
        <w:rPr>
          <w:rFonts w:ascii="Times New Roman" w:hAnsi="Times New Roman" w:eastAsia="Times New Roman" w:cs="Times New Roman"/>
        </w:rPr>
        <w:t>Ha ojehu rire, poteĩha áñope, poteĩha jasype, poha ára jasypegua, che aguapy aja che rógape, ha Judá myakãhára kuéra oguapy che renondépe, upépe ou che ári Ñandejára Tupã po. Ezequiel 8:1.</w:t>
      </w:r>
    </w:p>
    <w:p>
      <w:pPr>
        <w:pStyle w:val="ArticleBody"/>
        <w:jc w:val="left"/>
      </w:pPr>
      <w:r>
        <w:rPr>
          <w:rFonts w:ascii="Times New Roman" w:hAnsi="Times New Roman" w:eastAsia="Times New Roman" w:cs="Times New Roman"/>
        </w:rPr>
        <w:t>Pe áño oúvape, ha’éva pe áño pokõihápe, umi Mburuvichakuéra oheka Ezequiel-pe oporandu hag̃ua Ñandejárare.</w:t>
      </w:r>
    </w:p>
    <w:p>
      <w:pPr>
        <w:pStyle w:val="ArticleScripture"/>
        <w:jc w:val="left"/>
      </w:pPr>
      <w:r>
        <w:rPr>
          <w:rFonts w:ascii="Times New Roman" w:hAnsi="Times New Roman" w:eastAsia="Times New Roman" w:cs="Times New Roman"/>
        </w:rPr>
        <w:t>Ha ojehu haʼe, pe séptimo áñope, pe mes cincohápe, pe mes décimo árape, ou vaʼekue Israel myakãhára kuéra apytégui ojerure hag̃ua Ñandejárape, ha oguapy che renondépe. Ezequiel 20:1.</w:t>
      </w:r>
    </w:p>
    <w:p>
      <w:pPr>
        <w:pStyle w:val="ArticleBody"/>
        <w:jc w:val="left"/>
      </w:pPr>
      <w:r>
        <w:rPr>
          <w:rFonts w:ascii="Times New Roman" w:hAnsi="Times New Roman" w:eastAsia="Times New Roman" w:cs="Times New Roman"/>
        </w:rPr>
        <w:t>Upéi, pe año porundyhápe, oñepyrũ pe jejoko peteĩ áño ha mbyte pukukue hag̃ua.</w:t>
      </w:r>
    </w:p>
    <w:p>
      <w:pPr>
        <w:pStyle w:val="ArticleScripture"/>
        <w:jc w:val="left"/>
      </w:pPr>
      <w:r>
        <w:rPr>
          <w:rFonts w:ascii="Times New Roman" w:hAnsi="Times New Roman" w:eastAsia="Times New Roman" w:cs="Times New Roman"/>
        </w:rPr>
        <w:t>Jevy mokõiha ary po porundyha guive, jasy paha, pe jasy rehegua ára pahápe, Ñandejára ñe’ẽ ou che rendápe, he’ívo: Yvypóra ra’y, ehai ndejehe pe ára réra, ko ára voi rehegua: Babilonia mburuvicha guasu oñemoĩ Jerusalén rovái ko ára voi. Ezequiel 24:1, 2.</w:t>
      </w:r>
    </w:p>
    <w:p>
      <w:pPr>
        <w:pStyle w:val="ArticleBody"/>
        <w:jc w:val="left"/>
      </w:pPr>
      <w:r>
        <w:rPr>
          <w:rFonts w:ascii="Times New Roman" w:hAnsi="Times New Roman" w:eastAsia="Times New Roman" w:cs="Times New Roman"/>
        </w:rPr>
        <w:t>Ko’ã ára peteĩteĩ ohechauka umi techaukaha peteĩteĩva umi ára pahápe guarã, Pablo he’i rupi yma guare Israel ha’eha peteĩ techapyrã umi oikovévape g̃uarã ko yvy opa hag̃uáme.</w:t>
      </w:r>
    </w:p>
    <w:p>
      <w:pPr>
        <w:pStyle w:val="ArticleScripture"/>
        <w:jc w:val="left"/>
      </w:pPr>
      <w:r>
        <w:rPr>
          <w:rFonts w:ascii="Times New Roman" w:hAnsi="Times New Roman" w:eastAsia="Times New Roman" w:cs="Times New Roman"/>
        </w:rPr>
        <w:t>Koʼág̃a opa koʼã mbaʼe ojehu chupekuéra techapyrãramo; ha ojehai ñande ñemoñeʼẽrã, ñande ári oúva umi ára paha. Upévare, pe oimoʼãva oñemboʼy porãha toñangareko ani hag̃ua hoʼa. 1 Corintios 10:11, 12.</w:t>
      </w:r>
    </w:p>
    <w:p>
      <w:pPr>
        <w:pStyle w:val="ArticleBody"/>
        <w:jc w:val="left"/>
      </w:pPr>
      <w:r>
        <w:rPr>
          <w:rFonts w:ascii="Times New Roman" w:hAnsi="Times New Roman" w:eastAsia="Times New Roman" w:cs="Times New Roman"/>
        </w:rPr>
        <w:t>Opavave umi seis arange ojepy'apýva Jerusalén rehegua oiko pe peteĩha ára oñemombe'úva capítulo peteĩ, versículo peteĩme, ha pe pahápe ojejuhúva capítulo cuarenta, versículo peteĩme, mbytépe. Mokõive umi ára omboja'o pe quinto año capítulo peteĩme, ha'éva 592 a.C., ha pe vigésimo quinto año capítulo cuarentáme, ha'éva 573 a.C. Nivel “línea sobre línea”-pe Ezequiel oguereko peteĩ línea Egipto-pe g̃uarã, upépe oikehápe Tiro ñe'ẽmbyky, ha peteĩ línea Jerusalén-pe g̃uarã. Pe línea Egipto rehegua oguereko siete waymark directo, (oñemoinge jave Tiro), ha Jerusalén oguereko seis. Ko'ã mokõi línea ndive oĩ Josías línea ha pe décimoséptimo ciclo de Jubileo. Upéicharõ jepe, pe línea ojehechaukáva peteĩ arange directo'ỹre ojejuhu capítulo cuatrome, ha pe línea capítulo cuatro rehegua oguereko heta umi rueda Ezequiel ohechava'ekue oma'ẽrõ guare pe Lugar Santísimo-pe. Avei henyhẽ heta añetegua simbólica rehe.</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Pe papapy irundysy treinta ohechauka pe ñe’ẽme’ẽ opa’ỹva, ha kapítulo irundyhápe Ezequiel ojepuru Ñandejára rehegui peteĩ ñemoha’ãnga oikovéva ramo, peteĩ ñemoha’ãnga oguerekóva ipype pe papapy irundysy treinta.</w:t>
      </w:r>
    </w:p>
    <w:p>
      <w:pPr>
        <w:pStyle w:val="ArticleScripture"/>
        <w:jc w:val="left"/>
      </w:pPr>
      <w:r>
        <w:rPr>
          <w:rFonts w:ascii="Times New Roman" w:hAnsi="Times New Roman" w:eastAsia="Times New Roman" w:cs="Times New Roman"/>
        </w:rPr>
        <w:t>Nde avei, che yvypóra ra’y, ejapyhy peteĩ ladríllo, emoĩ nde renondépe, ha eha’anga hi’ári pe táva, ha’éva Jerusalén: ha ejapo ñorairõ jejoko hese, ha emopu’ã peteĩ tataindy’ỹrõ, ha emboty yvyty hese; emoĩ avei ñorairõhára aty hese, ha emoĩ hese opa rupi ariete ojeka hag̃ua. Upéi ejapyhy ndeve peteĩ sartén hierroguigua, ha emoĩ chupe peteĩ murálla hierroguáicha nde ha pe táva mbytépe: ha embohovái nde rova hese, ha oĩta jejoko guýpe, ha nde rejokóta chupe. Kóva ha’éta peteĩ techaukaha Israel róga pegua. Eñeño avei nde akatúa asu gotyo, ha emoĩ hi’ári pe Israel róga rembiapo vaikue: umi ára papapy rehehápe reñeñótava hi’ári, regueraháta hikuái rembiapo vaikue. Che niko amoĩ nde ári umi ary oguerekóva hikuái hembiapo vaikue, umi ára papapyháicha, mbohapy sua noventa ára: péicha regueraháta pe Israel róga rembiapo vaikue. Ha remohu’ã vove umíva, eñeño jey nde akatúa gotyo, ha regueraháta Judá róga rembiapo vaikue irundy sua ára: peteĩ ára ame’ẽ ndéve peteĩ áryrõ. Upévare embohovái nde rova Jerusalén jejoko gotyo, ha nde jyva oĩta opívo, ha nde reprofetizáta hese. Ha, ehecha, che amoĩta nde ári joapyrã, ha ndaikatumo’ãi rejere peteĩ ykére guive ambuépe peve, remohu’ã meve nde jejoko ára. Ezequiel 4:1–8.</w:t>
      </w:r>
    </w:p>
    <w:p>
      <w:pPr>
        <w:pStyle w:val="ArticleBody"/>
        <w:jc w:val="left"/>
      </w:pPr>
      <w:r>
        <w:rPr>
          <w:rFonts w:ascii="Times New Roman" w:hAnsi="Times New Roman" w:eastAsia="Times New Roman" w:cs="Times New Roman"/>
        </w:rPr>
        <w:t>Jerusalén ñemongora, Ezequiel ohechauka haguéicha, ha’e peteĩ “techaukaha”, péicha avei Jerusalén ñemongora oguerúva’ekue Cestius ary 66-pe. Okomenta hag̃ua Jesús ohechauka hague Jerusalén ñehundipa, Sister White ñanemomarandu pe ñehundipa Jerusalén rehegua “directo” ñemboguataha umi ára pahápe. Pe techaukaha ñehundipa rehegua mokõi testígo ári, ojehechaukapyréva Nabucodonosor ha Cestius rupive, omombe’u pe ñemongora techaukaha ha’eha pe techaukaha pe léi dominical og̃uahẽ hag̃uápe.</w:t>
      </w:r>
    </w:p>
    <w:p>
      <w:pPr>
        <w:pStyle w:val="ArticleHeading"/>
        <w:jc w:val="left"/>
      </w:pPr>
      <w:r>
        <w:rPr>
          <w:rFonts w:ascii="Arial" w:hAnsi="Arial" w:eastAsia="Arial" w:cs="Arial"/>
        </w:rPr>
        <w:t>Peteĩ Ára peteĩ Áño hag̃ua</w:t>
      </w:r>
    </w:p>
    <w:p>
      <w:pPr>
        <w:pStyle w:val="ArticleBody"/>
        <w:jc w:val="left"/>
      </w:pPr>
      <w:r>
        <w:rPr>
          <w:rFonts w:ascii="Times New Roman" w:hAnsi="Times New Roman" w:eastAsia="Times New Roman" w:cs="Times New Roman"/>
        </w:rPr>
        <w:t>Pe pasáhe ñamyesakãhína ryepýpe jahecha avei pe referencia bíblica omega pe regla tenondegua interpretación profética rehegua William Miller mba’éva pe movimiento peteĩha ha mokõiha ánhel marandu ñepyrũrãme. Pe alfa pe principio peteĩ ára peteĩ áño hag̃ua rehegua avei ha’e va’ekue peteĩ símbolo omega, pórke pe alfa pe principio peteĩ ára peteĩ áño hag̃ua rehegua oñemoĩkuri Números arandukápe pe décimo ha pahaite prueba ramo, Israel ohasa’ỹva’ekue; upévare ogueru hi’ári omanóva desiértope umi irundy pa áño oiko aja pe desiérto rapére.</w:t>
      </w:r>
    </w:p>
    <w:p>
      <w:pPr>
        <w:pStyle w:val="ArticleScripture"/>
        <w:jc w:val="left"/>
      </w:pPr>
      <w:r>
        <w:rPr>
          <w:rFonts w:ascii="Times New Roman" w:hAnsi="Times New Roman" w:eastAsia="Times New Roman" w:cs="Times New Roman"/>
        </w:rPr>
        <w:t>Ha pene membykuéra oiko hag̃ua tembiguái hag̃ua yvy ojeikuaa’ỹhápe cuarenta ary pukukue, ha ogueraha hag̃ua penekuatia vai, peve pene retekuéra oñehundi hag̃ua upe desiértope. Pe número ára rehegua peẽ pehesa’ỹijo hague pe yvy, cuarenta ára, peteĩteĩ ára peteĩ ary-rõguáicha, péicha peẽ pegueraháta pene angaipa, cuarenta ary; ha peikuaáta che ñe’ẽ ndojejapóiha. Che, Ñandejára, ha’e upéva; añetehápe ajapóta péicha opaite ko aty añáme rehe, umi oñembyaty va’ekue che rehe; ko desiértope oñehundíta hikuái, ha upépe omanoíta. Números 14:33–35.</w:t>
      </w:r>
    </w:p>
    <w:p>
      <w:pPr>
        <w:pStyle w:val="ArticleBody"/>
        <w:jc w:val="left"/>
      </w:pPr>
      <w:r>
        <w:rPr>
          <w:rFonts w:ascii="Times New Roman" w:hAnsi="Times New Roman" w:eastAsia="Times New Roman" w:cs="Times New Roman"/>
        </w:rPr>
        <w:t>Umi mba’eporã he’ẽva maranduhára rehegua ojehechakuaa hag̃ua pe “ára peteĩ oiko hag̃ua peteĩ ary” rembiasakue pe pu’aka paha guýpe, pe tembiapo porãrã paha rehegua pa’ũme, oñepyrũva Yguasu Pytã rupi ohasa jave; ha upe tembiapokue avei oñemoherakuã jeyha Jerusalén oñemoĩ hag̃uáicha ñemboty guýpe ha oñehundíta hag̃uáicha, tekotevẽ oñentende porã ha ojeporu pe jehaipy rehe ñahesa’ỹijohína; upéicha avei pe “ñemboty” ha’eha pe “techaukaha” iñimportánte.</w:t>
      </w:r>
    </w:p>
    <w:p>
      <w:pPr>
        <w:pStyle w:val="ArticleBody"/>
        <w:jc w:val="left"/>
      </w:pPr>
      <w:r>
        <w:rPr>
          <w:rFonts w:ascii="Times New Roman" w:hAnsi="Times New Roman" w:eastAsia="Times New Roman" w:cs="Times New Roman"/>
        </w:rPr>
        <w:t>Tekotevẽ tembiasakue oñembyatyva’erã ojeporúramo Jerusalén “jere” techaukaha ramo, ha upéva oiko hag̃uáicha peteĩ “eje”, héramo jepe upéicha; ha ñe’ẽjoja rupive, pe jere techaukaha rehe oñembojoaju heta “radio”. Pe jere techaukaha ikatu hag̃uáicha ha’e pe pasaje iñimportantevéva Ezequiel-pe, ha pe techaukaha oheja Judá ñemoñare León oguenohẽ hag̃ua perfección umi mba’égui, iñepyrũme Ezequiel-pe ojeporanduka va’ekue hag̃ua guarã ñembotavy. Pe jere “techaukaha”, pe arýpe peteĩ ára principio, ha umi línea profética oñembyatyva’ekue pe jere rupive, ojehechava’erã upe contexto-pe mokõi po ary ha mbohapypa ohechauka hag̃ua pe pacto opa’ỹva.</w:t>
      </w:r>
    </w:p>
    <w:p>
      <w:pPr>
        <w:pStyle w:val="ArticleHeading"/>
        <w:jc w:val="left"/>
      </w:pPr>
      <w:r>
        <w:rPr>
          <w:rFonts w:ascii="Arial" w:hAnsi="Arial" w:eastAsia="Arial" w:cs="Arial"/>
        </w:rPr>
        <w:t>Pe Ñe’ẽme’ẽ Aty"}</w:t>
      </w:r>
    </w:p>
    <w:p>
      <w:pPr>
        <w:pStyle w:val="ArticleScripture"/>
        <w:jc w:val="left"/>
      </w:pPr>
      <w:r>
        <w:rPr>
          <w:rFonts w:ascii="Times New Roman" w:hAnsi="Times New Roman" w:eastAsia="Times New Roman" w:cs="Times New Roman"/>
        </w:rPr>
        <w:t>Ha he'i Abrámpe: Eikuaa porã nde ñemoñare oikótaha pytagua peteĩ yvýpe ndaha'éiva imba'e, ha omba'apótaha chupekuéra guarã; ha ha'ekuéra ombohasa asýta chupekuéra irundy sua ary pukukue. Génesis 15:13.</w:t>
      </w:r>
    </w:p>
    <w:p>
      <w:pPr>
        <w:pStyle w:val="ArticleBody"/>
        <w:jc w:val="left"/>
      </w:pPr>
      <w:r>
        <w:rPr>
          <w:rFonts w:ascii="Times New Roman" w:hAnsi="Times New Roman" w:eastAsia="Times New Roman" w:cs="Times New Roman"/>
        </w:rPr>
        <w:t>Ñandejára oike peteĩ pacto-pe Abraham ndive mbohapy jekuavo rupive, ha pe tenondegua umi mbohapy jekuavogui oike vaʼekue pe profesía: Abraham ñemoñarekuéra oikóta Egíptope ñembiguáiramo irundysa ary pukukue. Pe mokõiha jekuávope Abraham oñemeʼẽ pe circuncisión rito, ha pe mbohapyha jekuávope ojejapo Isaac sakrifísio yvyty Moriah ári. Irundysa ary ojehechauka vaʼekue pe alfa-pe umi mbohapy jekuavo Ñandejára ojapo vaʼekue omoñepyrũvo ha oikevo pacto-pe peteĩ tetã oiporavóva ndive. Upéva pe tetã oiporavopyre ha oikéva pacto-pe oñemboyke Tupãgui Esteban ojepytasóramo ita rehe ary 34-pe, ha upéi Pablo, pe apóstol oiporavopyre umi gentilkuérape g̃uarã, ohechauka upe irundysa aryha kóicha: irundysasã ary.</w:t>
      </w:r>
    </w:p>
    <w:p>
      <w:pPr>
        <w:pStyle w:val="ArticleScripture"/>
        <w:jc w:val="left"/>
      </w:pPr>
      <w:r>
        <w:rPr>
          <w:rFonts w:ascii="Times New Roman" w:hAnsi="Times New Roman" w:eastAsia="Times New Roman" w:cs="Times New Roman"/>
        </w:rPr>
        <w:t>Ha ko che ha’e, pe ñe’ẽme’ẽ, Tupã omombaretéva’ekue yma Cristo-pe, pe Léi, oúva irundy sua mokõipa arýgui rire, ndaikatúi ombogue térã omboveve, ikatu hag̃uáicha ojapo pe promésa ndoikovéima hag̃ua. Génesis 3:17.</w:t>
      </w:r>
    </w:p>
    <w:p>
      <w:pPr>
        <w:pStyle w:val="ArticleBody"/>
        <w:jc w:val="left"/>
      </w:pPr>
      <w:r>
        <w:rPr>
          <w:rFonts w:ascii="Times New Roman" w:hAnsi="Times New Roman" w:eastAsia="Times New Roman" w:cs="Times New Roman"/>
        </w:rPr>
        <w:t>Pe número ohechaukáva pe ñe’ẽme’ẽ ha’e irundy sy asy, ha umi mokõi testígo Abram ha Saúl rehegua, mokõivéva héra oñemoambuéva Abraham ha Pablo-pe, peteĩteĩva hekópe, ohechauka mokõi ára pukukue iñambuéva ojapóva pe papapy tuichakue irundy sy asy. Tupã omoambue jave peteĩ ánga réra, upéva ha’e peteĩ techaukaha peteĩ joaju ñe’ẽme’ẽgua oĩva pe ánga ha Tupã apytépe. Umi irundy sy asy ary, upévare, ha’e peteĩ ñemboaty osẽva mokõi papapy iñambuéva ñembojoapýgui, Abraham reheguáicha pe irundy sy ha Pablo omoĩva mbohapy pa. Ezequiel oñeno iva chuguy asu gotyo mbohapy sy porundy ára pukukue, ha upéi iva akatúa gotyo irundy pa ára pukukue; upéicha ohechaukávo mokõi papapy ipahaitépe omyenyhẽva irundy sy asy.</w:t>
      </w:r>
    </w:p>
    <w:p>
      <w:pPr>
        <w:pStyle w:val="ArticleBody"/>
        <w:jc w:val="left"/>
      </w:pPr>
      <w:r>
        <w:rPr>
          <w:rFonts w:ascii="Times New Roman" w:hAnsi="Times New Roman" w:eastAsia="Times New Roman" w:cs="Times New Roman"/>
        </w:rPr>
        <w:t>Génesis capítulo once-pe, pe ñemano joaju ojeguerúva pya’e pe y opavave rire Nimrod ñepu’ã rupive ohechauka mokõi joaju apytépe oĩha peteĩ joavypa. Babel róga yvategua mba’ekuéra ohechauka peteĩ Satanás rehegua “peñesalva peẽ voi” joaju tavayguakuérape oñehusgava’erã ha omyasãiva’erã. Upe capítulo-pe avei, hebreokuéra genealogía oñepyrũ Eber heñóivo, ojehechaukávo upéicha peteĩ tetã ojeporavopyre ñepyrũ orepresenta hag̃ua pe tekove joaju, joavy hag̃uáicha Nimrod ñemano joajúgui.</w:t>
      </w:r>
    </w:p>
    <w:p>
      <w:pPr>
        <w:pStyle w:val="ArticleScripture"/>
        <w:jc w:val="left"/>
      </w:pPr>
      <w:r>
        <w:rPr>
          <w:rFonts w:ascii="Times New Roman" w:hAnsi="Times New Roman" w:eastAsia="Times New Roman" w:cs="Times New Roman"/>
        </w:rPr>
        <w:t>Ha Éber oikove irundy ha mokõipa ary, ha imemby Peleg; ha Éber oikove Peleg rire irundy ciento ha mbohapypa ary, ha imemby kuimba’e ha kuña. Ha Peleg oikove mbohapypa ary, ha imemby Reú. Génesis 11:16–18.</w:t>
      </w:r>
    </w:p>
    <w:p>
      <w:pPr>
        <w:pStyle w:val="ArticleBody"/>
        <w:jc w:val="left"/>
      </w:pPr>
      <w:r>
        <w:rPr>
          <w:rFonts w:ascii="Times New Roman" w:hAnsi="Times New Roman" w:eastAsia="Times New Roman" w:cs="Times New Roman"/>
        </w:rPr>
        <w:t>Génesis kapítulo diez-pe, Eber ha Peleg ñeñe'ẽpy oñemombe'u.</w:t>
      </w:r>
    </w:p>
    <w:p>
      <w:pPr>
        <w:pStyle w:val="ArticleScripture"/>
        <w:jc w:val="left"/>
      </w:pPr>
      <w:r>
        <w:rPr>
          <w:rFonts w:ascii="Times New Roman" w:hAnsi="Times New Roman" w:eastAsia="Times New Roman" w:cs="Times New Roman"/>
        </w:rPr>
        <w:t>Ha Éver-pe heñói mokõi ta’ýra: peteĩva réra vaʼekue Pélag; haʼe oikovévo pe yvy oñembojaʼo haguére; ha iñermáno réra vaʼekue Joctán. Génesis 10:25.</w:t>
      </w:r>
    </w:p>
    <w:p>
      <w:pPr>
        <w:pStyle w:val="ArticleBody"/>
        <w:jc w:val="left"/>
      </w:pPr>
      <w:r>
        <w:rPr>
          <w:rFonts w:ascii="Times New Roman" w:hAnsi="Times New Roman" w:eastAsia="Times New Roman" w:cs="Times New Roman"/>
        </w:rPr>
        <w:t>Péleg he’ise mboja’o térã pe’a, ha Péleg árape mokõi aty tavayguakuéra ñemoñe’ẽme’ẽgua mboja’o ojehechauka Babel róga yvate rembiasakue ha Nimrod pu’aka’ỹme. Éber oikove irundy sy ary ha sesenta irundy ary peve, ha Péleg (mboja’o) rire onase, oikove gueteri irundy sy ary ha mbohapypa ary. Opa mba’e orekógui hekopete he’iséva, ha irundy sy ary ha mbohapypa ary hína pe papapy Pablo ome’ẽva Abraham ñemoñe’ẽme’ẽ profesíape. Jepe pe papapy irundy sy ary ha mbohapypa oñembojoaju Éber rekovére Péleg onase rire, umi peteĩha mbohapypa irundy ary hekovepegua oje’e “irundy ha mbohapypa ary”, upéva, añetehápe, ha’e mbohapypa irundy ary; ha katu upe ñe’ẽpoty hasy’ỹva rupive umi mbohapypa irundy ary rehe, oñeñe’ẽ “irundy” ha “mbohapypa” rehe (430). Upéi ou irundy sy ary ha mbohapypa, ha upe peteĩha ñe’ẽme’ẽ Péleg rekove rehegua ha’e “mbohapypa.”</w:t>
      </w:r>
    </w:p>
    <w:p>
      <w:pPr>
        <w:pStyle w:val="ArticleBody"/>
        <w:jc w:val="left"/>
      </w:pPr>
      <w:r>
        <w:rPr>
          <w:rFonts w:ascii="Times New Roman" w:hAnsi="Times New Roman" w:eastAsia="Times New Roman" w:cs="Times New Roman"/>
        </w:rPr>
        <w:t>Éber ha’e hína pe téra Hebreo rapo, ha upéva hína pe ñe’ẽmbyrã peteĩha umi Hebreo rehegua, ha’ekuéra oikótava’ekue tetã ojeiporavóva pe pacto rehegua. Éber he’ise okurusu hag̃ua térã ohasa hag̃ua, upévare ohechauka hag̃ua pe pueblo del pacto ohasáva yvygui pe yvy pyahúpe, Abraham ra’ykuéra ojapohaguéicha ohasa ramo guare pe Mar Pytã pe Yvy Ñeme’ẽmby meve. Pe ojere asyva’ekue desiértope cuarenta ary aja ombohasa’ỹ hag̃uáicha upe jehasa, péro umi cuarenta ary pahápe ohasa hikuái pe Jordán pe Yvy Ñeme’ẽmbyme, upéicha ohechauka hag̃ua pe jehasa paha Tupã retãyguakuéra rehegua. Péleg ohechauka pe tembiasakue, araka’e yvyporakuéra oñemboja’o peteĩha mokõi pueblo del pacto-pe, Nimrod róga yvatehápe. Pe ta’anga pe pacto ñemano rehegua Nimrod-gua hína ñembyaty’ỹ ha apañuãi, ha pe ta’anga pe pacto tekove rehegua hebreokuéra mba’éva hína umi cuatrocientos treinta ary Éber rekovépe, pe ñemboja’o mboyve Péleg ohechaukáva. Pe téra Péleg avei omarkaha peteĩ añetegua simbólica numérica, pórke umi cuatrocientos treinta ary Éber rehegua oñemboja’o mokõi papapyme, ha Péleg ohechauka peteĩ jehechakuaa hag̃ua pe cuatrocientos rehegua pe papapy treinta ndive.</w:t>
      </w:r>
    </w:p>
    <w:p>
      <w:pPr>
        <w:pStyle w:val="ArticleBody"/>
        <w:jc w:val="left"/>
      </w:pPr>
      <w:r>
        <w:rPr>
          <w:rFonts w:ascii="Times New Roman" w:hAnsi="Times New Roman" w:eastAsia="Times New Roman" w:cs="Times New Roman"/>
        </w:rPr>
        <w:t>Irundy cien treinta oguereko mokõi parte. Abraham ñe’ẽme’ẽngue irundy cien ary, ha upéva ndive umi mbohapy pa aryve Pablo ohechauka va’ekue. Pe kuaapy hetave oñemoheñóiva pe ñemongu’e paha Tupã tavayguakuérape guarã ojehechauka Daniel kuatiañe’ẽ capítulo doce-pe, upépe pe techaukaha mokõive parte rehegua pe ñe’ẽme’ẽ opa’ỹva rehegua oñemombe’u porãite, ha oñemoĩ umi versículo 9/11-pe.</w:t>
      </w:r>
    </w:p>
    <w:p>
      <w:pPr>
        <w:pStyle w:val="ArticleScripture"/>
        <w:jc w:val="left"/>
      </w:pPr>
      <w:r>
        <w:rPr>
          <w:rFonts w:ascii="Times New Roman" w:hAnsi="Times New Roman" w:eastAsia="Times New Roman" w:cs="Times New Roman"/>
        </w:rPr>
        <w:t>Ha he’i: Tereho nde rape, Daniel; umi ñe’ẽ oñembotypa ha oñembotýta pe ára paha peve. Heta oñemopotĩta, oñemomorotĩta ha oñeha’ãta; ha umi iñañáva ojapóta mba’e vai; ha avave umi iñañáva ndoikuaamo’ãi; umi arandu katu oikuaáta. Ha pe ára guive oñemboykéta jave pe sacrificio ára ha ára guáva, ha oñemoĩta pe mba’e jeguaru ombosunúva, ohasáta mil mokõi sua noventa ára. Daniel 12:9–11.</w:t>
      </w:r>
    </w:p>
    <w:p>
      <w:pPr>
        <w:pStyle w:val="ArticleBody"/>
        <w:jc w:val="left"/>
      </w:pPr>
      <w:r>
        <w:rPr>
          <w:rFonts w:ascii="Times New Roman" w:hAnsi="Times New Roman" w:eastAsia="Times New Roman" w:cs="Times New Roman"/>
        </w:rPr>
        <w:t>Pe ñemboty pahaite omoheñóiva peteĩ tembiasakue mbohapy jeporavo rehegua, ojehechaukaháicha versíkulo diez-pe “opotĩ hag̃ua, morotĩ hag̃ua ha oñeha’ã hag̃ua,” ojoaju umi mil mokõi sa noventa ary rehe. Pe ñehesa’ỹijo ypykue ko versíkulo rehegua he’i pe ojeipe’aha pe ñorairõ paganisimo rehegua ary 508-pe omoñepyrũ hague peteĩ proceso mbohapypa ary pukukue ogueraháva pe papado oñemopu’ã hag̃ua ary 538-pe Biblia maranduhára ñemombe’úpe pe poteĩha mburuvicharãicha; upéi upéva ogoverna va’ekue pe poteĩha mburuvicharãicha Biblia maranduhára ñemombe’úpe pe mil mokõi sa poxy ary oñemohu’ã meve ary 1798-pe. Umi mbohapypa ary 508 guive 538 peve avei Pablo ohechauka peteĩ “ojejere ypy va’erã” ramo, 2 Tesalonicenses-pe.</w:t>
      </w:r>
    </w:p>
    <w:p>
      <w:pPr>
        <w:pStyle w:val="ArticleBody"/>
        <w:jc w:val="left"/>
      </w:pPr>
      <w:r>
        <w:rPr>
          <w:rFonts w:ascii="Times New Roman" w:hAnsi="Times New Roman" w:eastAsia="Times New Roman" w:cs="Times New Roman"/>
        </w:rPr>
        <w:t>2 Tesalonicenses-pe pe tema hína pe joaju Roma pagana ha Roma papal apytépe, koʼãva hína respectivamente pe irundyha ha poha reino profecíape. Ko capítulo Tesalonicenses-pe William Miller ohechakuaa pe “koʼára guive” pe líbro Daniel-pe ohechauka hague Roma pagana; ha Miller aveive ohechakuaa pe “koʼára guive” Daniel-pe akóinte oñepresenta pe mbaʼe vai oporomombyrýva térã pe ñembyavai oporomombyrýva ndive. Pe mbaʼe vai ha pe ñembyavai oporomombyrýva pe líbro Daniel-pe ohechauka umi mbaʼe Juan omombeʼúva pe líbro Apocalipsis-pe pe taʼanga mymbaguasu rehegua ha pe marka mymbaguasu rehegua, respectivamente.</w:t>
      </w:r>
    </w:p>
    <w:p>
      <w:pPr>
        <w:pStyle w:val="ArticleBody"/>
        <w:jc w:val="left"/>
      </w:pPr>
      <w:r>
        <w:rPr>
          <w:rFonts w:ascii="Times New Roman" w:hAnsi="Times New Roman" w:eastAsia="Times New Roman" w:cs="Times New Roman"/>
        </w:rPr>
        <w:t>William Miller omoĩkete hetave, ndaha’éiramo opaite, iñemboaporã profético mokõi pokatu ombyaíva rehe, ojehechaukáva “ara ha ára pegua” ramo (“daily”) (Roma pagana), ha pe mokõiha pokatu ombyaíva, oje’éva mokõi hendáicha: pe tembiapo vai oheja hag̃uáicha (iglesia ha estado ñembojoaju), Apocalipsis-pe—mymba ra’anga ramo (pe estructura profética papal), ha pe mba’e jeguaru oheja hag̃uáicha (kuarahy ñemomba’e guasu) Apocalipsis-pe—mymba marca ramo. Pe kuatiañe’ẽ Miller ohupytyva’ekue Pablo ohechaukaháicha 2 Tesalonicenses-pe ha’e peteĩ entendimiento tenondegua ha ipoguýva Miller-pe g̃uarã, ha’éva símbolo Adventismo ypykue rehegua. Pablo he’i umi ndohayhúiva pe añetegua ojehechaukáva 2 Tesalonicenses mokõiha kapítulo-pe ha’eha umi oguerohorýva pe mbotavy guasu.</w:t>
      </w:r>
    </w:p>
    <w:p>
      <w:pPr>
        <w:pStyle w:val="ArticleBody"/>
        <w:jc w:val="left"/>
      </w:pPr>
      <w:r>
        <w:rPr>
          <w:rFonts w:ascii="Times New Roman" w:hAnsi="Times New Roman" w:eastAsia="Times New Roman" w:cs="Times New Roman"/>
        </w:rPr>
        <w:t>Daniel mbohapy versíkulope (Daniel 12:9–11), pe kuaapy simbólico ára pahápe ndaikatúi oike pype aravo jeporu, pórke 1844 jasypa 22 guive; aravo profético jeporu ndovaléi véima. Umi versíkulo 9/11 ohechauka mokõi período iñambuéva: peteĩ treinta ary ha ambue mil mokõi saĩ poapy ary. Papapy cuarenta ha papapy mil mokõi saĩ poapy mokõivéva ha’e símbolo peteĩ desiérto profético rehegua, ha profecíape ikatu oñembohekopyahu ojupe hag̃ua. Upévare, mil mokõi saĩ poapy ikatu oñentende cuarenta ramo, ha cuarenta ha’e diezmo irundy sua gui. Umi versíkulo 9/11 ohechauka pe papapy pe ñe’ẽme’ẽ opa’ỹva rehegua, oñerrepresentaháicha irundy sua (Abraham) joaju hag̃uáicha treinta (Pablo) ndive. Pe “desiérto” ojehechaukáva “mil mokõi saĩ poapy” rupive ojoja peteĩ “desiérto” “cuarenta” reheguápe, ha irundy, ha’e diezmo irundy sua gui. Treinta ha’e treinta. Irundy sua treinta osẽ pe papapy irundy sua oñembojoapýramo papapy treinta rehe, ha Ezequiel capítulo irundýpe ojehechauka mbohapy sua porundy oñembojoapýramo papapy cuarenta rehe.</w:t>
      </w:r>
    </w:p>
    <w:p>
      <w:pPr>
        <w:pStyle w:val="ArticleBody"/>
        <w:jc w:val="left"/>
      </w:pPr>
      <w:r>
        <w:rPr>
          <w:rFonts w:ascii="Times New Roman" w:hAnsi="Times New Roman" w:eastAsia="Times New Roman" w:cs="Times New Roman"/>
        </w:rPr>
        <w:t>Umi versíkulo 9/11 capítulo doce-peguápe ohechauka mbohapy período profético oĩvagui pe mbytépe capítulo-pe, ha ha’e hína peteĩ símbolo pe pacto opa’ỹvagui ojeipe’áva umi ára pahápe. Pe jeipe’a pe significado irundycientos treinta rehegua umi ára pahápe ojejapo Ezequiel capítulo irundy-pe.</w:t>
      </w:r>
    </w:p>
    <w:p>
      <w:pPr>
        <w:pStyle w:val="ArticleBody"/>
        <w:jc w:val="left"/>
      </w:pPr>
      <w:r>
        <w:rPr>
          <w:rFonts w:ascii="Times New Roman" w:hAnsi="Times New Roman" w:eastAsia="Times New Roman" w:cs="Times New Roman"/>
        </w:rPr>
        <w:t>Judá ñemoñare Rykue koʼág̃a oipeʼa hína paha marandu ñeñangarekorã umi, jeroviápe oike vaʼekuépe Pe Tenda Marangatuevepýpe Ezequiel, Juan, Daniel ha Isaías ndive. Pe añetegua ojehechauka hag̃ua oñondive umi ojegueraháva yvate gotyo, ojehechaukáva ndahaʼéi Israel-gua oñemosẽ vaʼekuéntema ramo, ha katu avei peteĩ techaukaha ramo umi cien cuarenta y cuatro mil rehegua. Pe añetegua oñemohenda pe pacto ryepýpe, ojehechaukáva Abraham rembiasakue irundycientos ary rupive, oñondive pe pacto ojehechaukáva Pablo rembiasakue treinta ary rupive. Pe añetegua oñemoĩ porã Daniel doce-pe, umi versículo 9/11-pe, ohechaukáva mbytépe mbohapy período simbólico, umi Millerita-kuéra ontende porã vaʼekue. Pe añetegua mbytegua 9/11, koʼág̃a ojeipeʼáva Daniel doce-pe, ojehechauka Ezequiel trescientos noventa ára ha cuarenta ára rupive. Umi ára ojehechauka Ezequiel-pe pe ary treinta-hápe pe ciclo jubilar diecisieteha-pe, ha Ezequiel, peteĩ paʼi ramo, ohechauka pe sacerdocio umi cien cuarenta y cuatro mil rehegua, oĩva pe prueba mbytépe, mbohapy prueba apytépe.</w:t>
      </w:r>
    </w:p>
    <w:p>
      <w:pPr>
        <w:pStyle w:val="ArticleBody"/>
        <w:jc w:val="left"/>
      </w:pPr>
      <w:r>
        <w:rPr>
          <w:rFonts w:ascii="Times New Roman" w:hAnsi="Times New Roman" w:eastAsia="Times New Roman" w:cs="Times New Roman"/>
        </w:rPr>
        <w:t>Ezequiel oñemarca pe prueba templo ryepýpe “ára pohápe” “jasy irundyhápe”, ha upéva historia Millerita-pe ohechauka kuri pe mbyteitépe (“mbyte rupi”) umi siete jasy oñepyrũva’ekue pe ñembotavy peteĩha ári 19 jasyrundy 1844-pe, ha opa 22 jasypa pe ary peteĩteĩme.</w:t>
      </w:r>
    </w:p>
    <w:p>
      <w:pPr>
        <w:pStyle w:val="ArticleScripture"/>
        <w:jc w:val="left"/>
      </w:pPr>
      <w:r>
        <w:rPr>
          <w:rFonts w:ascii="Times New Roman" w:hAnsi="Times New Roman" w:eastAsia="Times New Roman" w:cs="Times New Roman"/>
        </w:rPr>
        <w:t>“Áño 1844-pe, arahaku pukukue jave, pe aravo mbyte rupi oñemoĩ vaʼekue ypy guive pe 2300 ára opa vaʼerãha ha pe otoño upe arýpe, upépe rire ojejuhúgui ipukukue peve og̃uahẽha, pe marandu oñemomarandu hag̃ua Escritúra ñeʼẽ tee rupive: ‘¡Péina, pe Menda renda oúma!’” The Great Controversy, 398.</w:t>
      </w:r>
    </w:p>
    <w:p>
      <w:pPr>
        <w:pStyle w:val="ArticleBody"/>
        <w:jc w:val="left"/>
      </w:pPr>
      <w:r>
        <w:rPr>
          <w:rFonts w:ascii="Times New Roman" w:hAnsi="Times New Roman" w:eastAsia="Times New Roman" w:cs="Times New Roman"/>
        </w:rPr>
        <w:t>21 jasypokõi, 1844-pe, opytákuri mbyte rupi umi siete jasy marangatu apytépe, ha upe árape Samuel Snow oĩkuri Boston Tabernacle-pe opresenta hag̃ua imarandu Pyharepyte Sapukái rehegua. Upépe, peteĩhaite jey peteĩ exposición pública-pe, ha’e “omoherakuã Ñandejára Ñe’ẽme oĩháichaite: ‘¡Péina, pe Menda Ruvicha ou!’” Koʼág̃a ñande, símbolo-icha, ñaiméva Ezequiel ndive Boston Tabernacle-pe, michĩmi mboyve umi mensajéro pyharepyte sapukái rehegua jehupi osẽ hag̃ua yguasúicha. Pe proceso profético pe poyvi jehupi rehegua ojehechauka línea profética Islam reheguápe Apocalipsis capítulo nueve-pe. Ezequiel capítulo cuatro ome’ẽ pe mokõiha testígo ha pe pahaite upe profesía rehegua mbohapycientos noventa y un ary ha quince ára rehegua, ha upéva ojapo capítulo cuatro-pe.</w:t>
      </w:r>
    </w:p>
    <w:p>
      <w:pPr>
        <w:pStyle w:val="ArticleBody"/>
        <w:jc w:val="left"/>
      </w:pPr>
      <w:r>
        <w:rPr>
          <w:rFonts w:ascii="Times New Roman" w:hAnsi="Times New Roman" w:eastAsia="Times New Roman" w:cs="Times New Roman"/>
        </w:rPr>
        <w:t>Ñamotenondéta ko'ã mba'e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Verso Kuarenta Rekove Kañymby — Papapy Mokõi Paapy Poteĩ hag̃ua</dc:title>
  <dc:subject>Ezequiel Papapy 9</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