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Pe Tembiasakue Kañymby Ayvu 40 rehegua - Papapy 31</w:t>
      </w:r>
    </w:p>
    <w:p>
      <w:pPr>
        <w:pStyle w:val="ArticleSubtitle"/>
        <w:jc w:val="left"/>
      </w:pPr>
      <w:r>
        <w:rPr>
          <w:rFonts w:ascii="Arial" w:hAnsi="Arial" w:eastAsia="Arial" w:cs="Arial"/>
        </w:rPr>
        <w:t>Ezequiel Papapy Mokõiha</w:t>
      </w:r>
      <w:r>
        <w:rPr>
          <w:rFonts w:ascii="Microsoft YaHei" w:hAnsi="Microsoft YaHei" w:eastAsia="Microsoft YaHei" w:cs="Microsoft YaHei"/>
        </w:rPr>
        <w:t>】</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Pe artíkulo mboyvegua opáma pe párrafo he’íva kóicha: “Pe matrimonio de tratado ary 313-pe ohechauka pe matrimonio de tratado pahaguéva pe mbarete papal reheve Estados Unidos ndive—pe mburuvicha guasu tenondegua Apocalipsis diecisiete-pe umi diez rréi apytépe; peteĩ poder mokõi hatĩva ojehechaukáva pe poder mokõi hatĩva Francia pegua rupi. Pe tembiasakue oñepyrũva Clovis rehe ary 496-pe ha ipahápe ogueraháva pe decreto Justiniano pegua ary 533-pe ha pe papado ñemoĩ guapy rehe ary 538-pe, ohechauka pe tembiasakue ary 1989 guive pe ley dominical peve.”</w:t>
      </w:r>
    </w:p>
    <w:p>
      <w:pPr>
        <w:pStyle w:val="ArticleBody"/>
        <w:jc w:val="left"/>
      </w:pPr>
      <w:r>
        <w:rPr>
          <w:rFonts w:ascii="Times New Roman" w:hAnsi="Times New Roman" w:eastAsia="Times New Roman" w:cs="Times New Roman"/>
        </w:rPr>
        <w:t>Ronald Reagan ojehechauka Clovis rupive ary 496-pe, ha Donald Trump ojehechauka Justiniano rupive 533-pe. Justiniano decreto ou cinco ary mboyve papado ojupi mburuvicha guasu renda ári 538-pe, ha Edicto de Milán ou ocho ary mboyve pe primera léi domingo rehegua 321-pe. Mokõive, pe decreto ha pe edicto, ojoaju pe waymark ramo omotenondéva pe léi domingo rehegua.</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Áño 1870-pe, ñorairõ italiana ojagarra Roma (20 jasyporundy 1870). Umi Estado Pontificio opáma oiko hag̃ua peteĩ estado territorial ramo, ha Papa Pío IX oiko hag̃ua “pe prisionéro Vaticano-pe”. Ndaipórigui papal retã yvy hembýva ojehechakuaáva peteĩ estado soberano ramo, Estados Unidos (heta ambue tetãicha) ndojokovéi relaciones diplomáticas formales Papa ndive, mburuvicha guasu temporal ramo. Jasypa 1951-pe, Mburuvicha Harry S. Truman ombohéra General Mark W. Clark-pe Estados Unidos Ambaixadór ramo Vaticano-pe. Pya’eterei opu’ã ñembojovake mbarete heta iglesia ha organización protestante-gui, umi he’íva pe nombramiento ombyaiha pe separación iglesia ha estado apytépe. Jasyteĩ 1952-pe, General Clark oipe’a hembiapo hag̃ua pe nominación-gui.</w:t>
      </w:r>
    </w:p>
    <w:p>
      <w:pPr>
        <w:pStyle w:val="ArticleBody"/>
        <w:jc w:val="left"/>
      </w:pPr>
      <w:r>
        <w:rPr>
          <w:rFonts w:ascii="Times New Roman" w:hAnsi="Times New Roman" w:eastAsia="Times New Roman" w:cs="Times New Roman"/>
        </w:rPr>
        <w:t>10 jasypa 1984-pe, Mburuvicha Ronald Reagan ha Papa Juan Pablo II oñemoĩ peteĩ ñe'ẽme mba'éichapa oñemopyendáta relaciones diplomáticas plenas Estados Unidos ha Santa Sede apytépe. 9 jasyrundy 1984-pe, William A. Wilson (oñangarekómava kuri yma guive representante personal ramo Reagan rehe) ome'ẽ icredenciales ha oiko pe primer Embajador de Estados Unidos Santa Sede-pe.</w:t>
      </w:r>
    </w:p>
    <w:p>
      <w:pPr>
        <w:pStyle w:val="ArticleBody"/>
        <w:jc w:val="left"/>
      </w:pPr>
      <w:r>
        <w:rPr>
          <w:rFonts w:ascii="Times New Roman" w:hAnsi="Times New Roman" w:eastAsia="Times New Roman" w:cs="Times New Roman"/>
        </w:rPr>
        <w:t>Mbohapy treinta y tres ary 1951 guive 1984 peve, Protestantísmo opuʼãva Catolicismo rehe oñembogue ha opa. Umi “jyva” opuʼãva papado rehehápe ary 496-pe Clovis ndive, ohechauka typológicamente Reagan-pe ary 1984-pe, ha upégui oike 1989 peve. Clovis ohechauka pe jerovia rehegua (paganismo) oñemboguejy hague, pe ojokóva papado ani hag̃ua ojupi jey pokatupe; ha ary 1984 peve, Protestantísmo opuʼãva papado jevy rehe oñembogue ha oñemboipeʼa. Pe “ara ha ára guigua” (paganismo) oñemboipeʼa kuri, ha Pablo omombeʼu pe paganismo opuʼãva papado rehe oñemboipeʼa hague peteĩ “jeʼa hag̃ua” ramo.</w:t>
      </w:r>
    </w:p>
    <w:p>
      <w:pPr>
        <w:pStyle w:val="ArticleBody"/>
        <w:jc w:val="left"/>
      </w:pPr>
      <w:r>
        <w:rPr>
          <w:rFonts w:ascii="Times New Roman" w:hAnsi="Times New Roman" w:eastAsia="Times New Roman" w:cs="Times New Roman"/>
        </w:rPr>
        <w:t>Pe kompromíso rehegua tupão simbólica ojehechaukáva Constantino el Grande rupive ha pe tembiasakue 313 guive 538 peve ohechaukáva peteĩ ára ha’ékuri peteĩ período peteĩ tupão ojejopy hag̃ua kompromíso rehe ha ojeity hag̃ua jevy. Pe religión ojehechaukáva ‘508’ rupive, ymave ojoko vaʼekue pe papado pokatu oike pyaʼeve hag̃ua, ohechauka ñandejárare ojeity jevyha protestantekuéra Estados Unidos-pe. Reagan ojehechauka vaʼekue Clovis rupive. Áño 496-pe Clovis omeʼẽ ikatu hag̃uáicha “ipokatu” papado-pe, upéicha ohechaukávo pe “joaju marangatuʼỹ” oñemboguata vaʼekue Reagan arykuérape. Clovis avei ohechauka vaʼekue pe “diario” jegueraha hag̃ua ñemboyke 508-pe. 508 ohechauka 1984.</w:t>
      </w:r>
    </w:p>
    <w:p>
      <w:pPr>
        <w:pStyle w:val="ArticleScripture"/>
        <w:jc w:val="left"/>
      </w:pPr>
      <w:r>
        <w:rPr>
          <w:rFonts w:ascii="Times New Roman" w:hAnsi="Times New Roman" w:eastAsia="Times New Roman" w:cs="Times New Roman"/>
        </w:rPr>
        <w:t>“Ko ñe’ẽme’ẽ pagãna ha kristianismo apytépe ogueru vaʼekue ‘pe kuimbaʼe angaipa rehegua’ oñeprofetisa vaʼekue oĩ hag̃ua Tupã rehe oñemoĩva ha oñemombaʼeguasúva ijehegui Tupã ári. Pe sistema tuichaitereíva religión japu rehegua haʼe Satanás pokatu rembiapokue porãite peteĩva—peteĩ manduʼarã iñehaʼã rehe guare oguapy hag̃ua guapyha rréino ári omburuvicha hag̃ua ko yvy hembipota heʼiháicha.” The Great Controversy, 50.</w:t>
      </w:r>
    </w:p>
    <w:p>
      <w:pPr>
        <w:pStyle w:val="ArticleBody"/>
        <w:jc w:val="left"/>
      </w:pPr>
      <w:r>
        <w:rPr>
          <w:rFonts w:ascii="Times New Roman" w:hAnsi="Times New Roman" w:eastAsia="Times New Roman" w:cs="Times New Roman"/>
        </w:rPr>
        <w:t>Reagan ohenói pe Unión Soviética-pe peteĩ “imperio ivaíva” 1983-pe peteĩ ñe’ẽme’ẽme, ha ohechakuaa comunismo ateo-pe peteĩ amenaza tuichaitereíva moral ha espiritual. Ha’e ha Juan Pablo II omoheñói peteĩ joajuete hi’aguĩva, personal ha político, comunismo soviético rovái. Mokõivéva kuimba’e ohecha pe ñorairõha teko porã ha jeikove marangatu rehegua ñe’ẽme, ha jepe providencialmente; Reagan oñe’ẽva’ekue ñemiháme peteĩ “Plan Divino” rehe oguejy hag̃ua comunismo. Reagan oguereko va’ekue interés aparisiónkuéra Fátima-pegua rehe (pe ñemomarandu he’íva “Rusia omyasãitaha ijejavykuéra”), ha mokõive mburuvicha oñomongeta pe sentido oñondivegua rehe Ñandejára oheja hague ichupekuéra oikove hag̃ua (mokõivéva oikove jey atentado rire 1981-pe) peteĩ propósito rehehápe ojoajúva comunismo ñehundíre.</w:t>
      </w:r>
    </w:p>
    <w:p>
      <w:pPr>
        <w:pStyle w:val="ArticleHeading"/>
        <w:jc w:val="left"/>
      </w:pPr>
      <w:r>
        <w:rPr>
          <w:rFonts w:ascii="Arial" w:hAnsi="Arial" w:eastAsia="Arial" w:cs="Arial"/>
        </w:rPr>
        <w:t>Cristo Remimbo'ekuéra</w:t>
      </w:r>
    </w:p>
    <w:p>
      <w:pPr>
        <w:pStyle w:val="ArticleBody"/>
        <w:jc w:val="left"/>
      </w:pPr>
      <w:r>
        <w:rPr>
          <w:rFonts w:ascii="Times New Roman" w:hAnsi="Times New Roman" w:eastAsia="Times New Roman" w:cs="Times New Roman"/>
        </w:rPr>
        <w:t>Reagan oñemongakuaa pe denominación Discípulos de Cristo-pe, umi itúva fundadór kuéra ombo’e va’ekue directamente catolicismo pápaha hague pe anticristo. Alexander Campbell, pe mburuvicha tenondegua iñimportantevéva umi ára ypykuegua iglesia Discípulos de Cristo-pe, heta jeýma ohechauka va’ekue pe papadoha pe anticristo. Ñomongeta ha jehaípe, ha’e he’i va’ekue pe hatĩ michĩva Daniel 7-pe, pe mymba Ñemombe’u 13-pe, ha pe kuimba’e angaipa rehegua 2 Tesalonicenses 2-pe, opavave ohechaukaha Roma pápakuérape. Ha’e oipuru ko’ã jehechakuaa ñomongeta hag̃ua opavave renondépe (oimehápe pe Obispo católico John B. Purcell ndive ary 1837-pe). Barton W. Stone ohenói va’ekue pe Papa gobiernope pe añetegua anticristo ha pe “kuimba’e angaipa rehegua”. Walter Scott (ambue evangelista yma guare ko movimientopegua) ohai va’ekue pe kuimba’e angaipa rehegua, Roma Papa, opu’ãtaha pe iglesia cristiana ryepýpe ha ombotuichataha ijehe Tupã ári.</w:t>
      </w:r>
    </w:p>
    <w:p>
      <w:pPr>
        <w:pStyle w:val="ArticleBody"/>
        <w:jc w:val="left"/>
      </w:pPr>
      <w:r>
        <w:rPr>
          <w:rFonts w:ascii="Times New Roman" w:hAnsi="Times New Roman" w:eastAsia="Times New Roman" w:cs="Times New Roman"/>
        </w:rPr>
        <w:t>Reagan sy Nelle, he’i sy, ha’e va’ekue peteĩ miembro jeroviapýva pe denominación Disciples of Christ-pe, ha ha’e va’ekue pe influencia religiosa tenondetéva ijehe orekórõ guare mitã. Reagan oñemongarai va’ekue pe iglesia Disciples of Christ-pe Dixon, Illinois-pe, oguerekórõ guare 11 ary, ha oiko kyre’ỹme upépe imitãrusúramo (oimehápe ombo’e hag̃ua escuela dominical). Oike va’ekue Eureka College-pe, oĩva’ekue joaju hag̃uáicha Disciples of Christ ndive.</w:t>
      </w:r>
    </w:p>
    <w:p>
      <w:pPr>
        <w:pStyle w:val="ArticleScripture"/>
        <w:jc w:val="left"/>
      </w:pPr>
      <w:r>
        <w:rPr>
          <w:rFonts w:ascii="Times New Roman" w:hAnsi="Times New Roman" w:eastAsia="Times New Roman" w:cs="Times New Roman"/>
        </w:rPr>
        <w:t>“Umi oñekonfundíva iñentendimientópe pe ñeʼẽ rehe, ha ndohecháiva pe significado anticristo rehegua, katuete omoĩta ijehe anticristo lado-pe. Koʼág̃a ndaipóri tiempo ñande hag̃uáicha ñañembojoaju hag̃ua ko mundo ndive.” Kress Collection, 105.</w:t>
      </w:r>
    </w:p>
    <w:p>
      <w:pPr>
        <w:pStyle w:val="ArticleBody"/>
        <w:jc w:val="left"/>
      </w:pPr>
      <w:r>
        <w:rPr>
          <w:rFonts w:ascii="Times New Roman" w:hAnsi="Times New Roman" w:eastAsia="Times New Roman" w:cs="Times New Roman"/>
        </w:rPr>
        <w:t>Reagan ojehechauka Clovis rupive ha avei Constantino el Grande ñomongeta hag̃ua rupive. Reagan avei pe peteĩha umi pahapy apytégui, umi pahápegua poapy mburuvicha guasu apytépe, ára paha guive ary 1989-pe. Haʼe, peteĩha ramo umi pahápegua poapy mburuvicha guasúgui, ohechauka Donald Trump-pe, ha’éva, Reagan-icha, tuichaite oñembotavyva pe papado rembipotáre añeteguáre, ha máva hína pe papado.</w:t>
      </w:r>
    </w:p>
    <w:p>
      <w:pPr>
        <w:pStyle w:val="ArticleScripture"/>
        <w:jc w:val="left"/>
      </w:pPr>
      <w:r>
        <w:rPr>
          <w:rFonts w:ascii="Times New Roman" w:hAnsi="Times New Roman" w:eastAsia="Times New Roman" w:cs="Times New Roman"/>
        </w:rPr>
        <w:t>¿Ikatúpa mokõi oguata oñondive, noimeiramo peteĩ ñeʼẽme? Amós 3:3.</w:t>
      </w:r>
    </w:p>
    <w:p>
      <w:pPr>
        <w:pStyle w:val="ArticleBody"/>
        <w:jc w:val="left"/>
      </w:pPr>
      <w:r>
        <w:rPr>
          <w:rFonts w:ascii="Times New Roman" w:hAnsi="Times New Roman" w:eastAsia="Times New Roman" w:cs="Times New Roman"/>
        </w:rPr>
        <w:t>Pe ñemenda joajuha pavẽhague, ha avei paha, Daniel kapítulo once-pe, oiko upe tembiasakue oñepyrũvape ára paha jave ary 1989-pe, ha opa Donald Trump rembiasakuepe.</w:t>
      </w:r>
    </w:p>
    <w:p>
      <w:pPr>
        <w:pStyle w:val="ArticleScripture"/>
        <w:jc w:val="left"/>
      </w:pPr>
      <w:r>
        <w:rPr>
          <w:rFonts w:ascii="Times New Roman" w:hAnsi="Times New Roman" w:eastAsia="Times New Roman" w:cs="Times New Roman"/>
        </w:rPr>
        <w:t>«Umi movimiento koʼág̃a ojejapóva Estados Unidos-pe ojehupyty hag̃ua umi institución ha jepokuaa iglesiagua oguereko hag̃ua pytyvõ Estado-gua, umi protestánte oho hína umi papista rapykuéri. Ha ndahaʼéi upéva añoite; haʼekuéra oipeʼa hína okẽ Papado-pe ikatu hag̃uáicha ohupyty jevy América protestántepe pe tuichakue mburuvicharã omeʼẽva, haʼe okañýma vaʼekue Mundo Tuja-pe.» The Great Controversy, 573.</w:t>
      </w:r>
    </w:p>
    <w:p>
      <w:pPr>
        <w:pStyle w:val="ArticleBody"/>
        <w:jc w:val="left"/>
      </w:pPr>
      <w:r>
        <w:rPr>
          <w:rFonts w:ascii="Times New Roman" w:hAnsi="Times New Roman" w:eastAsia="Times New Roman" w:cs="Times New Roman"/>
        </w:rPr>
        <w:t>Pe ñe’ẽme’ẽ ñemenda rehegua ary 313-pe ha Edicto de Milán oñembojoaju ary 533 rembiasakue ndive, ha decreto Justiniano rehegua ary 533-pe oñemoañete jeýta peteĩ administración he’íva ijehe cristiana hague rupive, ndoikuaavéimava peteĩchagua hag̃ua ojehechakuaa hag̃ua poder papal peteĩ institución cristiana ramoha ha’eha, iporãvéva jepe, peteĩ oxímoron, ha ivaivéva ramo katu, peteĩ javy vaiete oporojukáva.</w:t>
      </w:r>
    </w:p>
    <w:p>
      <w:pPr>
        <w:pStyle w:val="ArticleHeading"/>
        <w:jc w:val="left"/>
      </w:pPr>
      <w:r>
        <w:rPr>
          <w:rFonts w:ascii="Arial" w:hAnsi="Arial" w:eastAsia="Arial" w:cs="Arial"/>
        </w:rPr>
        <w:t>Iglesia ha Estado</w:t>
      </w:r>
    </w:p>
    <w:p>
      <w:pPr>
        <w:pStyle w:val="ArticleBody"/>
        <w:jc w:val="left"/>
      </w:pPr>
      <w:r>
        <w:rPr>
          <w:rFonts w:ascii="Times New Roman" w:hAnsi="Times New Roman" w:eastAsia="Times New Roman" w:cs="Times New Roman"/>
        </w:rPr>
        <w:t>Áño 457 a.C.-pe, Artajerjes mbohapyha decreto ome’ẽjey tetã rekojehe’a hag̃ua ijeheguiete, mokõivéva mburuvicha hag̃ua política ha religiosa rehe.</w:t>
      </w:r>
    </w:p>
    <w:p>
      <w:pPr>
        <w:pStyle w:val="ArticleScripture"/>
        <w:jc w:val="left"/>
      </w:pPr>
      <w:r>
        <w:rPr>
          <w:rFonts w:ascii="Times New Roman" w:hAnsi="Times New Roman" w:eastAsia="Times New Roman" w:cs="Times New Roman"/>
        </w:rPr>
        <w:t>Ha nde, Esdras, nde Jára arandu rupi, upe nde pópe oĩva, emoĩ mburuvicha ha huéskuéra, oikuaa hag̃ua opavave tavayguakuérape ysyry mboypýri oikóvape, opa umi oikuaáva nde Jára léi; ha pembo'e umi ndoikuaáivape. Ha oimeraẽva ndajajapomo'ãiva nde Jára léi, ha mburuvicha guasu léi avei, tojejapo pya'e hese tekombo'e, taha'e omanóvo hag̃uáicha, térã ñemosẽrã, térã imba'e confiscación, térã kárselpe ñemboty. Esdras 7:25, 26.</w:t>
      </w:r>
    </w:p>
    <w:p>
      <w:pPr>
        <w:pStyle w:val="ArticleBody"/>
        <w:jc w:val="left"/>
      </w:pPr>
      <w:r>
        <w:rPr>
          <w:rFonts w:ascii="Times New Roman" w:hAnsi="Times New Roman" w:eastAsia="Times New Roman" w:cs="Times New Roman"/>
        </w:rPr>
        <w:t>Pe mbohapyha decreto ome’ẽkuri autorida omoañete hag̃ua juicio ha castigo, taha’e Tupã léi rehegua térã mburuvicha guasu léi rehegua. Upe decreto ohechauka pe profecía mokõi mil trescientos ary rehegua ñepyrũ, opávo 22 jasypa 1844-pe, Cristo ou ramoite hag̃ua Itemplope. Avei ohechauka pe profecía doscientos cincuenta ary rehegua ñepyrũ, opa va’ekue 207 a. C.-pe, pe tembiasakue oĩva ñorairõ Raphia 217 a. C.-pe ha Panium 200 a. C.-pe apytépe. Pe ñemyatyrõ jey mokõivéva, soberanía civil ha religiosa, 457 a. C.-pe, omombe’u peteĩ alfa mokõi hendáva ojuhúva mokõi cumplimiento omega. Mokõivéva cumplimiento omega ohechauka peteĩ okẽ oñembotýva; peteĩ pe Protestant horn-pe g̃uarã ha ambue pe Republican horn-pe g̃uarã.</w:t>
      </w:r>
    </w:p>
    <w:p>
      <w:pPr>
        <w:pStyle w:val="ArticleBody"/>
        <w:jc w:val="left"/>
      </w:pPr>
      <w:r>
        <w:rPr>
          <w:rFonts w:ascii="Times New Roman" w:hAnsi="Times New Roman" w:eastAsia="Times New Roman" w:cs="Times New Roman"/>
        </w:rPr>
        <w:t>Pe profesía peteĩha mokõipa mbohapy sa ary rehegua ohechauka Tupã léi-kuérape, ha pe profesía mokõisientos cincuenta ary rehegua ohechauka mburuvicha guasu léi-kuérape. Mokõivéva profesía ohechauka pe hatĩ Protestantismo rehegua ha pe hatĩ Republicanismo rehegua pe mymba yvy ariguápe, Apocalipsis 13-pe. Pe hatĩ republicano pe mymba yvy arigua rehegua oñemoĩ Daniel 11, versíkulo 11 guive 16 peve mbytépe. Pe arykuéra paapy ha pokõiha Raphia ha Panium apytépe ojekutu peteĩ hatĩ rupive pe profesía mokõi hendáicha pe mbohapyha decreto rehegua, ary 457 a.C.-pe. Pe profesía mokõi hendáicha ohechauka mokõivéva pe huísio pe tavayguakuéra pahaguáva pe pacto rehegua, ha avei pe huísio tetã rehegua, upépe pe tavayguakuéra pe pacto rehegua ojuhu hikuái iñepyrũmby.</w:t>
      </w:r>
    </w:p>
    <w:p>
      <w:pPr>
        <w:pStyle w:val="ArticleScripture"/>
        <w:jc w:val="left"/>
      </w:pPr>
      <w:r>
        <w:rPr>
          <w:rFonts w:ascii="Times New Roman" w:hAnsi="Times New Roman" w:eastAsia="Times New Roman" w:cs="Times New Roman"/>
        </w:rPr>
        <w:t>Ha he’i Abrámpe: Eikuaa porã nde ñemoñaréta tetã ambuépe, ndaha’éiva imba’e, ha oikóta pype pytaguáraramo, ha oservíta chupekuéra; ha ha’ekuéra ombohasa asýta chupekuéra irundyciento ary pukukue; ha upe tetã avei, upe oservítavape, che ahusgáta; ha upéi osẽta hikuái heta mba’erepy reheve. Génesis 15:13, 14.</w:t>
      </w:r>
    </w:p>
    <w:p>
      <w:pPr>
        <w:pStyle w:val="ArticleBody"/>
        <w:jc w:val="left"/>
      </w:pPr>
      <w:r>
        <w:rPr>
          <w:rFonts w:ascii="Times New Roman" w:hAnsi="Times New Roman" w:eastAsia="Times New Roman" w:cs="Times New Roman"/>
        </w:rPr>
        <w:t>Ezequiel kuatiañe’ẽme, 22 jasypa 1844 rehegua ojehechauka hag̃uaicha 22 jasypa 573 a.C. peteĩ ára omombe’u pe huísio investigativo ñepyrũ, ha ambue omombe’u pe Jubileo mbaraka hatã oñembopuha, mokõivéva pe huísio rape ñepyrũme ha ipahápe. Mokõivéva ára ojoja, ha mokõivéva ohechauka peteĩ okẽ oñembotyva’ekue. 1844 ohechauka pe tupaópe pe hendápe marangatu okẽ ñemboty, Cristo oike rire pe Tenda Marangatuvévape. 573 a.C. ohechauka yvypóra aravo ipaha, upépe angaipa rembiguái ojepysyrómava oñeme’ẽ isãsõ, ha peteĩ yvy pyahu oikohaguã.</w:t>
      </w:r>
    </w:p>
    <w:p>
      <w:pPr>
        <w:pStyle w:val="ArticleScripture"/>
        <w:jc w:val="left"/>
      </w:pPr>
      <w:r>
        <w:rPr>
          <w:rFonts w:ascii="Times New Roman" w:hAnsi="Times New Roman" w:eastAsia="Times New Roman" w:cs="Times New Roman"/>
        </w:rPr>
        <w:t>Ha ndojejepyrãiramo ko'ã ary pukukue, osẽta arýpe jubileo-pe, ha'e ha ita'ýra kuéra hendive. Israel ra'ykuéra niko che rembiguái; ha'ekuéra che rembiguái, amoẽva'ekue chupekuéra Egipto retãgui. Che hína Ñandejára pende Jára. Levítico 25:54, 55.</w:t>
      </w:r>
    </w:p>
    <w:p>
      <w:pPr>
        <w:pStyle w:val="ArticleBody"/>
        <w:jc w:val="left"/>
      </w:pPr>
      <w:r>
        <w:rPr>
          <w:rFonts w:ascii="Times New Roman" w:hAnsi="Times New Roman" w:eastAsia="Times New Roman" w:cs="Times New Roman"/>
        </w:rPr>
        <w:t>Mokõivéva 22 jasypa rehegua ohechauka pe okẽ oñembotýva, he'iséva pe arapokõindy rehegua léi oúta hag̃uáicha. Pe ára ñemboyke oñeme'ẽva Adventismo-pe oñepyrũ 1844-pe ha opa pe arapokõindy rehegua léi oúta hag̃uáicha; ha pe ára ñemboyke oñeme'ẽva Tetã Unidos-pe avei opa pe arapokõindy rehegua léi oúta hag̃uáicha. Mokõivéva opa'ã oñembojoja Mokõivéva testígo Mokõivéva 22 jasypa rehegua ndive, umi 2.300 ary ha mokõi sientos cincuenta ary rehegua.</w:t>
      </w:r>
    </w:p>
    <w:p>
      <w:pPr>
        <w:pStyle w:val="ArticleBody"/>
        <w:jc w:val="left"/>
      </w:pPr>
      <w:r>
        <w:rPr>
          <w:rFonts w:ascii="Times New Roman" w:hAnsi="Times New Roman" w:eastAsia="Times New Roman" w:cs="Times New Roman"/>
        </w:rPr>
        <w:t>Mokõi ciento cincuenta ary oñemohu’ãva pe tembiasakuepe Raphia ha Panium apytépe omboja’o umi mokõi ñorairõha ára pehẽngue mokõime papapy simbólikope, ha umíva oñondive oguereko hikuái he’iséva ijojaha’ỹva. Pa ary Raphia rire, he’iséva frontera yvy, ha siete ary Panium mboyve, upéva va’ekue peteĩ ñorairõ ojejapóva peteĩ ñu me’ẽhápe ha oñemohu’ãva peteĩ jejoko guasúpe. Pa ha siete, símbolo ramo, ohechauka dragón pokatu heta testígo ári. 207 a.C. omoĩ Trump-pe, yvy mymba símbolo, Daniel 11-pe versíkulo once ha quince mbytépe, profétikamente oñembosako’ívo oñe’ẽ hag̃ua dragónicha, ojehechaukaháicha pe joaju papapy pa ha papapy siete reheve.</w:t>
      </w:r>
    </w:p>
    <w:p>
      <w:pPr>
        <w:pStyle w:val="ArticleBody"/>
        <w:jc w:val="left"/>
      </w:pPr>
      <w:r>
        <w:rPr>
          <w:rFonts w:ascii="Times New Roman" w:hAnsi="Times New Roman" w:eastAsia="Times New Roman" w:cs="Times New Roman"/>
        </w:rPr>
        <w:t>Pa mokõipa irundy papapy avei oguereko techaukaha ha ombotuichave Raphia rembiasakue Panium peve, Panium mboyve ha avei Raphia mboyve. Ptolomeo IV Filopátor oisãmbyhy mburuvicha guasu ramo Egipto Ptolemaico-pe ary 221 a.C. guive ary 204 a.C. peve, ha ha’e ojapo ipu’aka Antiochus Magnus ári Raphia-pe ary 217 a.C.-pe. Ptolomeo oñepyrũ oisãmbyhy Raphia mboyve, ha oisãmbyhy “mokõipa irundy” ary pukukue. Papapy mokõipa irundy ohechauka peteĩ ára rembiasakue oñepyrũva Raphia mboyve, ha ohóva Panium ñorairõ ha Sidón jerérape oñemongora rire guive yvypóra ára de gracia ñemohu’ã peve, ojehechaukaháicha ary 330 rupive. Pe profesía mokõi sa ary irundy pa ary rehegua, oñeme’ẽva Esmirna tupão períodope g̃uarã, oñepyrũ ary 64-pe ha opa Edicto de Milán ha pe ñe’ẽme’ẽ ñemenda rehegua ary 313-pe.</w:t>
      </w:r>
    </w:p>
    <w:p>
      <w:pPr>
        <w:pStyle w:val="ArticleBody"/>
        <w:jc w:val="left"/>
      </w:pPr>
      <w:r>
        <w:rPr>
          <w:rFonts w:ascii="Times New Roman" w:hAnsi="Times New Roman" w:eastAsia="Times New Roman" w:cs="Times New Roman"/>
        </w:rPr>
        <w:t>Konstantino pe Tuicháva ohechauka pe iglesia de Pérgamo rembiasakue, ha upe rembiasakue oñepyrũ 313-pe ha opa 538-pe. Umi diecisiete ary peteĩha, oñepyrũva rire pe profesía mokõi sientos cincuenta ary pukukue opáva 313-pe, oguereko mbohapy techaukaha. 313 ha’e pe Edicto de Milán, 321 ha’e pe ley dominical peteĩha, ha pe imperio ñemboja’o ojehechauka 330-pe. 330 ohechauka pe ley dominical pahaite ombohasýva yvypóra oportunidad paha. Upévare, pe papapy diecisiete oñepyrũ Rafia mboyve ha opa mombyry Panio ha Sidón ñorairõ kampáña rire. Pe versíkulo dieciséis Daniel once-pe ohechauka pe ley dominical Estados Unidos-pe.</w:t>
      </w:r>
    </w:p>
    <w:p>
      <w:pPr>
        <w:pStyle w:val="ArticleBody"/>
        <w:jc w:val="left"/>
      </w:pPr>
      <w:r>
        <w:rPr>
          <w:rFonts w:ascii="Times New Roman" w:hAnsi="Times New Roman" w:eastAsia="Times New Roman" w:cs="Times New Roman"/>
        </w:rPr>
        <w:t>Pe profesía de Esmirna omombeʼu pe techaukaha ojeguerekoha pe ñemongora, ha upéva hína pe mbytépeite oĩva Ezequiel marandu ñemongyhyjéva rehegua. Pe techaukaha omotenondéva pe léi domingo rehegua, ojehechauka hag̃uáicha mokõi taʼanga Jerusalén ñehundiháre, haʼe hína pe ñemongora; ha katu avei haʼe pe Edicto de Milán, oñepyrũhápe oñemoheñói pe mymba raʼanga.</w:t>
      </w:r>
    </w:p>
    <w:p>
      <w:pPr>
        <w:pStyle w:val="ArticleBody"/>
        <w:jc w:val="left"/>
      </w:pPr>
      <w:r>
        <w:rPr>
          <w:rFonts w:ascii="Times New Roman" w:hAnsi="Times New Roman" w:eastAsia="Times New Roman" w:cs="Times New Roman"/>
        </w:rPr>
        <w:t>Pe sitio jave oikóta peteĩ ñembosarái ñemenda rehegua. Kóva ha’e peteĩ fractal pe ñembosarái ñemenda reheguágui oñepyrũva’ekue Reagan ndive, ojeporavóva Clovis rehe 496-pe; hákatu pe ñembosarái paha ogueraháva pe ñemendápe oñepyrũ pe sitio jave, oñembojojávo Justiniano ñe’ẽmondo 533-gua ndive, ha Edicto de Milán 313-gua ndive avei. Mokõivéva umi techaukaha tenondegua oho pe léi domingo mboyve. 313 oho vaʼekue pe léi domingo peteĩha 321-gua mboyve, ha pe ñe’ẽmondo 533-gua oho pe léi domingo mboyve pe mbohapyha Concilio de Orleans-pe 538-pe. Oĩta algúnichagua legislación omboajétava umi característica profética mokõivéva pe Justiniano ñe’ẽmondo ha pe Edicto de Milán rehegua, ha avei oñemoĩta peteĩichagua ñemenda joaju simbólico.</w:t>
      </w:r>
    </w:p>
    <w:p>
      <w:pPr>
        <w:pStyle w:val="ArticleBody"/>
        <w:jc w:val="left"/>
      </w:pPr>
      <w:r>
        <w:rPr>
          <w:rFonts w:ascii="Times New Roman" w:hAnsi="Times New Roman" w:eastAsia="Times New Roman" w:cs="Times New Roman"/>
        </w:rPr>
        <w:t>Upe decreto ojejapóramo, ipaháma oñembosako’i hag̃ua, pórke pe oportunidad ñembyaty rokẽ oñemboty pe Protestant kuatiarógui, añetehápe oñembotýháicha pe Pascua peteĩha Egíptope. Upe rire, pe léi domingo rehegua, pe ambue techaukaha, ohechauka ndaha’éi añoite pe mymba ra’ãnga oñemoheñóimahaite, ha avei pe mymba marca ñeñembojeporu. Pe léi domingo rehegua ohechauka pe oportunidad ñembyaty paha pe Republican kuatiarópe g̃uarã, pe yvy mymba Apocalipsis 13-pe, añetehápe Faraón ha imilíta omanoháicha Yguasu Pytãme pe Pascua rire.</w:t>
      </w:r>
    </w:p>
    <w:p>
      <w:pPr>
        <w:pStyle w:val="ArticleBody"/>
        <w:jc w:val="left"/>
      </w:pPr>
      <w:r>
        <w:rPr>
          <w:rFonts w:ascii="Times New Roman" w:hAnsi="Times New Roman" w:eastAsia="Times New Roman" w:cs="Times New Roman"/>
        </w:rPr>
        <w:t>Mokõi sa ary cincuenta ary oñemohu’ãva 207 a.C.-pe ohechauka Donald Trump-pe, ojehechaukaháicha Antiochus Magnus ramo oñembosako’íva upe kampáña oútavape g̃uarã, oñepyrũva ñu Panium-pe ha opa pe ñorairõ ñemongora Sidón-pe. Ñorairõ Panium rire, mburuvicha guasu Ptolemaico Scopas de Aetolia okañy amo 10.000 soldádo oikovéva ndive táva Sidón-pe. Antiochus omuña chupe ha omoĩ “ñemongora” Sidón rehe. Gobierno Ptolemaico Alejandría-gua omondo peteĩ pytyvõhára aty, péro ndoikói porã. Oñembohovái hag̃ua ñembyahýi, Scopas ome’ẽ táva. Antiochus oheja Scopas osẽ; Scopas upe rire oujey Egipto-pe, upépe ipahápe ojejuka hese oñemoĩgui tembiapo vai tetãre ha viru ñemonda rehegua. Ñorairõ ñemongora Sidón-pe omohu’ã Antiochus ñemomba’e Coele-Siria rehe Panium rire.</w:t>
      </w:r>
    </w:p>
    <w:p>
      <w:pPr>
        <w:pStyle w:val="ArticleBody"/>
        <w:jc w:val="left"/>
      </w:pPr>
      <w:r>
        <w:rPr>
          <w:rFonts w:ascii="Times New Roman" w:hAnsi="Times New Roman" w:eastAsia="Times New Roman" w:cs="Times New Roman"/>
        </w:rPr>
        <w:t>Hermana White omombeʼu Uriah Smith aranduka, Daniel and the Revelation, “Tupã po pytyvõ” ramo. Smith omombeʼu Antiochus rembiapo mokõi jey ojapóva iñemombeʼúpe umi versíkulo catorce ha quince Daniel kapítulo once-pe.</w:t>
      </w:r>
    </w:p>
    <w:p>
      <w:pPr>
        <w:pStyle w:val="ArticleScripture"/>
        <w:jc w:val="left"/>
      </w:pPr>
      <w:r>
        <w:rPr>
          <w:rFonts w:ascii="Times New Roman" w:hAnsi="Times New Roman" w:eastAsia="Times New Roman" w:cs="Times New Roman"/>
        </w:rPr>
        <w:t>“Mitã ruvicha Egipto pegua ñembo’e rehegua oñemóĩ Senado Romano pópe M. Emilius Lepidus-pe, ha’e omoĩ Aristómenes-pe, peteĩ karai tuja ha iñarandúva upe mburuvicha rógape, imitã rerekohára ramo. Ijapopyrã peteĩha ha’e va’ekue oñangareko hag̃ua pe jeike vai ojejaposevagui umi mokõi mburuvicha oñombojoajúva, Felipe ha Antíoco.”</w:t>
      </w:r>
    </w:p>
    <w:p>
      <w:pPr>
        <w:pStyle w:val="ArticleScripture"/>
        <w:jc w:val="left"/>
      </w:pPr>
      <w:r>
        <w:rPr>
          <w:rFonts w:ascii="Times New Roman" w:hAnsi="Times New Roman" w:eastAsia="Times New Roman" w:cs="Times New Roman"/>
        </w:rPr>
        <w:t>“Upévarã omondo Scopas-pe, peteĩ mburuvicha guasu herakuãva AEtolia-gua, upe jave omba’apóva Egipto-ygua kuérape g̃uarã, hetã teepe ombyaty hag̃ua pytyvõrã soldadokuérape g̃uarã. Oñemondeko rire peteĩ ehérsito, oike Palestina ha Coele-Siria-pe (Antiochus oĩ rupi peteĩ ñorairõme Attalus ndive Asia Michĩme), ha omoĩ opa Judea yvýpe Egipto pokatu guýpe.”</w:t>
      </w:r>
    </w:p>
    <w:p>
      <w:pPr>
        <w:pStyle w:val="ArticleScripture"/>
        <w:jc w:val="left"/>
      </w:pPr>
      <w:r>
        <w:rPr>
          <w:rFonts w:ascii="Times New Roman" w:hAnsi="Times New Roman" w:eastAsia="Times New Roman" w:cs="Times New Roman"/>
        </w:rPr>
        <w:t>“Upéicha umi mba’e oñemoĩ peteĩ estadope oñekumpli hag̃ua pe versíkulo ñande renondépe oĩva. Antiochus, opytávo imarã’ỹ hag̃ua iñorairõ Attalus ndive umi Romano-kuéra ñe’ẽrendu rupi, pya’e omboyke opa mba’e oguerujey hag̃ua Palestina ha Coele-Syria Egipcio-kuéra póguigui. Scopas oñembou oñemoĩ hag̃ua hese. Jordán ysyry yvyrakuéra ykére, mokõi ehérsito ojoju. [Panium] Scopas oñenupã, oñemoseguíke Sidón peve, ha upépe oñemboguejy hatã jere rupi. Mbohapy general Egiptopegua iporavovéva, iñehérsito iporãvéva ndive, oñembou oipe’a hag̃ua pe jejere, ha katu ndaikatúi hikuái. Ipahápe Scopas, ojuhúvo ñembyahýi ra’ãnga ikãngy ha ndaikatúiva ojepoko hese peteĩ ñenemigo ramo, ha ndaikatúigui oñorairõ hendive, ojepokuaa hag̃uánte oñeme’ẽ hag̃ua, pe condición ñemotĩ hag̃uánte oikovévo rehe; upémarõ ha’e ha umi diez mil kuimba’e oĩva hendive oñehejágui osẽ, ojeipe’apaite hag̃ua ichuguikuéra ha opyta hag̃ua opívo ha opívo. Ko’ápe ojehecha pe mburuvicha guasu yvatepegua ojagarraha umi táva imbaretevéva; Sidón ningo, mokõivéva iñemohendaha ha iñemo’ã rehe, peteĩva umi táva imbaretevéva umi ára-pe. Ko’ápe ojehecha pe surpegua py’a guasu ndaikatúiha opyta hag̃ua, ha avei ndaikatúiha umi tavaygua pe mburuvicha guasu surpegua poravova’ekue; ha’éva hína Scopas ha ifuérsa Aetolia-gua.” Daniel and the Revelation, 257, 258.</w:t>
      </w:r>
    </w:p>
    <w:p>
      <w:pPr>
        <w:pStyle w:val="ArticleBody"/>
        <w:jc w:val="left"/>
      </w:pPr>
      <w:r>
        <w:rPr>
          <w:rFonts w:ascii="Times New Roman" w:hAnsi="Times New Roman" w:eastAsia="Times New Roman" w:cs="Times New Roman"/>
        </w:rPr>
        <w:t>Mokõi sa ary cincuenta ary oikopa opa 207 a.C.-pe omohu’ã Donald Trump-pe. Pe profesía mokõi sa ary cincuenta ary pukukue opaáva 313-pe, kuarahyresẽ ha kuarahyreike ñembosarãi ñemendápe, ha pe Edicto de Milán reheve, omohu’ã myesakãvo pe mymbaraka ra’ãnga ñemoheñói Estados Unidos-pe. Pe iglésia de Pérgamo, oñepyrũva’ekue 313-pe, orrepresenta pe tembiasakue cristianismo ojei haguépe peteĩ ñe’ẽme’ẽ rupive paganismo religión ndive, mboyve pe pokatu papal oguahẽ mburuvicha guasurã guapyhápe. Pérgamo ha pe ary 313 ohechauka pe ñe’ẽme’ẽ ojehechaukáva pe mymbaraka ra’ãnga ñemoheñóipe Estados Unidos-pe. Upéva orrepresenta cristianismo ha Roma papal ñembojoaju ñe’ẽme’ẽ rehegua, pórke pe religión católica ndaha’éi ambue mba’e térã sa’ive mba’e, sino paganismo oñemondeva institución cristiana-ramo. Pe profesía mokõi sa ary cincuenta ary pukukue oñepyrũva’ekue 1776-pe ha opa ko áño, avei oñe’ẽ Estados Unidos rehe. Upévare, umi mbohapy profesía mokõi sa ary cincuenta ary rehegua oñe’ẽ peteĩteĩ aspecto profético rehe pe mymba yvy pegua Apocalipsis trecepegua, ha umi mbohapyve opa umi línea profética ryepýpe ojehechaukáva pe papapy diecisiete rupive.</w:t>
      </w:r>
    </w:p>
    <w:p>
      <w:pPr>
        <w:pStyle w:val="ArticleBody"/>
        <w:jc w:val="left"/>
      </w:pPr>
      <w:r>
        <w:rPr>
          <w:rFonts w:ascii="Times New Roman" w:hAnsi="Times New Roman" w:eastAsia="Times New Roman" w:cs="Times New Roman"/>
        </w:rPr>
        <w:t>Pe léi domingo rehegua ha’e upe jave Estados Unidos oñe’ẽ jave mbói guasu ramo, ha peteĩ tetã ñe’ẽ ha’e iñapohára kuéra rembiapo legislativo ha judicial.</w:t>
      </w:r>
    </w:p>
    <w:p>
      <w:pPr>
        <w:pStyle w:val="ArticleScripture"/>
        <w:jc w:val="left"/>
      </w:pPr>
      <w:r>
        <w:rPr>
          <w:rFonts w:ascii="Times New Roman" w:hAnsi="Times New Roman" w:eastAsia="Times New Roman" w:cs="Times New Roman"/>
        </w:rPr>
        <w:t>“Pe tetã ‘ñe’ẽ’ ha’e umi ijojaha’ỹva tekojojaapoha ha tekojoja ñemoĩmby rehegua rembiapo.” The Great Controversy, 442.</w:t>
      </w:r>
    </w:p>
    <w:p>
      <w:pPr>
        <w:pStyle w:val="ArticleBody"/>
        <w:jc w:val="left"/>
      </w:pPr>
      <w:r>
        <w:rPr>
          <w:rFonts w:ascii="Times New Roman" w:hAnsi="Times New Roman" w:eastAsia="Times New Roman" w:cs="Times New Roman"/>
        </w:rPr>
        <w:t>Trump ndaha’éi mburuvichakuaa judicial térã legislativo rehegua, upévare pe léi domingo oúta hag̃uáicha oñemohu’ã Congreso rupive. Upéicharamo jepe, oimeraẽ tembiapo ome’ẽva pytyvõ pe pokatu papal-pe, ohechauka typológicamente pe léi domingo. Pe decreto ary 533 pegua ha pe edicto ary 313 pegua ohechauka pe ñepyrũrã aravo rehegua pe ta’anga mymba ñarõ rehegua oñemoheñóivo. Ipapapy ha’e pe léi domingo oúta hag̃uáicha, ha Jesús akóinte ohechauka pe paha pe ñepyrũ reheve; upévare pe tembiapo Trump ojapóva peteĩ orden ejecutiva rupive ome’ẽ hag̃uáicha oimeraẽ “concesión” pe anticristo profecía bíblica peguápe, ohechaukáta pe movimiento alfa, pe oñemohu’ã hag̃uáva añoite pe omega-pe, peteĩha Estados Unidos “toñemboyke hag̃uaichaite umi principio igobierno rehegua ha tomboaje hag̃ua peteĩ léi domingo.”</w:t>
      </w:r>
    </w:p>
    <w:p>
      <w:pPr>
        <w:pStyle w:val="ArticleScripture"/>
        <w:jc w:val="left"/>
      </w:pPr>
      <w:r>
        <w:rPr>
          <w:rFonts w:ascii="Times New Roman" w:hAnsi="Times New Roman" w:eastAsia="Times New Roman" w:cs="Times New Roman"/>
        </w:rPr>
        <w:t>“Oĩ heta, umi oikeva’ekue jepe ko movimientope domingo ñembojepovái rehegua, oĩ hína oñembotavyva umi mba’e oikótava ko tembiapo rapykuéri. Ha’ekuéra ndohechái hína oñorairõha hikuái peteĩchaite pe libertad religiosa rehe. Oĩ heta araka’eve noikũmbyihaguéva pe Biblia pegua sábado rekove’ẽ, ni pe pyenda japu hi’ári oñemopu’ãva pe institución domingo rehegua. Oimeraẽ movimiento oipytyvõ hag̃uáicha legislación religiosa, añetehápe ha’e peteĩ acto jeheja hag̃ua papadope, upeva’ekue heta ára pukukue oñorairõ meme va’ekue conciencia sãso rehe. Pe domingo ñemboaje oreko iñexistencia, peteĩ institución cristiana ramo oñembohérava, ‘pe mba’e ñaña kañymby’; ha iñembojepovái ha’éta peteĩ jehechakuaa añetéva umi principio rehegua ha’éva voi pe ita ángulo romanismo pegua. Ñane retã ohejarei vove péicha iguvernokue principio-kuéra ha omoañete hag̃ua peteĩ léi domingo rehegua, protestantismo ko tembiapópe ojopóta ipo popería ndive; ndaha’éimo’ãi ambue mba’e ndaha’éiramo ome’ẽvo tekove pe tiranía aréma py’aguapýpe oha’arõva’ekue iñopportunidad osẽ jey hag̃ua despotismo activo-pe.” Testimonies, volúmen 5, 711.</w:t>
      </w:r>
    </w:p>
    <w:p>
      <w:pPr>
        <w:pStyle w:val="ArticleBody"/>
        <w:jc w:val="left"/>
      </w:pPr>
      <w:r>
        <w:rPr>
          <w:rFonts w:ascii="Times New Roman" w:hAnsi="Times New Roman" w:eastAsia="Times New Roman" w:cs="Times New Roman"/>
        </w:rPr>
        <w:t>Oimeraẽva “movimiento omoakãvapéva legislación religiosa rehegua añetehápe ha’e peteĩ acto de concesión papado-pe,” ha umi movimiento oiko tenonderãite pe ley dominical oúta pya’éva mboyve.</w:t>
      </w:r>
    </w:p>
    <w:p>
      <w:pPr>
        <w:pStyle w:val="ArticleScripture"/>
        <w:jc w:val="left"/>
      </w:pPr>
      <w:r>
        <w:rPr>
          <w:rFonts w:ascii="Times New Roman" w:hAnsi="Times New Roman" w:eastAsia="Times New Roman" w:cs="Times New Roman"/>
        </w:rPr>
        <w:t>“Pe léi ombojeroviáva ko ára ñemomba’e ojeipyso va’erã opaite arapýre. Peteĩ medida michĩmínte, ojeipysoma voi. Heta hendápe pe mburuvicha civil ñe’ẽ hína peteĩ teju jagua ryapuicha, pe mburuvicha pagano oñe’ẽ haguéicha umi hebréo prisionéro ndive.” Signs of the Times, 6 de mayo de 1897.</w:t>
      </w:r>
    </w:p>
    <w:p>
      <w:pPr>
        <w:pStyle w:val="ArticleBody"/>
        <w:jc w:val="left"/>
      </w:pPr>
      <w:r>
        <w:rPr>
          <w:rFonts w:ascii="Times New Roman" w:hAnsi="Times New Roman" w:eastAsia="Times New Roman" w:cs="Times New Roman"/>
        </w:rPr>
        <w:t>Ñamboguata hag̃ua koʼã mbaʼe oúvape pe artículo oútavape.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Tembiasakue Kañymby Ayvu 40 rehegua - Papapy 31</dc:title>
  <dc:subject>Ezequiel Papapy Mokõiha】</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