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Kuatia Joél ha Tupao Adventista del Séptimo Día Laodiceagua - Papapy peteĩha</w:t>
      </w:r>
    </w:p>
    <w:p>
      <w:pPr>
        <w:pStyle w:val="ArticleSubtitle"/>
        <w:jc w:val="left"/>
      </w:pPr>
      <w:r>
        <w:rPr>
          <w:rFonts w:ascii="Arial" w:hAnsi="Arial" w:eastAsia="Arial" w:cs="Arial"/>
        </w:rPr>
        <w:t>Ojehupyty Añetegua Koʼág̃agua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“Oĩ vaʼekue Ñandejára Ñeʼẽme umi mbaʼe hasýva oñentende hag̃ua ha, Pedro ñeʼẽ heʼiháicha, umi ndoikuaáiva ha ndopytareikóva ombojeheʼa hag̃ua hikuái ijehupytyrã. Ikatuʼỹne ko tekovépe ñamyesakã opaite pehẽngue Ñandejára Ñeʼẽpegua heʼiséva; hákatu ndaipóri añetegua iñimportantevéva tekove rehegua opytátava oñemokañy hag̃ua mbaʼe ñemimbyrýpe. Oguahẽ vove ára, Ñandejára providénsia rupive, ko yvy arigua ojehaʼã hag̃ua upe añetegua upérõgua rehe, umi apytuʼũnguéra oñemonguʼéta Ipyʼa Marangatu rupive ohesaʼỹijo hag̃ua Ñandejára Ñeʼẽ, jejuʼỹ ha ñemboʼe reheve jepe, pe joaju peteĩteĩ oñeheka ha oñembojoaju peve peteĩ cadena perfecta-pe. Opaite mbaʼe pyaʼete ojapóva yvypóra ánga pysyrõ rehe oñemyesakãta péicha hesakã porã hag̃uáicha avave ani hag̃ua ojavy térã oguata pytũmbýpe.”</w:t>
      </w:r>
    </w:p>
    <w:p>
      <w:pPr>
        <w:pStyle w:val="ArticleScripture"/>
        <w:jc w:val="left"/>
      </w:pPr>
      <w:r>
        <w:rPr>
          <w:rFonts w:ascii="Times New Roman" w:hAnsi="Times New Roman" w:eastAsia="Times New Roman" w:cs="Times New Roman"/>
        </w:rPr>
        <w:t>“Jasegui pe profecía joaju rupi, ojehechauka porã ha ojehesakã porãma ñandéve guarã pe añetegua ojekuaaukáva ñane tiempope. Ñande jajerurekóva umi privilehio ñarekóvare ha pe tesape omimbiáva ñande rape ári rehe. Umi oikovaʼekue ypykuéra generación-kuérape avei oikovaʼekue porã hag̃ua pe tesape oñemeʼẽva chupekuéra omimbi hag̃ua hiʼarikuéra. Ipyʼapýpe ojehesaʼỹijóva Escritura rehegua opaichagua punto, ha umíva ombohasa chupekuéra prueba rupi. Péro ndohesakãri hikuái umi añetegua ñande jaikuaáva koʼág̃a. Ndahaʼéi kuri chupekuéra rembiapo pe tesape ndoguerekóiva hikuái rehegua. Haʼekuéra oguereko kuri la Biblia, ñande jaikoháicha avei; péro pe ára oñemyesakã hag̃uáicha pe añetegua especial, ko yvy rembiasakue paha rehegua, ou umi generación pahápe oikovéva gueteri ko yvy ári.</w:t>
      </w:r>
    </w:p>
    <w:p>
      <w:pPr>
        <w:pStyle w:val="ArticleScripture"/>
        <w:jc w:val="left"/>
      </w:pPr>
      <w:r>
        <w:rPr>
          <w:rFonts w:ascii="Times New Roman" w:hAnsi="Times New Roman" w:eastAsia="Times New Roman" w:cs="Times New Roman"/>
        </w:rPr>
        <w:t>“Umi añeteguáva iñambuéva oñemoĩ porãma umi generación-kuérape g̃uarã hekoha oĩ haguéicha. Pe añetegua ko’ág̃agua, ha’éva peteĩ jehecha hag̃ua ko generación rehegua tavayguakuérape, ndaha’éikuri peteĩ jehecha hag̃uáicha umi generación ymaite guive oikova’ekuépe g̃uarã. Pe tesape ko’ág̃a omimbi vaíva ñanderehe pe cuarto mandamiento pytu’uha ára rehegua, oñeme’ẽ haguérire umi generación yma guarépe, Tupã ombohováikuaa va’erãmo’ã chupekuéra upe tesape rehe.” Testimonios, volumen 2, 692, 693.</w:t>
      </w:r>
    </w:p>
    <w:p>
      <w:pPr>
        <w:pStyle w:val="ArticleHeading"/>
        <w:jc w:val="left"/>
      </w:pPr>
      <w:r>
        <w:rPr>
          <w:rFonts w:ascii="Arial" w:hAnsi="Arial" w:eastAsia="Arial" w:cs="Arial"/>
        </w:rPr>
        <w:t>Pyahu ha Tuyakue hag̃ua</w:t>
      </w:r>
    </w:p>
    <w:p>
      <w:pPr>
        <w:pStyle w:val="ArticleScripture"/>
        <w:jc w:val="left"/>
      </w:pPr>
      <w:r>
        <w:rPr>
          <w:rFonts w:ascii="Times New Roman" w:hAnsi="Times New Roman" w:eastAsia="Times New Roman" w:cs="Times New Roman"/>
        </w:rPr>
        <w:t>“Mayma ára oĩ peteĩ ñemoheñói pyahu añetegua rehegua, peteĩ marandu Tupãgui upe generación peguápe g̃uarã. Umi añetegua yma guaréva opavave tekotevẽiterei; pe añetegua pyahu ndaha’éi peteĩ mba’e ijeheguíva, síno peteĩ jepe’a hag̃ua upe yma guarévare. Umi añetegua yma guaréva oñentende porã rire añoite ikatu ñantende pe pyahu. Cristo oipota ramo guare ohechauka hag̃ua hemimbo’épe pe añetegua ijeikove jeýre, oñepyrũ ‘Moisés guive ha opa umi profétape’ ha ‘omyesakã chupekuéra opaite Ñandejára Ñe’ẽme umi mba’e hesegua.’ Lucas 24:27. Ha katu pe tesape omimbíva ko añetegua oñembojepe’a pyahuhápe niko omomba’eguasu umi yma guaréva. Pe omboykóva térã ohejareíva pe pyahu ndoguerekói añetehápe pe yma guaréva. Chupe g̃uarã upéva operde ipokatu tekovéva ha opyta peteĩ forma omanóva reínte.”</w:t>
      </w:r>
    </w:p>
    <w:p>
      <w:pPr>
        <w:pStyle w:val="ArticleScripture"/>
        <w:jc w:val="left"/>
      </w:pPr>
      <w:r>
        <w:rPr>
          <w:rFonts w:ascii="Times New Roman" w:hAnsi="Times New Roman" w:eastAsia="Times New Roman" w:cs="Times New Roman"/>
        </w:rPr>
        <w:t>“Oĩ umi he’íva ogueroviaha ha ombo’eha Antiguo Testamento añetegua, ha upéicharõ omboykéva Nuevo. Péro ndojapyhýi rupi Cristo mbo’epy, ohechauka hikuái ndogueroviaiha umi patriarca ha proféta he’iva’ekue. ‘Peẽ peroviárire Moiséspe,’ he’i Cristo, ‘pejeroviáta kuri che rehe; ha’e niko ohai va’ekue che rehe.’ Juan 5:46. Upévare ndaipóri añetehápe pokatu iporãva imbo’epýpe, jepe Antiguo Testamentope guarã.”</w:t>
      </w:r>
    </w:p>
    <w:p>
      <w:pPr>
        <w:pStyle w:val="ArticleScripture"/>
        <w:jc w:val="left"/>
      </w:pPr>
      <w:r>
        <w:rPr>
          <w:rFonts w:ascii="Times New Roman" w:hAnsi="Times New Roman" w:eastAsia="Times New Roman" w:cs="Times New Roman"/>
        </w:rPr>
        <w:t>“Heta oĩ he'íva ogueroviaha ha ombo'eha pe evangelio oĩ peteĩ jejavy ojoguávape. Oñemboyke hikuái pe Antiguo Testamento Escrituras, Cristo he'i hague rehe, ‘Ha'e kuéra hína umi ome'ẽva che rehe testimonio.’ Juan 5:39. Oñemboykévo pe Antiguo, añetetépe omboyke avei pe Nuevo; mokõivéva niko peteĩ tetã peteĩ reko ndaikatúiva oñemboja'o. Avave ndaikatúi opresenta hekopete Tupã léi pe evangelio'ỹre, térã pe evangelio léi'ỹre. Pe léi hína pe evangelio oñemoingovéva, ha pe evangelio hína pe léi oñemyesakãva. Pe léi hína pe rapo, pe evangelio hína pe yvoty hyakuã porãva ha pe yva ogueraháva.”</w:t>
      </w:r>
    </w:p>
    <w:p>
      <w:pPr>
        <w:pStyle w:val="ArticleScripture"/>
        <w:jc w:val="left"/>
      </w:pPr>
      <w:r>
        <w:rPr>
          <w:rFonts w:ascii="Times New Roman" w:hAnsi="Times New Roman" w:eastAsia="Times New Roman" w:cs="Times New Roman"/>
        </w:rPr>
        <w:t>“Antiguo Testamento omyesakã Tesarái pyahúpe, ha Tesarái pyahu omyesakã Antiguo Testamento-pe. Mokõivéva ha’e peteĩ jehechauka Tupã mimbipa rehegua Cristo-pe. Mokõivéva oikuave’ẽ añetegua tapiaite ohechaukátava pyahu pypuku hag̃ua he’isévape upe ohekáva kyre’ỹme guarã.” Christ’s Object Lessons, 128.</w:t>
      </w:r>
    </w:p>
    <w:p>
      <w:pPr>
        <w:pStyle w:val="ArticleBody"/>
        <w:jc w:val="left"/>
      </w:pPr>
      <w:r>
        <w:rPr>
          <w:rFonts w:ascii="Times New Roman" w:hAnsi="Times New Roman" w:eastAsia="Times New Roman" w:cs="Times New Roman"/>
        </w:rPr>
        <w:t>Pe añetegua, he’iháicha oñemyesakã porãva, ha’e pe “añetegua ojekuaaukáva” peteĩ ára pegua, ha’éva “hesakã porã ojehecha ha oñemyesakãva”. Umi generación oikóva upe tiempope, araka’e pe “añetegua ko’ág̃agua” ojekuaauka, oñemoĩ “momba’epyrã guýpe” omoneĩ hag̃ua upe añetegua térã omanóvo. Umi añetegua oñondivepa omoheñóiva pe “añetegua ko’ág̃agua ojeipy’amongetáva” “ko generación” pegua, ojehechauka “añetegua especial” “oñembyasýivape” “ko yvy rembiasakue paha gotyo” rehe. Pe añetegua, ha upévare pe “añetegua ko’ág̃agua” avei, ojeguereko Techapyrãramo Testamento Pyahúpe, Testamento Tuja rehegua rupi. Pe añetegua oñemopyenda mokõi testígo ári, ha pe añetegua oguereko peteĩ ñepyrũ ha peteĩ paha, peteĩ literal ha peteĩ espiritual, peteĩ yma guare ha peteĩ ko’ág̃agua, peteĩ alfa ha peteĩ omega, peteĩ peteĩha ha peteĩ paha.</w:t>
      </w:r>
    </w:p>
    <w:p>
      <w:pPr>
        <w:pStyle w:val="ArticleBody"/>
        <w:jc w:val="left"/>
      </w:pPr>
      <w:r>
        <w:rPr>
          <w:rFonts w:ascii="Times New Roman" w:hAnsi="Times New Roman" w:eastAsia="Times New Roman" w:cs="Times New Roman"/>
        </w:rPr>
        <w:t>Pe marandu peteĩha ángel rehegua oñemopyenda vaekue umi Millerita ñepyrũmby rehe, ha upéva hína “itujáva” oñembojojávo “añetegua ko’ág̃agua” marandu mbohapyha ángel rehegua ndive. Umi “ombohováiva itujávape”, “añetehápe ombohovái avei ipyahúva”, mokõivéva niko ha’e peteĩ mba’e ojehe’o’ỹva vorekue.”</w:t>
      </w:r>
    </w:p>
    <w:p>
      <w:pPr>
        <w:pStyle w:val="ArticleScripture"/>
        <w:jc w:val="left"/>
      </w:pPr>
      <w:r>
        <w:rPr>
          <w:rFonts w:ascii="Times New Roman" w:hAnsi="Times New Roman" w:eastAsia="Times New Roman" w:cs="Times New Roman"/>
        </w:rPr>
        <w:t>“Ahecha tekotevẽ umi marandu rerahahára rembiapo, koʼýte, omañávo ha oikuaauka hag̃ua opaichagua fanatismo ohechahápe osẽ ramo. Satanás ojopy ñande rehe opa hendáguio, ha ñande nañañangarekóiramo hese, ha ndajahecháiramo hesaráiʼỹre umi hembiapo ñembotavy ha ñuhã, ha ndajajoguáiramo Ñandejára armadura pukukue, umi flecha tata rehegua añámeguáva oinupãta ñandéve. Heta añetegua iporãitereíva oĩ Ñandejára Ñeʼẽme, péro koʼág̃a pe aty oikotevẽva hína haʼe ‘añetegua koʼág̃aguáva’. Ahecha pe peligro umi marandu rerahahára ojei hag̃ua umi punto iñimportantevévagui pe añetegua koʼág̃aguávape, ha opyta hag̃ua oñemomorãvo umi mbaʼe ndovaléiva ombojoaju hag̃ua pe aty ha omongarañy hag̃ua pe ánga. Koʼápe Satanás oipurúta opa mbaʼe ikatúva ikatu hag̃uáicha ombyai pe káusa.”</w:t>
      </w:r>
    </w:p>
    <w:p>
      <w:pPr>
        <w:pStyle w:val="ArticleScripture"/>
        <w:jc w:val="left"/>
      </w:pPr>
      <w:r>
        <w:rPr>
          <w:rFonts w:ascii="Times New Roman" w:hAnsi="Times New Roman" w:eastAsia="Times New Roman" w:cs="Times New Roman"/>
        </w:rPr>
        <w:t>“Ha umi mba’e oje’éva pe santuario rehe, ojoajúvo umi 2300 ára rehe, Tupã mandamiénto ha Jesús jerovia rehe, oĩ porãiterei omyesakã hag̃ua pe movimiento adventista yma guaréva ha ohechauka hag̃ua mba’épa ñande ñemoĩha ko’ág̃a, omopyenda hag̃ua jerovia umi ikõ’ỹvape, ha ome’ẽ hag̃ua katuete pe futuro glorioso rehe. Ko’ãva, heta jey ahecha haguéicha, ha’e va’ekue umi mba’e tenondegua umi mensahéro oiko va’erã hese.” Early Writings, 63.</w:t>
      </w:r>
    </w:p>
    <w:p>
      <w:pPr>
        <w:pStyle w:val="ArticleBody"/>
        <w:jc w:val="left"/>
      </w:pPr>
      <w:r>
        <w:rPr>
          <w:rFonts w:ascii="Times New Roman" w:hAnsi="Times New Roman" w:eastAsia="Times New Roman" w:cs="Times New Roman"/>
        </w:rPr>
        <w:t>Pe “santuario”, joaju hag̃ua umi 2300 ára, Ñandejára mandamiénto ha Jesús jerovia, ha’e pe clave omyesakã hag̃ua pe “movimiento adventista ohasava’ekue” umi Millerita rehegua ha, upéicha ojapóvo, omyesakã hag̃ua “perfectamente” “mba’épa hína ñane posición ko’ág̃a.” Umi “ikõi py’áva” pe “movimiento adventista ohasava’ekue” rehe, “ikõi py’a” hína upe ome’ẽvagui “certeza pe futuro glorioso-pe.” Pe ome’ẽva certeza pe futuro-pe ha’e pe pasado.</w:t>
      </w:r>
    </w:p>
    <w:p>
      <w:pPr>
        <w:pStyle w:val="ArticleBody"/>
        <w:jc w:val="left"/>
      </w:pPr>
      <w:r>
        <w:rPr>
          <w:rFonts w:ascii="Times New Roman" w:hAnsi="Times New Roman" w:eastAsia="Times New Roman" w:cs="Times New Roman"/>
        </w:rPr>
        <w:t>Pe lívro Joel rehegua ha’e peteĩ marandu añeteguáta ko’ág̃a peguáva, ojehechaporã hag̃ua. Kóva oñemoneĩ heta testígo rupi. Joel ojehechauka “añetegua ko’ág̃agua” ramo Espíritu de Profecía rupive, ha upéva, Juan he’iháicha Apocalipsis-pe, ha’e Jesús testimónio.</w:t>
      </w:r>
    </w:p>
    <w:p>
      <w:pPr>
        <w:pStyle w:val="ArticleScripture"/>
        <w:jc w:val="left"/>
      </w:pPr>
      <w:r>
        <w:rPr>
          <w:rFonts w:ascii="Times New Roman" w:hAnsi="Times New Roman" w:eastAsia="Times New Roman" w:cs="Times New Roman"/>
        </w:rPr>
        <w:t>Jesucristo ñemombe’upy, Tupã ome'ẽva’ekue chupe, ohechauka hag̃ua hembiguái kuérape umi mba’e sapy’aitépe ojehu va’erã; ha ha’e omondo ha oikuaauka iñángel rupive hembiguái Juan-pe: ha’éva omombe’u va’ekue Tupã ñe’ẽ rehegua, ha Jesucristo testimonio rehegua, ha opa mba’e ha’e ohecha va’ekue. Apocalipsis 1:1, 2.</w:t>
      </w:r>
    </w:p>
    <w:p>
      <w:pPr>
        <w:pStyle w:val="ArticleBody"/>
        <w:jc w:val="left"/>
      </w:pPr>
      <w:r>
        <w:rPr>
          <w:rFonts w:ascii="Times New Roman" w:hAnsi="Times New Roman" w:eastAsia="Times New Roman" w:cs="Times New Roman"/>
        </w:rPr>
        <w:t>Juan “testimonio” (ha’e “omombe’úva”), ojehechauka mbohapy hendáicha. Ha’e ohai “Ñandejára ñe’ẽ”, “Jesús testimonio” ha “umi mba’e ha’e ohechava’ekue”. Mokõi versíkulo peteĩha Apocalipsis-pe, Juan ojehechauka peteĩme ramo oñeme’ẽ va’ekue “profesía espíritu” jehovasa. Upéva oike peteĩ revelación especial Ñandejára Ñe’ẽ rehegua, ha avei oike revelación especial kuéra oñembohasáva profétape Cristo ñe’ẽ rupive; (Cristo voi térã iñangirũkuéra yvagagua rupive) ha pe jehovasa avei oike añetegua oñepresentáva kerayvoty ha visión rupive. Pe profesía espíritu ha’e Cristo testimonio oñembohasáva profétape ha oguereko peve peteĩchagua autorida peteĩ ánhel térã Cristo voi he’íramoguáicha umi ñe’ẽ.</w:t>
      </w:r>
    </w:p>
    <w:p>
      <w:pPr>
        <w:pStyle w:val="ArticleScripture"/>
        <w:jc w:val="left"/>
      </w:pPr>
      <w:r>
        <w:rPr>
          <w:rFonts w:ascii="Times New Roman" w:hAnsi="Times New Roman" w:eastAsia="Times New Roman" w:cs="Times New Roman"/>
        </w:rPr>
        <w:t>Ha haʼa ipýpe aheja hag̃ua chupe. Ha haʼe heʼi chéve: Ani rejapo upéva; che ningo ndeirũ tembiguái, ha ne ermáno kuéra apytégua oguerekóva Jesús remimombeʼu; eheja Tupãme: Jesús remimombeʼu ningo maranduhára espíritu. Apocalipsis 19:10.</w:t>
      </w:r>
    </w:p>
    <w:p>
      <w:pPr>
        <w:pStyle w:val="ArticleBody"/>
        <w:jc w:val="left"/>
      </w:pPr>
      <w:r>
        <w:rPr>
          <w:rFonts w:ascii="Times New Roman" w:hAnsi="Times New Roman" w:eastAsia="Times New Roman" w:cs="Times New Roman"/>
        </w:rPr>
        <w:t>Gabriel oikuaauka ha’eha peteĩ tembiguái irũngua Juan ndive, ha ndovenerái oñemomba’e guasu chupe. Gabriel avei oikuaauka umi “joyke’y” Juan ohechaukáva “oguerekóha Jesús remimombe’u,” ha upéva hína “profesía espíritu.” Umi “joyke’y” Juan ohechaukáva hína umi cien cuarenta y cuatro mil, ha opa umi joyke’y oguereko “profesía espíritu.”</w:t>
      </w:r>
    </w:p>
    <w:p>
      <w:pPr>
        <w:pStyle w:val="ArticleScripture"/>
        <w:jc w:val="left"/>
      </w:pPr>
      <w:r>
        <w:rPr>
          <w:rFonts w:ascii="Times New Roman" w:hAnsi="Times New Roman" w:eastAsia="Times New Roman" w:cs="Times New Roman"/>
        </w:rPr>
        <w:t>“Ha pyhareve voi opu'ã pyharembotýpe, ha osẽ Tekoa ñu ka'aguy peve; ha osẽ aja, Josafat oñembo'y ha he'i: Pehendúke che ñe'ẽ, Judá ha Jerusalén retayguakuéra; pejerovia pendejára Tupãre, upéicha peñemombaretéta; pejerovia iprofetakuérare, upéicha peñakãrapu'ãta. 2 Crónicas 20:20.</w:t>
      </w:r>
    </w:p>
    <w:p>
      <w:pPr>
        <w:pStyle w:val="ArticleScripture"/>
        <w:jc w:val="left"/>
      </w:pPr>
      <w:r>
        <w:rPr>
          <w:rFonts w:ascii="Times New Roman" w:hAnsi="Times New Roman" w:eastAsia="Times New Roman" w:cs="Times New Roman"/>
        </w:rPr>
        <w:t>“‘Pejerovia Ñandejára pende Jára rehe, ha pendepyta hag̃ua hatã; pejerovia iproféta kuéra rehe, ha pehupyty hag̃ua teko porã.’”</w:t>
      </w:r>
    </w:p>
    <w:p>
      <w:pPr>
        <w:pStyle w:val="ArticleScripture"/>
        <w:jc w:val="left"/>
      </w:pPr>
      <w:r>
        <w:rPr>
          <w:rFonts w:ascii="Times New Roman" w:hAnsi="Times New Roman" w:eastAsia="Times New Roman" w:cs="Times New Roman"/>
        </w:rPr>
        <w:t>“Isaías 8:20. ‘Pe léipe ha pe testimóniope; ndaha’éiramo oñe’ẽ ko ñe’ẽ he’iháicha, ha’e oĩgui pypekuéra tesape’ỹ.’ Ko’ápe oñemoĩ Tupã tavayguakuéra renondépe mokõi texto: mokõi condición ojehupyty hag̃ua pe ñesẽ porã. Pe léi, Jehová voi he’iva’ekue, ha pe espíritu de profecía, ha’e mokõi yvu arandu rehegua omboguata hag̃ua Itavayguakuérape opa mba’e ohasávape. Deuteronomio 4:6. ‘Kóva hína pene arandu ha pene entendimiento tetãnguéra renondépe, ha’ekuéra he’íta: Añetehápe ko tetã guasu ha’e peteĩ tavaygua arandu ha oikuaa porãva.’”</w:t>
      </w:r>
    </w:p>
    <w:p>
      <w:pPr>
        <w:pStyle w:val="ArticleScripture"/>
        <w:jc w:val="left"/>
      </w:pPr>
      <w:r>
        <w:rPr>
          <w:rFonts w:ascii="Times New Roman" w:hAnsi="Times New Roman" w:eastAsia="Times New Roman" w:cs="Times New Roman"/>
        </w:rPr>
        <w:t>“Ñandejára léi ha Marandu Jehechaukapy Espíritu oho oñondive po reheve omboguata ha omongeta hag̃ua pe tupãope, ha araka’eve pe tupão ohechakuaa jave ko mba’e iñe’ẽrendúvo I léipe, marandu jehechaukapy espíritu oñembou vaʼekue omboguata hag̃ua ichupe añetegua rape rupi.</w:t>
      </w:r>
    </w:p>
    <w:p>
      <w:pPr>
        <w:pStyle w:val="ArticleScripture"/>
        <w:jc w:val="left"/>
      </w:pPr>
      <w:r>
        <w:rPr>
          <w:rFonts w:ascii="Times New Roman" w:hAnsi="Times New Roman" w:eastAsia="Times New Roman" w:cs="Times New Roman"/>
        </w:rPr>
        <w:t>“Apocalipsis 12:17. ‘Ha pe dragón ipochy kuñáre, ha oho oñorairõ hag̃ua hembyre ñemoñare ndive, umi oñangarekóva Tupã mandamientokuéra rehe ha oguerekóva Jesucristo testimonio.’ Ko profesía ohechauka hesakã porã hag̃uáicha pe tupao remanénte oikuaaukataha Tupãme Iley rupi ha oguerekotaha pe don profético. Ñeñandukuaa Tupã léi rehe, ha pe espíritu de profecía, tapiaite omboyke porãva’ekue Tupã retãygua añetépe; ha pe prueba jepivegua oñeme’ẽ umi jehechauka ko’ág̃aguápe.”</w:t>
      </w:r>
    </w:p>
    <w:p>
      <w:pPr>
        <w:pStyle w:val="ArticleScripture"/>
        <w:jc w:val="left"/>
      </w:pPr>
      <w:r>
        <w:rPr>
          <w:rFonts w:ascii="Times New Roman" w:hAnsi="Times New Roman" w:eastAsia="Times New Roman" w:cs="Times New Roman"/>
        </w:rPr>
        <w:t>“Jeremías ára pe umi tavaygua ndoguerekói vaʼekue mbaʼeichagua maranduʼỹ Moisés, Elías térã Eliseo ñeʼẽ rehegua; upéicharamo jepe, omokañy ha ombotove hikuái pe marandu Tupã omondo vaʼekue Jeremías rupive, pe marandu puʼaka ha pokatu oñehundi peve, ha ndaipóri hag̃ua ambue pohã, Tupãnte ogueraha hag̃ua chupekuéra ñembiguái rekópe.</w:t>
      </w:r>
    </w:p>
    <w:p>
      <w:pPr>
        <w:pStyle w:val="ArticleScripture"/>
        <w:jc w:val="left"/>
      </w:pPr>
      <w:r>
        <w:rPr>
          <w:rFonts w:ascii="Times New Roman" w:hAnsi="Times New Roman" w:eastAsia="Times New Roman" w:cs="Times New Roman"/>
        </w:rPr>
        <w:t>“Upéicha avei Cristo ára-pe tavayguakuéra oikuaa kuri Jeremías maranduha añetegua hague, ha ojeroviauka hag̃ua ijupekuéra, oikove riremo’ã guare ituvakuéra ára-pe, omoneĩtaha kuri hikuái imarandu; ha upe jave avei omboyke hikuái Cristo marandu, ha’e rehe opa umi maranduhára kuéra ohai va’ekue.</w:t>
      </w:r>
    </w:p>
    <w:p>
      <w:pPr>
        <w:pStyle w:val="ArticleScripture"/>
        <w:jc w:val="left"/>
      </w:pPr>
      <w:r>
        <w:rPr>
          <w:rFonts w:ascii="Times New Roman" w:hAnsi="Times New Roman" w:eastAsia="Times New Roman" w:cs="Times New Roman"/>
        </w:rPr>
        <w:t>“Oñepyrũrõ guare ko yvy ape ári mbohapyha ánhel rembiasakue, ohechauka hag̃uáicha tupãope Ñandejára léi hembyapajepápe ha ipokatuetépe, upe jave avei pya’eterei oñembopyahu jey va’ekue maranduhára profétika mba’ekuaarã. Ko mba’ekuaarã omba’apo tuichaite hendápe ko marandu ñemongakuaápe ha ñemotenondépe.</w:t>
      </w:r>
    </w:p>
    <w:p>
      <w:pPr>
        <w:pStyle w:val="ArticleScripture"/>
        <w:jc w:val="left"/>
      </w:pPr>
      <w:r>
        <w:rPr>
          <w:rFonts w:ascii="Times New Roman" w:hAnsi="Times New Roman" w:eastAsia="Times New Roman" w:cs="Times New Roman"/>
        </w:rPr>
        <w:t>“Oñepyrũvo guare joavykuéra temimo’ãme Ñandejára Ñe’ẽryru ñemyesakã rehe ha tembiapo rape rehegua, ikatúva omokangy pe marandu rehe ojeroviáva jerovia ha ogueru joavy tembiapópe, maranduhára espíritu akóinte omyesakã porã va’ekue pe situación. Akóinte ogueru va’ekue peteĩ ñeimo’ã joaju ha tembiapo joaju umi ojeroviáva atype. Mayma apañuãime oikova’ekuépe pe marandu ñemotenondépe ha tembiapo okakuaávo, umi oñembo’y mbaretéva’ekue Ñandejára léi ykére ha maranduhára Espíritu resape reheve ogana, ha tembiapo oñakãrapu’ã ipópekuéra.” Loma Linda Messages, 33, 34.</w:t>
      </w:r>
    </w:p>
    <w:p>
      <w:pPr>
        <w:pStyle w:val="ArticleBody"/>
        <w:jc w:val="left"/>
      </w:pPr>
      <w:r>
        <w:rPr>
          <w:rFonts w:ascii="Times New Roman" w:hAnsi="Times New Roman" w:eastAsia="Times New Roman" w:cs="Times New Roman"/>
        </w:rPr>
        <w:t>Joel kuatia oñemombe’u hag̃ua pya’e “añetegua ko’ág̃agua” ramo Espíritu de Profecía ryepýpe, ha upéva, Juan he’iháicha Apocalipsis peguápe, ha’e Jesús rembikuaauka. Avei oñemoneĩ hag̃ua hag̃uáicha Ñandejára Ñe’ẽ ryepýpe voi. Mokõivéva, la Biblia ha Espíritu de Profecía, ombojoaju hag̃ua Joel kuatia umi ára pahápe.</w:t>
      </w:r>
    </w:p>
    <w:p>
      <w:pPr>
        <w:pStyle w:val="ArticleScripture"/>
        <w:jc w:val="left"/>
      </w:pPr>
      <w:r>
        <w:rPr>
          <w:rFonts w:ascii="Times New Roman" w:hAnsi="Times New Roman" w:eastAsia="Times New Roman" w:cs="Times New Roman"/>
        </w:rPr>
        <w:t>“Peteĩteĩ umi maranduhára yma guaréva oñeʼẽveʼỹkuri i tiempo teépe g̃uarã, síno ñandejárape g̃uarã; upévare i marandu hag̃uáva ipuʼaka ñandére g̃uarã. ‘Koʼã mbaʼe ojehu vaʼekue chupekuéra techapyrãramo: ha ojehai ñane moñeʼẽrã, ñande ári og̃uahẽmava ko yvy arapy paha.’ 1 Corintios 10:11. ‘Ndahaʼéi hag̃ua ijupekuéra g̃uarã, síno ñandéve g̃uarã ombaʼapo hague umi mbaʼe rehe, koʼág̃a oñemombeʼúva peẽme umi opredikáva peẽme pe evangelio Espíritu Santo oguejýva yvágagui rupi; umi mbaʼe umi ánhel kuéra voi hiʼãiterei omaña hag̃ua hese.’ 1 Pedro 1:12. …”</w:t>
      </w:r>
    </w:p>
    <w:p>
      <w:pPr>
        <w:pStyle w:val="ArticleScripture"/>
        <w:jc w:val="left"/>
      </w:pPr>
      <w:r>
        <w:rPr>
          <w:rFonts w:ascii="Times New Roman" w:hAnsi="Times New Roman" w:eastAsia="Times New Roman" w:cs="Times New Roman"/>
        </w:rPr>
        <w:t>“La Biblia ombyaty ha oñongatu joajúpe imba’eporãnguéra ko ñemoñare pahápe guarã. Opa umi mba’e guasu oikova’ekue ha umi tembiapo marangatu kakuaa Tujakue Testaméntope ojehu va’ekue, ha ko’ág̃a avei ojehu jey hína pe iglesia-pe ko’ã ára pahápe.” Selected Messages, lívro 3, 338, 339.</w:t>
      </w:r>
    </w:p>
    <w:p>
      <w:pPr>
        <w:pStyle w:val="ArticleBody"/>
        <w:jc w:val="left"/>
      </w:pPr>
      <w:r>
        <w:rPr>
          <w:rFonts w:ascii="Times New Roman" w:hAnsi="Times New Roman" w:eastAsia="Times New Roman" w:cs="Times New Roman"/>
        </w:rPr>
        <w:t>Joel marandu rehegua “ojeporu” “umi” “ára paha ko yvy arigua og̃uahẽva’ekue ári.” “Ojeporu” he’ise mante oñemomba’eguasuha pe “añetegua ko’ag̃agua” tapiaiteha peteĩ prueba, ha umi ndohasáiva pe prueba ojehechauka umi personaje bíblico Judas-icha.</w:t>
      </w:r>
    </w:p>
    <w:p>
      <w:pPr>
        <w:pStyle w:val="ArticleScripture"/>
        <w:jc w:val="left"/>
      </w:pPr>
      <w:r>
        <w:rPr>
          <w:rFonts w:ascii="Times New Roman" w:hAnsi="Times New Roman" w:eastAsia="Times New Roman" w:cs="Times New Roman"/>
        </w:rPr>
        <w:t>“Peteĩ mbo’epy rire ambue mbo’epy oguejy rei Judas apysápe, ha’e ndojapyhýi. Mbovypa ko árape oĩ omoakãrapu’ãva hapykuéri. Tupã léi resakãme, kuimba’e ijehupytyrãva ohecha hekokuéra vaiha, péro ndojapói pe ñemoambue tekotevẽva, ha osegui peteĩ angaipa rekógui ambue angaipa rekópe.”</w:t>
      </w:r>
    </w:p>
    <w:p>
      <w:pPr>
        <w:pStyle w:val="ArticleScripture"/>
        <w:jc w:val="left"/>
      </w:pPr>
      <w:r>
        <w:rPr>
          <w:rFonts w:ascii="Times New Roman" w:hAnsi="Times New Roman" w:eastAsia="Times New Roman" w:cs="Times New Roman"/>
        </w:rPr>
        <w:t>“Cristo mbo’epykuéra ojeiporu ñande ára ha ñane ñemoñare-rã avei. Ha’e he’i: ‘Ndajerurei ko’ãvare añoite, síno umi ogueroviátava che rehe iñe’ẽ rupive avei.’ Pe testimónio peteĩchagua oguahẽ ñandéve ko’ã ára pahápe, upe oguahẽ haguéicha Judas-pe. Umi mbo’epy ha’e ndoikoporãi va’ekue hekovepe oñembohovái umi ohendúva, ha upéichante avei opyta kyhyje’ỹre, ndoikovéigui hendáicha, ndombohasái haguére iñangaipa.” Review and Herald, 17 de marzo de 1891.</w:t>
      </w:r>
    </w:p>
    <w:p>
      <w:pPr>
        <w:pStyle w:val="ArticleBody"/>
        <w:jc w:val="left"/>
      </w:pPr>
      <w:r>
        <w:rPr>
          <w:rFonts w:ascii="Times New Roman" w:hAnsi="Times New Roman" w:eastAsia="Times New Roman" w:cs="Times New Roman"/>
        </w:rPr>
        <w:t>Juan, opaite peve Apocalipsis ryepýpe, ohechauka Tupã rembyre ára pahápegua; ha oñemosẽvo chupe Pátmospe, Juan orrepresenta umi oñembojepy'apýva araka’e pe léi domingo rehegua apañuãime. Ha’e he’i mba’érepa oñemoinge chupe kárselpe.</w:t>
      </w:r>
    </w:p>
    <w:p>
      <w:pPr>
        <w:pStyle w:val="ArticleScripture"/>
        <w:jc w:val="left"/>
      </w:pPr>
      <w:r>
        <w:rPr>
          <w:rFonts w:ascii="Times New Roman" w:hAnsi="Times New Roman" w:eastAsia="Times New Roman" w:cs="Times New Roman"/>
        </w:rPr>
        <w:t>Che, Juan, pende ryvy ha pene irũngu jehasa asýpe, ha Jesús Cristo rréinope ha ipasiénsia-pe, aime vaʼekue pe ísla hérava Patmospe, Tupã ñeʼẽ rehe, ha Jesús Cristo rehegua testimónio rehe. Apocalipsis 1:9.</w:t>
      </w:r>
    </w:p>
    <w:p>
      <w:pPr>
        <w:pStyle w:val="ArticleBody"/>
        <w:jc w:val="left"/>
      </w:pPr>
      <w:r>
        <w:rPr>
          <w:rFonts w:ascii="Times New Roman" w:hAnsi="Times New Roman" w:eastAsia="Times New Roman" w:cs="Times New Roman"/>
        </w:rPr>
        <w:t>Juan ojepersegi vaʼekue la Biblia ha Espíritu de Profecía rehe. Mbaʼérepa umi cien cuarenta y cuatro mil ojepersegi Espíritu de Profecía káusare? Pe añetegua peteĩha maranduhára Joel ohechauka vaʼekue hína pe apostasía Iglesia Adventista del Séptimo Día-pe. Apóstol Pedro ohechauka ramo guare Pentecostés haʼe hague cumplimiento kuatia Joel-pegua, Pedro ojapo upéva umi judío ombojere ha oataka ramo guare pe jehechauka “lenguas” rehegua. Umi judío, upérõ oikóva taʼãnga ramo umi Adventista del Séptimo Día ára pahápe guarã, heʼi hína kuri Pedro ha umi omomarandúva pe mensajeha “kaʼu”. Umi Adventista del Séptimo Día oñorairõta pe mensaje lluvia tardía rehe, ojapo haguéicha umi judío Pedro tiempo-pe. Péicha ojapo, umi omomarandúva pe mensaje de prueba “verdad presente” rehegua lluvia tardía-pe oguereko rupi umi añetegua ypykue “tuja”, pe añetegua pyahu akóinte oñemopyenda rupi pe añetegua tuja ári. Jeremías ohenói Tupã retãygua kuérape lluvia tardía tiempo-pe oguata hag̃ua umi tape tuja rupi ha ohendu hag̃ua pe trompeta ryapu pe atalaya-gua, haʼekuéra katu ndojaposéi. Pe mensaje añetegua ypykue “tuja” rehegua ojehechauka simbólicamente umi “siete tiempos” Levítico veintiséis-pe, omoĩva tenondépe pe relación de pacto pe sábado rehegua yvy rehe.</w:t>
      </w:r>
    </w:p>
    <w:p>
      <w:pPr>
        <w:pStyle w:val="ArticleScripture"/>
        <w:jc w:val="left"/>
      </w:pPr>
      <w:r>
        <w:rPr>
          <w:rFonts w:ascii="Times New Roman" w:hAnsi="Times New Roman" w:eastAsia="Times New Roman" w:cs="Times New Roman"/>
        </w:rPr>
        <w:t>“Ahecha pe tupaó réra añónteva ha umi Adventista réra añónteva, Judas-icha, orerekomo’ãha umi católico pópe ojehupyty hag̃ua hikuái iñe’ẽngatu hag̃ua ou hag̃ua hikuái añeteguáre. Umi marangatu upérõta peteĩ tetãnguéra apytépe oikóva ñemípe, sa’ieterei ojekuaáva umi católico apytépe; hákatu umi tupaó ha umi Adventista réra añónteva oikuaáva ñande jerovia ha ñande jepokuaa (ha’ekuéra niko ore ndaija’éi va’ekue pytu’uha ára rehehápe, ndaikatúigui ombotove upéva) ome’ẽta umi marangatúpe ha omombe’úta hikuái umi católico-pe ha’eha umi tavayguakuéra tembiapoukapy noñangarekóiva; péva he’iséva, oñangarekoha hikuái pytu’uha árare ha ndojapóiha domingo.”</w:t>
      </w:r>
    </w:p>
    <w:p>
      <w:pPr>
        <w:pStyle w:val="ArticleScripture"/>
        <w:jc w:val="left"/>
      </w:pPr>
      <w:r>
        <w:rPr>
          <w:rFonts w:ascii="Times New Roman" w:hAnsi="Times New Roman" w:eastAsia="Times New Roman" w:cs="Times New Roman"/>
        </w:rPr>
        <w:t>“Upéi umi Católico heʼíta umi Protestántepe toñemotenonde hag̃ua, ha omoĩta peteĩ decreto opavave noñangarekóivape arapokõindy peteĩha rehe, arapokõindy porundyha rendaguépe, tojejuka hag̃ua. Ha umi Católico, hetaitereíva, oĩta umi Protestánte ykére. Umi Católico omeʼẽta ipokatu mymba raʼãngápe. Ha umi Protestánte ombaʼapóta isy ombaʼapo haguéicha hesekuéra mboyve, umi santo-kuérape ohundi hag̃ua. Péro oikove térã ogueraha hiʼa hag̃ua idecreto, umi santo-kuéra ojepeʼáta Tupã Ñeʼẽ rupive.” Spalding and Magan, 1, 2.</w:t>
      </w:r>
    </w:p>
    <w:p>
      <w:pPr>
        <w:pStyle w:val="ArticleBody"/>
        <w:jc w:val="left"/>
      </w:pPr>
      <w:r>
        <w:rPr>
          <w:rFonts w:ascii="Times New Roman" w:hAnsi="Times New Roman" w:eastAsia="Times New Roman" w:cs="Times New Roman"/>
        </w:rPr>
        <w:t>Mokõi jey Hermana White omombe’u porãva “iglesia nominal” ha “Adventista-kuéra nominal”, ojapo aja peteĩ jehechakuaa’i mbytépe umi mokõi “aty nominal” ha umi “Católico-kuéra”. “Iglesia nominal” ha “Adventista-kuéra nominal” “ndaija’éi” umi ojehechaukávare Pedro ha Juan rupive, “pytu’u ára rehehápe, ndaikatúigui ombohovái upéva.” Iglesia nominal ha Católico-kuéra ndaikatúi “ombohovái” pe añetegua pytu’u ára sieteha rehegua, ha “Adventista-kuéra nominal” ndaikatúi “ombohovái” umi “siete tiempos” Levítico veintiséis-peguáva, ha’éva pe yvy pytu’u ára mandamiento. Iglesia nominal ha Católico-kuéra ndaikatúi “ombohovái” pe hecho pytu’u ára sieteha ha’eha peteĩ añetegua bíblica “fundacional”, ha “Adventista-kuéra nominal” ndaikatúi “ombohovái” pe hecho umi “siete tiempos” Levítico veintiséis-peguáva ha’eha peteĩ añetegua Millerita “fundacional”.</w:t>
      </w:r>
    </w:p>
    <w:p>
      <w:pPr>
        <w:pStyle w:val="ArticleBody"/>
        <w:jc w:val="left"/>
      </w:pPr>
      <w:r>
        <w:rPr>
          <w:rFonts w:ascii="Times New Roman" w:hAnsi="Times New Roman" w:eastAsia="Times New Roman" w:cs="Times New Roman"/>
        </w:rPr>
        <w:t>Juan ñembyaty Patmos-pe ohechauka umi cien cuarenta y cuatro mil oipyhy mbaretéva mokõivéva, la Biblia ha Espíritu de Profecía, ha ojepersegui hag̃uáicha peteĩ hendáicha okapégui ára pokõiha sábado rehe, ha ojepersegui avei hyepýgui ára pokõi aryguápe sábado yvýpe g̃uarã rehe. Upévare, Juan testimonio mba’érepa ojepersegui hína va’ekue versículo nueve-pe oñemoirũ versículo diez-pe pe sábado rehegua ha pe marandu yma guaréva (“tapykue guive”) pe “ñe’ẽ guasu” “trompéta” ramo guaréva guive.</w:t>
      </w:r>
    </w:p>
    <w:p>
      <w:pPr>
        <w:pStyle w:val="ArticleScripture"/>
        <w:jc w:val="left"/>
      </w:pPr>
      <w:r>
        <w:rPr>
          <w:rFonts w:ascii="Times New Roman" w:hAnsi="Times New Roman" w:eastAsia="Times New Roman" w:cs="Times New Roman"/>
        </w:rPr>
        <w:t>Che, Juan, pene pe hermano, ha pene peneirũ pe jehasa asýpe, pe mborayhu róga ha pe ñemboguata hag̃uã Jesús Cristope, aime vaʼekue pe ypaʼũ héravape Patmos, Tupã Ñeʼẽ rehe, ha Jesús Cristo rehegua testimónio rehe. Aime vaʼekue pe Espíritupe pe Ñandejára árape, ha ahendu che rapykue gotyo peteĩ ñeʼẽ hatã guasu, trompétaicha. Apocalipsis 1:9, 10.</w:t>
      </w:r>
    </w:p>
    <w:p>
      <w:pPr>
        <w:pStyle w:val="ArticleBody"/>
        <w:jc w:val="left"/>
      </w:pPr>
      <w:r>
        <w:rPr>
          <w:rFonts w:ascii="Times New Roman" w:hAnsi="Times New Roman" w:eastAsia="Times New Roman" w:cs="Times New Roman"/>
        </w:rPr>
        <w:t>Juan ohechauka umi tapicha-pe, 9/11 jave ohendúva’ekue pe angel Apocalipsis mokoipaapyguágui ñe'ẽ trompetaicha ohenóiva Tupã retãygua-kuérape ojevy hag̃ua Jeremías “tape yma guaré”-pe. Upe ñe'ẽ hatã guasu ha'e va'ekue avei pe séptima trompéta marandu ñeñangarekorã, ha upéva avei hína pe mbohapyha ñembyasýi.</w:t>
      </w:r>
    </w:p>
    <w:p>
      <w:pPr>
        <w:pStyle w:val="ArticleBody"/>
        <w:jc w:val="left"/>
      </w:pPr>
      <w:r>
        <w:rPr>
          <w:rFonts w:ascii="Times New Roman" w:hAnsi="Times New Roman" w:eastAsia="Times New Roman" w:cs="Times New Roman"/>
        </w:rPr>
        <w:t>Hermana White ohechakuaa vaekue pe “Biblia ombyaty ha oñongatu ojoajúva’ekue umi imba’erepy ko generación pahápe g̃uarã.” Joel aranduka ha’e peteĩva umi “mba’erepy” bíblicogua oikóva añetegua ko’ã “ára pahápe.” Pentecostés-pe Pedro ohechakuaa vaekue upérõ oñemboguataha hína Joel aranduka. Pedro, Joel-icha avei, “sa’ive oñe’ẽ” vaekue Pentecostés ára pehẽngue rehe, ore “ára” rehe katu hetave. Pentecostés ára pehẽngue ha’e vaekue ama tenondegua pe Dispensación Cristiana-pe g̃uarã. Pentecostés ohechauka pe Dispensación Cristiana ñepyrũ, ha upeichahápe avei omyesakã pe Dispensación Cristiana paha. Pe Dispensación Cristiana paha ha’e pe ama pyharegua ára, Pentecostés ohechaukaháicha techaukaha ramo. Upévare Pedro ha’e peteĩ símbolo Tupã retãyguakuéra rehegua pe Dispensación Cristiana pahápe, ohechakuaáva pe Espíritu Santo oñeñohẽmbaha oñemboguataha, oiporúvo Joel aranduka upevarã.</w:t>
      </w:r>
    </w:p>
    <w:p>
      <w:pPr>
        <w:pStyle w:val="ArticleScripture"/>
        <w:jc w:val="left"/>
      </w:pPr>
      <w:r>
        <w:rPr>
          <w:rFonts w:ascii="Times New Roman" w:hAnsi="Times New Roman" w:eastAsia="Times New Roman" w:cs="Times New Roman"/>
        </w:rPr>
        <w:t>Upéi Pedro opuʼãvo umi once ndive, omopuʼã iñeʼẽ ha heʼi chupekuéra: Kuimbaʼe kuéra Judéagua, ha peẽ maymáva peikóva Jerusalénpe, taikuaa pendehegui ko mbaʼe, ha pejapysaka che ñeʼẽre: koʼãva niko ndahaʼéi okaʼúva, peẽ peimoʼãháicha, koʼág̃a ningo mbohapyha aravo añoite ára rehegua. Péro kóva hína upe oñeʼẽvaʼekue maranduhára Joel rupive; Ha oikóta umi ára pahápe, heʼi Tupã, añohẽta che Espíritu opa yvypóra ári: ha pende raʼykuéra ha pende rajykuéra oñemoarandúta marandu hag̃ua; ha pende mitãrusu kuéra ohecháta jehecha, ha pende tuja kuéra ohecháta kerayvoty: ha che rembiguái kuimbaʼe ha che rembiguái kuña ári añohẽta umi ára che Espíritu; ha haʼekuéra oñemoarandúta marandu hag̃ua: Ha ahechaukáta mbaʼe hechapyrã yvága yvateguápe, ha techaukaha yvy guýpe; tuguy, tata ha tatatĩ pytũmby: kuarahy oikóta pytũmbýpe, ha jasy tuguyme, ou mboyve upe ára guasu ha hechapyrãva Ñandejára rehegua: Ha oikóta, maymáva ohenóiva Ñandejára réra ojesalvataha. Hechos 2:14–21.</w:t>
      </w:r>
    </w:p>
    <w:p>
      <w:pPr>
        <w:pStyle w:val="ArticleBody"/>
        <w:jc w:val="left"/>
      </w:pPr>
      <w:r>
        <w:rPr>
          <w:rFonts w:ascii="Times New Roman" w:hAnsi="Times New Roman" w:eastAsia="Times New Roman" w:cs="Times New Roman"/>
        </w:rPr>
        <w:t>Ikatu hag̃uáicha peteĩ temimbo’e porã maranduhára rehegua, tekotevẽ oñentende mbarete porã hag̃ua ko mba’e: ko yvy paha ojehechauka “línea ári línea” Tupã Ñe’ẽ rembiasakue histórico ryepýpe. Ko añetegua ndive ojoaju avei kóva: umi proféta kuéra voi orepresenta Tupã tavayguakuérape umi ára pahápe. Joel omoĩ iñe’ẽryru umi ára pahápe, oguerahauka hag̃ua “Ñandejára ára” oñembojao hínaha.</w:t>
      </w:r>
    </w:p>
    <w:p>
      <w:pPr>
        <w:pStyle w:val="ArticleScripture"/>
        <w:jc w:val="left"/>
      </w:pPr>
      <w:r>
        <w:rPr>
          <w:rFonts w:ascii="Times New Roman" w:hAnsi="Times New Roman" w:eastAsia="Times New Roman" w:cs="Times New Roman"/>
        </w:rPr>
        <w:t>Peipe pembu mbyja Sión-pe, ha pehenduuka ñehatã che yvyty marangatu ári; tokyhyje opa umi oikóva ko yvy rehe; pe Ñandejára ára oguahẽgui, hi’aguĩma. Joel 2:1.</w:t>
      </w:r>
    </w:p>
    <w:p>
      <w:pPr>
        <w:pStyle w:val="ArticleBody"/>
        <w:jc w:val="left"/>
      </w:pPr>
      <w:r>
        <w:rPr>
          <w:rFonts w:ascii="Times New Roman" w:hAnsi="Times New Roman" w:eastAsia="Times New Roman" w:cs="Times New Roman"/>
        </w:rPr>
        <w:t>Peteĩ “mimbí” techaukaha ramo, ambue he’iséva apytépe, ohechauka peteĩ marandu ñe’ẽmondýiha. Techaukaha ramo, peteĩ mimbí ikatu ohechauka peteĩ aravo pukukue térã peteĩ aravo mombyky’ỹre, térã mokõivéva — upéva odepende pe jehaipyre ryepýpe. Peteĩ mimbí avei ohechauka juicio. Pe arete mimbikuéra rehegua, diez ára mboyve pe Día de Expiación-gui, ha’eva’ekue peteĩ ñe’ẽmondýi juicio og̃uahẽ hag̃uáre.</w:t>
      </w:r>
    </w:p>
    <w:p>
      <w:pPr>
        <w:pStyle w:val="ArticleBody"/>
        <w:jc w:val="left"/>
      </w:pPr>
      <w:r>
        <w:rPr>
          <w:rFonts w:ascii="Times New Roman" w:hAnsi="Times New Roman" w:eastAsia="Times New Roman" w:cs="Times New Roman"/>
        </w:rPr>
        <w:t>“Ñandejára ára” ohechauka ikatu hag̃uáicha peteĩ aravo térã peteĩ aravo pukukue, pe contexto oĩhápe pe pasáhe “Ñandejára ára” ojepurúva rehehápe. “Ñandejára ára” ikatu ha’e peteĩ símbolo pe juicio ejecutivo rehegua, ojehechaukáva umi siete plaga paha ramo, térã ikatu ha’e pe juicio ejecutivo oikóva pe mil áño rire pahápe. Mokõivéva kásope, pe trompéta ohechauka Ñandejára juicio ejecutivo. Upévare, “Ñandejára ára” ikatu ohechauka pe punto ojehupytyhápe Ñandejára castigo, térã pe aravo pukukue ojehupytyhápe Ñandejára castigokuéra.</w:t>
      </w:r>
    </w:p>
    <w:p>
      <w:pPr>
        <w:pStyle w:val="ArticleBody"/>
        <w:jc w:val="left"/>
      </w:pPr>
      <w:r>
        <w:rPr>
          <w:rFonts w:ascii="Times New Roman" w:hAnsi="Times New Roman" w:eastAsia="Times New Roman" w:cs="Times New Roman"/>
        </w:rPr>
        <w:t>Peteĩ “mimbipa”, “Ñandejára ára” reheguáicha, ikatu ohechauka peteĩ punto ha avei peteĩ periodo de tiempo, ojehechaháicha umi punto ha periodo histórico ojehechaukávape umi siete mimbipa Apocalipsis ocho ha nueve-pe. “Ñandejára ára” Joel ohechaukáva pe “mimbipa” oñembopútava rupive—ha’e mokõivéva: peteĩ punto ára rehegua ha avei peteĩ periodo de tiempo oñepyrũva pe omanóvakuéra juicio opa rire ha umi oikovéva juicio oñepyrũvo. 9/11-pe, oñembopu peteĩ mimbipa ohechaukáva pe juicio umi oikovévare guáva oguahẽ hague peteĩ punto ára rehegua ramo, ha avei ohechaukáva 9/11 ha’eha pe periodo umi oikovéva juicio rehegua ñepyrũ.</w:t>
      </w:r>
    </w:p>
    <w:p>
      <w:pPr>
        <w:pStyle w:val="ArticleScripture"/>
        <w:jc w:val="left"/>
      </w:pPr>
      <w:r>
        <w:rPr>
          <w:rFonts w:ascii="Times New Roman" w:hAnsi="Times New Roman" w:eastAsia="Times New Roman" w:cs="Times New Roman"/>
        </w:rPr>
        <w:t>Upévare ko'ág̃a voi, he'i Ñandejára, pejevy che rendápe pene korasõ pukukue reheve, ayuno reheve, jahe'o reheve ha ñembyasy reheve: Ha peikytĩ pene korasõ, ani pende ao; ha pejevy Ñandejára pende Jára rendápe; ha'e niko porã ha oiporiahuverekóva, ipochy mbegueve, henyhẽ mbaeporãgui, ha ojevy ivaívagui. Máva piko oikuaa ndaúi paje ojevy ha oñembyasyta, ha ohejáta hapykuéri peteĩ jehovasa; peteĩ ofrénda tembi'urã ha peteĩ ofrénda ñemongarurã Ñandejára pende Jára peguarã? Pembopu turu Sión-pe, pemboyke hag̃ua peteĩ ayuno marangatu, pehenói peteĩ aty guasu marangatu. Joel 2:12–15.</w:t>
      </w:r>
    </w:p>
    <w:p>
      <w:pPr>
        <w:pStyle w:val="ArticleBody"/>
        <w:jc w:val="left"/>
      </w:pPr>
      <w:r>
        <w:rPr>
          <w:rFonts w:ascii="Times New Roman" w:hAnsi="Times New Roman" w:eastAsia="Times New Roman" w:cs="Times New Roman"/>
        </w:rPr>
        <w:t>Kóva hína mokõiha jey Joel omanda oñembopu hag̃ua peteĩ trompéta. “Trompéta kuéra” Joel-pe ha’e mokõivéva: peteĩ adverténsia pe huísio ejecutivo oúvagui, umi siete última plága rehegua, ha oñemoĩ hikuái contexto-pe pe ñehenói Laodicea guápe oñearrepenti hag̃ua ha pe huísio ára ñembotývo hi’aguĩ hag̃ua.</w:t>
      </w:r>
    </w:p>
    <w:p>
      <w:pPr>
        <w:pStyle w:val="ArticleScripture"/>
        <w:jc w:val="left"/>
      </w:pPr>
      <w:r>
        <w:rPr>
          <w:rFonts w:ascii="Times New Roman" w:hAnsi="Times New Roman" w:eastAsia="Times New Roman" w:cs="Times New Roman"/>
        </w:rPr>
        <w:t>Esapukái hatã, ani reñemboyke mba’eve; emopu’ã nde ñe’ẽ turuichaicha, ha ehechauka che retãme hembiapo vai, ha Jacob róga pegua ipekadokuéra. Isaías 58:1.</w:t>
      </w:r>
    </w:p>
    <w:p>
      <w:pPr>
        <w:pStyle w:val="ArticleBody"/>
        <w:jc w:val="left"/>
      </w:pPr>
      <w:r>
        <w:rPr>
          <w:rFonts w:ascii="Times New Roman" w:hAnsi="Times New Roman" w:eastAsia="Times New Roman" w:cs="Times New Roman"/>
        </w:rPr>
        <w:t>Isaías, Joel, Juan ha Pedro opavave ohechauka pe cien cuarenta y cuatro mil ára pahápegua, ha upéicha avei Jeremías, omombe'úva araka'épa pe trompéta oñembopuva'erã.</w:t>
      </w:r>
    </w:p>
    <w:p>
      <w:pPr>
        <w:pStyle w:val="ArticleScripture"/>
        <w:jc w:val="left"/>
      </w:pPr>
      <w:r>
        <w:rPr>
          <w:rFonts w:ascii="Times New Roman" w:hAnsi="Times New Roman" w:eastAsia="Times New Roman" w:cs="Times New Roman"/>
        </w:rPr>
        <w:t>Péicha he’i Ñandejára: Peñembo’y tape rupi, ha pehecha, ha peporandu umi tape yma guaré rehe, moõpa oĩ pe tape porã, ha peguata ipype, ha pejuhúta pytu’u pene ánga hag̃ua. Ha ha’ekuéra he’i: Ndoroguasymo’ãi upe rupi. Avei amoĩ penemoĩ hag̃ua ñangarekohára, he’ívo: Pehendu pe trompéta pu. Ha ha’ekuéra he’i: Ndorohendumo’ãi. Jeremías 6:16, 17.</w:t>
      </w:r>
    </w:p>
    <w:p>
      <w:pPr>
        <w:pStyle w:val="ArticleBody"/>
        <w:jc w:val="left"/>
      </w:pPr>
      <w:r>
        <w:rPr>
          <w:rFonts w:ascii="Times New Roman" w:hAnsi="Times New Roman" w:eastAsia="Times New Roman" w:cs="Times New Roman"/>
        </w:rPr>
        <w:t>Pe trompéta osu ko’ã ára pahápe 11 de septiembre-pe, ha upérõ oñepyrũ oguejy pe ama paha umi oiporavova’ekuérape pe tape porã ha oguatáva hese. Upéva upe jave oguejy pe ánhel Apocalipsis 18-gua.</w:t>
      </w:r>
    </w:p>
    <w:p>
      <w:pPr>
        <w:pStyle w:val="ArticleScripture"/>
        <w:jc w:val="left"/>
      </w:pPr>
      <w:r>
        <w:rPr>
          <w:rFonts w:ascii="Times New Roman" w:hAnsi="Times New Roman" w:eastAsia="Times New Roman" w:cs="Times New Roman"/>
        </w:rPr>
        <w:t>“Oky rire paha ou’a Ñandejára retãygua ári. Peteĩ ánhel imbarete oúta yvágagui, ha ko yvy tuichakue oñemyesakãta iglória reheve.” Review and Herald, 21 de abril de 1891.</w:t>
      </w:r>
    </w:p>
    <w:p>
      <w:pPr>
        <w:pStyle w:val="ArticleBody"/>
        <w:jc w:val="left"/>
      </w:pPr>
      <w:r>
        <w:rPr>
          <w:rFonts w:ascii="Times New Roman" w:hAnsi="Times New Roman" w:eastAsia="Times New Roman" w:cs="Times New Roman"/>
        </w:rPr>
        <w:t>Umi yvate guasu Nueva York-pegua oguejy jave 11 de septiembre-pe, pe ánhel ipu’akapáva oguejy, ha pe ama paha oñepyrũ ho’a.</w:t>
      </w:r>
    </w:p>
    <w:p>
      <w:pPr>
        <w:pStyle w:val="ArticleScripture"/>
        <w:jc w:val="left"/>
      </w:pPr>
      <w:r>
        <w:rPr>
          <w:rFonts w:ascii="Times New Roman" w:hAnsi="Times New Roman" w:eastAsia="Times New Roman" w:cs="Times New Roman"/>
        </w:rPr>
        <w:t>“Koʼág̃a oúpa pe ñeʼẽ haʼe vaʼekue amombeʼu hague Nueva York ojepeʼapaitetaha peteĩ y asy guasu reheve? Kóva arakaʼeve ndahaʼéi pe haʼe vaʼekue. Haʼe vaʼekue, ahechávo umi óga tuichaitereíva oñemopuʼãva upépe, piso ári piso, ‘Mbaʼe tapicha kyhyjehaicháva oikóta Ñandejára opuʼã vove omonguʼe hag̃ua kyhyjehápe ko yvy! Upérõ oñembotýta Apocalipsis 18:1–3 ñeʼẽ.’ Apocalipsis capítulo dieciocho tuichakue niko peteĩ ñeñemongeta porãʼỹ rehegua oútava yvy ári. Ha katu ndarekói tesape peteĩháicha mbaʼépa oútava Nueva York ári rehe, añónte aikuaa peteĩ ára umi óga guasu upépe ojeitytahataha yvýre Tupã puʼaka ojere ha ojerejey rupi. Pe tesape oñemeʼẽ vaʼekue chéve rupi, aikuaa ñehundi oĩha ko yvy ape ári. Peteĩ ñeʼẽnte Ñandejáragui, peteĩ pokomínte ipuʼaka mbarete rehegua, ha koʼã tembiapo tuichaete oñembotapykuepáta. Oikóta mbaʼe ohechaukaporãva pe kyhyjehaicháva ndaikatúiva ñañeimagina.” Review and Herald, 5 de julio de 1906.</w:t>
      </w:r>
    </w:p>
    <w:p>
      <w:pPr>
        <w:pStyle w:val="ArticleBody"/>
        <w:jc w:val="left"/>
      </w:pPr>
      <w:r>
        <w:rPr>
          <w:rFonts w:ascii="Times New Roman" w:hAnsi="Times New Roman" w:eastAsia="Times New Roman" w:cs="Times New Roman"/>
        </w:rPr>
        <w:t>11 de septiembre-pe oñepyrũ ama pyharegua paha osyryry michĩ hag̃uáicha tenonderãite iñehẽmbaite mboyve pe léi domingo guýpe.</w:t>
      </w:r>
    </w:p>
    <w:p>
      <w:pPr>
        <w:pStyle w:val="ArticleScripture"/>
        <w:jc w:val="left"/>
      </w:pPr>
      <w:r>
        <w:rPr>
          <w:rFonts w:ascii="Times New Roman" w:hAnsi="Times New Roman" w:eastAsia="Times New Roman" w:cs="Times New Roman"/>
        </w:rPr>
        <w:t>“Pe tembiapo guasu marandu porã rehegua ndaha’éi oñembotýta Tupã pokatu jehechauka michĩvévape umi ohechaukava’ekue iñepyrũme. Umi marandu’ypy oñemoañetéva’ekue ama tenondegua ñehẽme marandu porã ñepyrũme, oñemoañete jeýta ama pahaguápe ipahápe. Ko’ápe oĩ ‘umi ára piro’y’ apóstol Pedro oha’arõva’ekue he’írõ guare: ‘Peñembyasy hag̃ua, ha pejevuelta, pende angaipa hag̃ua oñembogue, oguahẽ vove umi ára piro’y Ñandejára renondégui; ha Ha’e omondóta Jesúspe.’ Hechos 3:19, 20.” The Great Controversy, 611, 612.</w:t>
      </w:r>
    </w:p>
    <w:p>
      <w:pPr>
        <w:pStyle w:val="ArticleBody"/>
        <w:jc w:val="left"/>
      </w:pPr>
      <w:r>
        <w:rPr>
          <w:rFonts w:ascii="Times New Roman" w:hAnsi="Times New Roman" w:eastAsia="Times New Roman" w:cs="Times New Roman"/>
        </w:rPr>
        <w:t>Pe “tiempos de refrigerio” oñemohu’ã porãite nde rekovépe, pe ñe’ẽmondo niko he’i “peñembyasýke,” ha upéva ndaikatúi ojejapo oĩramo omanóva. Pe “tiempos de refrigerio” og̃uahẽ umi ánga oikovévape guará peve ikatu hag̃ua gueteri umi “pecado” “ojeipe’a” chuguikuéra. Pe “tiempos de refrigerio” oñepyrũ kuri 11 de septiembre-pe, ha upéicha ojekuaauka pe huício umi oikovéva rehegua ñepyrũ. Pentecostés oñembopyahu jevy pe evangelio dispensación pahápe. Pe “tiempos de refrigerio” og̃uahẽvo, umi mba’e Pentecostés-pe oñetypifikáva oñepyrũ jevy oñembopyahu.</w:t>
      </w:r>
    </w:p>
    <w:p>
      <w:pPr>
        <w:pStyle w:val="ArticleScripture"/>
        <w:jc w:val="left"/>
      </w:pPr>
      <w:r>
        <w:rPr>
          <w:rFonts w:ascii="Times New Roman" w:hAnsi="Times New Roman" w:eastAsia="Times New Roman" w:cs="Times New Roman"/>
        </w:rPr>
        <w:t>“Pota che py’aitevépe aikóta aha’arõ pe ára umi mba’e oikova’ekue Pentecostés árape ojehujey hag̃ua, tuichavéva pokatu reheve upe javeguáicha rangue. Juan he’i: ‘Ahecha ambue ánhel oguejy yvágagui, oguerekóva pokatu guasu; ha yvy henyhẽ tesape hag̃ua iglória reheve.’ Upérõ, Pentecostés áraichaite avei, tavayguakuéra ohendúta pe añetegua oñeñe’ẽha chupekuéra, peteĩteĩ iñe’ẽteépe.”</w:t>
      </w:r>
    </w:p>
    <w:p>
      <w:pPr>
        <w:pStyle w:val="ArticleScripture"/>
        <w:jc w:val="left"/>
      </w:pPr>
      <w:r>
        <w:rPr>
          <w:rFonts w:ascii="Times New Roman" w:hAnsi="Times New Roman" w:eastAsia="Times New Roman" w:cs="Times New Roman"/>
        </w:rPr>
        <w:t>“Tupã ikatu omoingove pyahu opa ánga ipy’aite guive oipotáva Oservi Ichupe, ha ikatu opoko tembe’yre tatapỹigui oúva altar ári, ha ojapo hag̃ua oiko hag̃ua ñe’ẽporãva Iporoporu reheve. Hetaiterei ñe’ẽnguéra oñemyenyhẽta pokatu reheve omombe’u hag̃ua Tupã Ñe’ẽ añetegua hechapyrãitéva. Pe kuñe’ẽ jepytaso’ỹva ojepe’áta, ha umi kyhyjéva oñemombaretéta hag̃ua ome’ẽ kyre’ỹme marandu añetegua rehegua. Ñandejára toipytyvõ Ipuévlope omopotĩ hag̃ua pe ánga róga guasu opa ky’a guive, ha omantene hag̃ua peteĩ joaju hi’aguĩitereíva Hendive, ikatu hag̃uáicha oiko hikuái umi ohupytyvéramo pe ama ipahapegua oñehẽvo.” Review and Herald, 20 de julio de 1886.</w:t>
      </w:r>
    </w:p>
    <w:p>
      <w:pPr>
        <w:pStyle w:val="ArticleBody"/>
        <w:jc w:val="left"/>
      </w:pPr>
      <w:r>
        <w:rPr>
          <w:rFonts w:ascii="Times New Roman" w:hAnsi="Times New Roman" w:eastAsia="Times New Roman" w:cs="Times New Roman"/>
        </w:rPr>
        <w:t>Ñambojereko hag̃ua ñande rape ko oúva artículope.</w:t>
      </w:r>
    </w:p>
    <w:p>
      <w:pPr>
        <w:pStyle w:val="ArticleScripture"/>
        <w:jc w:val="left"/>
      </w:pPr>
      <w:r>
        <w:rPr>
          <w:rFonts w:ascii="Times New Roman" w:hAnsi="Times New Roman" w:eastAsia="Times New Roman" w:cs="Times New Roman"/>
        </w:rPr>
        <w:t>Ha pe ánhel oñe’ẽva’ekue chendive ou jey ha chemombáy, peteĩ kuimba’e omombáyháicha ipeke hag̃uagui, ha he’i chéve: Mba’e piko rehecha? Ha che ha’e: Ama’ẽma, ha péina ápe peteĩ candelabro óro memete guigua, oguerekóva hi’ári peteĩ mba’yru, ha hi’ári oĩ siete lámpara, ha siete tubo umi siete lámparape g̃uarã, oĩva hi’ári. Ha mokõi olívo yvyra oĩ ijykére, peteĩ pe mba’yru akatúa gotyo ha ambue katu asu gotyo.</w:t>
      </w:r>
    </w:p>
    <w:p>
      <w:pPr>
        <w:pStyle w:val="ArticleScripture"/>
        <w:jc w:val="left"/>
      </w:pPr>
      <w:r>
        <w:rPr>
          <w:rFonts w:ascii="Times New Roman" w:hAnsi="Times New Roman" w:eastAsia="Times New Roman" w:cs="Times New Roman"/>
        </w:rPr>
        <w:t>Upévare ha’e mbohovái ha oñe’ẽ pe ánhel oñe’ẽva chéve ndivepe, he’ívo: Mba’épa ko’ãva, che ruvicha? Upéi pe ánhel oñe’ẽva chéve ndive ombohovái ha he’i chéve: Ndereikuaái piko mba’épa ko’ãva? Ha che ahe’i: Nahániri, che ruvicha.</w:t>
      </w:r>
    </w:p>
    <w:p>
      <w:pPr>
        <w:pStyle w:val="ArticleScripture"/>
        <w:jc w:val="left"/>
      </w:pPr>
      <w:r>
        <w:rPr>
          <w:rFonts w:ascii="Times New Roman" w:hAnsi="Times New Roman" w:eastAsia="Times New Roman" w:cs="Times New Roman"/>
        </w:rPr>
        <w:t>Upéi ha’e ombohovái ha he’i chéve: Kóva hína Ñandejára ñe’ẽ Zorobabélpe guarã, he’ívo: Nda’éi mbarete rupive, ni pu’aka rupive, che Espíritu rupive katu, he’i Ñandejára ipu’akapavẽva. Zacarías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Kuatia Joél ha Tupao Adventista del Séptimo Día Laodiceagua - Papapy peteĩha</dc:title>
  <dc:subject>Ojehupyty Añetegua Koʼág̃agua</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