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Tupao Adventista del Séptimo Día Laodiceagua - Mokõiha’ẽ"}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Mokõiha hag̃ua</w:t>
      </w:r>
    </w:p>
    <w:p>
      <w:pPr>
        <w:pStyle w:val="ArticleScripture"/>
        <w:jc w:val="left"/>
      </w:pPr>
      <w:r>
        <w:rPr>
          <w:rFonts w:ascii="Times New Roman" w:hAnsi="Times New Roman" w:eastAsia="Times New Roman" w:cs="Times New Roman"/>
        </w:rPr>
        <w:t>“Che py’a guasúpe aháro pe ára umi mba’e oikova’ekue Pentecostés árape ojejey hag̃ua, ha upéva peteĩ pokatu tuichavéva reheve upe javeguáicha. Juan he’i: ‘Ahecha ambue ánhel oguejy yvágagui, oguerekóva pokatu guasu; ha yvy henyhẽ tesape hag̃ua heko mimbipápe.’ Upérõ, Pentecostés araka’épe guaréicha, tavayguakuéra ohendúta pe añetegua oñeñe’ẽramo chupekuéra, káda peteĩ iñe’ẽ teépe.”</w:t>
      </w:r>
    </w:p>
    <w:p>
      <w:pPr>
        <w:pStyle w:val="ArticleScripture"/>
        <w:jc w:val="left"/>
      </w:pPr>
      <w:r>
        <w:rPr>
          <w:rFonts w:ascii="Times New Roman" w:hAnsi="Times New Roman" w:eastAsia="Times New Roman" w:cs="Times New Roman"/>
        </w:rPr>
        <w:t>“Tupã ikatu ome’ẽ tekove pyahu opa árape oipotávo añetehápe oservi Chupe, ha ikatu opoko tembe’ýre tatapỹi hendýva altar ári guive, ha ojapo hag̃ua iñe’ẽkuaapyve hag̃ua Iporãnguere. Hetaiterei ñe’ẽngue oñemyenyhẽta pokatu reheve omombe’u hag̃uáicha Tupã Ñe’ẽ añetegua hechapyrãva. Kũ oñe’ẽsẽ asýva ojepe’áta chugui jejoko, ha umi kyhyjéva oñembaretéta hag̃ua ome’ẽ hag̃ua testimónio py’aguasúva pe añetegua rehe. Ñandejára toipytyvõ Itavayguápe omopotĩ hag̃ua ánga róga marangatu opa mba’e ky’a guive, ha omantene hag̃ua peteĩ joaju hi’aguĩitereíva Hendive, ikatu hag̃uáicha ha’ekuéra toiko pe ama pahápe oñeñohẽ vove.” Review and Herald, 20 de julio de 1886.</w:t>
      </w:r>
    </w:p>
    <w:p>
      <w:pPr>
        <w:pStyle w:val="ArticleBody"/>
        <w:jc w:val="left"/>
      </w:pPr>
      <w:r>
        <w:rPr>
          <w:rFonts w:ascii="Times New Roman" w:hAnsi="Times New Roman" w:eastAsia="Times New Roman" w:cs="Times New Roman"/>
        </w:rPr>
        <w:t>Pentecostés, ojehechávo Jehová areterõicha, ndaikatúi oñemboja’o Pascua-gui, mbuja typy’ỹ aretegui, yva tenondegua ofrendagui ha semanakuéra aretegui. Pentecostés ha’e peteĩ ára pukukue, jepe avei ha’e peteĩ ára peteĩteĩ. Upévare oñehenói “pe ára pukukue pentecostal”. Pe ára pukukue oñepyrũ Cristo mano, ñeñotỹ ha jeikove jey reheve. Ijupi rire yvágape, Cristo oñepyrũ irundy pa ára mbo’epy tee, ha upéi ojehupyty peteĩ ñeime hag̃ua peteĩcha pa ára rupi pe koty yvatepe. 9/11 oñepyrũ peteĩ ára pukukue opa hag̃uáicha pe léi domingo Estados Unidos-pe. Upe léi domingo ojehechauka Pentecostés ára rehe peteĩ ára peteĩteĩramo; peteĩ ára peteĩteĩ, mboyve oúva peteĩ ára pukukue oñepyrũ va’ekue 9/11-pe. 9/11 guive pe léi domingo peve, “pe ára pukukue pentecostal” oñeha’ã jey.</w:t>
      </w:r>
    </w:p>
    <w:p>
      <w:pPr>
        <w:pStyle w:val="ArticleBody"/>
        <w:jc w:val="left"/>
      </w:pPr>
      <w:r>
        <w:rPr>
          <w:rFonts w:ascii="Times New Roman" w:hAnsi="Times New Roman" w:eastAsia="Times New Roman" w:cs="Times New Roman"/>
        </w:rPr>
        <w:t>Pedro omyesakãkuri pe mba’e hechapyrãramóva “ñe’ẽkũi tata rehegua” ndaha’éi ka’u reígui, ha katu peteĩ ñembyaty Joél kuatiañe’ẽme oje’éva ningo oñemohu’ã haguére, peteĩ jeavy ojejapógui pe marandu rehe. “Ñe’ẽkũi” ohechauka peteĩ marandu oñemyasãiva, ha tata ohechauka Espíritu Santo-pe. Pe marandu Pentecostés rehegua ohechauka peteĩ joaju divinidad rehegua (Tupã niko peteĩ tata ohapypáva) ñe’ẽkũi yvypóra reheguándi. Oĩháicha Pedro ohechaukáva umi cien cuarenta y cuatro mil-pe pe ama pahápe, upéicha avei umi judío oñembohoryva’ekue ohechauka peteĩ tavayguakuéra pe pacto yma guare rehegua, ojehejáva hikuái tapykuépe upe aravoitépe pe ama paha ho’áramo guare.</w:t>
      </w:r>
    </w:p>
    <w:p>
      <w:pPr>
        <w:pStyle w:val="ArticleScripture"/>
        <w:jc w:val="left"/>
      </w:pPr>
      <w:r>
        <w:rPr>
          <w:rFonts w:ascii="Times New Roman" w:hAnsi="Times New Roman" w:eastAsia="Times New Roman" w:cs="Times New Roman"/>
        </w:rPr>
        <w:t>Ha opavave oñemyenyhẽ Espíritu Santo-gui, ha oñepyrũ oñeʼẽ ambue ñeʼẽme, Espíritu omeʼẽháicha chupekuéra toñeʼẽ hag̃ua. Upérõ oiko Jerusalénpe judío kuéra, kuimbaʼe marangatu opa tetã yváguy guýpe oĩvagui. Ha ko mbaʼe oñehendúvo, aty heta oñembyaty, ha opyta hag̃uaʼỹre iñakãme, peteĩteĩgui ohendúgui chupekuéra oñeʼẽ hag̃ua iñeʼẽ teepe. Ha opavave ohecharamoiterei ha oñemondýi, heʼívo ojuehe: Péina, ndahaʼéi piko Galilea guagua opavave koʼãva oñeʼẽva? Mbaʼéicha piko ñande peteĩteĩ jahendu ñane ñeʼẽ teepe, ñande jasẽhaguépe? Partia guagua, Media guagua, Elam guagua, ha umi oikóva Mesopotamiape, Judea-pe, Capadocia-pe, Ponto-pe ha Asia-pe, Frigia ha Panfilia-pe, Egipto-pe, ha Libia rembeʼýpe Cirene ypýpe, ha umi ou vaʼekue Rómagui, judío ha prosélito, Creta guagua ha Arabia guagua, jahendu chupekuéra oñeʼẽ ñane ñeʼẽme Tupã rembiapo hechapyrãvagui. Ha opavave ohecharamoiterei ha ipyʼatarova, heʼívo ojuehe: Mbaʼépa heʼise ko mbaʼe? Ambue katu oñembohory heʼívo: Koʼã kuimbaʼe henyhẽ vino pyahúgui. Upéicharõ Pedro, opuʼãvo umi once ndive, omopuʼã iñeʼẽ ha heʼi chupekuéra: Peẽ kuimbaʼe Judea-pegua, ha peẽ opa peikóva Jerusalénpe, peikuaa hag̃ua kóva, ha pehendu che ñeʼẽ: Koʼãva ndahaʼéi okaʼúva, peẽ peimoʼãháicha, gueteri niko mbohapyha aravo ára rehegua. Hechos 2:4–15.</w:t>
      </w:r>
    </w:p>
    <w:p>
      <w:pPr>
        <w:pStyle w:val="ArticleBody"/>
        <w:jc w:val="left"/>
      </w:pPr>
      <w:r>
        <w:rPr>
          <w:rFonts w:ascii="Times New Roman" w:hAnsi="Times New Roman" w:eastAsia="Times New Roman" w:cs="Times New Roman"/>
        </w:rPr>
        <w:t>Pedro omyesakãína Pentecostés Joel kuatiañe’ẽme oje’e vaʼekue ñemoañetéramo. Péva ojapo profétikamente, opa ko yvy ape ári ojejeguaka rupi, jehasa’ẽ he’i haguére umi ohendúva ou hague “opa tetã yvága guýpegua guive”. 9/11-pe ko yvy ojejohéi Cristo mimbipa reheve, ha upéi jey pe léi domingo jave umi cien cuarenta y cuatro mil ojoguaitéta porãite Cristo mimbipa rehe, oñemopuʼãvo hikuái peteĩ poyvi ramo opa ko yvy ape ári renondépe. Pe ára pentecostal oñepyrũ 9/11-pe ha opa pe léi domingo-pe.</w:t>
      </w:r>
    </w:p>
    <w:p>
      <w:pPr>
        <w:pStyle w:val="ArticleScripture"/>
        <w:jc w:val="left"/>
      </w:pPr>
      <w:r>
        <w:rPr>
          <w:rFonts w:ascii="Times New Roman" w:hAnsi="Times New Roman" w:eastAsia="Times New Roman" w:cs="Times New Roman"/>
        </w:rPr>
        <w:t>“Avave peteĩva ñande apytégui araka’eve ndohupytýi pe Tupã sello, ñande rekohápe oĩramo jepe peteĩ mancha térã ky’a. Ñandéve oñeme’ẽ ñamyatyrõ hag̃ua umi defecto oĩva ñande rekohápe, ñamopotĩ hag̃ua pe álma róga marangatu opaichagua ky’águi. Upéi pe ama pyahu ho’áta ñande ári, pe ama ypykue ho’a haguéicha umi temimbo’e ári Pentecostés Árape.</w:t>
      </w:r>
    </w:p>
    <w:p>
      <w:pPr>
        <w:pStyle w:val="ArticleScripture"/>
        <w:jc w:val="left"/>
      </w:pPr>
      <w:r>
        <w:rPr>
          <w:rFonts w:ascii="Times New Roman" w:hAnsi="Times New Roman" w:eastAsia="Times New Roman" w:cs="Times New Roman"/>
        </w:rPr>
        <w:t>“Ndahasýi eterei ñande pytyvõ rupi jahupytývare. Ñañandu ñande ricoha ha ñanderekokuaápe heta mba’e, ha ndajaikuaái ñandeha ‘mboriahu, angaipa rasáva, imboriahúva, ohecha’ỹva ha opívo.’ Ko’ágã pe ára jahendu hag̃ua pe ñe’ẽmongeta pe Testigo Añetévagui: ‘Ame’ẽ ndeve consejo rejogua hag̃ua chehegui óro tata ryepýpe oñemboykekuaa va’ekue, reikóvo rico; ha ao morotĩ, reikóvo nde ao reheve, ha ani hag̃ua ojekuaa nde opívo ñemotĩ; ha emoĩ nde resa rehe pohã, rehecha hag̃ua.’ …”</w:t>
      </w:r>
    </w:p>
    <w:p>
      <w:pPr>
        <w:pStyle w:val="ArticleScripture"/>
        <w:jc w:val="left"/>
      </w:pPr>
      <w:r>
        <w:rPr>
          <w:rFonts w:ascii="Times New Roman" w:hAnsi="Times New Roman" w:eastAsia="Times New Roman" w:cs="Times New Roman"/>
        </w:rPr>
        <w:t>“Ko’ág̃a voi ñañangareko va’erã ñandejehe ha ñane membykuérare, ani hag̃ua oñemongy’a ko yvy ariguápe. Ko’ág̃a voi jajohéi va’erã ñane ao, ha’éva ñande rekokatu, ha ñamopotĩ morotĩ Cordero ruguy rupive. Ko’ág̃a voi ñandejára va’erã ñemomba’eguasu, mba’epota vai ha tekove marangatu rehegua ate’ỹ. Ko’ág̃a voi japáy va’erã ha ñañeha’ã kyre’ỹme ikatu hag̃uáicha ñande rekokatu oñemohenda porã. ‘Ko árape, pehendu ramo Iñe’ẽ, ani pembopy’ahatã pende py’a.’ Jahasa peteĩ tenda hasy’etereívape, roha’arõ ha roñangareko aja ñande Ruvicha jeju rehe. Ko yvy oĩ pytũmbýpe. ‘Peẽ katu, che pehẽnguekuéra,’ he’i Pablo, ‘ndapeĩri pytũmbýpe, upe ára pendejapyhý hag̃uáicha mondahaicha.’ Tupã rembipota meme niko oguenohẽ hag̃ua tesakã pytũmbýgui, vy’a ñembyasýgui, ha pytu’u kane’õgui pe ánga oha’arõ ha ohechaga’úva rehehápe.”</w:t>
      </w:r>
    </w:p>
    <w:p>
      <w:pPr>
        <w:pStyle w:val="ArticleScripture"/>
        <w:jc w:val="left"/>
      </w:pPr>
      <w:r>
        <w:rPr>
          <w:rFonts w:ascii="Times New Roman" w:hAnsi="Times New Roman" w:eastAsia="Times New Roman" w:cs="Times New Roman"/>
        </w:rPr>
        <w:t>“Mbaʼépa pejapo, che pehẽnguekuéra, ko tembiapo guasúpe peñembosakoʼi hag̃ua? Umi oñembojoajúva ko yvy arapýre ohupyty hína pe molde yvygua ha oñembosakoʼi hína pe mymba raʼãnga marka rehe hag̃ua. Umi ndojeroviáiva ijehe, oñemomirĩva Tupã renondépe ha omopotĩva iánga añetegua rupi iñeʼẽrendúvo, umíva ohupyty hína pe molde yvagagua ha oñembosakoʼi hína Tupã sélorã hag̃ua ijekovekuérare. Ára osẽ vove pe decreto ha pe sello oñemoĩ rire hesekuéra, ikarakterkuéra opytáta potĩ ha marãʼỹva opa ára g̃uarã.”</w:t>
      </w:r>
    </w:p>
    <w:p>
      <w:pPr>
        <w:pStyle w:val="ArticleScripture"/>
        <w:jc w:val="left"/>
      </w:pPr>
      <w:r>
        <w:rPr>
          <w:rFonts w:ascii="Times New Roman" w:hAnsi="Times New Roman" w:eastAsia="Times New Roman" w:cs="Times New Roman"/>
        </w:rPr>
        <w:t>“Koʼág̃a ningo ára ñañembosakoʼi hag̃ua. Tupã sello arakaʼeve ndojejapomoʼãi peteĩ kuimbaʼe térã kuña ikyʼapáva renondépe. Arakaʼeve ndojejapomoʼãi peteĩ kuimbaʼe térã kuña ohekáva yvate hag̃ua ha ohayhúva ko yvygua mbaʼe renondépe. Arakaʼeve ndojejapomoʼãi kuimbaʼe térã kuñanguéra ijapu hag̃uáicha iñeʼẽme térã imbotavyva ipyʼapýpe renondépe. Opa umi ohupytýva pe sello tekotevẽ oĩ hag̃ua marãʼỹre Tupã renondépe—yvága peguarã ojejeporavóva ramo. Peho tenonderã, che joykeʼykuéra ha che reindykuéra. Koʼág̃a ikatu añeʼẽ mbyky hag̃uánte koʼã mbaʼére, añembosakoʼi hag̃ua tekotevẽha rehe pende atención añemoĩ hag̃uánte. Peheka peẽ voi Ñandejára Ñeʼẽme, ikatu hag̃uáicha peikuaa ko ára koʼag̃agua pohýi ha kyhyje hag̃uaite. ” Testimonios, volúmen 5, 214, 216.</w:t>
      </w:r>
    </w:p>
    <w:p>
      <w:pPr>
        <w:pStyle w:val="ArticleBody"/>
        <w:jc w:val="left"/>
      </w:pPr>
      <w:r>
        <w:rPr>
          <w:rFonts w:ascii="Times New Roman" w:hAnsi="Times New Roman" w:eastAsia="Times New Roman" w:cs="Times New Roman"/>
        </w:rPr>
        <w:t>Ko Hermana White ko’ápe omombe’u Pentecostés ha’eha peteĩ ára térã tiémpo peteĩha, ojoajúva pe léi domingo rehe Estados Unidos-pe, “upe decreto osẽ jave.” Upéicharõ jepe, ha’e omoĩramo pe léi domingo ha Pentecostés peteĩ ára térã tiémpo peteĩháicha, imensaje ohenóiva ñembosako’ípe omombe’u peteĩ período oúva pe léi domingo mboyve, ha upéva oñehechauka pe temporada pentecostal rehe. Pe léi domingo ha’e pe prueba sábado ára pokõiha rehegua, ha pe período 9/11 guive pe léi domingo peve ikatu oñemyesakã pe “ára simbólico Ñandejára ñembosako’i rehegua” ramo. Pe ñembosako’i oiko pe prueba mboyve.</w:t>
      </w:r>
    </w:p>
    <w:p>
      <w:pPr>
        <w:pStyle w:val="ArticleBody"/>
        <w:jc w:val="left"/>
      </w:pPr>
      <w:r>
        <w:rPr>
          <w:rFonts w:ascii="Times New Roman" w:hAnsi="Times New Roman" w:eastAsia="Times New Roman" w:cs="Times New Roman"/>
        </w:rPr>
        <w:t>Pe “ama yvytu pyahu” hoʼáta umi cien cuarenta y cuatro mil ári, peteĩchaite “ama ypykue hoʼa haguéicha umi temimboʼe kuéra ári Pentecostés Árape”. Pe áraʼaty ojehechaukáva ramo Pentecostés ára pegua oñepyrũ peteĩ ñemoĩ michĩ reheve Cristo ojevy jave Ijupiha rire.</w:t>
      </w:r>
    </w:p>
    <w:p>
      <w:pPr>
        <w:pStyle w:val="ArticleScripture"/>
        <w:jc w:val="left"/>
      </w:pPr>
      <w:r>
        <w:rPr>
          <w:rFonts w:ascii="Times New Roman" w:hAnsi="Times New Roman" w:eastAsia="Times New Roman" w:cs="Times New Roman"/>
        </w:rPr>
        <w:t>Ha he’í rire ko mba’e, opytu’u hi’ári kuéra ha he’i chupekuéra: Pemoneĩ pe Espíritu Santo. Juan 20:22.</w:t>
      </w:r>
    </w:p>
    <w:p>
      <w:pPr>
        <w:pStyle w:val="ArticleBody"/>
        <w:jc w:val="left"/>
      </w:pPr>
      <w:r>
        <w:rPr>
          <w:rFonts w:ascii="Times New Roman" w:hAnsi="Times New Roman" w:eastAsia="Times New Roman" w:cs="Times New Roman"/>
        </w:rPr>
        <w:t>Ipytu oguerahauka Espíritu Santo, ha pytu niko omoheñóiva ñe’ẽnguéra ryapu. Jesús ha’e pe Ñe’ẽ, ha ipytu oguerahauka Espíritu Santo iñe’ẽ me’ẽ rupive. Pytu niko pe omoingovéva Adán rete, ha pytu avei pe omoingovéva Ezequiel ehérsito kanguekue piru omano vaʼekue oikove jeývape.</w:t>
      </w:r>
    </w:p>
    <w:p>
      <w:pPr>
        <w:pStyle w:val="ArticleScripture"/>
        <w:jc w:val="left"/>
      </w:pPr>
      <w:r>
        <w:rPr>
          <w:rFonts w:ascii="Times New Roman" w:hAnsi="Times New Roman" w:eastAsia="Times New Roman" w:cs="Times New Roman"/>
        </w:rPr>
        <w:t>“Cristo ojapohague ipe hemimbo’ekuérape Espíritu Santo, ha ome’ẽvo chupekuéra ipy’aguapy, ha’e va’ekue mbovymi ytykueicha pe ama guasu hetáva renondépe oñeme’ẽ hag̃uáicha Pentekostés árape.” Spirit of Prophecy, volumen 3, 243.</w:t>
      </w:r>
    </w:p>
    <w:p>
      <w:pPr>
        <w:pStyle w:val="ArticleBody"/>
        <w:jc w:val="left"/>
      </w:pPr>
      <w:r>
        <w:rPr>
          <w:rFonts w:ascii="Times New Roman" w:hAnsi="Times New Roman" w:eastAsia="Times New Roman" w:cs="Times New Roman"/>
        </w:rPr>
        <w:t>Pentekoste ára ñepyrũme Cristo “pytu” ome'ẽ vaekue Espíritu Santo umi temimbo'épe, péro oĩ vaekue oĩva ndogueroviapái.</w:t>
      </w:r>
    </w:p>
    <w:p>
      <w:pPr>
        <w:pStyle w:val="ArticleScripture"/>
        <w:jc w:val="left"/>
      </w:pPr>
      <w:r>
        <w:rPr>
          <w:rFonts w:ascii="Times New Roman" w:hAnsi="Times New Roman" w:eastAsia="Times New Roman" w:cs="Times New Roman"/>
        </w:rPr>
        <w:t>Ha Tomás, peteĩva umi doce apóstol apytégui, hérava Dídimo, ndahaʼéi hína hendivekuéra Jesús ou jave. Upévare umi ambue temimboʼekuéra heʼi chupe: Rohecháma Ñandejárape. Haʼe katu heʼi chupekuéra: Ndachechái ramo ipopekuéra pe clavo kuéra repy, ha amoinge ramo che kuã umi clavo kuéra repýpe, ha amoinge ramo che po isádope, arakaʼeve ndarogueroviamoʼãi. Juan 2:24, 25.</w:t>
      </w:r>
    </w:p>
    <w:p>
      <w:pPr>
        <w:pStyle w:val="ArticleBody"/>
        <w:jc w:val="left"/>
      </w:pPr>
      <w:r>
        <w:rPr>
          <w:rFonts w:ascii="Times New Roman" w:hAnsi="Times New Roman" w:eastAsia="Times New Roman" w:cs="Times New Roman"/>
        </w:rPr>
        <w:t>Pe período pentecostal oñepyrũ peteĩ ára “jehechapyre”, oñepyrũvo Cristo pytu reheve ha Tomás marã’ỹrõ ñemokyre’ỹ rehegua. Tomás marã’ỹrõ ñemokyre’ỹ oñepyrũme ohechauka typokuéraicha umi judíokuéra marã’ỹrõ ñemokyre’ỹ oikótava pe ára paha pe ára pentecostal paha hag̃ua. Cristo ome’ẽkuri iñe’ẽ ha Espíritu Santo umi temimbo’épe oñepyrũme, ha umi temimbo’e ome’ẽ iñe’ẽ ha Espíritu Santo yvy tuichakue rehe pe ára pentecostal paha hag̃ua.</w:t>
      </w:r>
    </w:p>
    <w:p>
      <w:pPr>
        <w:pStyle w:val="ArticleBody"/>
        <w:jc w:val="left"/>
      </w:pPr>
      <w:r>
        <w:rPr>
          <w:rFonts w:ascii="Times New Roman" w:hAnsi="Times New Roman" w:eastAsia="Times New Roman" w:cs="Times New Roman"/>
        </w:rPr>
        <w:t>Pe tembiapo Cristo ojapovaekue opytuʼu jave umi temimboʼére, haʼe vaekue peteĩ mokõiha testimonio pe tembiapo peteĩchaguápe ñandéve oguerovaekue kuri hendivekuéra tape Emaús gotyo.</w:t>
      </w:r>
    </w:p>
    <w:p>
      <w:pPr>
        <w:pStyle w:val="ArticleScripture"/>
        <w:jc w:val="left"/>
      </w:pPr>
      <w:r>
        <w:rPr>
          <w:rFonts w:ascii="Times New Roman" w:hAnsi="Times New Roman" w:eastAsia="Times New Roman" w:cs="Times New Roman"/>
        </w:rPr>
        <w:t>Ha ojehu, oñemongeta ha oñepyʼamongetávo hikuái, Jesús voi oñemboja ha oguata hendivekuéra. Péro hesakuéra oñemboty, ani hag̃ua oikuaa chupe. …</w:t>
      </w:r>
    </w:p>
    <w:p>
      <w:pPr>
        <w:pStyle w:val="ArticleScripture"/>
        <w:jc w:val="left"/>
      </w:pPr>
      <w:r>
        <w:rPr>
          <w:rFonts w:ascii="Times New Roman" w:hAnsi="Times New Roman" w:eastAsia="Times New Roman" w:cs="Times New Roman"/>
        </w:rPr>
        <w:t>Upéi he’i chupekuéra: Peẽ vyro ha pende py’a mbegue peguerovia hag̃ua opa mba’e maranduhára kuéra he’íva! Ndaikatúipa Cristo ohasa asy ko’ã mba’e ha oike hag̃ua heko mimbipápe? Ha oñepyrũvo Moisés guive ha opa maranduhára kuéragui, omyesakã chupekuéra opa Ñandejára Ñande’ẽme umi mba’e oñe’ẽva hese. Ha hi’aguĩma hikuái pe táva oho hag̃uápe; ha ha’ete ojapóva omombyryvéva gueteri hape. Upévare ojopy chupe, he’ívo: Epyta orendive, ko’ẽmbotáma niko, ha ára ohasapaitéma. Ha oike opyta hag̃ua hendivekuéra. Ha ojehu, oguapy aja karurã hendivekuéra, ojapyhy mbujape, ovendesi, omboja’o ha ome’ẽ chupekuéra. Upérõ ojepe’a ijesakuéra, ha oikuaa hikuái chupe; ha ha’e okañy hesa renondégui. Ha he’i ojupekuéra: Ndahapýi piko ñane py’a ñande pype, oñe’ẽ aja ñanderehe tape rehe, ha oipe’a aja ñandéve hag̃ua hag̃ua Ñandejára Ñande’ẽ? Lucas 24:15, 16, 25–32.</w:t>
      </w:r>
    </w:p>
    <w:p>
      <w:pPr>
        <w:pStyle w:val="ArticleBody"/>
        <w:jc w:val="left"/>
      </w:pPr>
      <w:r>
        <w:rPr>
          <w:rFonts w:ascii="Times New Roman" w:hAnsi="Times New Roman" w:eastAsia="Times New Roman" w:cs="Times New Roman"/>
        </w:rPr>
        <w:t>Oguapývo Jesús “okaru hag̃ua” Emaúspe, upe rire avei okaru umi discípulo ndive. Mokõivéva kásope jepe, oñerrepresenta tembi’u. Oñondivepa ohechauka pe oñepyrũha pe período Pentecostal oñemarkaha Espíritu Santo pytu rupive ha avei tembi’u rupive. Umi mba’e ojehu ñepyrũrã omoheñói peteĩ controversia peteĩ aty ogueroviáva ha peteĩ aty idúva apytépe. Pe karu, Espíritu Santo ñeme’ẽ, ha Ñandejára Ñe’ẽ Escritura-kuéra jepe’a oike pe Cristo oñepyrũ hague hembo’e “Moisés ha opaite proféta-kuéra” ndive. Cristo ñembo’e ojereraha kuri ojapyhyvo Moisés línea profética ha ombojoajúvo upéva opaite proféta-kuéra línea ndive, michĩmi ko’ápe ha michĩmi amo.</w:t>
      </w:r>
    </w:p>
    <w:p>
      <w:pPr>
        <w:pStyle w:val="ArticleBody"/>
        <w:jc w:val="left"/>
      </w:pPr>
      <w:r>
        <w:rPr>
          <w:rFonts w:ascii="Times New Roman" w:hAnsi="Times New Roman" w:eastAsia="Times New Roman" w:cs="Times New Roman"/>
        </w:rPr>
        <w:t>11/9-pe, pe irundy yvytu pytu Ezequiel pegua ojapóma oipeju umi kangue piru omanóva capítulo treinta y siete-pe guaréva ári. Upérõ, ojehechauka hag̃uáicha pe ánhel oguejýva 11 de agosto de 1840-pe ha omombaretéva pe marandu peteĩha ánhelpegua, pe ánhel Apocalipsis dieciocho pegua oguejy peteĩ marandu reheve tekotevẽva oñekaru hese, péichaite umi temimbo’e okaru haguéicha iñepyrũrãme pe ára Pentecostés pegua. Tomás ndogueroviasevéi haguére ojehechauka, oñemoñepyrũvo pe marandu, oĩha peteĩ mboryry ojehechakuaáva.</w:t>
      </w:r>
    </w:p>
    <w:p>
      <w:pPr>
        <w:pStyle w:val="ArticleBody"/>
        <w:jc w:val="left"/>
      </w:pPr>
      <w:r>
        <w:rPr>
          <w:rFonts w:ascii="Times New Roman" w:hAnsi="Times New Roman" w:eastAsia="Times New Roman" w:cs="Times New Roman"/>
        </w:rPr>
        <w:t>Oñeñe’ẽvo umi Torre Gemela-kuéra hoʼárõ rehe 11 jasyporundy arýpe, ñañemomarandu Ñandejára opuʼã hague “omonguʼe hag̃ua vaieterei tetãnguéra.” Iporã ñanemanduʼa hag̃ua peteĩ “ñemonguʼe” Ñandejára retãyguakuéra apytépe oñemoñepyrũha umi oñorairõva peteĩ marandu añeteguáre rehe. Oĩ “ñemonguʼe” okáguio, ha umi ñemonguʼe hyepýpe tupaópe oiko peteĩ marandu oñepresentáva jerére.</w:t>
      </w:r>
    </w:p>
    <w:p>
      <w:pPr>
        <w:pStyle w:val="ArticleScripture"/>
        <w:jc w:val="left"/>
      </w:pPr>
      <w:r>
        <w:rPr>
          <w:rFonts w:ascii="Times New Roman" w:hAnsi="Times New Roman" w:eastAsia="Times New Roman" w:cs="Times New Roman"/>
        </w:rPr>
        <w:t>“Aporandu pe mbaʼépa heʼise pe oryrýi ahecha vaʼekue, ha ojehechauka chéve ojeguerojereha hag̃ua pe mombeʼu hag̃ua hekojojáva, ohenóiva pe ñemoñeʼẽ Omeʼẽva Testígo Añetegua umi Laodiceagua-pe. Kóva oguerekóta ipokatu pe ogueroviahápe korasõ rehe, ha ogueraháta chupe omopuʼã hag̃ua pe yvatekue ha omyasãi hag̃ua pe añetegua hekojojáva. Oĩta umi ndaikatumoʼãi ogueropuʼaka ko mombeʼu hekojojáva. Haʼekuéra opuʼãta hese, ha kóva voi omoheñóita peteĩ oryrýi Tupã tavayguakuéra apytépe.”</w:t>
      </w:r>
    </w:p>
    <w:p>
      <w:pPr>
        <w:pStyle w:val="ArticleScripture"/>
        <w:jc w:val="left"/>
      </w:pPr>
      <w:r>
        <w:rPr>
          <w:rFonts w:ascii="Times New Roman" w:hAnsi="Times New Roman" w:eastAsia="Times New Roman" w:cs="Times New Roman"/>
        </w:rPr>
        <w:t>“Ahecha pe Testigo Añeteguáva remimbopy’aite ojehendu’ỹhague ndaha’éi mbyte peve jepe. Pe testimonio pohýi, hi’ári oĩva tupao raperã, oñemomba’eve’ỹ asy, térãpa oñemboykeite. Ko testimonio omba’apova’erã arrepentimiento pypukúre; ha opa umi añetehápe omoguahẽvape, iñe’ẽrendúta ha oñemopotĩta.” Early Writings, 271.</w:t>
      </w:r>
    </w:p>
    <w:p>
      <w:pPr>
        <w:pStyle w:val="ArticleBody"/>
        <w:jc w:val="left"/>
      </w:pPr>
      <w:r>
        <w:rPr>
          <w:rFonts w:ascii="Times New Roman" w:hAnsi="Times New Roman" w:eastAsia="Times New Roman" w:cs="Times New Roman"/>
        </w:rPr>
        <w:t>Pe “ñembokacha” hyepypegua oiko umi oĩva oñemoĩva Laodiceagua marandu ñemombe’u rehe. Hermana White ohechauka Jones ha Waggoner marandu ary 1888-gua ha’eha Laodiceagua marandu.</w:t>
      </w:r>
    </w:p>
    <w:p>
      <w:pPr>
        <w:pStyle w:val="ArticleScripture"/>
        <w:jc w:val="left"/>
      </w:pPr>
      <w:r>
        <w:rPr>
          <w:rFonts w:ascii="Times New Roman" w:hAnsi="Times New Roman" w:eastAsia="Times New Roman" w:cs="Times New Roman"/>
        </w:rPr>
        <w:t>“Pe marandu oñeme’ẽva’ekue ñandéve A. T. Jones ha E. J. Waggoner rupive ha’e Tupã marandu pe iglesia Laodicea-pe g̃uarã, ha toiko ñembyasy hi’ári oimeraẽva he’íva ogueroviaha pe añetegua ha upéicharõ jepe ndohechaukái ambuévape umi tesakãrã Tupã ome’ẽva’ekue.” The 1888 Materials, 1053.</w:t>
      </w:r>
    </w:p>
    <w:p>
      <w:pPr>
        <w:pStyle w:val="ArticleBody"/>
        <w:jc w:val="left"/>
      </w:pPr>
      <w:r>
        <w:rPr>
          <w:rFonts w:ascii="Times New Roman" w:hAnsi="Times New Roman" w:eastAsia="Times New Roman" w:cs="Times New Roman"/>
        </w:rPr>
        <w:t>Pe oposición pe marandu Laodicea pegua ogueru peteĩ ñemokunuʼũ, ha Hermana White omoĩ joja pe marandu 1888 gua pe ánhel Ojehechaukaapy 18 pegua oguejy rehe.</w:t>
      </w:r>
    </w:p>
    <w:p>
      <w:pPr>
        <w:pStyle w:val="ArticleScripture"/>
        <w:jc w:val="left"/>
      </w:pPr>
      <w:r>
        <w:rPr>
          <w:rFonts w:ascii="Times New Roman" w:hAnsi="Times New Roman" w:eastAsia="Times New Roman" w:cs="Times New Roman"/>
        </w:rPr>
        <w:t>“Peteĩ py’a ndive’ỹ ojeheja hag̃ua ykére umi temimo’ã ojegueroviapyréma va’ekue, ha ojeguerovia hag̃ua ko añetegua, oĩkuri ipyenda ramo heta pe oposición ojehechaukáva’ekue Minneapolis-pe Ñandejára marandu rehe, umi Ermáno Waggoner ha Jones rupive. Omokyre’ỹvo upe oposición, Satanás ohupyty ñande pueblo-gui ñemboty hag̃ua, tuicha medida-pe, pe pokatu especial Espíritu Santo rehegua Tupã oipotaetereíva ome’ẽ chupekuéra. Pe enemigo ojoko chupekuéra ohupyty hag̃ua pe katueteha ikatúva va’erãmo’ã imba’e, oguerahávo pe añetegua ko yvy tuichakue peve, umi apóstol-kuéra omombe’u haguéicha Pentekostés ára rire. Pe tesakã omyesakã va’erãva opa yvy ape ári igloria reheve ojepu’ã hese, ha ñane ermáno tee rembiapo rupive oñemboyke kuri, tuicha medida-pe, ko mundo-gui.” Selected Messages, libro 1, 235.</w:t>
      </w:r>
    </w:p>
    <w:p>
      <w:pPr>
        <w:pStyle w:val="ArticleBody"/>
        <w:jc w:val="left"/>
      </w:pPr>
      <w:r>
        <w:rPr>
          <w:rFonts w:ascii="Times New Roman" w:hAnsi="Times New Roman" w:eastAsia="Times New Roman" w:cs="Times New Roman"/>
        </w:rPr>
        <w:t>Tomás py’aguasu Pentekostés ára ñepyrũme, ohechaukáva pe pu’aka’ẽ pe marandu oguahẽva’ekue Pentekostés árape rehe, ohechaukákuri pe ryryi oikova’ekue umi motenondehára Adventista Ára Mokõihapegua opu’ã ha ombohováirõ guare pe marandu oñeme’ẽva’ekue iglesia Laodiceaguápe Jones ha Waggoner rupive ary 1888-pe. Ary 1888-pe pe ánhel mbarete Apocalipsis dieciocho pegua oguejy omyesakã hag̃ua yvy iñmimbipa reheve, ha katu hetaiterei umi motenondehára ndohejasegui ykére umi temiandu ojepytasómava hese, oñembopyahu jey pe pu’aka’ẽ Coré, Datán ha Abiram rehegua. Tomás, umi judío Pentekostés-pe, Coré pu’aka’ẽ Moisés tiempope, pe pu’aka’ẽ ary 1888-pe, opavave ohechaukáva 9/11, upe jave, Joel he’iháicha, oñembopu va’erã peteĩ trompéta. Upe trompéta, Isaías he’iháicha, oñembopúva’ekue ojekuaauka hag̃ua Ñandejára retãyguakuéra angaipa, upéicha ohechaukávo 1888 ha pe marandu Laodiceápe guarã. Jeremías ñangarekohára, ombopúva pe trompéta ojevy hag̃ua umi “tape yma guarã” gotyo, ojoaju Isaías omopu’ãvo iñe’ẽ peteĩ trompétaicha. Jeremías ñangarekohára hína Habacuc ñangarekohára, oporandúva mba’épa ha’éta ipuesto pe iñaranduka’ẽ térã debate iñembiasakuepe?</w:t>
      </w:r>
    </w:p>
    <w:p>
      <w:pPr>
        <w:pStyle w:val="ArticleScripture"/>
        <w:jc w:val="left"/>
      </w:pPr>
      <w:r>
        <w:rPr>
          <w:rFonts w:ascii="Times New Roman" w:hAnsi="Times New Roman" w:eastAsia="Times New Roman" w:cs="Times New Roman"/>
        </w:rPr>
        <w:t>Che aime hag̃ua che ñangarekohápe, ha ñemoĩta pe atalayápe, ha amañáta ahecha hag̃ua mba’épa he’íta chéve, ha mba’épa ambohováita che mbopy’arory jave. Habacuc 2:1.</w:t>
      </w:r>
    </w:p>
    <w:p>
      <w:pPr>
        <w:pStyle w:val="ArticleBody"/>
        <w:jc w:val="left"/>
      </w:pPr>
      <w:r>
        <w:rPr>
          <w:rFonts w:ascii="Times New Roman" w:hAnsi="Times New Roman" w:eastAsia="Times New Roman" w:cs="Times New Roman"/>
        </w:rPr>
        <w:t>Pe ñe’ẽ “reproved” he’ise “oñemongavaju térã oñeñe’ẽ hese” ha upéva omoinge peteĩ porandu, pe versíkulo oúva rire ome’ẽgui peteĩ mbohovái.</w:t>
      </w:r>
    </w:p>
    <w:p>
      <w:pPr>
        <w:pStyle w:val="ArticleScripture"/>
        <w:jc w:val="left"/>
      </w:pPr>
      <w:r>
        <w:rPr>
          <w:rFonts w:ascii="Times New Roman" w:hAnsi="Times New Roman" w:eastAsia="Times New Roman" w:cs="Times New Roman"/>
        </w:rPr>
        <w:t>Ha Ñandejára chembohovái ha he'i: Ehai pe visión, ha emboporu porã távarandu peve, ikatu hag̃uáicha pya'e osẽ pe omoñe'ẽva ichugui. Habacuc 2:2.</w:t>
      </w:r>
    </w:p>
    <w:p>
      <w:pPr>
        <w:pStyle w:val="ArticleBody"/>
        <w:jc w:val="left"/>
      </w:pPr>
      <w:r>
        <w:rPr>
          <w:rFonts w:ascii="Times New Roman" w:hAnsi="Times New Roman" w:eastAsia="Times New Roman" w:cs="Times New Roman"/>
        </w:rPr>
        <w:t>Pe “ñomongeta” térã pe ñembokachipa oñepyrũva oñembyaty hag̃ua pe tembiasakue Millerita ñembotajevéramo, ha’eva’ekue pe marandu William Miller rehegua ha umi tembiapoukapy imba’éva marandu profesíakuéra ñehesa’ỹijorã, umi teólogo Protestante-kuéra rovake. Pe ñomongeta pe tembiasakue Millerita-pe oñepyrũkuri oñemombarete jave pe marandu Millerita 11 de agosto de 1840-pe, araka’e “nda’ivéiva pe tapicha Jesucristo-gui” oguejy peteĩ aranduka michĩ reheve, Juan oipyhýva ha ho’úva’erã. Pe ñorairõ umi Habacuc rembiguái ñangarekohára rehegua, Tomás py’a mokõikue, pe ñepu’ã 1888-pe, Coré ñepu’ã, pe ñomongeta ka’u rehegua Pentecostés-pe, maymáva ohechauka peteĩ ñomongeta oñepyrũva’ekue 9/11-pe. Pe ñorairõ oñeñomongetáva hína ha’e pe marandu ama pahague rehegua ári, oñepyrũva’ekue omyñuhẽ 9/11-pe.</w:t>
      </w:r>
    </w:p>
    <w:p>
      <w:pPr>
        <w:pStyle w:val="ArticleBody"/>
        <w:jc w:val="left"/>
      </w:pPr>
      <w:r>
        <w:rPr>
          <w:rFonts w:ascii="Times New Roman" w:hAnsi="Times New Roman" w:eastAsia="Times New Roman" w:cs="Times New Roman"/>
        </w:rPr>
        <w:t>Pe ñembohovái Habacuc-pe ogueraháva’ekue umi Millerita-kuérape ojapo haguã pe kuatiahaipyre 1843 rehegua ojoaju mokõi aty ñemomba’eguasuhára ñemoheñói ndive, ojehechaukáva Coré ha iñirũnguéra rehe, Moisés rovái; Tomás rehe ha ambue temimbo’e kuéra rehe; umi judío-kuéra ñe’ë he’íva oka’uha Pentecostés-pe; Adventismo ruvicha kuéra rehe 1888-pe; umi Protestante-kuéra, umi Millerita-kuéra rovái 1844-pe, ha umi kuñataĩ tavy ha arandu 22 jasypa 1844-pe.</w:t>
      </w:r>
    </w:p>
    <w:p>
      <w:pPr>
        <w:pStyle w:val="ArticleBody"/>
        <w:jc w:val="left"/>
      </w:pPr>
      <w:r>
        <w:rPr>
          <w:rFonts w:ascii="Times New Roman" w:hAnsi="Times New Roman" w:eastAsia="Times New Roman" w:cs="Times New Roman"/>
        </w:rPr>
        <w:t>9/11-pe, Cristo oipeju Espíritu Santo imbo’eha kuérape mbovymi tykyry ramo pe ñehẽpyrã guasu mboyve, pe léi domingo guýpe. Upéi oipe’a hesakuapy hag̃ua iñarandupy prophetic marandu rehegua, oñepyrũvo “línea ári línea”, Moisés guive, oguerahávo umi imbo’eha kuérape jey Jeremías tape yma guarépe, upépe ojepohano hag̃ua ombopu hag̃ua peteĩ trompéta ñe’ẽmondo rehegua. Cristo pytu 9/11-pe ou va’ekue Ezequiel ha Juan irundy yvytu gui, ha upéva pe marandu Laodiceagua, ha’éva pe “testimonio derecho”, omoheñóiva peteĩ ñemongu’e guasu oñemoĩ jave hese. 1888 ohechauka Coré, Datán ha Abiram opu’ãmby rehegua, ndaha’éigui pe marandu añónte pe oñemboykéva, ha katu avei umi ñangarekoha ojeporavova’ekue ombohasáva pe trompéta peteĩ pu hatã porãme.</w:t>
      </w:r>
    </w:p>
    <w:p>
      <w:pPr>
        <w:pStyle w:val="ArticleBody"/>
        <w:jc w:val="left"/>
      </w:pPr>
      <w:r>
        <w:rPr>
          <w:rFonts w:ascii="Times New Roman" w:hAnsi="Times New Roman" w:eastAsia="Times New Roman" w:cs="Times New Roman"/>
        </w:rPr>
        <w:t>Hermana White ohaiva’ekue pe, “jepe’a ajuhu va’ekue” “oikóta pe testimonio porãite rehe, oñehenóiva pe consejo ome’ẽva pe Testigo Añeteguáva umi Laodiceaguápe.” Pe marandu 1888 guare ha’eva’ekue upe testimonio porãite, ha mokõivéva 1888 ha 9/11 ohechauka pe ánhel oguejyha Apocalipsis dieciocho-pe.</w:t>
      </w:r>
    </w:p>
    <w:p>
      <w:pPr>
        <w:pStyle w:val="ArticleScripture"/>
        <w:jc w:val="left"/>
      </w:pPr>
      <w:r>
        <w:rPr>
          <w:rFonts w:ascii="Times New Roman" w:hAnsi="Times New Roman" w:eastAsia="Times New Roman" w:cs="Times New Roman"/>
        </w:rPr>
        <w:t>“Peteĩ testimonio joja vaerã oñemombe’u ñande tupao ha ñande institución-kuérape, omopu’ã hag̃ua umi okevape.”</w:t>
      </w:r>
    </w:p>
    <w:p>
      <w:pPr>
        <w:pStyle w:val="ArticleScripture"/>
        <w:jc w:val="left"/>
      </w:pPr>
      <w:r>
        <w:rPr>
          <w:rFonts w:ascii="Times New Roman" w:hAnsi="Times New Roman" w:eastAsia="Times New Roman" w:cs="Times New Roman"/>
        </w:rPr>
        <w:t>“Ñandejára ñe’ẽ jeroviapy hañe’ẽrendúramo, ojejapóta peteĩ tenonderã ipy guasu ha ndopytáiva. Jahecháke koʼág̃a ñane remikotevẽ tuichaitéva. Ñandejára ndaikatúi ñaneporu peve haʼe opytuʼu tekove umi kangue ipirúvare. Ahendu koʼã ñe’ẽ oñeʼẽva: ‘Ndaipóriramo Tupã Espíritu rembiapo pypuku omonguʼéva korasõ, ndaipóriramo ijeheguiete omeʼẽva tekove, añetegua oñemoambue peteĩ kuatia omanóvape.’” Review and Herald, 18 de noviembre de 1902.</w:t>
      </w:r>
    </w:p>
    <w:p>
      <w:pPr>
        <w:pStyle w:val="ArticleBody"/>
        <w:jc w:val="left"/>
      </w:pPr>
      <w:r>
        <w:rPr>
          <w:rFonts w:ascii="Times New Roman" w:hAnsi="Times New Roman" w:eastAsia="Times New Roman" w:cs="Times New Roman"/>
        </w:rPr>
        <w:t>9/11-pe pe marandu Laodiceaygua og̃uahẽ imboaje porãitévape, oñepyrũvo oñehendu pe ñehenói pahápe Tupã rembiapokue yma guare tavayguakuérape g̃uarã. Upérõ Sister White he’i: “Peteĩ testimonio sỹivaháva oñeme’ẽva’erã ñande iglesiakuérape ha ñane instituciónguérape, omombáy hag̃ua umi okevape.” Pe marandu Laodiceaygua oñepyrũ kuri pe ánhel Apocalipsis 18-gua oguejy ramo guare 9/11-pe, upéva he’ise 9/11-pe pe marandu umi Adventista del Séptimo Día Laodiceayguápe g̃uarã ha’e hague ha ha’eha “peikuaa jeýke.” Joel omanda umi ka’uápe opáy hag̃ua peteĩha kapítulo, versíkulo pohápe. 9/11 omarkaha Adventismo-pe g̃uarã pe aravo paha ñeporandu ha jehechaukaha og̃uahẽha, ha upéva orrepresenta Joel rembiapoukapy opáy hag̃ua. Pe ára Pentecostés rehegua oñepyrũ Tupã tavaygua omba’epu’ã jevývo 9/11-pe ha opa pe parábola umi diez virgen rehegua oñemboajéramo mboyve pe léi dominical.</w:t>
      </w:r>
    </w:p>
    <w:p>
      <w:pPr>
        <w:pStyle w:val="ArticleBody"/>
        <w:jc w:val="left"/>
      </w:pPr>
      <w:r>
        <w:rPr>
          <w:rFonts w:ascii="Times New Roman" w:hAnsi="Times New Roman" w:eastAsia="Times New Roman" w:cs="Times New Roman"/>
        </w:rPr>
        <w:t>Pe ñemombáy 9/11-pe ha’e peteĩ ñehenói ñemoñare paha-pe g̃uarã, peteĩ tavayguakuéra pactopegua oĩva apóstasiape. Pe ñemombáy oúva michĩmi mboyve pe léi domingo omboty pe okẽ umi tavayguakuéra pacto yma guarépe. Ñepyrũ ha paha peteĩcha, ha julio ary 2023-pe mokõi testígo Apocalipsis capítulo once-pegua oñemombáy pe pu’akáre oĩva pe predicción 18 de julio de 2020 rehe. Pe ñemombáy mbytegua ojehechauka ñepu’ã rupive, upéva ohechauka 9/11 ha’eha pe letra peteĩha alfabeto hebreo-gua, 18 de julio de 2020 pe letra pakõiha ha peteĩ, ha pe léi domingo pe letra mokõipa mokõiha ha paha alfabeto hebreo-gua. Pe letra mokõipa mokõiha ohechauka Tupãrekotee ojoajúva yvypórare, ha upéva oñemohu’ã pe paha umi mbohapy ñemombáygui.</w:t>
      </w:r>
    </w:p>
    <w:p>
      <w:pPr>
        <w:pStyle w:val="ArticleBody"/>
        <w:jc w:val="left"/>
      </w:pPr>
      <w:r>
        <w:rPr>
          <w:rFonts w:ascii="Times New Roman" w:hAnsi="Times New Roman" w:eastAsia="Times New Roman" w:cs="Times New Roman"/>
        </w:rPr>
        <w:t>Ñandejára “omoinge tekove kanguekue pirúpe” 9/11-pe, peteĩchaite pe ha’e oipeju haguéicha Espíritu Santo umi temimbo’ére pe ñepyrũrãme pe periodo Pentecostal-pe. Umi temimbo’e, ijehupi rire yvágape, ohechauka umi oguerova’ekuépe Espíritu Santo, ha upe rire ojepe’a hag̃ua chupekuéra iñentendimiento pe Ñe’ẽ proféticare pe metodología “línea ári línea” rupive. Pe ojeguerova’ekue Espíritu Santo oiko peteĩ tembi’u jave, pórke hag̃ua hag̃ua yvypóra rembiporu hag̃uáicha pe tembi’u espiritual, tekotevẽ re’u Jesús ro’o ha rey’u huguy, ha’éva pe Ñe’ẽ.</w:t>
      </w:r>
    </w:p>
    <w:p>
      <w:pPr>
        <w:pStyle w:val="ArticleBody"/>
        <w:jc w:val="left"/>
      </w:pPr>
      <w:r>
        <w:rPr>
          <w:rFonts w:ascii="Times New Roman" w:hAnsi="Times New Roman" w:eastAsia="Times New Roman" w:cs="Times New Roman"/>
        </w:rPr>
        <w:t>Umi oñemoĩva’ekue Koré, Datán ha Abiram ndive ohechauka (upéicha avei ojapo Adventismo ruvichakuéra ary 1888-pe) upe aty omoñepyrũva pe mboryryi oñemoĩvo pe marandu trompéta rehe omombe’úva Tupã retãygua angaipakuéra, ha upekuévo avei ohenóivo ojevy hag̃ua umi tape yma guarépe, umi añetegua pyenda rehegua ojehechaukáva “siete veces” Levítico mokõipa poteĩme. Pe trompéta ohenói mokõivéva: ñembopyahu ha reforma. Peteĩha umi Miller rembiporavo profético apytégui, ha avei peteĩha Adventismo omboykéva, ohechauka pe ñepyrũ ha pe paha pe movimiento Millerita rehegua. Pe ñepyrũ ha pe paha pe marandu ángel peteĩha rehegua, umi Millerita omyasãiva’ekue, ojehechauka Moisés “siete veces” rupive. Iñepyrũme oñemoneĩ, ipahápe oñemboyke. Upe ñemboyke rupi Ezequiel ohechauka Adventismo-pe peteĩ ñu kangue mano ha piru ramo. Pe ára pukukue 1863 guive pe léi domingo Estados Unidos-pe peve ha’e pe visión ñu, Isaías mokõipa mokõi he’iháicha, ha katu ha’e peteĩ ñu kangue mano ha piru, Ezequiel he’iháicha. Mokõive umi ñu profético ojoaju Joel valle de Josafat ndive, ha Joel voi avei ombohéra chupe pe valle de decisión.</w:t>
      </w:r>
    </w:p>
    <w:p>
      <w:pPr>
        <w:pStyle w:val="ArticleBody"/>
        <w:jc w:val="left"/>
      </w:pPr>
      <w:r>
        <w:rPr>
          <w:rFonts w:ascii="Times New Roman" w:hAnsi="Times New Roman" w:eastAsia="Times New Roman" w:cs="Times New Roman"/>
        </w:rPr>
        <w:t>Koʼã mbaʼe ojeikuaahápe, ikatu oñeporandu mbaʼéichapa 9/11-pe Joel aranduka oiko pe marandu Pedro heʼivaʼekueha Pentecostés-pe. Roñehaʼãta romyesakã koʼã mbaʼe umi artíkulo oúvape.</w:t>
      </w:r>
    </w:p>
    <w:p>
      <w:pPr>
        <w:pStyle w:val="ArticleScripture"/>
        <w:jc w:val="left"/>
      </w:pPr>
      <w:r>
        <w:rPr>
          <w:rFonts w:ascii="Times New Roman" w:hAnsi="Times New Roman" w:eastAsia="Times New Roman" w:cs="Times New Roman"/>
        </w:rPr>
        <w:t>“(Ojehai pyhare 5 jasypateĩ 1892-pe, Adelaide, Australia del Sur-gui, ‘Che membyry ha che rajy, Frank ha Hattie [Belden]-pe’.)”</w:t>
      </w:r>
    </w:p>
    <w:p>
      <w:pPr>
        <w:pStyle w:val="ArticleScripture"/>
        <w:jc w:val="left"/>
      </w:pPr>
      <w:r>
        <w:rPr>
          <w:rFonts w:ascii="Times New Roman" w:hAnsi="Times New Roman" w:eastAsia="Times New Roman" w:cs="Times New Roman"/>
        </w:rPr>
        <w:t>“Peñemyesakãvo Espíritu Santo rupive, rehecháta opaite tekovai oikova’ekue Minneapolis-pe ha’éichaite voi, Tupã oma’ẽháicha hese. Ndachehechavéiramo jepe ko yvy ape ári, eikuaa porã che roperdona hague ndéve pe ñembyasy ha py’apy ha mba’e pohýi reity va’ekue che árare mba’eve’ỹre. Ha katu nde ánga rehehápe, ha pe omano va’ekue nderehe rehehápe, aipota rehecha ha remombe’u nde jejavykue. Nde niko reñemoirũ va’ekue umi oñemoĩva’ekue Espíritu Tupã rehe. Reguereko va’ekue opaite techaukaha reikotevẽva, pe Ñandejára omba’apo hague Brethren Jones ha Waggoner rupive; nderejapyhýi katu pe tesape; ha umi temimo’ã remongakuaa rire, ha umi ñe’ẽ ere va’ekue añetegua rehe, nerekytĩri remombe’u hag̃ua rejavy hague, ko’ã kuimba’e oguereko hague peteĩ marandu Tupãgui, ha nde remboyke rei hague mokõivéva, pe marandu ha umi marandu rerahaha.”</w:t>
      </w:r>
    </w:p>
    <w:p>
      <w:pPr>
        <w:pStyle w:val="ArticleScripture"/>
        <w:jc w:val="left"/>
      </w:pPr>
      <w:r>
        <w:rPr>
          <w:rFonts w:ascii="Times New Roman" w:hAnsi="Times New Roman" w:eastAsia="Times New Roman" w:cs="Times New Roman"/>
        </w:rPr>
        <w:t>“Araka’eve ndahechái ñane retãyguakuéra apytépe upeichagua jejeguerovia hatã ha naipotáiva omoneĩ ha ohechakuaa pe tesape ojehechaukaháicha Minneapolis-pe. Ojehechauka chéve ndaiporiha peteĩ jepe umi atyguápe, oñangarekóva upe espíritu ojehechaukava’ekue upe atyhápe, ohupyty jeýva tesape hesakãva ohechakuaa hag̃ua pe añetegua iporãitéva oñemondóva chupekuéra yvágagui, peve nomomichĩi hag̃ua iñemomba’eguasu ha oñemombe’u hag̃ua ndaha’éi hague Tupã Espíritu omongu’éva chupekuéra, síno iñakãnguéra ha ikorasõkuéra henyhẽ hague prejuísiogui. Ñandejára oipota kuri oñemboja hendápekuéra, ovendesi chupekuéra ha omonguera chupekuéra ijapu’ã jevykuéragui, ha’e kuéra katu ndojapysakái. Omongu’e chupekuéra upe mismo espíritu omokyre’ỹva Coré, Datán ha Abiram-pe. Umi kuimba’e Israelgua oñemoĩ mbarete va’ekue ombohovái hag̃ua opaichagua prueba ohechaukátava chupekuéra ojavyha, ha osegi ha osegive hikuái upe tape ñembyasy’ỹmegua rehe, peve heta ojegueraha hag̃ua ojoyke hag̃ua hendivekuéra.”</w:t>
      </w:r>
    </w:p>
    <w:p>
      <w:pPr>
        <w:pStyle w:val="ArticleScripture"/>
        <w:jc w:val="left"/>
      </w:pPr>
      <w:r>
        <w:rPr>
          <w:rFonts w:ascii="Times New Roman" w:hAnsi="Times New Roman" w:eastAsia="Times New Roman" w:cs="Times New Roman"/>
        </w:rPr>
        <w:t>“Mávapa ko’ãva? Ndaipóri ikangyva, ndaipóri iñarandu’ỹva, ndaipóri hesapé’ỹva. Upe ñemoĩrũme oĩ mokõi sa po karai aty ruvicha herakuã porãva pe aty apytépe, kuimba’e herakuã guasúva. Mba’épa hína ikuatia’ẽ? ‘opaite pe aty imarangatu, peteĩ-teĩva, ha Ñandejára oĩ ijapytépe: mba’ére piko upéicharõ peñemopu’ã pendejehe pe Ñandejára aty ári?’ [Números 16:3]. Coré ha iñirũnguéra omanórõ guare Tupã juicio poguýpe, pe tetãygua kuéra ha’ekuéra ombotavýva ndohechái Ñandejára po ko milágrope. Opaite pe aty ambue ko’ẽme omoĩ Moses ha Aarón rehe ko mba’e vai: ‘Peẽ pejuka va’ekue Ñandejára retãyguakuérape’ [versículo 41], ha pe mba’asy asy oúrõ pe aty ári, ha hetave irundesu mil tapicha omanóma.”</w:t>
      </w:r>
    </w:p>
    <w:p>
      <w:pPr>
        <w:pStyle w:val="ArticleScripture"/>
        <w:jc w:val="left"/>
      </w:pPr>
      <w:r>
        <w:rPr>
          <w:rFonts w:ascii="Times New Roman" w:hAnsi="Times New Roman" w:eastAsia="Times New Roman" w:cs="Times New Roman"/>
        </w:rPr>
        <w:t>“Ajapose hag̃ua Minneapolis-gui, Ñandejára remimbou oñembo’y che ykére ha he’i chéve: ‘Ani upéicha; Tupã oguereko peteĩ tembiapo ndéve g̃uarã ko tenda-pe rejapo hag̃ua. Umi tavaygua ojapo hína Coré, Datán ha Abiram ñembopy’a hatã jevy. Che romoĩ ne renda hekopete, ha umi oĩ’ỹva tesape-pe ndohechakuaamo’ãi; nohendumo’ãi nde rehegua mombe’upy; ha katu che aime ne ndive; Che gracia ha Che pokatu ne mombaretéta. Nde ndaha’éi upe ha’ekuéra omboykéva, síno umi mensahéro ha pe marandu che amondóva Che retãyguápe. Ha’ekuéra ohechauka ñemomba’e’ỹ Ñandejára ñe’ẽ rehe. Satanás omohesatũma ijesa ha omboheko vaíma ijepy’amongeta; ha ndajajái ramo opa ánga ko iñangaipa-gui, ko jehekosãso ñemomarangatu’ỹva ojahéiva Tupã Espíritu rehe, oguatáta pytũmbýpe. Aipe’áta pe candelerogui hendágui ndajajái ramo ha noñekonvertíri, ikatu hag̃uáicha che amonguera chupekuéra. Ha’ekuéra omokañyma ijesa marangatúpe ohecháva. Ndaha’éi ija’éva Tupã ohechauka hag̃ua Ijespíritu ha Ipokatu; pórke oguereko hikuái puka rei ha jeguaru espíritu Che ñe’ẽ rehe. Ñembovy’a rei, mba’e vai’ỹ gua’u, puka ñembohory ha ñembojaru ojeporu ára ha ára. Nomoĩri ikorasõ che rekávo. Oguata hikuái umi tataendy ijeheguiete omyendývape, ha ndajajái ramo, oñenoíta ñembyasýpe. Péicha he’i Ñandejára: Epyta ne rembiapo rendápe; pórke che aime nde ndive, ha ndahejáimo’ãi ni ndorohejareimo’ãi.’ Ko’ã ñe’ẽ Tupãgui che ndaikatuvéi amboyke.”</w:t>
      </w:r>
    </w:p>
    <w:p>
      <w:pPr>
        <w:pStyle w:val="ArticleScripture"/>
        <w:jc w:val="left"/>
      </w:pPr>
      <w:r>
        <w:rPr>
          <w:rFonts w:ascii="Times New Roman" w:hAnsi="Times New Roman" w:eastAsia="Times New Roman" w:cs="Times New Roman"/>
        </w:rPr>
        <w:t>“Tesape ojajáikuri hína Battle Creek-pe tesakã porã, hendyva guive; ha máva umi oikéva’ekue aty guasúpe Minneapolis-pe ou va’ekue pe tesapépe ha orresivi umi mba’erepy guasu añetegua pe Ñandejára omondo va’ekue chupekuéra yvágagui? Mávapa oguata va’ekue peteĩcha pe Mburuvicha Tenondéha ndive, Jesucristo ndive? Mávapa ojapo va’ekue peteĩ ñe’ẽmondo tuichapa iporãva heko kyre’ỹ jejavýre, iñesareko’ỹre, iñakãrakuére ha iñemoĩ vai rehe, ha añeteguáre iñembohovái rehe? Ni peteĩve; ha ipuku hag̃uére iñembotapykue hag̃ua pe tesape ohechakuaa’ỹ rehe, pe tesape oheja chupekuéra mombyry tapykuépe; ndokakuaái kuri hikuái grásia-pe ha ñande Ruvicha Cristo Jesús jeikuaa rehe. Ndoresivíri hikuái pe grásia tekotevẽva ikatu hag̃uáicha oreko, ha upéva ojapo va’erãmo’ã chupekuéra kuimba’e mbarete peteĩ tembiasa jeroviapy rehegua rupi.”</w:t>
      </w:r>
    </w:p>
    <w:p>
      <w:pPr>
        <w:pStyle w:val="ArticleScripture"/>
        <w:jc w:val="left"/>
      </w:pPr>
      <w:r>
        <w:rPr>
          <w:rFonts w:ascii="Times New Roman" w:hAnsi="Times New Roman" w:eastAsia="Times New Roman" w:cs="Times New Roman"/>
        </w:rPr>
        <w:t>“Pe postura ojejapyhyva’ekue Minneapolis-pe ojehecha hína ku peteĩ mba’e ojokokuaa’ỹva ramoite, ha tuichaite mba’épe omboty chupekuéra umi mokõivévape ndogueroviáiva, oporandúvape, umi omboykévape añetegua ha Ñandejára pu’aka. Vove ou jeýramo ambue apañuãi guasu, umi areetéma ombohováiva pruéva ári pruéva oñeha’ã jeýta upekuéra rehe umi punto-pe ikatuhápe ojehecha porãiterei mba’épepa ofalla hikuái, ha hasýta chupekuéra omoneĩ hag̃ua upe oúva Ñandejáragui ha omboyke hag̃ua upe oúva pytũmbýgui pu’akakuéragui. Upévare, hape seguro añónteva chupekuéra g̃uarã ha’e oguata hag̃ua ñemomirĩme, ojapo hag̃ua tape porã ipykuérape g̃uarã, ani hag̃ua umi ikangýva ojei tapégui. Opa mba’épe iñambueiterei mávandi ñañemoirũ, taha’e kuimba’e oguatáva Ñandejára ndive ha ogueroviáva ha ojeroviáva hese, térã kuimba’e omyakãvape iñarandu tee ha’ete hag̃uáicha, oguatáva tataendykuéra ijeheguíva omyendýva ryepýpe.”</w:t>
      </w:r>
    </w:p>
    <w:p>
      <w:pPr>
        <w:pStyle w:val="ArticleScripture"/>
        <w:jc w:val="left"/>
      </w:pPr>
      <w:r>
        <w:rPr>
          <w:rFonts w:ascii="Times New Roman" w:hAnsi="Times New Roman" w:eastAsia="Times New Roman" w:cs="Times New Roman"/>
        </w:rPr>
        <w:t>“Pe ára, eñangareko ha tembiapo oñeikotevẽva oñembohovái hag̃ua umi omba’apova’ekue añeteguáre, oiko va’ekue peteĩ pérdida vaietereíva; ñande ningo ikatúma va’erã kuri ñaime heta ary tenonderãve arandukuaa espiritual-pe; ha heta, heta anga oikovéva ikatúma va’erã kuri oñembojoaju tupao rehe, umi oguata va’erã kuri tesapépe oseguírire oikuaa hag̃ua Ñandejárape, ikatu hag̃uáicha oikuaa hikuái ha’e osẽha oñembosako’i pyhareveicha. Péro oñeikotevẽ jave heta tembiapo ojepuru hag̃ua voi tupao ryepýpe oñembohovái hag̃ua umi mba’apohára influencia oñemoĩva’ekue peteĩ murálla itaguasúicha añeteguáre, pe añetegua Tupã omondóva Ipuévlope, upéicharõ ko yvy tuichakue ojeheja pytũmbyme, jepe sa’ive hag̃uáicha.”</w:t>
      </w:r>
    </w:p>
    <w:p>
      <w:pPr>
        <w:pStyle w:val="ArticleScripture"/>
        <w:jc w:val="left"/>
      </w:pPr>
      <w:r>
        <w:rPr>
          <w:rFonts w:ascii="Times New Roman" w:hAnsi="Times New Roman" w:eastAsia="Times New Roman" w:cs="Times New Roman"/>
        </w:rPr>
        <w:t>“Tupã oipota vaʼekue umi ñangarekoha opuʼã ha ñeʼẽ peteĩme omosarambi peteĩ marandu mbarete ha porã porãva, omeʼẽvo trompéta pe hyapu añetetéva, ikatu hag̃uáicha opa tavaygua pyaʼe oñemoĩ henda tembiaporãme ha ojapo imbaʼe pe tembiapo guasúpe. Upérõ pe tesape mbarete, hesakã porãva, upe ambue ánhel oguejyva yvágagui orekóvo tuicha pokatu, omyenyhẽvaʼerãmoʼã ko yvy iñemimbipápe. Ñande ñaimema heta ary tapykuépe; ha umi opyta vaʼekue pytũmbýpe ha ojoko vaʼekue tenonderãme pe maranduete Tupã oipota vaʼekue osẽ Minneapolis aty guasúgui peteĩ lámpara hendy hag̃uáicha, tekotevẽ omomirĩ ipyʼa Tupã renondépe ha ohecha ha ontende mbaʼéichapa pe tembiapo ojokopa vaʼekue iñapytuʼũ ára pytũmbýgui ha ipyʼa hatãgui.</w:t>
      </w:r>
    </w:p>
    <w:p>
      <w:pPr>
        <w:pStyle w:val="ArticleScripture"/>
        <w:jc w:val="left"/>
      </w:pPr>
      <w:r>
        <w:rPr>
          <w:rFonts w:ascii="Times New Roman" w:hAnsi="Times New Roman" w:eastAsia="Times New Roman" w:cs="Times New Roman"/>
        </w:rPr>
        <w:t>“Ojehasa heta oñemboyke ñomongeta ñembyai rehe umi mba’e michĩva rehe; umi oportunidad óro-icha iporãva oñehundi rei, ha umi maranduha yvagagua oñembyasy, ndaikatúi oha’arõvéima pe tardánsa rehe. Espíritu Santo—sa’ieterei oñemomba’e pe valor orekóva térã tekotevẽha opa ánga orresivi hag̃ua chupe. Umi orresivíva pe don yvagagua osẽta oñemonde hag̃uáicha tekojoja mo’ãharã rehe ojapo hag̃ua ñorairõ Tupã rehehápe. Ha’ekuéra omomba’éta Ñandejára ogueraháva chupekuéra ha henyhẽta aguyje rehe Hendápe iporiahuvereko rehe. Péro heta, hetaiterei hendápe, ha heta, hetaiterei jey, ikatu oñeñe’ẽ añetetépe Cristo ára peguáicha umi oñemoherakuãva ha’eha Tupã retãyguakuéra rehe, ndaha’éiha heta tembiapo tuicháva ikatúva ojejapo, ijerovia’ỹ rupi. Heta umi ojejokóva pytũmby ñapytĩme oñemomba’e haguére Tupã oiporúgui chupekuéra, ha ijerovia’ỹ omopu’ã hag̃ua py’a mokõi ha ñembyai pe marandu añetegua rehe umi ánhel yvagapegua ohekáva ombohasa hag̃ua yvypóra rembiporu rupive—pejehechauka jerovia rupi, Cristo tekojoja.”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Tupao Adventista del Séptimo Día Laodiceagua - Mokõiha’ẽ"}</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