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Joel ha pe Tupaó Laodicea-pegua Adventista Ára Pokõiháre Sieteha — Papapy Irundy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Pa Irundy</w:t>
      </w:r>
    </w:p>
    <w:p>
      <w:pPr>
        <w:pStyle w:val="ArticleBody"/>
        <w:jc w:val="left"/>
      </w:pPr>
      <w:r>
        <w:rPr>
          <w:rFonts w:ascii="Times New Roman" w:hAnsi="Times New Roman" w:eastAsia="Times New Roman" w:cs="Times New Roman"/>
        </w:rPr>
        <w:t>Isaías mokõipaapy ocho-pe, umi “kuimbaʼe puka rei oporomandáva” “Jerusalén”-pe oñerrepresenta “Efraín kaʼu reívakue” ramo, ha avei “ñemombaʼeguasu akã rehegua” ramo. “Akã rehegua” orrepresenta mburuvicharã, ha “ñemombaʼeguasu” orrepresenta peteĩ carácter satánico.</w:t>
      </w:r>
    </w:p>
    <w:p>
      <w:pPr>
        <w:pStyle w:val="ArticleBody"/>
        <w:jc w:val="left"/>
      </w:pPr>
      <w:r>
        <w:rPr>
          <w:rFonts w:ascii="Times New Roman" w:hAnsi="Times New Roman" w:eastAsia="Times New Roman" w:cs="Times New Roman"/>
        </w:rPr>
        <w:t>Umi ka’u térã oka’u vaíva oñembojoavy pe hembývagui (“residuo”), ha’ekuéra oikógui Tupã “akãngorã” mimbipa ramo; upe ama pahápe ningo Ñandejára omopu’ã I “mburuvicharenda mimbipa” ojehechaukaramoguáicha Ha’e omopu’ãvo pe “mburuvicharenda grásia rehegua” kurusúre. Pe mburuvicharenda grásia rehegua kurusúre ha’e techaukaha pe mburuvicharenda mimbipa rehegua pe léi domingo jave. Pe ama pahápe oñepyrũ 9/11-pe, oñepyrũrõ guare pe sélado umi cien cuarenta y cuatro mil rehegua ha pe juicio umi oikovéva rehegua.</w:t>
      </w:r>
    </w:p>
    <w:p>
      <w:pPr>
        <w:pStyle w:val="ArticleScripture"/>
        <w:jc w:val="left"/>
      </w:pPr>
      <w:r>
        <w:rPr>
          <w:rFonts w:ascii="Times New Roman" w:hAnsi="Times New Roman" w:eastAsia="Times New Roman" w:cs="Times New Roman"/>
        </w:rPr>
        <w:t>“Ahechakuaa opa mba’e oma’ẽ mbareteha ha omoingoveha iñapytu’ũ oñembojere hag̃ua pe apañuãi tuicha oúvape hese kuéra renondépe. Israel angaipa-kuéra oho va’erã tenondeite huísiope. Opa angaipa oñemombe’u va’erã pe santuariope, upéi pe tembiapo oñemongu’éta. Kóva ojejapo va’erã ko’ág̃a. Pe hembýva pe jehasa asy árape osapukáita: Che Tupã, Che Tupã, mba’ére piko chereja rei?”</w:t>
      </w:r>
    </w:p>
    <w:p>
      <w:pPr>
        <w:pStyle w:val="ArticleScripture"/>
        <w:jc w:val="left"/>
      </w:pPr>
      <w:r>
        <w:rPr>
          <w:rFonts w:ascii="Times New Roman" w:hAnsi="Times New Roman" w:eastAsia="Times New Roman" w:cs="Times New Roman"/>
        </w:rPr>
        <w:t>“Oky ára pahápe ou hína umi ipotĩvape ári—upe ramo opavave ohupytýta chupe yma guaréicha.</w:t>
      </w:r>
    </w:p>
    <w:p>
      <w:pPr>
        <w:pStyle w:val="ArticleScripture"/>
        <w:jc w:val="left"/>
      </w:pPr>
      <w:r>
        <w:rPr>
          <w:rFonts w:ascii="Times New Roman" w:hAnsi="Times New Roman" w:eastAsia="Times New Roman" w:cs="Times New Roman"/>
        </w:rPr>
        <w:t>“Umi irundy ánhel oheja vove, Cristo omopu’ãta Ijyvy marã’ỹ. Avave noñemongaru mo’ãi ama pahápe ndaha’éiramo umi ojapóva opa ikatúva guive. Cristo ñanepytyvõse va’ekue. Opavave ikatu va’erã ñande pu’aka ñaha’ã hag̃ua Tupã gracia rupive, Jesús ruguy rupive. Opa yvága oĩ interesádo ko tembiapóre. Umi ánhel avei oĩ interesádo.” Spalding and Magan, 3.</w:t>
      </w:r>
    </w:p>
    <w:p>
      <w:pPr>
        <w:pStyle w:val="ArticleBody"/>
        <w:jc w:val="left"/>
      </w:pPr>
      <w:r>
        <w:rPr>
          <w:rFonts w:ascii="Times New Roman" w:hAnsi="Times New Roman" w:eastAsia="Times New Roman" w:cs="Times New Roman"/>
        </w:rPr>
        <w:t>Apocalipsis pe irundy yvytu ojehechauka avei Isaías peteĩ yvytu hatãramo, ojejoko vaʼekue kuarahyresẽ yvytu ára jave; upéicha avei Apocalipsis pe irundy yvytu ñorairõ rehegua ojejoko umi irundy ánhel rupi. Hermana White omombeʼu umi irundy yvytuha peteĩ “kavaju pochy ohekáva osẽ hag̃ua sãgui”, oguerúva “mano ha ñehundi”. Umi irundy yvytu oñemosãso mbeguekatúpe, oñepyrũvo 9/11-pe; upéi tuichaiterei oñembotuicha arapokõindy ley jave; ha upéi oñemosãsoite yvypóra tiempo de gracia oñemboty vove.</w:t>
      </w:r>
    </w:p>
    <w:p>
      <w:pPr>
        <w:pStyle w:val="ArticleHeading"/>
        <w:jc w:val="left"/>
      </w:pPr>
      <w:r>
        <w:rPr>
          <w:rFonts w:ascii="Arial" w:hAnsi="Arial" w:eastAsia="Arial" w:cs="Arial"/>
        </w:rPr>
        <w:t>Ojehepyre ha Ojokéva hag̃ua hag̃uáicha</w:t>
      </w:r>
    </w:p>
    <w:p>
      <w:pPr>
        <w:pStyle w:val="ArticleBody"/>
        <w:jc w:val="left"/>
      </w:pPr>
      <w:r>
        <w:rPr>
          <w:rFonts w:ascii="Times New Roman" w:hAnsi="Times New Roman" w:eastAsia="Times New Roman" w:cs="Times New Roman"/>
        </w:rPr>
        <w:t>Pe séptimo trompéta, ha’éva avei pe tercer ay, omomarandúva Tupã misterio ñemohu’ã, oñembopu profétikamente 9/11-pe, Islam oñemosãso jave ha upéi oñeñapytĩ profétikamente George W. Bush rupive 9/11 rire. Islam sy, Hagar, Ismael sy, ha’e peteĩ símbolo ñemombopyahu ha ñemosãso rehegua. Ha’e oñemosãso Sarah rupive oñemoñare hag̃ua Abraham ndive, Sarah rupi; upéi, envidia rupi, Sarah ojoko chupe, upéicha rupi Hagar okañy, pe ánhel ojoko peve Hagar-pe ani hag̃ua okañy ha he’i chupe tojevy. Isaac rire oiko hague, Hagar ha Sarah joavy oñemotenonde gueteri Abraham omosẽ meve pe tembiguái kuñáme, upéicha omoĩvo hi’ári ambue ñejoko.</w:t>
      </w:r>
    </w:p>
    <w:p>
      <w:pPr>
        <w:pStyle w:val="ArticleBody"/>
        <w:jc w:val="left"/>
      </w:pPr>
      <w:r>
        <w:rPr>
          <w:rFonts w:ascii="Times New Roman" w:hAnsi="Times New Roman" w:eastAsia="Times New Roman" w:cs="Times New Roman"/>
        </w:rPr>
        <w:t>Islam irundy yvytu kuéra ojeheja hag̃ua osẽ pe profesía mbohapy sa cien noventa y peteĩ ary ha paapy ára rehegua ñepyrũme, pe oĩva Apocalipsis kapítulo 9, versículo 15-pe, ha upéi oñeñapytĩ jey hikuái agosto 11, 1840-pe.</w:t>
      </w:r>
    </w:p>
    <w:p>
      <w:pPr>
        <w:pStyle w:val="ArticleScripture"/>
        <w:jc w:val="left"/>
      </w:pPr>
      <w:r>
        <w:rPr>
          <w:rFonts w:ascii="Times New Roman" w:hAnsi="Times New Roman" w:eastAsia="Times New Roman" w:cs="Times New Roman"/>
        </w:rPr>
        <w:t>Ha oñembopu pe sexto ánhel, ha ahendu peteĩ ñeʼẽ osẽva umi irundy hatĩgui pe altar óroguápe oĩva Tupã renondépe, heʼíva pe sexto ánhel oguerekóvape pe trompéta: Epoi umi irundy ánhel rehe oñeñapytĩvagui pe ysyry guasu Éufratespe. Ha umi irundy ánhel oñemboi, umi oñembosakoʼíva peteĩ aravópe, ha peteĩ árape, ha peteĩ jasyre, ha peteĩ áñore, ojuka hag̃ua yvyporakuéra mbohapýha pehẽngue. Apocalipsis 9:13–15.</w:t>
      </w:r>
    </w:p>
    <w:p>
      <w:pPr>
        <w:pStyle w:val="ArticleBody"/>
        <w:jc w:val="left"/>
      </w:pPr>
      <w:r>
        <w:rPr>
          <w:rFonts w:ascii="Times New Roman" w:hAnsi="Times New Roman" w:eastAsia="Times New Roman" w:cs="Times New Roman"/>
        </w:rPr>
        <w:t>Upéi, Islam pe mbohapyha mba’easy guasúpe ojehejávo osẽ hag̃ua oñorairõ hag̃ua 11 jasyporundy rehe, George W. Bush omoñepyrũ hembiapo ñorairõ mundial terrorismo rehegua ha omoĩ peteĩ jejoko Islam ári. Pe ñe’ẽpyahu peteĩha Ismael rehegua, Islam símbolo, ohechauka Ismael ñemoñarekuéra oĩtaha opavave kuimba’e rehe, ha opavave kuimba’e oĩtaha hesekuéra.</w:t>
      </w:r>
    </w:p>
    <w:p>
      <w:pPr>
        <w:pStyle w:val="ArticleScripture"/>
        <w:jc w:val="left"/>
      </w:pPr>
      <w:r>
        <w:rPr>
          <w:rFonts w:ascii="Times New Roman" w:hAnsi="Times New Roman" w:eastAsia="Times New Roman" w:cs="Times New Roman"/>
        </w:rPr>
        <w:t>Ha Ñandejára rembiguái he’i chupe: “Ema’ẽ, nde rye guasu, ha reñemoñáta peteĩ ta’ýrape, ha rembohérata héra Ismael; Ñandejára ohendúgui nde jehasa asy. Ha’e katuta peteĩ kuimba’e ñarõ; ipo opu’ãta opa kuimba’ére, ha opa kuimba’e po opu’ãta hese; ha oikóta opa ijoyke’y renondépe.” Génesis 16:11, 12.</w:t>
      </w:r>
    </w:p>
    <w:p>
      <w:pPr>
        <w:pStyle w:val="ArticleBody"/>
        <w:jc w:val="left"/>
      </w:pPr>
      <w:r>
        <w:rPr>
          <w:rFonts w:ascii="Times New Roman" w:hAnsi="Times New Roman" w:eastAsia="Times New Roman" w:cs="Times New Roman"/>
        </w:rPr>
        <w:t>Islam ha’e hína pe pu’akapavẽ opaha ára rehegua, “opa kuimba’e po” oĩtaha hese, ha Islam avei oĩta opa kuimba’e rehe, péichaite oñekumpli porãmbaitéva ko árape. Pe tembiapo peteĩteĩva Islam rehegua, marandu’ẽ profétika peteĩ techaukaha ramo, ha’e omoheñói hag̃ua peteĩ ñorairõ guasu yvóra tuichakue javeve. Ko mba’e oñemombarete Elías rembiasakue rupive, Juan Bautista rupive, ha ojehechauka “tetãnguéra pochy” ramo Apocalipsis kuatiápe.</w:t>
      </w:r>
    </w:p>
    <w:p>
      <w:pPr>
        <w:pStyle w:val="ArticleScripture"/>
        <w:jc w:val="left"/>
      </w:pPr>
      <w:r>
        <w:rPr>
          <w:rFonts w:ascii="Times New Roman" w:hAnsi="Times New Roman" w:eastAsia="Times New Roman" w:cs="Times New Roman"/>
        </w:rPr>
        <w:t>“Pe ‘ñepyrũ upe tiempo de apañuãi rehegua’, oñemombe’úva ko’ápe, ndaha’éi pe tiempo umi plága oñepyrũ hag̃uápe oñeñohẽ; síno peteĩ mbyky peve’i mboyve oñeñohẽ, Cristo oĩ aja pe santuario-pe. Upe tiempo-pe, pe tembiapo salvación rehegua oñembotývo, apañuãi oúta yvy ári, ha umi tetãnguéra ipochýta, upéicharõ jepe oñeñangarekóta hesekuéra ani hag̃ua ojoko pe tercer ángel rembiapo. Upe tiempo-pe pe ‘oky pahápegua’, térã pe piro’y Ñandejára renondégui, oúta ome’ẽ hag̃ua pokatu pe tercer ángel ñe’ẽ hatãme, ha ombosako’i hag̃ua umi santo-kuérape ikatu hag̃uáicha oñembo’y pe periodo-pe umi siete plága paha oñeñohẽta jave.” Early Writings, 85.</w:t>
      </w:r>
    </w:p>
    <w:p>
      <w:pPr>
        <w:pStyle w:val="ArticleBody"/>
        <w:jc w:val="left"/>
      </w:pPr>
      <w:r>
        <w:rPr>
          <w:rFonts w:ascii="Times New Roman" w:hAnsi="Times New Roman" w:eastAsia="Times New Roman" w:cs="Times New Roman"/>
        </w:rPr>
        <w:t>Umi “ára” pahápe, ama pyharegua ho’a jave, Cristo omopu’ã Hembiguái mimbipa reino, oñerepresentáva Daniel kuatiañe’ẽme.</w:t>
      </w:r>
    </w:p>
    <w:p>
      <w:pPr>
        <w:pStyle w:val="ArticleScripture"/>
        <w:jc w:val="left"/>
      </w:pPr>
      <w:r>
        <w:rPr>
          <w:rFonts w:ascii="Times New Roman" w:hAnsi="Times New Roman" w:eastAsia="Times New Roman" w:cs="Times New Roman"/>
        </w:rPr>
        <w:t>Ha umi mburuvicha-kuéra ára-pe yvága Jára omoñepyrũta peteĩ mburuvicharenda, araka’eve noñehundimo’ãi hag̃ua; ha upe mburuvicharenda ndojehejáimo’ãi ambue tetãygua pópe, síno ombyaipa ha ohundipátata opa koʼã mburuvicharenda, ha upéva opytáta opa ára g̃uarã. Daniel 2:44.</w:t>
      </w:r>
    </w:p>
    <w:p>
      <w:pPr>
        <w:pStyle w:val="ArticleBody"/>
        <w:jc w:val="left"/>
      </w:pPr>
      <w:r>
        <w:rPr>
          <w:rFonts w:ascii="Times New Roman" w:hAnsi="Times New Roman" w:eastAsia="Times New Roman" w:cs="Times New Roman"/>
        </w:rPr>
        <w:t>Umi “ára”pe Cristo omopuʼã vove Ijypokue mimbipa, umi imbaʼéva Cristo rehegua, haʼéva i“akoróna” mimbipa rehegua, oñembojoavy umi kaʼu oikóva oguerahávagui i“akoróna” jejopy rehegua. Habacuc “jehecha” oñehai vaʼerã ha oñemoesakã porã hag̃ua umi “tabla” ári, ohechauka porã Adventismo añetegua ñepyrũrã rembiapo guasu testimonio histórico. Habacuc testimóniope, Joel mokõi aty, térã “jejopy” térã “mimbipa”, oñerrepresenta peteĩ aty ramo, haʼéva—oñembohekojoja jerovia rupi térã haʼéva—oñemopuʼãva jejopype. Kapítulo mokõi, versíkulo irundy oñeʼẽ umi mokõi aty rehe, haʼekuéra ojoja pe techapyrã ymaite guive ojekuaáva Fariseo ha Publicano rehegua. Pe Publicano oho hógape oñembohekojoja hag̃uáicha, ha pe Fariseo “ánga” ndahaʼéi “hekojoja hag̃uáicha”, pórke “oñemopuʼã” hag̃ua.</w:t>
      </w:r>
    </w:p>
    <w:p>
      <w:pPr>
        <w:pStyle w:val="ArticleScripture"/>
        <w:jc w:val="left"/>
      </w:pPr>
      <w:r>
        <w:rPr>
          <w:rFonts w:ascii="Times New Roman" w:hAnsi="Times New Roman" w:eastAsia="Times New Roman" w:cs="Times New Roman"/>
        </w:rPr>
        <w:t>Péina, ipy’a oñemomba’eguasúva ndaha’éi hekojojáva ipype; ha pe hekojojáva oikovéta ijerovia rupi. Habacuc 2:4.</w:t>
      </w:r>
    </w:p>
    <w:p>
      <w:pPr>
        <w:pStyle w:val="ArticleBody"/>
        <w:jc w:val="left"/>
      </w:pPr>
      <w:r>
        <w:rPr>
          <w:rFonts w:ascii="Times New Roman" w:hAnsi="Times New Roman" w:eastAsia="Times New Roman" w:cs="Times New Roman"/>
        </w:rPr>
        <w:t>Pe véso oúva Habaquc ohechauka umi mbaʼeichagua ipyʼa yvate hag̃ua ñemombaʼeguasúpe haʼeha kaʼu, péicha ombojoaju Isaías ha Habaquc kaʼukuérape “ñemombaʼeguasúndi”.</w:t>
      </w:r>
    </w:p>
    <w:p>
      <w:pPr>
        <w:pStyle w:val="ArticleScripture"/>
        <w:jc w:val="left"/>
      </w:pPr>
      <w:r>
        <w:rPr>
          <w:rFonts w:ascii="Times New Roman" w:hAnsi="Times New Roman" w:eastAsia="Times New Roman" w:cs="Times New Roman"/>
        </w:rPr>
        <w:t>Ha avei, vino rupi oñembohasa haguére, ha’e peteĩ kuimba’e ñembotavyhápe henyhẽva, ndopytái hógape; ombotuicha ivaípe hembipota yvyramby’ỹháicha, ha ojogua ñemanóme, ha ndaikatúi oikuaa mba’eveichagua py’aguapy; upéva rangue ombyaty ijehe opa tetãnguéra, ha omono’õ ijehe opa tavayguakuéra. Habacuc 2:5.</w:t>
      </w:r>
    </w:p>
    <w:p>
      <w:pPr>
        <w:pStyle w:val="ArticleBody"/>
        <w:jc w:val="left"/>
      </w:pPr>
      <w:r>
        <w:rPr>
          <w:rFonts w:ascii="Times New Roman" w:hAnsi="Times New Roman" w:eastAsia="Times New Roman" w:cs="Times New Roman"/>
        </w:rPr>
        <w:t>Iporãne ñanemandu’a hag̃ua ko’ã versíkulo Habacucpe ndaha’éi ojehupytyva’ekue añónte Millerigua rembiasakuepe, síno avei ijehupyty oiko va’ekue peteĩ tema jepivegua mokõivévape, Ellen White ha Adventismo pionéro ypykuérape. Umi ojejustifikáva pe jeroviáre ojehechaukáva versíkulo irundyhápe Millerigua rembiasakuepe ha’e umi ogueropu’akáva pe apañuãi pe peteĩha ñembyasy guasúpe, upéva omoĩva’ekue techaukaha ramo mokõivévape, pe aravo ipuku hag̃uáicha ha pe marandu mokõiha ángel rehegua oguahẽ hag̃ua, omombe’úva Babilonia ho’a hague. Umi Millerigua oikũmbykuri upe tembiasakue jeha’ãme pe tavayguakuéra kuatiañe’ẽmegua ymaguare, históricamente protestánte va’ekue, oiko hague Babilonia rajykuéra ramo. Umi protestánte ha’e va’ekue protestántekuéra ojehechaukáva Sardis iglésiare, ohechaukáva peteĩ tavayguakuéra kuatiañe’ẽmegua, oguerekógui peteĩ “téra”, peteĩ símboloramo mokõivévape, tekokatu ha pe joaju hag̃ua pe kuatiañe’ẽmegua ndive, ha katu omanóma.</w:t>
      </w:r>
    </w:p>
    <w:p>
      <w:pPr>
        <w:pStyle w:val="ArticleScripture"/>
        <w:jc w:val="left"/>
      </w:pPr>
      <w:r>
        <w:rPr>
          <w:rFonts w:ascii="Times New Roman" w:hAnsi="Times New Roman" w:eastAsia="Times New Roman" w:cs="Times New Roman"/>
        </w:rPr>
        <w:t>Ha ehai pe tupãóga Sardis pegua remimboupe ehai: Péicha he’i pe oguerekóva Tupã Espíritu sietéva, ha umi siete mbyja; aikuaa nde rembiapokue, reguerekoha téra reikoveha, ha reime hag̃ua omanóvaicha. Apocalipsis 3:1.</w:t>
      </w:r>
    </w:p>
    <w:p>
      <w:pPr>
        <w:pStyle w:val="ArticleBody"/>
        <w:jc w:val="left"/>
      </w:pPr>
      <w:r>
        <w:rPr>
          <w:rFonts w:ascii="Times New Roman" w:hAnsi="Times New Roman" w:eastAsia="Times New Roman" w:cs="Times New Roman"/>
        </w:rPr>
        <w:t>Pe proceso de prueba ary 1844-pe, oñepyrũ vaekue 19 de abril-pe ha upéi opa 22 de octubre-pe, umi ohasa’ỹva pe proceso de prueba oñemopu’ã orgullo-pe; ha ñande ñamoñe’ẽramo umi versíkulo oúva versíkulo cinco rire, upépe ojehechauka porã yvypóra orgullo rekove, peteĩ techapyrã rupive arrogancia papal ha ijehupi hag̃ua voi. Opa versíkulo veinte-pe, oñemoñe’ẽhápe: Ñandejára oĩ Iñemikotevẽ Marangatupe; opa yvy tokyre’ỹ henondépe.</w:t>
      </w:r>
    </w:p>
    <w:p>
      <w:pPr>
        <w:pStyle w:val="ArticleScripture"/>
        <w:jc w:val="left"/>
      </w:pPr>
      <w:r>
        <w:rPr>
          <w:rFonts w:ascii="Times New Roman" w:hAnsi="Times New Roman" w:eastAsia="Times New Roman" w:cs="Times New Roman"/>
        </w:rPr>
        <w:t>Ha Ñandejára oĩ itemplo marangatuetépe; tokyta opa yvy henondépe. Habacuc 2:20.</w:t>
      </w:r>
    </w:p>
    <w:p>
      <w:pPr>
        <w:pStyle w:val="ArticleBody"/>
        <w:jc w:val="left"/>
      </w:pPr>
      <w:r>
        <w:rPr>
          <w:rFonts w:ascii="Times New Roman" w:hAnsi="Times New Roman" w:eastAsia="Times New Roman" w:cs="Times New Roman"/>
        </w:rPr>
        <w:t>Mokõiha versíkulo Habacuc capítulo mokõihápe omombe'u ñembotavy peteĩha 19 de abril de 1844, ha pe capítulo opa versíkulo veintepe, ohechaukáva hesakã porã 22 de octubre de 1844, Ñandejára ou hag̃ua pya'eite Itémplope.</w:t>
      </w:r>
    </w:p>
    <w:p>
      <w:pPr>
        <w:pStyle w:val="ArticleHeading"/>
        <w:jc w:val="left"/>
      </w:pPr>
      <w:r>
        <w:rPr>
          <w:rFonts w:ascii="Arial" w:hAnsi="Arial" w:eastAsia="Arial" w:cs="Arial"/>
        </w:rPr>
        <w:t>Irundy ouva 22 jasypakõime, 1844-peguápe (ta’ãngamýi ári ta’ãngamýi)</w:t>
      </w:r>
    </w:p>
    <w:p>
      <w:pPr>
        <w:pStyle w:val="ArticleScripture"/>
        <w:jc w:val="left"/>
      </w:pPr>
      <w:r>
        <w:rPr>
          <w:rFonts w:ascii="Times New Roman" w:hAnsi="Times New Roman" w:eastAsia="Times New Roman" w:cs="Times New Roman"/>
        </w:rPr>
        <w:t>“Cristo ou vúrõ guasuha ñande pa’i guasu ramo pe Lugár Santísimo-pe, pe santuario ñemopotĩ hag̃ua, oñemombe’úva Daniel 8:14-pe; Yvypóra Ra’y ou hag̃ua pe Yma Guaréva rendápe, oñepresentaháicha Daniel 7:13-pe; ha Ñandejára ou hag̃ua Itémplope, Malquías he’ihaguéicha yma guive; ko’ãva ha’e peteĩchante mba’e ojehúva rehegua ñemombe’u; ha kóva avei ojehechauka pe novio ou hag̃ua pe ñemendápe, Cristo omombe’uhaguéicha pe pa’ũme umi diez virgen rehegua, Mateo 25-pe.” The Great Controversy, 426.</w:t>
      </w:r>
    </w:p>
    <w:p>
      <w:pPr>
        <w:pStyle w:val="ArticleBody"/>
        <w:jc w:val="left"/>
      </w:pPr>
      <w:r>
        <w:rPr>
          <w:rFonts w:ascii="Times New Roman" w:hAnsi="Times New Roman" w:eastAsia="Times New Roman" w:cs="Times New Roman"/>
        </w:rPr>
        <w:t>Umi mbohapy ha irundy ohechauka mokõi aty ojejapóva pe jehechajey rape rupive pe mbohapyha peteĩgui pe mokõipa verse guive pe mokõipa verse peve, ha’éva pe jehechajey rape 19 jasyrundy 1844 guive 22 jasypa 1844 peve. Pe irundyha verse guive pe 19ha peve oñeñe’ẽ pe mburuvicha papal rehe, ndaha’éiramo pe 14ha verse añoite, omombe’úva pe tembiasakue oúva pe ánhel Apocalipsis kapítulo 18-pe guare oguejy rire 9/11-pe.</w:t>
      </w:r>
    </w:p>
    <w:p>
      <w:pPr>
        <w:pStyle w:val="ArticleScripture"/>
        <w:jc w:val="left"/>
      </w:pPr>
      <w:r>
        <w:rPr>
          <w:rFonts w:ascii="Times New Roman" w:hAnsi="Times New Roman" w:eastAsia="Times New Roman" w:cs="Times New Roman"/>
        </w:rPr>
        <w:t>Yvy henyhẽta Ñandejára mimbipa jeikuaágui, y ogueraháicha guive paráre. Habacuc 2:14.</w:t>
      </w:r>
    </w:p>
    <w:p>
      <w:pPr>
        <w:pStyle w:val="ArticleBody"/>
        <w:jc w:val="left"/>
      </w:pPr>
      <w:r>
        <w:rPr>
          <w:rFonts w:ascii="Times New Roman" w:hAnsi="Times New Roman" w:eastAsia="Times New Roman" w:cs="Times New Roman"/>
        </w:rPr>
        <w:t>Pe ángel mokõiha ñeha’ãrõ guive tembiasakue Millerita-pe oñemoheñói mokõi atýicha umi omomba’éva, ha upéi ojehechauka porãva’ekue pe jejopy vaiete ára 22 jasypa 1844-pe. Pe iñaña rekove pe pasáhepe ha’e pe papado rekove, ha upe tiempo ñeha’ãrõme umi Millerita jerovia hag̃ua oúma hag̃ua omombe’u, ojoajúvo pe ángel mokõiha marandu ndive, pe tupao Protestánte oikóma hague Roma rajykuéra ramo iñemboyke rupive pe marandu Millerita. Pe ñorairõ ojehechauka va’ekue oñepyrũvo 19 jasyrundy ha opa 22 jasypa-pe, upépe tekove reko oñemyesakã: taha’e peteĩ oñemomba’eguasúva ha ho’úva Babilonia káguýgui, Belshazzar-icha, térã peteĩ, Daniel-icha Belshazzar renondépe, oñemohenda porãva ijerovia rupi. Upe ñorairõme voi oñemoñepyrũ pe tembiasakue tuicháva omombáyva yvy ape ári oikóvape umi añetegua opa’ỹva rehegua ojoajúva pe ángel mbohapyha marandu ndive. Pe ta’ãngamýi oka’úva rehegua oñembojoja pe oñemohenda porãvandi oñemoĩ pe ñe’ẽjoja ryepýpe, pe mombe’upy ha’évo mba’éichapa ko yvy oñesãmbyhy pehesape rehe umi mba’e vai térã porã ojejepy’apy hag̃ua rehe: “Yvy henyhẽta Ñandejára mimbipa jeikuaa reheve, y ysaja ombytéicha para.” Upe tesape ñemoasãi oñepyrũ 9/11-pe.</w:t>
      </w:r>
    </w:p>
    <w:p>
      <w:pPr>
        <w:pStyle w:val="ArticleBody"/>
        <w:jc w:val="left"/>
      </w:pPr>
      <w:r>
        <w:rPr>
          <w:rFonts w:ascii="Times New Roman" w:hAnsi="Times New Roman" w:eastAsia="Times New Roman" w:cs="Times New Roman"/>
        </w:rPr>
        <w:t>Umi tembiasakue ojehechaukáva Habacuc kapítulo mokõihápe, Ñandejára pya’e ou vaekue Itupãópe 22 jasypa 1844-pe. Upéva ojapo oikóvo marandu’ypy oñemboaje hag̃ua ha’e omoĩ vaekue Palmoni ramo Daniel ocho, versículo catorce-pe.</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Ára pahárape mes 7-ha pe aravo peteĩha calendario bíblico-pe, ha upéva áño 1844-pe og̃uahẽ vaʼekue mes 10-ha pe ára mokõipa mokõiha-pe, oñekumpli Habacuc 2:20, ha pe papapy simbólico “220” ikatu ojehecha pe ‘capítulo ha versículo’-pe omombeʼúva peteĩ cambio dispensacional Cristo rembiapópe pe santuario yvagapeguápe. Peteĩ mbaʼe profético ohechaukáva umi cien cuarenta y cuatro mil haʼeha hikuái umi osegíva pe Cordero-pe oho hag̃uáicha haʼe ohohápe. Oseguir Cristo-pe heʼise osegui chupe Iñeʼẽme.</w:t>
      </w:r>
    </w:p>
    <w:p>
      <w:pPr>
        <w:pStyle w:val="ArticleBody"/>
        <w:jc w:val="left"/>
      </w:pPr>
      <w:r>
        <w:rPr>
          <w:rFonts w:ascii="Times New Roman" w:hAnsi="Times New Roman" w:eastAsia="Times New Roman" w:cs="Times New Roman"/>
        </w:rPr>
        <w:t>Iñe'ẽme, papapy “220” ojepuru hag̃ua techaukaháramo pe joaju Tupãnguahã ha yvypóra rehegua, ha upe tembiapoete Cristo omoñepyrũva upe árape ha'eva'ekue pe tembiapo ombojoajúva hag̃ua Itupãnguahã yvypórare. Áño 1844-pe, jasypa pahápe mokõipa mokõiha árape, térã techaukaháicha mokõipa mokõi jey pa ojója “220”-pe (22 X 10 = 220), térã ikatu hag̃uáicha ere, upeite ára techaukaháicha ojójáva “220”-pe, Habacuc “2:20” oñemoañete Cristo ohasávo pe tenda marangatúgui pe Marangatuvéva Renda peve omoñepyrũ hag̃ua pe huísio investigativo.</w:t>
      </w:r>
    </w:p>
    <w:p>
      <w:pPr>
        <w:pStyle w:val="ArticleBody"/>
        <w:jc w:val="left"/>
      </w:pPr>
      <w:r>
        <w:rPr>
          <w:rFonts w:ascii="Times New Roman" w:hAnsi="Times New Roman" w:eastAsia="Times New Roman" w:cs="Times New Roman"/>
        </w:rPr>
        <w:t>Palmoni, pe Número Maravilloso, oĩ pe “porandu ha mbohovái” ryepýpe ha’éva pe yvyrakã guasu mbytéva Adventismopegua, ha hetaiterei Adventista ndoikuaái mba’eveite upe añetegua rehe.</w:t>
      </w:r>
    </w:p>
    <w:p>
      <w:pPr>
        <w:pStyle w:val="ArticleScripture"/>
        <w:jc w:val="left"/>
      </w:pPr>
      <w:r>
        <w:rPr>
          <w:rFonts w:ascii="Times New Roman" w:hAnsi="Times New Roman" w:eastAsia="Times New Roman" w:cs="Times New Roman"/>
        </w:rPr>
        <w:t>“Pe Escritúra, opaite ambue apytépe, oikova’ekue mokõivéva Advento jerovia pyenda ha iykére guasu ramo, ha’e va’ekue ko ñe’ẽme’ẽ: ‘Mokõi mil trescientos ára peve; upéi pe santuario oñemopotĩta.’ [Daniel 8:14.]” The Great Controversy, 409.</w:t>
      </w:r>
    </w:p>
    <w:p>
      <w:pPr>
        <w:pStyle w:val="ArticleBody"/>
        <w:jc w:val="left"/>
      </w:pPr>
      <w:r>
        <w:rPr>
          <w:rFonts w:ascii="Times New Roman" w:hAnsi="Times New Roman" w:eastAsia="Times New Roman" w:cs="Times New Roman"/>
        </w:rPr>
        <w:t>Daniel kapítulo poapy, versíkulo trese ha catorce, ohechauka peteĩ porandu oĩva versíkulo tresepe, ha upéi peteĩ mbohovái oúva versíkulo catorcepe. Pe ñe'ẽ hebreo “Palmoni” oñembohasa “pe marangatu peteĩva” ramo versíkulo tresepe, ha upe téra tee Cristo rehegua he'ise Pe Ipypeguaite Papaha térã Pe Mbohapapáva Ñemimbykuéra.</w:t>
      </w:r>
    </w:p>
    <w:p>
      <w:pPr>
        <w:pStyle w:val="ArticleBody"/>
        <w:jc w:val="left"/>
      </w:pPr>
      <w:r>
        <w:rPr>
          <w:rFonts w:ascii="Times New Roman" w:hAnsi="Times New Roman" w:eastAsia="Times New Roman" w:cs="Times New Roman"/>
        </w:rPr>
        <w:t>Ellen White ohechauka vove pe versíkulo catorceha ha’eha pe yvyra guasu mbytegua ha fundamento Adventismo rehegua, omoĩ énfasis divino pe porandu ha mbohovái ko’ã mokõi versíkulo rehe, ha upéva ojerure Cristo, pe Papahára Maravilloso ramo, toiko pe punto principal de referencia. Hermana White omomba’eguasu jevy jevy pe mba’eichaitépa iñimportánte ojehecha Cristo añetegua mbytegua ramo oimeraẽ pasáhepe, ha umi versíkulo trece ha catorcepe oĩ peteĩ jehechauka directa Cristo rehegua —“that certain saint,”— ha’éva Palmoni.</w:t>
      </w:r>
    </w:p>
    <w:p>
      <w:pPr>
        <w:pStyle w:val="ArticleBody"/>
        <w:jc w:val="left"/>
      </w:pPr>
      <w:r>
        <w:rPr>
          <w:rFonts w:ascii="Times New Roman" w:hAnsi="Times New Roman" w:eastAsia="Times New Roman" w:cs="Times New Roman"/>
        </w:rPr>
        <w:t>Adventísmo omboyke jave Leviticus mokõipa poteĩme oĩva “siete tiempos” ary 1863-pe, oñemboty hesakuéra Palmóni renondépe; pe porandu ha pe mbohovái ñeikotevẽ profétika oñemopyenda rupi Moisés “siete tiempos” ha Daniel “dos mil trescientos días” joaju rehe. Moisés “siete tiempos”, térã dos mil quinientos veinte ary, ha Daniel “dos mil trescientas tardes ha mañanas”, térã dos mil trescientos ary, joaju profétiko oñemoĩ porã aravo rehe, ha upéva ojehechauka papapýpe; ha pe Numerador Maravilloso oĩ mbytépe voi pe porandu ha pe mbohovái, ha umíva hína pe yvyra-atã mbytegua Adventísmo-pe. Umi ikatúva omoñe’ẽ ra’e Joséfo jehaipyre, ikatu imandu’a heko hag̃uáicha umi iñe’ẽkuaápe ombojekuaa hag̃ua mokõi mba’e ijojaha’ỹva Tupã ojapova’ekue. Peteĩva ha’e pe ñe’ẽ hebrea, ha ambueva ha’e pe aravo ikatúva oñemedi, ha upéva katu ogueru tekotevẽ hag̃uáicha matemática.</w:t>
      </w:r>
    </w:p>
    <w:p>
      <w:pPr>
        <w:pStyle w:val="ArticleBody"/>
        <w:jc w:val="left"/>
      </w:pPr>
      <w:r>
        <w:rPr>
          <w:rFonts w:ascii="Times New Roman" w:hAnsi="Times New Roman" w:eastAsia="Times New Roman" w:cs="Times New Roman"/>
        </w:rPr>
        <w:t>Pe versíkulo trece oporandu “Mboy araka’e peve?” Pe versíkulo ndoporandúi “araka’e?”, síno oporandu “mboy araka’e peve?” Pe porandu ha’épa iñe’ẽva ipukukuére (mboy araka’e peve?) térã peteĩ ára térã aravoite rehe (araka’e?) tuicha mba’e ikatu hag̃uáicha oñentende hekopete. Pe mbohovái pe porandúpe oĩva versíkulo catorce-pe ikatu hína omombe’u peteĩ ára térã aravoite, térã peteĩ ára pukukue, ha ikatu hag̃uáicha mokõivéva, hákatu taha’e ha’éva pe mbohovái, tekotevẽ oñemoĩ versíkulo trece pe porandu rehegua contexto ryepýpe. Oñemboja hag̃ua hekopete ñe’ẽ, térã he’iséva, oñentende hag̃ua hekopete versíkulo catorce pe mbohovái, tekotevẽ peteĩ entendimiento hekopete pe porandu contexto rehegua. ¿Ha’épa “araka’e” térã “upérõ”?</w:t>
      </w:r>
    </w:p>
    <w:p>
      <w:pPr>
        <w:pStyle w:val="ArticleBody"/>
        <w:jc w:val="left"/>
      </w:pPr>
      <w:r>
        <w:rPr>
          <w:rFonts w:ascii="Times New Roman" w:hAnsi="Times New Roman" w:eastAsia="Times New Roman" w:cs="Times New Roman"/>
        </w:rPr>
        <w:t>Efraín kaʼuʼỹva omboʼe ndaiporiháicha versíkulo catorce ohechauka hag̃ua peteĩ aravoʼỹme, ha upéva hikuái omoĩ 22 de octubre de 1844 ramo; ha péicha ojapóramo ikatu hag̃uáicha oñeʼẽ pe jehasa rehe ñande ramove rohenóiva The Great Controversy-gui, péro Tupã Ñeʼẽ arakaʼeve ndojepyʼajói ha arakaʼeve ndojejavýi. Pe porandu “mboy puku peve” rehegua ohechauka ipukukue, ndahaʼéi peteĩ aravoʼỹme. 22 de octubre de 1844 omoñepyrũ pe período juicio investigador rehegua, ha umi añetegua ojoajúva upe tembiapo ndive ohechauka pe evangelio opa ára guarã ha tuichave mbaʼéva rangue pe ára omoñepyrũ hague año hag̃uánte.</w:t>
      </w:r>
    </w:p>
    <w:p>
      <w:pPr>
        <w:pStyle w:val="ArticleBody"/>
        <w:jc w:val="left"/>
      </w:pPr>
      <w:r>
        <w:rPr>
          <w:rFonts w:ascii="Times New Roman" w:hAnsi="Times New Roman" w:eastAsia="Times New Roman" w:cs="Times New Roman"/>
        </w:rPr>
        <w:t>Pe gramática hebrea hesakã porã, ha upe he'iséva peteĩchagua oñembohasa vaʼekue pe King James Version-pe. Ndahaʼéi añónte pe gramática ohechauka hesakã hag̃uáicha omoĩha pe porandu pe pukukue ryepýpe, ha pe porandu “arakaʼe peve” haʼe avei peteĩ símbolo profecía bíblica rehegua. Ikatu ojehechauka heta testígo rupive pe porandu “arakaʼe peve”, ramo símbolo, orrepresentaha pe tembiasakue 9/11 guive pe léi domingo peve. Ñahesaʼỹijóta raẽ pe símbolo “arakaʼe peve” rog̃uahẽ mboyve jey hag̃ua Palmoni ha Joel-pe.</w:t>
      </w:r>
    </w:p>
    <w:p>
      <w:pPr>
        <w:pStyle w:val="ArticleHeading"/>
        <w:jc w:val="left"/>
      </w:pPr>
      <w:r>
        <w:rPr>
          <w:rFonts w:ascii="Arial" w:hAnsi="Arial" w:eastAsia="Arial" w:cs="Arial"/>
        </w:rPr>
        <w:t>Araka’e peve? Isaías 6 Pe áño omano haguépe mburuvicha guasu Uzías, ahecha Ñandejára oguapyha peteĩ tenda guasu ha yvate gotyo; ha ijao ruguái omyenyhẽ pe Templo. Hi’ári oĩva’ekue serafín-kuéra; peteĩteĩ oreko seis pepo; mokõivéva rehe ojaho’íva hova, mokõivéva rehe ojaho’íva ipy, ha mokõivéva rehe oveve. Ha peteĩteĩ oñe’ẽ pe ambuépe, he’i: “Marangatu, marangatu, marangatu, Ñandejára ipu’akapáva; ko yvy tuichakue henyhẽ heko mimbipávagui.” Ha pe okẽ raka guasukuéra osyryry umi osapukáiva ñe’ẽ rupi, ha pe óga henyhẽ tatatĩgui. Upérõ ha’e: “Aikóma! che añehundi, che niko kuimba’e juru ky’águi, ha aikove juru ky’a apytépe; che resa niko ohecha Mburuvicha guasu, Ñandejára ipu’akapávape.” Upéi peteĩva umi serafín apytégui oveve che rendápe, ipópe ogueru peteĩ tatapỹi hendyva, ojapyhy va’ekue pinza reheve pe altar ári. Upéva rehe opoko che jurúre ha he’i: “Ema’ẽ, ko mba’e opoko nde jurúre; nde rembiapo vai oñembohasáma ndehegui, ha nde angaipa oñemopotĩ.” Upémarõ ahendu Ñandejára ñe’ẽ, he’iha: “Mávapa amondóta, ha mávapa oho ñanderehehápe?” Upérõ ha’e: “Ápe aime; chemondo.” Ha he’i: “Tereho, ere ko tavayguakuérape: ‘Pehendu meme, ha ani peikuaa; pema’ẽ meme, ha ani pehechakuaa.’ Embotavy ko tetã py’a, emboty ijapysa, ha emoñembotýta hesa; ani hag̃ua ohecha hesakuéra reheve, ni ohendu ijapysakuéra reheve, ni oikuaa ipy’ápe, ha ani hag̃ua ojere ha oñemonguera.” Upémarõ ha’e: “Ñandejára, araka’e peve?” Ha ha’e ombohovái: “Pe táva oiko meme peve oñehundi hag̃uáicha, opyta hag̃ua avavégui’ỹre; umi óga opyta hag̃uáicha avave’ỹme, ha pe yvy opyta hag̃uáicha oñembyaipaite; Ñandejára omomombyry hag̃ua tapichakuérape, ha heta hag̃ua umi tenda ojehejareíva pe retã mbytépe. Ha jepe opytárõ pype peteĩ pa’ũ diez por ciento, upéva jeýta ha oñehundíta jey; péro peteĩ roble térã encina oñekytĩ vove, opyta hína hapykuere; péicha avei pe ñemoñare marangatu ha’e pe hapykuere.”</w:t>
      </w:r>
    </w:p>
    <w:p>
      <w:pPr>
        <w:pStyle w:val="ArticleBody"/>
        <w:jc w:val="left"/>
      </w:pPr>
      <w:r>
        <w:rPr>
          <w:rFonts w:ascii="Times New Roman" w:hAnsi="Times New Roman" w:eastAsia="Times New Roman" w:cs="Times New Roman"/>
        </w:rPr>
        <w:t>Isaías capítulo seis, versículo trespe, umi ánhel ohechauka yvy henyhẽha Tupã mimbipágui.</w:t>
      </w:r>
    </w:p>
    <w:p>
      <w:pPr>
        <w:pStyle w:val="ArticleScripture"/>
        <w:jc w:val="left"/>
      </w:pPr>
      <w:r>
        <w:rPr>
          <w:rFonts w:ascii="Times New Roman" w:hAnsi="Times New Roman" w:eastAsia="Times New Roman" w:cs="Times New Roman"/>
        </w:rPr>
        <w:t>Ha peteĩ osapukái ambuépe ha he'i: “Imarangatu, imarangatu, imarangatu, pe Ñandejára ehérsito kuéra Jára; yvy tuichakue henyhẽ hendy ha heko mimbipávagui”. Isaías 6:3.</w:t>
      </w:r>
    </w:p>
    <w:p>
      <w:pPr>
        <w:pStyle w:val="ArticleBody"/>
        <w:jc w:val="left"/>
      </w:pPr>
      <w:r>
        <w:rPr>
          <w:rFonts w:ascii="Times New Roman" w:hAnsi="Times New Roman" w:eastAsia="Times New Roman" w:cs="Times New Roman"/>
        </w:rPr>
        <w:t>Hermana White ombojoaju Apocalipsis 18 pegua ánhel oúva yvýpe guive versíkulo mbohapy pegua ánhel-kuéra ndive.</w:t>
      </w:r>
    </w:p>
    <w:p>
      <w:pPr>
        <w:pStyle w:val="ArticleScripture"/>
        <w:jc w:val="left"/>
      </w:pPr>
      <w:r>
        <w:rPr>
          <w:rFonts w:ascii="Times New Roman" w:hAnsi="Times New Roman" w:eastAsia="Times New Roman" w:cs="Times New Roman"/>
        </w:rPr>
        <w:t>“Ohechaháicha [umi ánhel] ohechárõ tenonderã, opaite yvy henyhẽtaha Iglóriagui, pe purahéi jehayhu porãva pu’aka rehegua oñembojapu peteĩgui ambuépe purahéi he’ẽ asýpe: ‘Marangatu, marangatu, marangatu, hína Ñandejára de los Ejércitos.’” Review and Herald, 22 de diciembre de 1896.</w:t>
      </w:r>
    </w:p>
    <w:p>
      <w:pPr>
        <w:pStyle w:val="ArticleBody"/>
        <w:jc w:val="left"/>
      </w:pPr>
      <w:r>
        <w:rPr>
          <w:rFonts w:ascii="Times New Roman" w:hAnsi="Times New Roman" w:eastAsia="Times New Roman" w:cs="Times New Roman"/>
        </w:rPr>
        <w:t>Isaías oĩ 9/11-pe ha oporandu “araka’e peve” ogueraha vaʼerãha 9/11 marandu peteĩ tetã Laodiceagua ndohechaséi ha nohenduséivape. Haʼe oñemombeʼu chupe tekotevẽha oñehaʼãmbaite peve táva kuéra oñembyaipa, ha umi táva ñehundi, oñepyrũva pe léi domingo guive, tetãygua apostasiarire ou ramo tetãygua ruin.</w:t>
      </w:r>
    </w:p>
    <w:p>
      <w:pPr>
        <w:pStyle w:val="ArticleScripture"/>
        <w:jc w:val="left"/>
      </w:pPr>
      <w:r>
        <w:rPr>
          <w:rFonts w:ascii="Times New Roman" w:hAnsi="Times New Roman" w:eastAsia="Times New Roman" w:cs="Times New Roman"/>
        </w:rPr>
        <w:t>Upérõ che, Ñandejára, arakaʼe peve piko? Haʼe katu he’i chéve: pe távakue oñehundipa peve, avave oikovéva’ỹre ipypekuéra, ha umi óga avave’ỹre, ha pe yvy opyta hag̃uaite ñehundi ha ñembyahýipe; ha Ñandejára omomombyry yvypórape, ha tuicha hag̃ua pe ñemboyke pe yvy mbytépe. Ha upéicharõ jepe, opytáta ipype peteĩ décima parte, ha upéi jeýta, ha oñemokõta: peteĩ yvyramáta teilicha, ha peteĩ robleicha, umi hogue hoʼáramo jepe, hiʼapytépe opyta iñakãratĩ; upéicha avei pe ñemoñare marangatu haʼéta hiʼapytĩ tee. Isaías 6:11–13.</w:t>
      </w:r>
    </w:p>
    <w:p>
      <w:pPr>
        <w:pStyle w:val="ArticleBody"/>
        <w:jc w:val="left"/>
      </w:pPr>
      <w:r>
        <w:rPr>
          <w:rFonts w:ascii="Times New Roman" w:hAnsi="Times New Roman" w:eastAsia="Times New Roman" w:cs="Times New Roman"/>
        </w:rPr>
        <w:t>9/11-pe, yvy oñesakãmbávo Tupã glóriagui, Isaías oñemoĩ porã pe tembiapo hag̃ua omyasãi hag̃ua ama paha marandu, ha oporandu: “araka’e peve” tekotevẽpa oikuaauka pe 9/11 marandu umi tapicha korasõ ikyrỹivape. Pe mbohovái ha’e: “peve” pe arapokõindy léi peve, upéramo oĩtahápe “peteĩ tuicha ñemombo pe yvy mbytépe.” Pe “tuicha ñemombo” omoañete Adventísmo Laodiceagua, Isaías, mokõipa mokõiha kapítulope, ohechaukáva Sébnaramo.</w:t>
      </w:r>
    </w:p>
    <w:p>
      <w:pPr>
        <w:pStyle w:val="ArticleScripture"/>
        <w:jc w:val="left"/>
      </w:pPr>
      <w:r>
        <w:rPr>
          <w:rFonts w:ascii="Times New Roman" w:hAnsi="Times New Roman" w:eastAsia="Times New Roman" w:cs="Times New Roman"/>
        </w:rPr>
        <w:t>Péina, Ñandejára ndereraháta mombyry peteĩ jejopy mbarete guasúpe, ha katuete ndejaho’íta. Katuete nembojere mbaretépe ha nemboytáta peteĩ pelotaicha peteĩ tetã tuichávape; upépe remanóta, ha upépe nde reko mimbipa kárrokuéra oikóta neñemotĩ hag̃ua nde jarýi róga renondépe. Ha che romosẽta nde tenda guive, ha nde mba’epoguýgui ha’e nemboguejýta. Isaías 22:17–19.</w:t>
      </w:r>
    </w:p>
    <w:p>
      <w:pPr>
        <w:pStyle w:val="ArticleBody"/>
        <w:jc w:val="left"/>
      </w:pPr>
      <w:r>
        <w:rPr>
          <w:rFonts w:ascii="Times New Roman" w:hAnsi="Times New Roman" w:eastAsia="Times New Roman" w:cs="Times New Roman"/>
        </w:rPr>
        <w:t>Adventismo Laodiceagua ojeya pe añetegua Léi Domingo guive, ha upépe “oñembyai” oñemombeʼuháicha Daniel kuatiañeʼẽ capítulo once, versículo cuarenta y uno-pe.</w:t>
      </w:r>
    </w:p>
    <w:p>
      <w:pPr>
        <w:pStyle w:val="ArticleScripture"/>
        <w:jc w:val="left"/>
      </w:pPr>
      <w:r>
        <w:rPr>
          <w:rFonts w:ascii="Times New Roman" w:hAnsi="Times New Roman" w:eastAsia="Times New Roman" w:cs="Times New Roman"/>
        </w:rPr>
        <w:t>Ha'e oikevéta avei upe yvy porãitepe, ha heta tetã oñehundíta; ha ko'ãva osẽta ipógui, Edom, Moab ha umi tenondegua Ammón ra'ykuéra apytégua. Daniel 11:41.</w:t>
      </w:r>
    </w:p>
    <w:p>
      <w:pPr>
        <w:pStyle w:val="ArticleBody"/>
        <w:jc w:val="left"/>
      </w:pPr>
      <w:r>
        <w:rPr>
          <w:rFonts w:ascii="Times New Roman" w:hAnsi="Times New Roman" w:eastAsia="Times New Roman" w:cs="Times New Roman"/>
        </w:rPr>
        <w:t>Isaías oporandu ramo “araka’e peve”, ha’e oje’e chupe toikuaauka hag̃ua pe marandu Adventismo-pe pe léi domingo peve, upéramo Daniel kapítulo once, versículo cuarenta y uno-pe pe “heta” oĩva “oñemomba” vove, ha’ekuéra oheja vove pe sábado ha Tupãme. Upéi ha’ekuéra oñenohẽta Ñandejára jurúgui, oñerrepresentaháicha Apocalipsis-pe, upépe opa umi Biblia aranduka oñembyaty ha opa, ha upépe Isaías veintidós-pe Sebna oñemombo “mbaretepe” “petỹicha peteĩ tetã guasúpe”, oñemboguejýramo “mombyry eterei”.</w:t>
      </w:r>
    </w:p>
    <w:p>
      <w:pPr>
        <w:pStyle w:val="ArticleBody"/>
        <w:jc w:val="left"/>
      </w:pPr>
      <w:r>
        <w:rPr>
          <w:rFonts w:ascii="Times New Roman" w:hAnsi="Times New Roman" w:eastAsia="Times New Roman" w:cs="Times New Roman"/>
        </w:rPr>
        <w:t>Pe tiempope pe rembyre, oñerrepresentáva peteĩ “décima” ramo (ha upéva hína peteĩ diezmo), “ojevy”; ha upe pasáhepe oñembojoja yvyrakuéra rehe oguerekóva “sustancia” opytáva hoguekuéra ho’apa rire. “Hoguekuéra” orrepresenta profesión símbolo proféticope. Adventismo oguahẽ vove arapokõindy léi peve ha omoneĩ peteĩha ára semanapegua Tupã sábado rendaguépe, omomboíta hoguekuéra “profesión” rehegua ha noñeclaimivemo’ãi ojokoha Tupã sábado, ára pokõiha pegua.</w:t>
      </w:r>
    </w:p>
    <w:p>
      <w:pPr>
        <w:pStyle w:val="ArticleScripture"/>
        <w:jc w:val="left"/>
      </w:pPr>
      <w:r>
        <w:rPr>
          <w:rFonts w:ascii="Times New Roman" w:hAnsi="Times New Roman" w:eastAsia="Times New Roman" w:cs="Times New Roman"/>
        </w:rPr>
        <w:t>Pe ígo máta ñembyasy ha’e va’ekue peteĩ parábola ojejapóva tembiapópe. Pe yvyra hígo ndaipóriha hi’a, ohechauka hag̃uáicha hogue heta ha guasu Cristo renondetépe, ha’e va’ekue peteĩ símbolo tetã judía rehegua. Pe Salvador oipota kuri omyesakã Hemimbo’épe mba’érepa ha mba’éichapa añetehápe ou va’erã Israel ñehundi. Upévare ome’ẽ pe yvyrápe tekoporãgua mba’e’apo, ha ojapo chugui peteĩ omyesakãva añetegua divina. Umi judío ojehechauka porã va’ekue opa ambue tetãgui iñambuéva, he’ívo oĩha iñe’ẽme’ẽme Ñandejára ndive. Ha’ekuéra oñemomba’eguasu va’ekue hendive hekojojágui opa ambue tavayguakuéragui ári. Péro oñembyai kuri ko yvy arayhu ha viru hag̃ua ñembyaty rehayhúpe. Oñemomba’eguasu iñarandúre, péro ndoikuaái Ñandejára remikotevẽ, ha henyhẽ tekovai mokõihováguigui. Pe yvyra ndaipóriha hi’aicha, omyasãi yvate hogue ha hakã ojehechaukáva rei, henyhẽ porãva ha iporãva ojecháva renondépe, péro nome’ẽi kuri “mba’eve ndaha’éiva hoguénte.” Pe religión judía, itemplo jeguasúvandi, ialtar kuéra marangatu reheve, ipa’i kuéra akãjegua reheve ha iceremonia kuéra omopokãva reheve, añetehápe iporã va’ekue okáguio ojecháramo; péro ndaipóri va’ekue ipype ñeñemomirĩ, mborayhu ha pytyvõ hag̃ua py’a porã.</w:t>
      </w:r>
    </w:p>
    <w:p>
      <w:pPr>
        <w:pStyle w:val="ArticleScripture"/>
        <w:jc w:val="left"/>
      </w:pPr>
      <w:r>
        <w:rPr>
          <w:rFonts w:ascii="Times New Roman" w:hAnsi="Times New Roman" w:eastAsia="Times New Roman" w:cs="Times New Roman"/>
        </w:rPr>
        <w:t>“Mayma yvyramáta oĩva hína pe ígo yvotýpe; ha umi yvyramáta ndorekóiva rogue ndomoheñóikuri mba’eveichagua esperánsa, ha ndoguerúi avei mba’eveichagua ñembyasy. Ko’ã yvyramáta rupive ojehechauka va’ekue umi tetã ambuegua. Ha’ekuéra ndaipórikuri iporã hag̃uáicha Tupã renondépe, judío-kuéraicha avei; ha katu ndoje’ei va’ekue oserviha Tupãme. Ndojapói va’ekue jejerure guasu térã ñembohory he’íva porãha. Oĩ va’ekue pytũmbýpe Tupã rembiapo ha hape-kuéra rehe. Hesekuéra guarã ndoguahẽi gueteri pe ára higo. Ha’ekuéra oha’arõ gueteri peteĩ ára oguerútava chupekuéra tesape ha esperánsa. Umi judío, oguerohory va’ekue Tupãgui tuichavéva jehovasa, ojeguereko va’ekue responsable ramo oipuru vaíre ko’ã mba’e porã. Umi privilegio oñembotuichahápe hikuái ojapo mante va’ekue tuichave hag̃ua ikulpa.” The Desire of Ages, 582, 583.</w:t>
      </w:r>
    </w:p>
    <w:p>
      <w:pPr>
        <w:pStyle w:val="ArticleBody"/>
        <w:jc w:val="left"/>
      </w:pPr>
      <w:r>
        <w:rPr>
          <w:rFonts w:ascii="Times New Roman" w:hAnsi="Times New Roman" w:eastAsia="Times New Roman" w:cs="Times New Roman"/>
        </w:rPr>
        <w:t>Pe léi dominikal guive, pe Adventísmo Laodiceagua oñe’ẽva ha’eha Tupã tavayguakuéra pe ñe’ẽme’ẽme ojeipe’a, oguerohorygui hikuái pe marca pe ñe’ẽme’ẽ omano hag̃uáva rehegua ha ombotovévo pe sello pe ñe’ẽme’ẽ tekove rehegua. Upérõ oheja hikuái hogue-kuéra, ha mba’e ojehechaukáva ha’e peteĩ remanente Isaías ohechaukapyréicha, ha’éva 9/11-pe “ojevýva” tape yma guarépe, upéi oñemomirĩva yvy ku’ípe ha’ekuéra (Isaías) ohechakuaávo ijeheguiete heko oñembyaíva, ha upe rire oñemopotĩva peteĩ tatapỹi altar ári guive reheve. Hermana White ñanemomarandu pe tatapỹi altar guive ohechaukaha pe ñemopotĩ, ha pe ñemopotĩ niko hína añónte pe ojejapóva pe tatapỹi opokóramo Isaías rembe’y rehe.</w:t>
      </w:r>
    </w:p>
    <w:p>
      <w:pPr>
        <w:pStyle w:val="ArticleScripture"/>
        <w:jc w:val="left"/>
      </w:pPr>
      <w:r>
        <w:rPr>
          <w:rFonts w:ascii="Times New Roman" w:hAnsi="Times New Roman" w:eastAsia="Times New Roman" w:cs="Times New Roman"/>
        </w:rPr>
        <w:t>“Pe tatatĩ oikovéva ha’e peteĩ símbolo ñemopotĩ rehegua. Oporombojapyhy ramo tembe, ni peteĩ ñe’ẽ ky’a ndoikemo’ãi chugui. Pe tatatĩ oikovéva avei ohechauka mbarete ha pokatu peñeha’ãnguekuéra umi Ñandejára rembiguái kuéra rehegua.” Review and Herald, 16 jasypa 1888.</w:t>
      </w:r>
    </w:p>
    <w:p>
      <w:pPr>
        <w:pStyle w:val="ArticleBody"/>
        <w:jc w:val="left"/>
      </w:pPr>
      <w:r>
        <w:rPr>
          <w:rFonts w:ascii="Times New Roman" w:hAnsi="Times New Roman" w:eastAsia="Times New Roman" w:cs="Times New Roman"/>
        </w:rPr>
        <w:t>Umi “tatá rehegua” altar-gui oñemombo yvýpe ára pahápe ha’e umi tatá rehegua oñemombo yvýpe oñepe’ávo pe séllo pokõiha ha pahaite pe kuatiañe’ẽ Apocalipsis capítulo ocho mba’ekuaarã peteĩ guive cinco peve. Isaías, ha upévare umi cien cuarenta y cuatro mil, oñemopotĩ pe tatá rehegua opokóramo iñembyte rehe; hákatu pe “tatá rehegua” ha’e peteĩ marandu. Opoko iñembyte rehe oguenohẽvo pe kuatia pe ánhel po-gui ha ho’úvo.</w:t>
      </w:r>
    </w:p>
    <w:p>
      <w:pPr>
        <w:pStyle w:val="ArticleScripture"/>
        <w:jc w:val="left"/>
      </w:pPr>
      <w:r>
        <w:rPr>
          <w:rFonts w:ascii="Times New Roman" w:hAnsi="Times New Roman" w:eastAsia="Times New Roman" w:cs="Times New Roman"/>
        </w:rPr>
        <w:t>Emongarai chupekuéra nde añetegua rupive: ne ñe’ẽ hína añetegua. Juan 17:17.</w:t>
      </w:r>
    </w:p>
    <w:p>
      <w:pPr>
        <w:pStyle w:val="ArticleBody"/>
        <w:jc w:val="left"/>
      </w:pPr>
      <w:r>
        <w:rPr>
          <w:rFonts w:ascii="Times New Roman" w:hAnsi="Times New Roman" w:eastAsia="Times New Roman" w:cs="Times New Roman"/>
        </w:rPr>
        <w:t>Umi “ojevy jey” ha oikóvo pe hembýva (ta’ỹmby) oñerrepresenta yvyra roble ha teca-ramo, ha Cristo “omonde haguéicha pe yvyráre tekoporãmegua mba’ekuaa, ha ojapo chugui peteĩ oñemyesakãva añetegua divínape” peichaite avei Isaías yvyra-kuéra oguereko ipypekuéra pe “tekoporãmegua mba’ekuaa” oñerrepresentáva pe “mba’e oĩva hyepýpe” rupive. Pe mba’e oĩva hyepýpe opyta umi yvyra ndive, jepe umi oikóva va’ekue kuatia rogue-ramo añónte, he’iséva hembiapoukapy jehechaukarã, oñemosẽ jave. Pe “ñemoñare marangatu” ha’e pe “mba’e oĩva hyepýpe”, ha Cristo ha’e pe profecía “ñemoñare marangatu”. Umi yvyra oñerrepresentáva pe hembývaramo ha Isaías voi rupive capítulo seis-pe, orepresenta kuimba’e ha upévare yvyporakuérape; ha pe ñemoñare marangatu orepresenta divinidad. Upéicha rupi, Isaías seis ohechauka Adventismo ñemopotĩ 9/11 guive pe léi dominical peve, ha umi mba’emimi Isaías ome’ẽva upe tembiasakue proféticape oñerrepresenta hikuái iporandu hag̃uáicha: “araka’e peve”. Isaíaspe g̃uarã, pe mbohovái “araka’e peve” rehegua ha’e va’ekue 9/11 guive pe léi dominical peve.</w:t>
      </w:r>
    </w:p>
    <w:p>
      <w:pPr>
        <w:pStyle w:val="ArticleHeading"/>
        <w:jc w:val="left"/>
      </w:pPr>
      <w:r>
        <w:rPr>
          <w:rFonts w:ascii="Arial" w:hAnsi="Arial" w:eastAsia="Arial" w:cs="Arial"/>
        </w:rPr>
        <w:t>Mboy araka’e peve? 1840–1844</w:t>
      </w:r>
    </w:p>
    <w:p>
      <w:pPr>
        <w:pStyle w:val="ArticleBody"/>
        <w:jc w:val="left"/>
      </w:pPr>
      <w:r>
        <w:rPr>
          <w:rFonts w:ascii="Times New Roman" w:hAnsi="Times New Roman" w:eastAsia="Times New Roman" w:cs="Times New Roman"/>
        </w:rPr>
        <w:t>11 jasypoapy 1840 ohechauka hag̃ua 9/11-pe, ha tembiasakue profético 11 jasypoapy 1840 guive 22 jasypa 1844 peve ryepýpe oiko pe ñorairõ Monte Carmelo-pe Elías ha Jezabel profetakuéra apytépe. Ipahápe, Baal profetakuéra ojehechauka hag̃uaha profeta japu ha Elías ojuka chupekuéra; ha katu pe ñembojovake ñepyrũete guive Elías oporandu: “araka’e peve” peiko mokõi ñemoĩmbytépe.</w:t>
      </w:r>
    </w:p>
    <w:p>
      <w:pPr>
        <w:pStyle w:val="ArticleScripture"/>
        <w:jc w:val="left"/>
      </w:pPr>
      <w:r>
        <w:rPr>
          <w:rFonts w:ascii="Times New Roman" w:hAnsi="Times New Roman" w:eastAsia="Times New Roman" w:cs="Times New Roman"/>
        </w:rPr>
        <w:t>Ha Elías ou opa tavayguakuérape ha he’i: “Araka’e peve piko peiko mokõi apytu’ũ mbytépe? Ñandejára ha’e ramo Tupã, pemoirũ chupe; ha Baal ramo, pemoirũ chupe”. Ha tavayguakuéra ndohováiri chupe peteĩ ñe’ẽnte jepe. Upéi Elías he’i tavayguakuérape: “Che, che añoite, aikove gueteri proféta ramo Ñandejárape guarã; ha Baal profetakuéra katu irundy sua popa pa ary poteĩ kuimba’e”. 1 Reyes 18:21, 22.</w:t>
      </w:r>
    </w:p>
    <w:p>
      <w:pPr>
        <w:pStyle w:val="ArticleBody"/>
        <w:jc w:val="left"/>
      </w:pPr>
      <w:r>
        <w:rPr>
          <w:rFonts w:ascii="Times New Roman" w:hAnsi="Times New Roman" w:eastAsia="Times New Roman" w:cs="Times New Roman"/>
        </w:rPr>
        <w:t>Elías oĩ 11 jasypoapy, 1840-pe; oporandu hag̃ua upe ñemoñarepe pe marandu Millerita añetetépa térã japu. Ha’e ambue marandu Laodicéape guarã, Isaías seisicha avei.</w:t>
      </w:r>
    </w:p>
    <w:p>
      <w:pPr>
        <w:pStyle w:val="ArticleScripture"/>
        <w:jc w:val="left"/>
      </w:pPr>
      <w:r>
        <w:rPr>
          <w:rFonts w:ascii="Times New Roman" w:hAnsi="Times New Roman" w:eastAsia="Times New Roman" w:cs="Times New Roman"/>
        </w:rPr>
        <w:t>“Hetaiterei ojegueraha añetegua William Miller opredikáva, ha Tupã rembiguái oñemopu’ã Elías espíritu ha pokatupe oguerahauka hag̃ua pe marandu. Juanicha, Jesús renonderãicha, umi opredikáva ko marandu pohýi oñandu tekotevẽha omoĩ pe hacha yvyramáta rapópe, ha ohenói hag̃ua yvypórape ogueru hag̃ua yva oñemohendáva ñembyasy rehe. Iñe’ẽtestimónio oreko va’ekue pokatu omombáy ha omyakãratã hag̃uáicha umi tupao, ha ohechauka hag̃ua hesakã porã ichupekuéra pe heko añetegua. Ha ojejapysaka jave pe ñe’ẽmondýi pohýi ohenóiva okañy hag̃ua pe pochýgui oútavagui, heta umi oñembojoajúva’ekue umi tupao rehe oguereko pe marandu pohãnohára; ha’ekuéra ohecha heko vai jevy, ha ñane rasẽ asýpe ñembyasy rehegua ha ánga py’aro pypukúpe, oñemomirĩ Tupã renondépe. Ha Tupã Espíritu opytu’u ramo guare hi’arikuéra, ha’ekuéra oipytyvõ omyasãi hag̃ua pe sapukái: ‘Pekyhyje Tupãgui, ha peme’ẽ chupe mborayhuete; pe ára hi’áravo oporohusgaha oñeg̃uahẽma.’” Early Writings, 233.</w:t>
      </w:r>
    </w:p>
    <w:p>
      <w:pPr>
        <w:pStyle w:val="ArticleBody"/>
        <w:jc w:val="left"/>
      </w:pPr>
      <w:r>
        <w:rPr>
          <w:rFonts w:ascii="Times New Roman" w:hAnsi="Times New Roman" w:eastAsia="Times New Roman" w:cs="Times New Roman"/>
        </w:rPr>
        <w:t>Pe tembiasa tekoha py’a’ỹme guare 1840 guive 1844 peve, umi protestánte omboykéva Elías marandu oiko Roma rajykuéra ramo ha ome’ẽ Protestantismo ao yvyraguasu Millerita Adventismo-pe. Isaías ha Elías ndive jaguereko mokõi testígo ombohováiva pe añetegua pe porandu “araka’e peve” ha’eha peteĩ símbolo pe tembiasápe oñepyrũva 9/11-pe ha opa pe léi domingo-pe. Pe tembiasa Millerita-pe, agosto 11 ary 1840 oñembojoja 9/11 rehe, ha octubre 22 ary 1844 oñembojoja pe léi domingo rehe. Araka’e tata oguejy yvágagui ha ho’upa Elías ofrénda, umi doce ita opavave oñesakãmba ofrénda ndive, upéicha oñemarkaha umi cien cuarenta y cuatro mil peteĩ techaukaha ramo ojehechaukáva ita hesakãva ramo. Umi maranduhára japu upéi ojejuka Elías rupive, péicha avei Estados Unidos, pe maranduhára japu, ojejuka pe sexto reino ramo pe léi domingo-pe.</w:t>
      </w:r>
    </w:p>
    <w:p>
      <w:pPr>
        <w:pStyle w:val="ArticleBody"/>
        <w:jc w:val="left"/>
      </w:pPr>
      <w:r>
        <w:rPr>
          <w:rFonts w:ascii="Times New Roman" w:hAnsi="Times New Roman" w:eastAsia="Times New Roman" w:cs="Times New Roman"/>
        </w:rPr>
        <w:t>Isaías seis omomba’eguasu peteĩ proceso de prueba, ñemopotĩ ha ñemarangatu Tupã tavayguakuéra apytépe 9/11 guive pe léi domingo peve. Elías oñe’ẽ hína Tupã tavayguakuéra reko Laodiceagua rehe, ha avei ome’ẽ prueba peteĩ maranduhára añeteguáva ha japu hag̃ua apytépe, ha upéicha avei peteĩ mensáhe añeteguáva térã japu hag̃uáre. Upévare, oñepyrũvo agosto 11, 1840-pe ha opa hag̃ua octubre 22, 1844-pe, oguerúva’ekue peteĩ prueba profética umi protestántekuéra ári, Sardis períodope; ha péichaite umi tata Yvyty Carmelo ári ogueru haguéicha peteĩ ñemboja’o mokõi aty-pe, mokõi aty ojehechauka 1844-pe. Peteĩ aty pe proceso de prueba ryepýpe ha’eva’ekue umi tavaygua pe pacto yma guare, oikótava “yma guaréva”; ha ambue aty ha’eva’ekue Adventismo Millerita, ndive Tupã oike va’erãmo’ã pacto-pe octubre 22, 1844-pe. Pe período de prueba ha ñemboja’o ha’e pe parral rembiasakue, Adventismo Millerita ojehechauka haguére maranduhára añeteguáramo upe punto-pe voi Sardis protestantismo oñepyrũ hague omyenyhẽ hembiaporã Protestantismo apóstata ramo. Oiko haguéicha Baal profetakuéra ojehechauka japuha, upéicha avei umi tavaygua pe pacto yma guare ojehechauka ha upéi umi Milleritakuéra ombohéra chupekuéra Roma rajy ramo. Pe rembiasakue Yvyty Carmelo rehegua, ha avei upe tembiasakue oñekumpli hague umi Milleritakuéra tiempope, ome’ẽ peteĩ mokõiha testígo Isaías seis-pe g̃uarã, pe porandu, “araka’e peve”, ha’eha peteĩ símbolo pe período aravo rehegua 9/11 guive pe léi domingo peve.</w:t>
      </w:r>
    </w:p>
    <w:p>
      <w:pPr>
        <w:pStyle w:val="ArticleScripture"/>
        <w:jc w:val="left"/>
      </w:pPr>
      <w:r>
        <w:rPr>
          <w:rFonts w:ascii="Times New Roman" w:hAnsi="Times New Roman" w:eastAsia="Times New Roman" w:cs="Times New Roman"/>
        </w:rPr>
        <w:t>“‘Tupã Ñandejára Abraham, Isaac ha Israel Jára,’ pe maranduhára oñembo’e, ‘tojekuaa ko árape nde ha’eha Tupã Israélpe, ha che ha’eha nde rembiguái, ha ajapo hague opa ko’ã mba’e nde ñe’ẽ rupi. Ehendu cheve, Ñandejára, ehendu cheve, ko tavayguakuéra oikuaa hag̃ua nde ha’eha Ñandejára Tupã, ha nde rembojevýma hague ijurupy’akuéra jey nde rendápe.’”</w:t>
      </w:r>
    </w:p>
    <w:p>
      <w:pPr>
        <w:pStyle w:val="ArticleScripture"/>
        <w:jc w:val="left"/>
      </w:pPr>
      <w:r>
        <w:rPr>
          <w:rFonts w:ascii="Times New Roman" w:hAnsi="Times New Roman" w:eastAsia="Times New Roman" w:cs="Times New Roman"/>
        </w:rPr>
        <w:t>“Peteĩ kirirĩ, hypýiha ha ojopýva ijeheguiete pohýigui, opyta opa mba’e ári. Baal pa’ikuéra oryrýi kyhyjégui. Oikuaávo hikuái iñañakuaa, oha’arõ hikuái pya’e oñeme’ẽ hag̃ua chupekuéra iñembyepotî rehegua ñembojovake.”</w:t>
      </w:r>
    </w:p>
    <w:p>
      <w:pPr>
        <w:pStyle w:val="ArticleScripture"/>
        <w:jc w:val="left"/>
      </w:pPr>
      <w:r>
        <w:rPr>
          <w:rFonts w:ascii="Times New Roman" w:hAnsi="Times New Roman" w:eastAsia="Times New Roman" w:cs="Times New Roman"/>
        </w:rPr>
        <w:t>“Elías ñembo’e opa mboyve, tata rendy, overava vaicha aratiri mimbi porãicha, oguejy yvágagui pe altar oñemopu’ã va’ekuépe, ha ohaipa pe mymbajuka oñekuave’ẽva’ekue, oikytĩ pe y trinchéra-pe oĩva, ha ohaipa avei pe altar ita-kuéra. Pe tata hendyverã omyesakã pe yvyty ha ombohesape pe aty guasu resa. Umi ñuime guýpe, heta oĩháme oma’ẽ hag̃uáicha py’atarovápe umi yvategua rembiapo rehe, pe tata oguejyha ojehecha porã, ha maymáva ojepy’amongetaite pe ohechávare. Ojogua pe tata yta hag̃ua pe Yguasu Pytãme omboja’óva’ekue Israel ra’ykuérape pe ehersito Egiptogua-gui.”</w:t>
      </w:r>
    </w:p>
    <w:p>
      <w:pPr>
        <w:pStyle w:val="ArticleScripture"/>
        <w:jc w:val="left"/>
      </w:pPr>
      <w:r>
        <w:rPr>
          <w:rFonts w:ascii="Times New Roman" w:hAnsi="Times New Roman" w:eastAsia="Times New Roman" w:cs="Times New Roman"/>
        </w:rPr>
        <w:t>“Umi tapicha yvyty ári oĩva oñesũ kyhyje ha mbeguépe pe Tupã ojehecha’ỹva renondépe. Ndoikói hikuái osegi hag̃ua oma’ẽ pe tata yvágagui oñemondóva rehe. Okyhyje hikuái ha’ekuéra voi hag̃ua oñehundi; ha, ikorasõme ojekuaa hag̃ua iñepyrũmekuéra rembiapoukapy, omoañete hag̃ua Elías Tupã ha’eha itúva kuéra Tupã, upepe oñeme’ẽva’erã chupekuéra iñe’ẽrendúvo, osapukái hikuái oñondive peteĩ ñe’ẽicha: ‘Pe Ñandejára, ha’e hína Tupã; pe Ñandejára, ha’e hína Tupã.’ Pe sapukái osẽ porãiterei ha hesakãmbaite yvyty rupi ha oñehendu jey ñu guýpe. Ipahápe Israel oñemombáy, ndojejavymo’ãi, ha oñembyasy ipekádore. Ipahápe umi tapicha ohecha mba’éichapa tuichaiterei omotĩ’ỹ hikuái Tupãme. Baal ñemomba’e reko, ojoavy hag̃uáicha pe tembiapo arandupy ojeruréva Tupã añetegua, ojekuaaukapaite. Umi tapicha ohechakuaa Tupã rekoporã ha ipy’a porãha ojoko haguére ysyry’i ha ama peve ombojegueraha chupekuéra omombe’u hag̃ua héra. Ko’ág̃a oĩma hikuái ohechakuaa hag̃uáicha Elías Tupã yvateha opa ta’ãnga gua’u ári.” Profetas y Reyes, 153.</w:t>
      </w:r>
    </w:p>
    <w:p>
      <w:pPr>
        <w:pStyle w:val="ArticleHeading"/>
        <w:jc w:val="left"/>
      </w:pPr>
      <w:r>
        <w:rPr>
          <w:rFonts w:ascii="Arial" w:hAnsi="Arial" w:eastAsia="Arial" w:cs="Arial"/>
        </w:rPr>
        <w:t>Mboy Araka’eve? Moisés</w:t>
      </w:r>
    </w:p>
    <w:p>
      <w:pPr>
        <w:pStyle w:val="ArticleBody"/>
        <w:jc w:val="left"/>
      </w:pPr>
      <w:r>
        <w:rPr>
          <w:rFonts w:ascii="Times New Roman" w:hAnsi="Times New Roman" w:eastAsia="Times New Roman" w:cs="Times New Roman"/>
        </w:rPr>
        <w:t>Peteĩha jey oñemoĩ ypyramo pe porandu simbólico, “araka’e peve”, Ñe’ẽ profética-pe, kóva oiko pe irundyha mba’asy guasu Egiptogua kuéra ári Moisés tiémpope. Pe irundyha mba’asy guasu ha’e “tuku” (peteĩ símbolo Islam rehegua) ojeguerúva peteĩ “yvytu kuarahyresẽgua” rupive (peteĩ símbolo Islam rehegua).</w:t>
      </w:r>
    </w:p>
    <w:p>
      <w:pPr>
        <w:pStyle w:val="ArticleScripture"/>
        <w:jc w:val="left"/>
      </w:pPr>
      <w:r>
        <w:rPr>
          <w:rFonts w:ascii="Times New Roman" w:hAnsi="Times New Roman" w:eastAsia="Times New Roman" w:cs="Times New Roman"/>
        </w:rPr>
        <w:t>Ha Moisés ha Aarón oike Faraón rendápe, ha he’i chupe: Péicha he’i Ñandejára, pe Tupã hebreokuéra rehegua: Mboy araka’e peve piko reñembotovéta reñemomirĩ hag̃ua che renondépe? Ehejána oho che retãyguakuérape, chéve chemomba’eguasu hag̃ua. Nderehejáisérõ katu oho che retãyguakuérape, péina, ko’ẽrõ aguerúta tuku aty nde yvy rehe: ha ojaho’íta hikuái yvy rovái, ndaikatumo’ãi hag̃uáicha ojehecha yvy; ho’úta pe hembýva okañy va’ekue amandáugui, pe opytáva peẽme g̃uarã; ha ho’úta opaite yvyramáta okakuaáva peẽme g̃uarã ñúgui. Ha omyenyhẽta nde róga, opa ne rembiguái rógakuéra, ha opa Egiptoygua rógakuéra; umíva nde ru kuéra ni nde ypykuéra ru kuéra ndohechái va’ekue, yvy ári oĩ haguére guive ko ára peve. Upéi ha’e ojere ha osẽ Faraón rendágui.</w:t>
      </w:r>
    </w:p>
    <w:p>
      <w:pPr>
        <w:pStyle w:val="ArticleScripture"/>
        <w:jc w:val="left"/>
      </w:pPr>
      <w:r>
        <w:rPr>
          <w:rFonts w:ascii="Times New Roman" w:hAnsi="Times New Roman" w:eastAsia="Times New Roman" w:cs="Times New Roman"/>
        </w:rPr>
        <w:t>Ha Faraón rembiguái he’i ichupe: Mboy araka’e peve piko ko kuimba’e oñemoĩta ñuhã ramo ore rehe? Epoi umi kuimba’ére, ikatu hag̃uáicha omomba’e guasu Tupã, ijarakuéra. Ndereikuaái gueteri piko Egipto oñehundimaha hague?</w:t>
      </w:r>
    </w:p>
    <w:p>
      <w:pPr>
        <w:pStyle w:val="ArticleScripture"/>
        <w:jc w:val="left"/>
      </w:pPr>
      <w:r>
        <w:rPr>
          <w:rFonts w:ascii="Times New Roman" w:hAnsi="Times New Roman" w:eastAsia="Times New Roman" w:cs="Times New Roman"/>
        </w:rPr>
        <w:t>Ha Moisés ha Aarón oguerujey jevy Faraón rendápe; ha he'i chupekuéra: Peho, pejerure Tupã pendejárape; péro mávapa umi oho va'erã?</w:t>
      </w:r>
    </w:p>
    <w:p>
      <w:pPr>
        <w:pStyle w:val="ArticleScripture"/>
        <w:jc w:val="left"/>
      </w:pPr>
      <w:r>
        <w:rPr>
          <w:rFonts w:ascii="Times New Roman" w:hAnsi="Times New Roman" w:eastAsia="Times New Roman" w:cs="Times New Roman"/>
        </w:rPr>
        <w:t>Ha Moisés he'i: Jaháta ore mitãnguéra ndive ha ore itujáva ndive, ore ra'ykuéra ha ore rajykuéra ndive, ore ovechakuéra ha ore vaka atykuéra ndive jaháta; ñande niko jajapova'erã peteĩ arete Ñandejárape g̃uarã.</w:t>
      </w:r>
    </w:p>
    <w:p>
      <w:pPr>
        <w:pStyle w:val="ArticleScripture"/>
        <w:jc w:val="left"/>
      </w:pPr>
      <w:r>
        <w:rPr>
          <w:rFonts w:ascii="Times New Roman" w:hAnsi="Times New Roman" w:eastAsia="Times New Roman" w:cs="Times New Roman"/>
        </w:rPr>
        <w:t>Ha he'i chupekuéra: “Ta Ñandejára toĩ péicha pene ndive, che pomboye hag̃ua peẽme ha pende mitãnguérandi: peñatendéke; mba'e vai oĩ pene renondépe. Ndaha'éi upéicha: tapeho ko'ág̃a peẽ kuimba'e-kuéra ha pejerure hag̃ua Ñandejárape; péva niko peẽ peipota va'ekue.” Ha oñemosẽ chupekuéra Faraón renondégui.</w:t>
      </w:r>
    </w:p>
    <w:p>
      <w:pPr>
        <w:pStyle w:val="ArticleScripture"/>
        <w:jc w:val="left"/>
      </w:pPr>
      <w:r>
        <w:rPr>
          <w:rFonts w:ascii="Times New Roman" w:hAnsi="Times New Roman" w:eastAsia="Times New Roman" w:cs="Times New Roman"/>
        </w:rPr>
        <w:t>Ha Ñandejára he’i Moiséspe: Emopu’ã nde po Egipto retã ári umi tuku rehe, ikatu hag̃uáicha ojupi Egipto retã ári ha ho’u opaichagua ka’avo ko retãme, opa mba’e ama yvytu atã ohejáva. Ha Moisés ombojy ijyvyra Egipto retã ári, ha Ñandejára ogueru peteĩ yvytu kuarahyresẽgua upe tetã ári pe ára pukukue ha pe pyhare pukukue; ha ko’ẽmbotávo, upe yvytu kuarahyresẽgua ogueru umi tuku. Ha umi tuku ojupi opaite Egipto retã ári, ha opytu’u opaite Egipto rembe’ýpe; tuicha pohýi va’ekue hikuái; hesekuéra mboyve ndaipóri va’ekue tuku péicha, ha hesekuéra rire ndaiporimo’ãi péicha. Ojaho’i rupi hikuái opaite yvy ape, upéicha rupi pytũmba pe retã; ha ho’u hikuái opaichagua ka’avo pe retãme, ha opa yvyramáta hi’a ama yvytu atã ohejáva; ha ndopytái mba’eve hovyáva yvyrápe térã ñu ka’avópe, opaite Egipto retã pukukue.</w:t>
      </w:r>
    </w:p>
    <w:p>
      <w:pPr>
        <w:pStyle w:val="ArticleScripture"/>
        <w:jc w:val="left"/>
      </w:pPr>
      <w:r>
        <w:rPr>
          <w:rFonts w:ascii="Times New Roman" w:hAnsi="Times New Roman" w:eastAsia="Times New Roman" w:cs="Times New Roman"/>
        </w:rPr>
        <w:t>Upéi Faraón ohenoika hag̃ua pyaʼe Moisés ha Aarónpe; ha he’i: Che añangaipa Ñandejára pende Jára rovake, ha pene rovake avei. Koʼág̃a guive, aipota chéve peheja hag̃ua ko che angaipa peteĩ jeynte koʼág̃a, ha pejerure Ñandejára pende Járape, togueraha chehegui ko mano añoite. Upémarõ haʼe osẽ Faraón rendágui, ha ojerure Ñandejárape. Ha Ñandejára ombohasa peteĩ yvytu kuarahyreike gotyogua mbarete eterei, ogueraha vaʼekue tuku kuéra, ha omombo Chugui pytãme; ndaipóri vaʼekue ni peteĩ tuku jepe opa Egipto rembeʼýpe. Éxodo 10:3–19.</w:t>
      </w:r>
    </w:p>
    <w:p>
      <w:pPr>
        <w:pStyle w:val="ArticleBody"/>
        <w:jc w:val="left"/>
      </w:pPr>
      <w:r>
        <w:rPr>
          <w:rFonts w:ascii="Times New Roman" w:hAnsi="Times New Roman" w:eastAsia="Times New Roman" w:cs="Times New Roman"/>
        </w:rPr>
        <w:t>Ñepyrũrã “pe Ñandejára Tupã Hebreo-kuéra rehegua” oporandu: “¿Araka’e peve piko nde reñembotavýta reñemomirĩ hag̃ua che renondépe?”; ha upéi Faraón rembiguái-kuéra avei oporandu jey Faraónpe: “¿Araka’e peve piko ko kuimba’e oikóta ñandéve ñuhãramo?” Pe porandu ojejapo pe mba’asy vai poapyha aja, ha upéva oñembojoja 9/11 rehe heta mba’ére. Pe décimo mba’asy vai ha’e pe ta’ýra ypykuekuéra jejuka, ha upéva oñembojoja kurusúre, ha upéi ou pe ñembyasy Yguasu Pytã ykére, upéva inspiración ombojoja umi temimbo’e ñembyasy rehe pe kurusúre, ha upéva avei oñembojoja pe tuicha ñembyasy Millerita-kuéra rehegua ary 1844-pe. Umi mbohapy testígo ojoaju maymáva pe arapokõindy léi rehe. Pe décimo mba’asy vai ha’e pe arapokõindy léi, ha mokõi mba’asy vai mboyve, pe poapyha ogueru “tuku-kuéra” peteĩ “yvytu kuarahyresẽgua” ári. Umi “tuku-kuéra” omyenyhẽ opaite yvy, Islam omokyre’ỹháicha ko árape opaite yvóra yvy ape ári, omyasãivo iñypytũ mbarete pe inmigración forzosa rupive. Pe “tuku desierto-gua” réra latínpe ha’e “locusta migratoria”, ohechaukáva Islam ñemyasãi inmigración rupive, ha upéva ojehechauka tekopy teéva yvy ape ári migración ramo.</w:t>
      </w:r>
    </w:p>
    <w:p>
      <w:pPr>
        <w:pStyle w:val="ArticleBody"/>
        <w:jc w:val="left"/>
      </w:pPr>
      <w:r>
        <w:rPr>
          <w:rFonts w:ascii="Times New Roman" w:hAnsi="Times New Roman" w:eastAsia="Times New Roman" w:cs="Times New Roman"/>
        </w:rPr>
        <w:t>Pe porundy porundyha vaʼekue niko pytũ ojehechakuaáva hag̃ua.</w:t>
      </w:r>
    </w:p>
    <w:p>
      <w:pPr>
        <w:pStyle w:val="ArticleScripture"/>
        <w:jc w:val="left"/>
      </w:pPr>
      <w:r>
        <w:rPr>
          <w:rFonts w:ascii="Times New Roman" w:hAnsi="Times New Roman" w:eastAsia="Times New Roman" w:cs="Times New Roman"/>
        </w:rPr>
        <w:t>Ha Ñandejára he’i Moiséspe: Emopyso nde po yvágare, hag̃ua pytũ oiko Egipto retã ári, peteĩ pytũ ikatúva oñeñandu hag̃ua. Ha Moisés omopyso ipó yvágare; ha oiko pytũ hũmbaite opa Egipto retãme mbohapy ára pukukue: ndohechái ojuehe, ha avave noñembo’yiete ipype guive mbohapy ára pukukue; ha opa Israel ra’ykuéra oguerekókuri tesape hóga kuérape. Éxodo 10:21–23.</w:t>
      </w:r>
    </w:p>
    <w:p>
      <w:pPr>
        <w:pStyle w:val="ArticleBody"/>
        <w:jc w:val="left"/>
      </w:pPr>
      <w:r>
        <w:rPr>
          <w:rFonts w:ascii="Times New Roman" w:hAnsi="Times New Roman" w:eastAsia="Times New Roman" w:cs="Times New Roman"/>
        </w:rPr>
        <w:t>Pe simbolismo “araka’e peve” ojehechaukáva yvyty Karmelo ha Elías rupive ojehechauka peteĩ joavy tata oguejy jave yvágagui. Elíasjára ojapo mba’e Baal ndaikatúiva ojapo. Millerita rembiasakuepe pe joavy ojejapo vaekue Protestántismo Sardis guigua ho’áva ha Adventísmo Millerita apytépe. Moisés ndive pe joavy ha’e vaekue pytũ térã tesape. Oĩ vaekue tesape umi hógape hebreo-kuéra rehe. Isaías omombe’uve ñandéve umi ndorekóiva tesape Moisés línea-pe, ha’e avei umi oñehundíva Elías rupive, ha umi operdíva pe ao joapy Protestántismo rehegua pe ára Millerita ryepýpe, ha’eha peteĩ “tetã” “ohendúva” “añetehápe, ha noikũmbýi; ha ohecha” “añetehápe, ha ndoikuaái.” Upéi oñeme’ẽ peteĩ ñe’ẽmondo ko’ã tavayguáre he’íva: “Pembotyra ko tetãyguakuéra korasõ, pembohasy iapyte, ha pemboty hesakuéra; ani hag̃ua ohecha hesakuéra reheve, ha ohendu iapysakuéra reheve, ha oikũmby ikorasõme, ha oñekonverti, ha oñemonguera.”</w:t>
      </w:r>
    </w:p>
    <w:p>
      <w:pPr>
        <w:pStyle w:val="ArticleBody"/>
        <w:jc w:val="left"/>
      </w:pPr>
      <w:r>
        <w:rPr>
          <w:rFonts w:ascii="Times New Roman" w:hAnsi="Times New Roman" w:eastAsia="Times New Roman" w:cs="Times New Roman"/>
        </w:rPr>
        <w:t>Oĩva ojapo hag̃ua tembiapo, ha katu ipochyeterei hag̃ua pe tembiaporã oñemeʼẽva chupe opredika hag̃ua umi nohenduséivape, Isaías “upémarõ heʼi”, “Karai, arakaʼe peve?”</w:t>
      </w:r>
    </w:p>
    <w:p>
      <w:pPr>
        <w:pStyle w:val="ArticleBody"/>
        <w:jc w:val="left"/>
      </w:pPr>
      <w:r>
        <w:rPr>
          <w:rFonts w:ascii="Times New Roman" w:hAnsi="Times New Roman" w:eastAsia="Times New Roman" w:cs="Times New Roman"/>
        </w:rPr>
        <w:t>Egípto rembiapovai pa apytépegua mbohapy ome’ẽ peteĩ testimónio umi mbohapy hag̃uape guare 9/11 guive pe léi domingo peve. Ára 11 jasypoapy 1840-pe pe peteĩha ánhel marandu oñemombarete, ha ára 19 jasyrundy 1844-pe pe mokõiha ánhel oguahẽ ha oñemombarete pe Exeter Camp Meeting-pe, ára 12–17 jasypoapy, ha pe mbohapyha ánhel oguahẽ ára 22 jasypa 1844-pe. Pe mbohapyha ánhel ojoaju pe léi domingo ndive, ha upévare ohechauka peteĩ tembiapo rape mbohapy jepéva ndaikatúi oĩ peteĩ mbohapyha, ndorekóiramo peteĩha ha mokõiha.</w:t>
      </w:r>
    </w:p>
    <w:p>
      <w:pPr>
        <w:pStyle w:val="ArticleScripture"/>
        <w:jc w:val="left"/>
      </w:pPr>
      <w:r>
        <w:rPr>
          <w:rFonts w:ascii="Times New Roman" w:hAnsi="Times New Roman" w:eastAsia="Times New Roman" w:cs="Times New Roman"/>
        </w:rPr>
        <w:t>“Peteĩha ha mokõiha marandu oñeme’ẽ vaʼekue ary 1843 ha 1844-pe, ha koʼág̃a ñande jaime mbohapyha marandu jeikuaaukápe; péro umi mbohapy marandu oñemombeʼu vaʼerã gueteri. Koʼág̃a avei tekotevẽiterei, yma guaréicha voi, oñeñeʼẽ jey hag̃ua hesekuéra umi ohekáva añetegua hag̃ua. Hai ha ñeʼẽ rupive jaikuaauka vaʼerã ko marandu, jahechaukávo ijojaha, ha umi profesía ñembohovái oguerúva ñandéve mbohapyha ánhel marandúpe. Ndaikatúi oĩ mbohapyha marandu peteĩha ha mokõihaʼỹre. Koʼã marandu ñameʼẽ vaʼerã ko yvy tuichakuepe kuatia ñembokuatia rupive ha ñeʼẽmondópe, jahechaukávo marandu profétika rembiasakue rape rupi umi mbaʼe oiko vaʼekue ha umi oikótava.” Selected Messages, lívro 2, 104, 105.</w:t>
      </w:r>
    </w:p>
    <w:p>
      <w:pPr>
        <w:pStyle w:val="ArticleBody"/>
        <w:jc w:val="left"/>
      </w:pPr>
      <w:r>
        <w:rPr>
          <w:rFonts w:ascii="Times New Roman" w:hAnsi="Times New Roman" w:eastAsia="Times New Roman" w:cs="Times New Roman"/>
        </w:rPr>
        <w:t>Egíptope décima plaga oñemohenda ñepyrũmby reheve pe kurusu ndive ha pe upe riregua ñembyasy oñembojoajúva hese. Upévare, pe décima plaga ha’e pe marandu mbohapyha, ha pe marandu profético rekotevẽme oñemotenonde va’erã peteĩha ha mokõiha marandu. 9/11-pe Ñandejára oporandu Faraónpe: “araka’e peve”, ha upe rire pya’e Faraón rembiguái kuéra avei oporandu: “araka’e peve”. Moisés ogueraha rire Faraónpe Tupã porandu: “araka’e peve”, ha mboyveite pe rembiguái kuéra ojapo jey hag̃ua pe porandu Moisés rembiguáicha Faraónpe, Moisés omarka peteĩ jevyjey renda he’ívo: “ha’e ojere, ha osẽ Faraón-gui.” Éxodo 10:6.</w:t>
      </w:r>
    </w:p>
    <w:p>
      <w:pPr>
        <w:pStyle w:val="ArticleBody"/>
        <w:jc w:val="left"/>
      </w:pPr>
      <w:r>
        <w:rPr>
          <w:rFonts w:ascii="Times New Roman" w:hAnsi="Times New Roman" w:eastAsia="Times New Roman" w:cs="Times New Roman"/>
        </w:rPr>
        <w:t>11/9 ha’e vaʼekue peteĩ punto de inflexión profético, oñembojoguáva upe oikóvape Moisés ogueru ramo guare pe táva tukumbo, ouvaʼekue pe yvytu kuarahyresẽ gotyogua reheve.</w:t>
      </w:r>
    </w:p>
    <w:p>
      <w:pPr>
        <w:pStyle w:val="ArticleScripture"/>
        <w:jc w:val="left"/>
      </w:pPr>
      <w:r>
        <w:rPr>
          <w:rFonts w:ascii="Times New Roman" w:hAnsi="Times New Roman" w:eastAsia="Times New Roman" w:cs="Times New Roman"/>
        </w:rPr>
        <w:t>“Oĩ ára oĩva ha’éva peteĩ punto decisivo tetãnguéra rembiasakuepe ha tupaópe. Tupã providénciape, ko’ã crisis opaichagua og̃uahẽ vove, ome’ẽ pe tesape upe ararã.” Bible Echo, August 26, 1895.</w:t>
      </w:r>
    </w:p>
    <w:p>
      <w:pPr>
        <w:pStyle w:val="ArticleBody"/>
        <w:jc w:val="left"/>
      </w:pPr>
      <w:r>
        <w:rPr>
          <w:rFonts w:ascii="Times New Roman" w:hAnsi="Times New Roman" w:eastAsia="Times New Roman" w:cs="Times New Roman"/>
        </w:rPr>
        <w:t>Pe plaga oúva ogueru pytũ térã tesape, odepende hag̃ua mbaʼe atyguápepa reĩ. 9/11 haʼe peteĩ “momento oikóva heta mbaʼe ári tetãnguéra rembiasápe ha pe iglesia rembiasápe.” Upe jave Tupã tavayguakuéra oñehenói hag̃ua ojevy ha oguata hag̃ua tape yma guarépe, ha katu haʼekuéra ndojaposéi upéicha ha nohenduséi trompéta pu. Peteĩ ñeñembojaʼo pytũ ha tesape apytépe ojejapo Elías rire, ha Moisés oporandu: “arakaʼe peve?” Haʼe avei heʼi upe jehasaʼasýpe:</w:t>
      </w:r>
    </w:p>
    <w:p>
      <w:pPr>
        <w:pStyle w:val="ArticleScripture"/>
        <w:jc w:val="left"/>
      </w:pPr>
      <w:r>
        <w:rPr>
          <w:rFonts w:ascii="Times New Roman" w:hAnsi="Times New Roman" w:eastAsia="Times New Roman" w:cs="Times New Roman"/>
        </w:rPr>
        <w:t>“Oĩ ára oĩva ha’éva ñemoambue guasu renda tetãnguéra rembiasápe ha tupão rembiasápe. Tupã providénsia rupive, og̃uahẽvo ko’ã opaichagua apañuãi guasu, upe ára guarã tesape oñeme’ẽ. Ojeguerohory ramo, oĩ ñemotenonde espiritual; oñemboyke ramo, upérire oúta ñemboguejy espiritual ha jejahapa.” Bible Echo, August 26, 1895.</w:t>
      </w:r>
    </w:p>
    <w:p>
      <w:pPr>
        <w:pStyle w:val="ArticleBody"/>
        <w:jc w:val="left"/>
      </w:pPr>
      <w:r>
        <w:rPr>
          <w:rFonts w:ascii="Times New Roman" w:hAnsi="Times New Roman" w:eastAsia="Times New Roman" w:cs="Times New Roman"/>
        </w:rPr>
        <w:t>Ñamboguatata pe mba’e “araka’e peve” rehegua pe artíkulo oúvape.</w:t>
      </w:r>
    </w:p>
    <w:p>
      <w:pPr>
        <w:pStyle w:val="ArticleScripture"/>
        <w:jc w:val="left"/>
      </w:pPr>
      <w:r>
        <w:rPr>
          <w:rFonts w:ascii="Times New Roman" w:hAnsi="Times New Roman" w:eastAsia="Times New Roman" w:cs="Times New Roman"/>
        </w:rPr>
        <w:t>“Jasy, 1842-pe, oñembyaty peteĩ Amandaje Guasu Boston, Massachutes-pe. Ko aty ñepyrũme, pehẽnguekuéra Charles Fitch ha Apollos Hale, Haverhill-gua, oikuave’ẽ Daniel ha Juan profesía ta’angamýva, ha’ekuéra opinta va’ekue ao rehe, papapy profesiakuéra ndive, ohechaukáva iñemyanyhẽ. Pehẽngue Fitch, omyesakãvo iñesquema guive Amandaje renondépe, he’i, ko’ã profesía oikuaaukávo, ha’e ojepy’amongeta hague ikatu hag̃uáicha oguenohẽ mba’e ko’ãicha ko’ápe oñepresentaháicha, ombohasy’ỹ hag̃ua ko tembikuaa ha ombohape hag̃uáicha chupe oikuaauka hag̃ua peteĩ aty renondépe. Ko’ápe oĩve va’ekue tesape ñande rape ári. Ko’ã pehẽnguekuéra ojapo hína va’ekue Ñandejára ohechaukáva’ekue Habacuc-pe ivisión-pe 2.468 ary mboyve, he’ívo: ‘Ehai pe visión ha emohesakã porã tabla ári, ikatu hag̃uáicha odipara pe omoñe’ẽva. Pe visión niko gueteri peteĩ ára oñemoĩporãva peve guarã.’ Habacuc 2:2.”</w:t>
      </w:r>
    </w:p>
    <w:p>
      <w:pPr>
        <w:pStyle w:val="ArticleScripture"/>
        <w:jc w:val="left"/>
      </w:pPr>
      <w:r>
        <w:rPr>
          <w:rFonts w:ascii="Times New Roman" w:hAnsi="Times New Roman" w:eastAsia="Times New Roman" w:cs="Times New Roman"/>
        </w:rPr>
        <w:t>“Oĩ rire oñemongeta mbovymi ko mba’e rehe, peteĩ ñe’ẽme oñevota ojepapo hag̃ua mbohapy sa’yha ojoguáva ko’ápeva ha oñemboguapy hag̃ua litografía rupive, ha upéva pya’e ojejapo. Umíva oñembohéra va’ekue ‘43 gráficos’. Kóva ha’e va’ekue peteĩ Conferencia tuichaitereíva.” The Autobiography of Joseph Bates, 263.</w:t>
      </w:r>
    </w:p>
    <w:p>
      <w:pPr>
        <w:pStyle w:val="ArticleScripture"/>
        <w:jc w:val="left"/>
      </w:pPr>
      <w:r>
        <w:rPr>
          <w:rFonts w:ascii="Times New Roman" w:hAnsi="Times New Roman" w:eastAsia="Times New Roman" w:cs="Times New Roman"/>
        </w:rPr>
        <w:t>“Ahecha vaʼekuaa pe kuatiachapa 1843-gua oñembohape hague Ñandejára po rupive, ha ndojehejavéiva vaʼerã moambue; pe taʼãngaʼikuéra oĩ hague Haʼe oipotaháicha; ha Ipo oĩ hague hiʼári ha omokañy peteĩ jejavy umi taʼãngaʼi apytépe, avave ndaikatúi hag̃uáicha ohecha, pe Ipo ojeipeʼa peve.” Early Writings, 74.</w:t>
      </w:r>
    </w:p>
    <w:p>
      <w:pPr>
        <w:pStyle w:val="ArticleScripture"/>
        <w:jc w:val="left"/>
      </w:pPr>
      <w:r>
        <w:rPr>
          <w:rFonts w:ascii="Times New Roman" w:hAnsi="Times New Roman" w:eastAsia="Times New Roman" w:cs="Times New Roman"/>
        </w:rPr>
        <w:t>“Pe mokõi jeju jeypyrã mbo'ehára ha kuatiahaipyre testimónio joajúva, oñembo'yvo ‘jerovia ypykue’ ári, he'i va'ekue ta'anga osẽmbyreha ha'eha Habacuc 2:2, 3 ñemohu'ã. Pe ta'anga ha'éramo marandupykue rehegua mba'e (ha umi ombotovéva upéva oheja jerovia ypykue), upéicharõ ne'ĩrã ojehecha BC 457 ha'e hague ary oñepyrũ hag̃ua oñemohenda pe 2300 ára. Tekotevẽ kuri 1843 ha'e hag̃ua pe aravo peteĩha oñemoherakuãmbyre, ikatu hag̃uáicha ‘pe visión’ ‘opyta are,’ térã toĩ peteĩ ára paha oñembotavýva, upépe pe aty kuñataĩnguéra opytu'u ha oke hag̃ua pe aravo tuicháva rehe, michĩmi mboyve oñemombáy hag̃ua chupekuéra Pe Sapukái Pyharepytegua rupive.”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Joel ha pe Tupaó Laodicea-pegua Adventista Ára Pokõiháre Sieteha — Papapy Irundy hag̃ua</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