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Joél ha pe Tupao Adventista Mokõiha Ára-guigua Laodicea-peguáva - Papapy Poha’ẽ"}</w:t>
      </w:r>
    </w:p>
    <w:p>
      <w:pPr>
        <w:pStyle w:val="ArticleSubtitle"/>
        <w:jc w:val="left"/>
      </w:pPr>
      <w:r>
        <w:rPr>
          <w:rFonts w:ascii="Arial" w:hAnsi="Arial" w:eastAsia="Arial" w:cs="Arial"/>
        </w:rPr>
        <w:t>Mbovypa peve? Pe Sello Poha’ẽva’ẽ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Oñeme’ẽvo “pe tesakã upe ára guarã” ha’e térã “ojejapyhy” térã “oñemboyke”. Pe ñemboja’o oñemoañetéva oñemoinge jave pe tesakã ha’e pe marandu porã opave’ỹva rembiapo, oikéva pype ndaha’éi añónte Tupã tavayguakuéra ñemboty, síno avei pe trígo ha ñana vai ñemboja’o. Pe pahaitépegua jeha’ã ha ñemboja’o rape oñepyrũkuri 11 jasyporundy-pe, upe jave pe porandu profétika he’i: “mboy araka’e peve?” ha pe mbohovái profétika ha’e: “pe léi domingo peve.” Pe pahague oñemombe’uha pe techaukaha “mboy araka’e peve” rehegua ojejuhu pe poha sello-pe, Apocalipsis kuatiápe.</w:t>
      </w:r>
    </w:p>
    <w:p>
      <w:pPr>
        <w:pStyle w:val="ArticleScripture"/>
        <w:jc w:val="left"/>
      </w:pPr>
      <w:r>
        <w:rPr>
          <w:rFonts w:ascii="Times New Roman" w:hAnsi="Times New Roman" w:eastAsia="Times New Roman" w:cs="Times New Roman"/>
        </w:rPr>
        <w:t>Ha'e oipe'ávo pe quinto sello, ahecha pe altar guýpe umi ánga umi ojejukáva Tupã Ñe'ẽ rehehápe, ha pe testimonio oguerekóva rehehápe. Ha'e kuéra osapukái mbaretehápe, he'ívo: Mboy araka'e peve, Ore Ruvicha, imarangatu ha añetegua, nerejapói ne juicio ni nerevenga ore ruguy umi oikóva yvy ape ári rehe?</w:t>
      </w:r>
    </w:p>
    <w:p>
      <w:pPr>
        <w:pStyle w:val="ArticleScripture"/>
        <w:jc w:val="left"/>
      </w:pPr>
      <w:r>
        <w:rPr>
          <w:rFonts w:ascii="Times New Roman" w:hAnsi="Times New Roman" w:eastAsia="Times New Roman" w:cs="Times New Roman"/>
        </w:rPr>
        <w:t>Ha ojeheja peteĩ teĩmekuéra peteĩ ao morotĩ; ha oñeñeʼẽ chupekuéra, opytuʼu hag̃ua gueteri sapyʼami, peve oñembyatymbáva avei iñirũnguéra tembiguái ha ijoykeʼykuéra, ojejukátava haʼekuéraicha, toñembyaty hag̃ua. Apocalipsis 6:9–11.</w:t>
      </w:r>
    </w:p>
    <w:p>
      <w:pPr>
        <w:pStyle w:val="ArticleBody"/>
        <w:jc w:val="left"/>
      </w:pPr>
      <w:r>
        <w:rPr>
          <w:rFonts w:ascii="Times New Roman" w:hAnsi="Times New Roman" w:eastAsia="Times New Roman" w:cs="Times New Roman"/>
        </w:rPr>
        <w:t>Py’a ombohovái hag̃ua pe porandu “araka’e peve” ojapóva umi “ánga ojejukava’ekue” rehegua amo gotyove, oñembyaty jave mokõiha aty umi mártir papalpegua rehegua. Upéva oñepyrũ pe léi domingo guive, ha ko mba’ére Sister White omombe’u Apocalipsis kapítulo dieciochoha ha’eha pe oñekumplíva mokõiha aty mártir rehegua. Oĩ mokõi “ñe’ẽ” umi peteĩha guive poha peve versíkulope; pe peteĩha ñe’ẽ ohechauka 9/11 ha pe mokõiha ñe’ẽ ohenói kuimba’e ha kuña osẽ hag̃ua Babilonia-gui pe léi domingope. Sister White omombe’u pe ta’anga “araka’e peve” rehegua pe quinto sellope umi peteĩha guive poha peve versíkulo Apocalipsis dieciochoha rehegua ndive, omyesakã hag̃ua pe tape 9/11 guive pe léi domingo peve. Pe ñe’ẽrã ndaha’éi pe ñemboja’o ha ñesella Tupã tavayguakuérape, síno pe juicio oñeme’ẽva papado rehe umi mártir ojejuka haguére ymaite guive ha avei umi mártir pe crisis léi domingo aja omyatýva pe mokõiha aty mártir papalpegua rehegua.</w:t>
      </w:r>
    </w:p>
    <w:p>
      <w:pPr>
        <w:pStyle w:val="ArticleScripture"/>
        <w:jc w:val="left"/>
      </w:pPr>
      <w:r>
        <w:rPr>
          <w:rFonts w:ascii="Times New Roman" w:hAnsi="Times New Roman" w:eastAsia="Times New Roman" w:cs="Times New Roman"/>
        </w:rPr>
        <w:t>“Ojepe’ávo pe tembiapoukapy poha, Juan pe Oikuaaukahára ohecha hag̃ua visiónpe pe altar guýpe umi aty ojejukáva’ekue Tupã Ñe’ẽ rehehápe ha Jesucristo testimonio rehe. Upe rire ou umi mba’e ojehechaukáva Apocalipsis 18-pe, upépe umi jerovia hag̃ua ha añetehápe oikóva oñehenói osẽ hag̃ua Babiloniágui. [Apocalipsis 18:1–5, oñecita.]” Manuscript Releases, volumen 20, 14.</w:t>
      </w:r>
    </w:p>
    <w:p>
      <w:pPr>
        <w:pStyle w:val="ArticleBody"/>
        <w:jc w:val="left"/>
      </w:pPr>
      <w:r>
        <w:rPr>
          <w:rFonts w:ascii="Times New Roman" w:hAnsi="Times New Roman" w:eastAsia="Times New Roman" w:cs="Times New Roman"/>
        </w:rPr>
        <w:t>Ambue jehaipyre ambuépe, ha’e omombe’úrõ pe quinto sello mártir-kuérape ha pe grupo mokõiha ha oútava mártir-kuéra rehe, oñembyatýva pe ley domingo apañuãi jave, he’i umi escena-kuéra “oĩtaha peteĩ ára pegua tenonderãme.” Mokõi ñe’ẽ Apocalipsis dieciocho-pe ohechauka pe “ára pegua tenonderãme.” Pe ñe’ẽ peteĩha ñepyrũme 9/11-pe, ha pe ñe’ẽ mokõiha pe ley domingo-pe.</w:t>
      </w:r>
    </w:p>
    <w:p>
      <w:pPr>
        <w:pStyle w:val="ArticleScripture"/>
        <w:jc w:val="left"/>
      </w:pPr>
      <w:r>
        <w:rPr>
          <w:rFonts w:ascii="Times New Roman" w:hAnsi="Times New Roman" w:eastAsia="Times New Roman" w:cs="Times New Roman"/>
        </w:rPr>
        <w:t>«Ha ha’e oipe’ávo pe quinto sello, ahecha pe altar guýpe umi ánga umi ojepyrũva’ekue oñembojukávo Tupã Ñe’ẽ rehehápe, ha pe testimonio oguerekóva rehehápe; ha osapukái hikuái peteĩ ñe’ẽ hatãme, he’ívo: Mboy araka’e peve, Ore Jára, Marangatu ha Añetegua, nderejapói ne juicio ni nereñevengái ore ruguy rehe umi oikóva ko yvy ape ári? Ha oñeme’ẽ peteĩteĩme ao morotĩ [Oje’e hesekuéra ipotĩha ha imarangatuha]; ha oñeñe’ẽ chupekuéra toñembo’yke hag̃ua gueteri sapy’ami, peve oñekumpli pe papapy umi hembiguái irũnguéra ha ijoyke’ykuéra, avei ojejukátava chupekuéraicha» [Apocalipsis 6:9–11]. Ko’ápe oñepresenta va’ekue Juánpe ta’ãngamýi ndaha’éiva mba’e oikóva añetépe upe jave, síno umi mba’e oikótava peteĩ ára amo tenonderãme.</w:t>
      </w:r>
    </w:p>
    <w:p>
      <w:pPr>
        <w:pStyle w:val="ArticleScripture"/>
        <w:jc w:val="left"/>
      </w:pPr>
      <w:r>
        <w:rPr>
          <w:rFonts w:ascii="Times New Roman" w:hAnsi="Times New Roman" w:eastAsia="Times New Roman" w:cs="Times New Roman"/>
        </w:rPr>
        <w:t>“Apocalipsis 8:1–4 oñecita.” Manuscript Releases, volumen 20, 197.</w:t>
      </w:r>
    </w:p>
    <w:p>
      <w:pPr>
        <w:pStyle w:val="ArticleBody"/>
        <w:jc w:val="left"/>
      </w:pPr>
      <w:r>
        <w:rPr>
          <w:rFonts w:ascii="Times New Roman" w:hAnsi="Times New Roman" w:eastAsia="Times New Roman" w:cs="Times New Roman"/>
        </w:rPr>
        <w:t>Hermana White ombojoaju pe mokõiha aty mártir-kuéra ñemoheñoikue oñemohu’ãtaha tenonderãme; ha ambue pehẽnguépe he’i Apocalipsis 18:1–5, upépe ojehechakuaa peteĩ ñe’ẽnguéra umi mbohapy versíkulo peteĩhame ha ambue ñe’ẽnguéra versíkulo irundyha ha pohape. Pe ñe’ẽnguéra peteĩha ohechauka 9/11 araka’e umi tuicháva óga Nueva York-pegua ho’árõ guare; ha pe ñe’ẽnguéra mokõiha ha’e pe léi domingo rehegua, Ñandejára ambue ijaty oñehenóivo osẽ hag̃ua Babiloniágui. Pe mokõiha pehẽnguépe ha’e oñe’ẽ Apocalipsis capítulo ocho rehe ha umi irundy versíkulo peteĩha rehe, upéva ohechauka pe séptimo sello jepe’a, araka’e tata rendýi altárgui oñemombo yvy ári, upéva oñembojogua Pentecostés rehe, araka’e tata ou va’ekue yvágagui ha omyesakã umi temimbo’épe, péicha avei Elías rembiapo pakõi ita oñemyesakã haguéicha, ha oñerrepresenta haguéicha umi kuã peteĩcha tatáicha umi temimbo’e ári.</w:t>
      </w:r>
    </w:p>
    <w:p>
      <w:pPr>
        <w:pStyle w:val="ArticleHeading"/>
        <w:jc w:val="left"/>
      </w:pPr>
      <w:r>
        <w:rPr>
          <w:rFonts w:ascii="Arial" w:hAnsi="Arial" w:eastAsia="Arial" w:cs="Arial"/>
        </w:rPr>
        <w:t>Mboy arakaʼe peve? Zacarías ha Juan</w:t>
      </w:r>
    </w:p>
    <w:p>
      <w:pPr>
        <w:pStyle w:val="ArticleBody"/>
        <w:jc w:val="left"/>
      </w:pPr>
      <w:r>
        <w:rPr>
          <w:rFonts w:ascii="Times New Roman" w:hAnsi="Times New Roman" w:eastAsia="Times New Roman" w:cs="Times New Roman"/>
        </w:rPr>
        <w:t>Mboy araka’e peve peteĩ símbolo profético pe tiempo pegua, 9/11 guive peve pe léi domingo peve, ojejapóva’ekue typología ramo pe tembiasakue Monte Carmelo-pe, pe historia umi Millerita-kuéra rehegua 1840 guive 1844 peve, pe historia Moisés rehegua pe octava guive pe décima plaga peve, pe testimonio umi mártir-kuéra pe quinto sello-pe, ha Zacarías-pe oñeporandu “mboy araka’e peve” peve Tupã oiporiahuvereko Jerusalén-re, oĩva’ekue Babilonia-pe setenta ary pukukue.</w:t>
      </w:r>
    </w:p>
    <w:p>
      <w:pPr>
        <w:pStyle w:val="ArticleScripture"/>
        <w:jc w:val="left"/>
      </w:pPr>
      <w:r>
        <w:rPr>
          <w:rFonts w:ascii="Times New Roman" w:hAnsi="Times New Roman" w:eastAsia="Times New Roman" w:cs="Times New Roman"/>
        </w:rPr>
        <w:t>Upéi Ñandejára remimbou ombohovái ha he’i: “Che Ruvicha ipu’akapáva, araka’e peve piko ndereporiahuverekomo’ãi Jerusalén rehe ha Judá táva-kuéra rehe, umi nde pochy hague ko’ã setenta áño pukukue?”</w:t>
      </w:r>
    </w:p>
    <w:p>
      <w:pPr>
        <w:pStyle w:val="ArticleScripture"/>
        <w:jc w:val="left"/>
      </w:pPr>
      <w:r>
        <w:rPr>
          <w:rFonts w:ascii="Times New Roman" w:hAnsi="Times New Roman" w:eastAsia="Times New Roman" w:cs="Times New Roman"/>
        </w:rPr>
        <w:t>Ha Ñandejára ombohovái pe ánhel oñeʼẽva chéve ndive ñeʼẽ porã reheve ha ñeʼẽ mbopyʼaguapýva reheve.</w:t>
      </w:r>
    </w:p>
    <w:p>
      <w:pPr>
        <w:pStyle w:val="ArticleScripture"/>
        <w:jc w:val="left"/>
      </w:pPr>
      <w:r>
        <w:rPr>
          <w:rFonts w:ascii="Times New Roman" w:hAnsi="Times New Roman" w:eastAsia="Times New Roman" w:cs="Times New Roman"/>
        </w:rPr>
        <w:t>Upévare pe ánhel oñe’ẽva’ekue chendive he’i chéve: Esapukái ha ere: Péicha he’i Jehová de los Ejércitos; che akyhyje eterei Jerusalén rehe ha Sión rehe peteĩ celos tuichaitéva reheve. Ha che pochy eterei umi tetã ambue oĩva pytuʼúpe rehe; che niko sapyʼami mante pochy vaʼekue, ha haʼekuéra ombohetave pe jejopy vai. Upévare, péicha he’i Jehová: che aju jeýma Jerusalén-pe poriahuverekópe; che róga oñemopuʼãta ipype, he’i Jehová de los Ejércitos, ha peteĩ cordel oñemyasãita Jerusalén ári. Esapukái jey, ha ere: Péicha he’i Jehová de los Ejércitos; che táva kuéra oñemyasãita gueteri teko porã rupi; ha Jehová ombopyʼaguapy jeýta gueteri Sión-pe, ha oiporavo jeýta gueteri Jerusalénpe. Zacarías 1:12–17.</w:t>
      </w:r>
    </w:p>
    <w:p>
      <w:pPr>
        <w:pStyle w:val="ArticleBody"/>
        <w:jc w:val="left"/>
      </w:pPr>
      <w:r>
        <w:rPr>
          <w:rFonts w:ascii="Times New Roman" w:hAnsi="Times New Roman" w:eastAsia="Times New Roman" w:cs="Times New Roman"/>
        </w:rPr>
        <w:t>Hermana White ombojoja hag̃ua directamente Zacarías “setenta ary” Israel yma guaré literal oĩhaguére ñembiguáipe Babilonia literal-pe umi mil doscientos sesenta ary guive 538 guive 1798 peve Israel espiritual (cristiano-kuéra) oĩhague ñembiguáipe Babilonia espiritual-pe (Catolicismo Romano).</w:t>
      </w:r>
    </w:p>
    <w:p>
      <w:pPr>
        <w:pStyle w:val="ArticleScripture"/>
        <w:jc w:val="left"/>
      </w:pPr>
      <w:r>
        <w:rPr>
          <w:rFonts w:ascii="Times New Roman" w:hAnsi="Times New Roman" w:eastAsia="Times New Roman" w:cs="Times New Roman"/>
        </w:rPr>
        <w:t>“Ñandejára iglesia ko yvy ári oĩkuri añetehápe poguýpe ko puku aja jejopy vai opytáva’ỹ guýpe, Israel ra’ykuéra oĩhaguéicha poguýpe Babilóniape pe exilio aja.” Profetas y Reyes, 714.</w:t>
      </w:r>
    </w:p>
    <w:p>
      <w:pPr>
        <w:pStyle w:val="ArticleBody"/>
        <w:jc w:val="left"/>
      </w:pPr>
      <w:r>
        <w:rPr>
          <w:rFonts w:ascii="Times New Roman" w:hAnsi="Times New Roman" w:eastAsia="Times New Roman" w:cs="Times New Roman"/>
        </w:rPr>
        <w:t>Áño 1798-pe, opa hag̃ua umi mil mokõi sa’i sesenta áño, oguahẽ pe peteĩha umi mbohapy marandu ojehechaukáva ángelramo Apocalipsis catorce-pe. Pe mokõiha oguahẽ 19 jasyrundy 1844-pe ha pe mbohapyha 22 jasypa 1844-pe. Pe tembiasakue oñembojojáva pe porandúpe, “araka’e peve”, ha’e 9/11 guive pe léi domingo peve, ha upéva pe aravo ojehechauka hag̃ua tipo rupive Adventismo ñepyrũme, pe movimiento Millerita-pe, 11 jasypoapy 1840 guive 22 jasypa 1844 peve. Upéva pe aravo ojehechauka simbólikamente Juan Revelador rupive capítulo diez-pe, upépe Juan ho’u pe michĩva kuatiañe’ẽ, he’ẽva’ekue ijurúpe, ha upéi ipohýi hag̃ua ipy’ápe.</w:t>
      </w:r>
    </w:p>
    <w:p>
      <w:pPr>
        <w:pStyle w:val="ArticleScripture"/>
        <w:jc w:val="left"/>
      </w:pPr>
      <w:r>
        <w:rPr>
          <w:rFonts w:ascii="Times New Roman" w:hAnsi="Times New Roman" w:eastAsia="Times New Roman" w:cs="Times New Roman"/>
        </w:rPr>
        <w:t>Ha pe ñe'ẽ ahendu va'ekue yvágagui oñe'ẽ jeýma chendive ha he'i chéve: Tereho, ha ejapyhy pe lívro michĩva ojepe'áva pe ánhel popegua, pe oñembo'ýva y ári ha yvy ári. Ha aha pe ánhel rendápe, ha ha'e chupe: Eme'ẽ chéve pe lívro michĩva. Ha ha'e he'i chéve: Ejapyhy ha ho'u; nde ryepýpe ombohýta, ha nde jurúpe he'ẽta eícha. Ha ajapyhy pe lívro michĩva pe ánhel pógui, ha ha'u; ha che jurúpe he'ẽ eícha; ha ha'upávo rire, che rye ombyhy.</w:t>
      </w:r>
    </w:p>
    <w:p>
      <w:pPr>
        <w:pStyle w:val="ArticleScripture"/>
        <w:jc w:val="left"/>
      </w:pPr>
      <w:r>
        <w:rPr>
          <w:rFonts w:ascii="Times New Roman" w:hAnsi="Times New Roman" w:eastAsia="Times New Roman" w:cs="Times New Roman"/>
        </w:rPr>
        <w:t>Ha he'i chéve: Reñemoarandu jey va'erã heta tavayguakuéra, tetãnguéra, ñe'ẽnguéra ha mburuvichakuéra renondépe. Apocalipsis 10:8–11.</w:t>
      </w:r>
    </w:p>
    <w:p>
      <w:pPr>
        <w:pStyle w:val="ArticleBody"/>
        <w:jc w:val="left"/>
      </w:pPr>
      <w:r>
        <w:rPr>
          <w:rFonts w:ascii="Times New Roman" w:hAnsi="Times New Roman" w:eastAsia="Times New Roman" w:cs="Times New Roman"/>
        </w:rPr>
        <w:t>Tembiasakue Juan ohechauka hag̃ua oñerepresenta pe kuatiañe’ẽ oje’úva rupive, pe je’u rehechauka rupi umi Millerita oñepyrũhague ontende pe marandu ha ijehasa hag̃ua omombe’úvo upe marandu. Upévare, oñeñe’ẽrire Juan-pe upe tembiasakue oñemoĩ rire tenondépe, Juan oprofetisava’erã jeyha, pe profesía ojehechaukáva hína hína pe tembiasakue 1840 guive 1844 peve. Oje’e Juan-pe pe tembiasakue Millerita 1840 guive 1844 peve oñeha’ãjeyha pe tembiasakue Adventismo paha peguápe. Pya’eterei Juan-pe oñeñe’ẽvo oprofetisava’erã jeyha, oñeñe’ẽ avei chupe omedi hag̃ua pe tupao.</w:t>
      </w:r>
    </w:p>
    <w:p>
      <w:pPr>
        <w:pStyle w:val="ArticleScripture"/>
        <w:jc w:val="left"/>
      </w:pPr>
      <w:r>
        <w:rPr>
          <w:rFonts w:ascii="Times New Roman" w:hAnsi="Times New Roman" w:eastAsia="Times New Roman" w:cs="Times New Roman"/>
        </w:rPr>
        <w:t>Ha oñeme’ẽ chéve peteĩ takuáicha yvyra; ha pe ánhel oñembo’y ha he’i: Epu’ã, ha emedi Tupã róga marangatu, ha pe altar, ha umi opurahéiva ipype. Pe korapy oĩva pe templo okápe katu eheja okápe, ha ani remedi chupe; oje’e hag̃uére umi tetã ambuépe g̃uarã: ha pe táva marangatu ojejopy hag̃ua ipy guýpe mokõi ha irundy jasy pukukue. Apocalipsis 11:1, 2.</w:t>
      </w:r>
    </w:p>
    <w:p>
      <w:pPr>
        <w:pStyle w:val="ArticleBody"/>
        <w:jc w:val="left"/>
      </w:pPr>
      <w:r>
        <w:rPr>
          <w:rFonts w:ascii="Times New Roman" w:hAnsi="Times New Roman" w:eastAsia="Times New Roman" w:cs="Times New Roman"/>
        </w:rPr>
        <w:t>Tembiapo oñeme’ẽva Adventismo-pe rire 22 jasypa 1844, Juan ohechauka vaʼekue templo ñehaʼãha térã ñemopuʼãramo, oñemohenda porãvo pe ñeʼẽme’ẽ oñemoĩva Zacarías-pe, heʼíva “ojepysóta jey peteĩ línea Jerusalén ári”; Ñandejára niko “oiporavóta gueteri Jerusalén.” Pe tembiasakue oñerepresentáva Adventismo ñepyrũme, pe movimiento Filadelfiano Millerita Adventismo reheve, oñehaʼã jey Adventismo paha gotyo pe movimiento Filadelfiano umi cien cuarenta y cuatro mil reheve. Pe tuicha ñembyasy 22 jasypa 1844-pe, oñepyrũ peteĩ aravoʼaty, oñerepresentáva “umi ára pe séptimo ánhel ñeʼẽ nguévo” ramo.</w:t>
      </w:r>
    </w:p>
    <w:p>
      <w:pPr>
        <w:pStyle w:val="ArticleScripture"/>
        <w:jc w:val="left"/>
      </w:pPr>
      <w:r>
        <w:rPr>
          <w:rFonts w:ascii="Times New Roman" w:hAnsi="Times New Roman" w:eastAsia="Times New Roman" w:cs="Times New Roman"/>
        </w:rPr>
        <w:t>Ha umi ára, pe ánhel porundyha ñeʼẽme, oñepyrũvo ombopu hag̃ua itrompéta, Tupã remimĩva ojejapopaitéta, heʼihaguéicha imbaʼejára kuéra, umi maranduhára ñeʼẽ rupi. Apocalipsis 10:7.</w:t>
      </w:r>
    </w:p>
    <w:p>
      <w:pPr>
        <w:pStyle w:val="ArticleBody"/>
        <w:jc w:val="left"/>
      </w:pPr>
      <w:r>
        <w:rPr>
          <w:rFonts w:ascii="Times New Roman" w:hAnsi="Times New Roman" w:eastAsia="Times New Roman" w:cs="Times New Roman"/>
        </w:rPr>
        <w:t>Pe mensáhe iporã asýkuri umi Millerita-kuérape oñekumpli jave pe profesía ára rehegua islámica mokõiha ñembyasy guasu rehegua, péichaite voi umi Millerita-kuéra oikuaaukahaguéicha upe mboyve 11 de agosto de 1840. Pe mensáhe oiko ñarõrõrõ va’ekue hyepýpe pe tuicha ñembyasy 22 de octubre de 1844-pe. Voi Juan omohu’ã rire omohechauka hag̃ua pe tembiasakue 1840 guive 1844 peve, oje’e chupe ojapo va’erãha upe mba’eite jey (oprofetisa). Upéi oje’e chupe omedi va’erãha Jerusalén, ha ojapo jave upéva, oñemohenda hína Zacarías profesía ndive Ñandejára oiporavóvo Jerusalén. 22 de octubre de 1844 guive tenonderãme, pe tembiasakue profética ojehechauka “mokõiha ñembyasy guasu” ramo, ha katu “ara kuéra pe séptimo ánhel ñe’ẽ” rehegua. Umi “ára” pe mensáhe rehegua (ñe’ẽ) pe séptimo ánhel rehegua (mbohapyha ñembyasy guasu) ohechauka peteĩ tiempo ikatu hag̃uáicha pe divinidad de Cristo oñembojoaju tapiaite hag̃ua umi yvypóra ndive, ha’ekuéra va’erã umi cien cuarenta y cuatro mil. Upéva pe tembiapo ojejoko pe ñemoĩ hag̃ua rehe 1863-pe, ha 9/11-pe pe séptimo ánhel oñepyrũ jey osuena hag̃ua (mbohapyha ñembyasy guasu).</w:t>
      </w:r>
    </w:p>
    <w:p>
      <w:pPr>
        <w:pStyle w:val="ArticleBody"/>
        <w:jc w:val="left"/>
      </w:pPr>
      <w:r>
        <w:rPr>
          <w:rFonts w:ascii="Times New Roman" w:hAnsi="Times New Roman" w:eastAsia="Times New Roman" w:cs="Times New Roman"/>
        </w:rPr>
        <w:t>Tembiasakue marangatu rembiasakuepe Ñandejára oiporavo hag̃ua Jerusalén omoĩ hag̃ua héra upépe, ha “héra” ha’e Ikarakter. Zacarías oñe’ẽ Jerusalén ha Sión rehe he’ívo: “Che akyhyje Jerusalén rehe ha Sión rehe peteĩ akyhyje guasúpe”, ha upéi he’i: “Ñandejára oipytyvõ jeýta Siónpe, ha oiporavo jeýta Jerusalén.” Sión oñembopy’aguapy oñeme’ẽ jave chupe Espíritu Santo, ha’éva pe “Mombareteha”. Pe Espíritu Santo ñembopy’aguapy oñepyrũ 9/11-pe, ojoajúvo Cristo opytu’u haguéicha umi disípulo ári oguejy rire ojojuhu haguére Túvandi, opu’ã jeývo omanóva apytégui rire. Pe Espíritu Santo jechauka tuichaiterei oñembohetave Pentecostéspe. Upe aravo oñepyrũ pe yva tenondegua mymbajerure oñemopu’ã jeývo, ha opa pe yva tenondegua mymbajerure Pentecostéspe, upérõ opa ko yvy ohendu pe marandu.</w:t>
      </w:r>
    </w:p>
    <w:p>
      <w:pPr>
        <w:pStyle w:val="ArticleScripture"/>
        <w:jc w:val="left"/>
      </w:pPr>
      <w:r>
        <w:rPr>
          <w:rFonts w:ascii="Times New Roman" w:hAnsi="Times New Roman" w:eastAsia="Times New Roman" w:cs="Times New Roman"/>
        </w:rPr>
        <w:t>Pembyasy, pembyasy che retãme, he'i pende Jára Tupã. Peñe'ẽ py'a guapýpe Jerusalénpe, ha pesapukái chupe, iñorairõha opa hague, hembiapo vai oñeperdona hague; mba'ére piko Ñandejára po guive omoneĩ mokõi jevy opa hembiapo vaíre. Isaías 41:1, 2.</w:t>
      </w:r>
    </w:p>
    <w:p>
      <w:pPr>
        <w:pStyle w:val="ArticleBody"/>
        <w:jc w:val="left"/>
      </w:pPr>
      <w:r>
        <w:rPr>
          <w:rFonts w:ascii="Times New Roman" w:hAnsi="Times New Roman" w:eastAsia="Times New Roman" w:cs="Times New Roman"/>
        </w:rPr>
        <w:t>Umi cien cuarenta y cuatro mil oñemboty hag̃ua “hekoañágui oñeperdona vove chupekuéra”. Kóva oiko pe léi dominical mboyveite, oñehupi jave chupekuéra Pentekoste yva tenondegua ofréndaramo, ha upéicha avei ohupytykuévo Espíritu Santo oñeñohẽmbaitéva hiʼárikuéra, ndorekóiva medida, temimboʼekuéra rehe Pentekostépe oñehechaukaháicha. Ama kyseʼimi ñemyasãi oñepyrũva 9/11-pe oiko peteĩ ñeñohẽmbaite hag̃ua pe léi dominicalpe. Upe tembiasakue, pe yva tenondegua ofrénda 9/11 guive pe yva tenondegua ofrénda pe léi dominicalpe peve, umi cien cuarenta y cuatro mil oñemboty ha oñembosakoʼi jave ofréndaramo oñehupi hag̃ua peteĩ poyviramo pe léi dominical guive pe gracia ñembotýpe peve. Upe tembiasakue oñerepresenta Apocalipsis dieciocho ñepyrũ mbohapy vésope, oñemoherakuãvo Babilonia hoʼa hague; ha upéva haʼe pe símbolo bíblico ohechaukáva peteĩ “jeikove mokõi jey”.</w:t>
      </w:r>
    </w:p>
    <w:p>
      <w:pPr>
        <w:pStyle w:val="ArticleScripture"/>
        <w:jc w:val="left"/>
      </w:pPr>
      <w:r>
        <w:rPr>
          <w:rFonts w:ascii="Times New Roman" w:hAnsi="Times New Roman" w:eastAsia="Times New Roman" w:cs="Times New Roman"/>
        </w:rPr>
        <w:t>Ha upe rire ama’ẽ ambue ánhel oguejyva’ekue yvágagui, oguerekóva pokatu tuicha; ha ko yvy henyhẽ tesapépe iñemimbipa reheve. Ha osapukái mbaretehápe peteĩ ñe’ẽ hatãme, he’ívo: Mbyte guasu ho’a, ho’a; ha oiko añáme g̃uarã róga, opa espíritu ky’áva renda, ha opa guyra ky’a ha jeguaru ñembotyha. Opa tetãnguéra niko ho’úma ivino, ha upéva ha’e heko ky’áva pochy rehegua; ha yvy ruvicha guasu kuéra oñemongy’a hendive, ha yvy ñemuhára kuéra oiko rico itenondegua hetaiterei rupi. Apocalipsis 18:1–3.</w:t>
      </w:r>
    </w:p>
    <w:p>
      <w:pPr>
        <w:pStyle w:val="ArticleBody"/>
        <w:jc w:val="left"/>
      </w:pPr>
      <w:r>
        <w:rPr>
          <w:rFonts w:ascii="Times New Roman" w:hAnsi="Times New Roman" w:eastAsia="Times New Roman" w:cs="Times New Roman"/>
        </w:rPr>
        <w:t>Tupã Ñe’ẽhaipyrekuéra pukukue javeve, ñe’ẽjoaju térã ñe’ẽ mokõive je’e ohechauka Babilonia ho’a hag̃ua hendaitépe ipahaitépe ára pahápe. Kóva hína Alpha ha Omega rembysakue, upe ohechaukáva tapiaite peteĩ mba’e paha peteĩ mba’e ñepyrũ rupive. Babilonia ho’a mokõiha oñete hag̃ua oñerrepresenta Nimrod ha Belsasar rehe. Nimrod niko Babilonia ñepyrũkue vaekue, upe jave ha’éva gueteri Babel añónte. Nimrod ho’a rehegua orrepresenta Belsasar ho’a rehegua, ha pe marandu mokõiha ánhel rehegua ha pe ánhel Apocalipsis dieciocho-pe guare he’i pe Nimrod ho’a vaekue Babilonia ñepyrũme orrepresentaha Belsasar ho’a ipahápe, Alpha ha Omega ningo ohechauka tapiaite peteĩ mba’e paha peteĩ mba’e ñepyrũ rupive.</w:t>
      </w:r>
    </w:p>
    <w:p>
      <w:pPr>
        <w:pStyle w:val="ArticleBody"/>
        <w:jc w:val="left"/>
      </w:pPr>
      <w:r>
        <w:rPr>
          <w:rFonts w:ascii="Times New Roman" w:hAnsi="Times New Roman" w:eastAsia="Times New Roman" w:cs="Times New Roman"/>
        </w:rPr>
        <w:t>Nimrod rógami oñemboguejy va’ekue techaukaha ramo hoguejy rehegua, ha ha’e ohechauka kuri Umi Mokõi Óga Yvate ho’a hague 9/11-pe. Belsasar ho’a hague ha’e va’ekue pe jehai tapia ári, omarkáva Babilonia sambyhyha pokõipa ary paha peteĩha reino marandu’ypy marangatúpe guare ramo, ha upévare ohechauka avei Tetã peteĩ reko Amérika ho’a hague Isaías mokõipa mbohapy-pe pe “pokõipa ary, peteĩ mburuvicha áraicha” he’iséva simbólikamente, ohechaukáva Tetã peteĩ reko Amérika rembiasakue 1798 guive pe léi domingo peve. Belsasar rehegua pe jehai tapia ári ohechauka upe jave pe tupaó ha estado mbytépe oĩva separación rogape ho’aha pe léi domingo-pe, ha upévaite hína pe punto oñemohu’ãhápe pe poteĩha reino marandu’ypy marangatúpe guare, Belsasar ojejuka haguéicha upe pyharete voi. Pe jehai ojehaíva tapia ári ha’e pe léi ojehaíva ombojere hag̃ua pe separación rogape tupaó ha estado mbytépe oĩva Constitución-pe.</w:t>
      </w:r>
    </w:p>
    <w:p>
      <w:pPr>
        <w:pStyle w:val="ArticleBody"/>
        <w:jc w:val="left"/>
      </w:pPr>
      <w:r>
        <w:rPr>
          <w:rFonts w:ascii="Times New Roman" w:hAnsi="Times New Roman" w:eastAsia="Times New Roman" w:cs="Times New Roman"/>
        </w:rPr>
        <w:t>Pe “tembiasakue” ojehechaukáva 11/9 guive pe léi domingo peve ha upéi osẽ hag̃ua yvypóra araka’eve peve oñeme’ẽ hag̃ua juicio ha umi siete plagas paha peve, ha’e pe ára rembiasakue oñembojegua Tupã ñe’ẽ ryepýpe ñe’ẽ térã ñe’ẽjoaju mokõive jevy rupi. Upe ára jave, Espíritu Santo oñehẽ yvypóra ári, oñepyrũvo peteĩ ñehyvõmi 11/9 guive pe léi domingo peve ha upéi pe ñehẽ tuichakue. Cristo ohechauka va’ekue Espíritu Santo pe “Consolador” ramo, ha ha’e ou vove ohechaukáta Tupã tavayguakuérape opa mba’e.</w:t>
      </w:r>
    </w:p>
    <w:p>
      <w:pPr>
        <w:pStyle w:val="ArticleScripture"/>
        <w:jc w:val="left"/>
      </w:pPr>
      <w:r>
        <w:rPr>
          <w:rFonts w:ascii="Times New Roman" w:hAnsi="Times New Roman" w:eastAsia="Times New Roman" w:cs="Times New Roman"/>
        </w:rPr>
        <w:t>Ha pe Consolador, ha’éva Espíritu Santo, pe Túva omondótava che rérape, ha’e pene mbo’éta opa mba’e, ha ogueru pene mandu’ápe opa mba’e ha’éva che ha’e va’ekue peẽme. Juan 14:26.</w:t>
      </w:r>
    </w:p>
    <w:p>
      <w:pPr>
        <w:pStyle w:val="ArticleBody"/>
        <w:jc w:val="left"/>
      </w:pPr>
      <w:r>
        <w:rPr>
          <w:rFonts w:ascii="Times New Roman" w:hAnsi="Times New Roman" w:eastAsia="Times New Roman" w:cs="Times New Roman"/>
        </w:rPr>
        <w:t>Espíritu Santo oñembohasa umi cien cuarenta y cuatro mil-pe pe “aceite de oro” rupive, ha upéva avei hína pe “ama”, ha avei pe “Consolador”. Oñerrepresentáramoicha pe “Consolador”-ramo, Espíritu Santo oikuaauka peteĩ jehechauka especial Espíritu Santo rehegua.</w:t>
      </w:r>
    </w:p>
    <w:p>
      <w:pPr>
        <w:pStyle w:val="ArticleBody"/>
        <w:jc w:val="left"/>
      </w:pPr>
      <w:r>
        <w:rPr>
          <w:rFonts w:ascii="Times New Roman" w:hAnsi="Times New Roman" w:eastAsia="Times New Roman" w:cs="Times New Roman"/>
        </w:rPr>
        <w:t>Tupã tavayguakuéra oguereko akóinte Espíritu Santo oñekumpli ramo pe evangelio rembiapoukapy, ha katu umi ára ñemboheko marangatu añetetéva, “yma guaréicha”, oĩhápe peteĩ jehechauka especial Espíritu Santógui peteĩ atýpe g̃uarã, Espíritu Santo ojehechauka Consolador-ramo. Iñimportantevéva, pe aty oguerekóva peteĩcha ramo ojejapo hag̃ua hikuái imandu’akuéra rehe omba’apo pe Consolador, ha’e oguerúvo “opa mba’e” “penemandu’ápe.” Kóva omconfirmáta umi tapicha oikéva pe jehechauka-pe orekoha pe experiencia añetetéva, pe Espíritu Santo oikegui hína imandu’a ha iñakãme omba’apóvo, ha’e omoañetévo pe pensamiento rape oguerúvo “opa mba’e pene mandu’ápe.”</w:t>
      </w:r>
    </w:p>
    <w:p>
      <w:pPr>
        <w:pStyle w:val="ArticleBody"/>
        <w:jc w:val="left"/>
      </w:pPr>
      <w:r>
        <w:rPr>
          <w:rFonts w:ascii="Times New Roman" w:hAnsi="Times New Roman" w:eastAsia="Times New Roman" w:cs="Times New Roman"/>
        </w:rPr>
        <w:t>Yvypóra yvyguy rehegua oñembojoaju hag̃ua pe teko yvatevéva orekóva yvypóra ndive ambue mba’e’apopyre ndive, ha’eháicha jehechakuaa, arandu, ñemoĩ porã ha tekokatu, umi mba’e apóstol Pablo ombohérava “apytu’ũ”. Pe teko yvatevéva ikatu ha’e pe apytu’ũ so’ópegua térã ha’e Cristo apytu’ũ.</w:t>
      </w:r>
    </w:p>
    <w:p>
      <w:pPr>
        <w:pStyle w:val="ArticleScripture"/>
        <w:jc w:val="left"/>
      </w:pPr>
      <w:r>
        <w:rPr>
          <w:rFonts w:ascii="Times New Roman" w:hAnsi="Times New Roman" w:eastAsia="Times New Roman" w:cs="Times New Roman"/>
        </w:rPr>
        <w:t>Pe akã oikóva so’ópe ñorairõhára Tupã ndive; ndoguapýigui Tupã léi guýpe, ha ndaikatúi voi oĩ ipoguýpe. Romanos 8:7.</w:t>
      </w:r>
    </w:p>
    <w:p>
      <w:pPr>
        <w:pStyle w:val="ArticleScripture"/>
        <w:jc w:val="left"/>
      </w:pPr>
      <w:r>
        <w:rPr>
          <w:rFonts w:ascii="Times New Roman" w:hAnsi="Times New Roman" w:eastAsia="Times New Roman" w:cs="Times New Roman"/>
        </w:rPr>
        <w:t>Mávapa oikuaa Ñandejára apytuʼũ, ikatu hag̃uáicha omboʼe chupe? Ha ñande katu jaguereko Cristo apytuʼũ. 1 Corintios 2:16.</w:t>
      </w:r>
    </w:p>
    <w:p>
      <w:pPr>
        <w:pStyle w:val="ArticleBody"/>
        <w:jc w:val="left"/>
      </w:pPr>
      <w:r>
        <w:rPr>
          <w:rFonts w:ascii="Times New Roman" w:hAnsi="Times New Roman" w:eastAsia="Times New Roman" w:cs="Times New Roman"/>
        </w:rPr>
        <w:t>Pe teko inferior térã la carne ojejapo pe sistema nervioso, emocional ha hormonal rehe, ojoajúva umi sentido rehe, ha umíva hína “alma rape”. Pe teko yvateve ojejapo vaʼekue ogoverna hag̃ua pe teko inferior ári; upévare oñerrepresenta hag̃ua peteĩ mburuvicha renda mbareterãicha, ha upe mbareterã oĩ meme jeity poguýpe umi sentido-gui (pe teko inferior-gui), ha umi jeity ojejapo pe mbareterã rehe umi tape rupive ogueraháva pe mbareterãme. Pe mbareterã ryepýpe, pe teko yvatevévape, oĩ peteĩ centro de mando, térã pe Hermana White ohenóiva pe citadela. Pe citadela haʼe pe Tupaópe pe Santísimo, oñembojaʼóva mokõi división básica-pe. Pe patio haʼe pe carne, térã pe teko inferior, ha oike hag̃ua pe patio-pe térã avei ojegueraha hag̃ua tuguy pe Lugar Santo-pe tekotevẽvaʼekue ojehasa peteĩ cortina térã velo rupi. Pe patio oñemohuʼã mokõive lado gotyo umi velo reheve.</w:t>
      </w:r>
    </w:p>
    <w:p>
      <w:pPr>
        <w:pStyle w:val="ArticleScripture"/>
        <w:jc w:val="left"/>
      </w:pPr>
      <w:r>
        <w:rPr>
          <w:rFonts w:ascii="Times New Roman" w:hAnsi="Times New Roman" w:eastAsia="Times New Roman" w:cs="Times New Roman"/>
        </w:rPr>
        <w:t>Peteĩ tape pyahu ha oikovéva rupive, haʼe omomarangatu vaʼekue ñandéve g̃uarã, pende pyaʼe rupi, upéva heʼiséva, hete. Hebreos 10:20.</w:t>
      </w:r>
    </w:p>
    <w:p>
      <w:pPr>
        <w:pStyle w:val="ArticleBody"/>
        <w:jc w:val="left"/>
      </w:pPr>
      <w:r>
        <w:rPr>
          <w:rFonts w:ascii="Times New Roman" w:hAnsi="Times New Roman" w:eastAsia="Times New Roman" w:cs="Times New Roman"/>
        </w:rPr>
        <w:t>Pe santuario oñemboja’o mokõi hendápe; pe korapy ha pe santuario. Pe santuario katu avei oñemboja’o mokõi hendápe, pe teko yvateháicha. Pe teko yvate oñemboja’o mokõi hendápe. Peteĩva umi hendágui ojehechauka tenda Marangatúramo ha ambuéva Tenda Santísimo ramo. Pe Tenda Marangatu ohechauka umi tembiapo apytu’ũ rehegua tekotevẽva yvypóra ikatu hag̃uáicha omba’apo, ha pe Tenda Santísimo katu hína pe henda Tupã ha kuimba’e ojojuhuhápe. Pe Tenda Santísimo hína Tupã guapyha renda, ha umi oñekonvertívape oguapy yvagapegua rendápe Cristo ndive.</w:t>
      </w:r>
    </w:p>
    <w:p>
      <w:pPr>
        <w:pStyle w:val="ArticleScripture"/>
        <w:jc w:val="left"/>
      </w:pPr>
      <w:r>
        <w:rPr>
          <w:rFonts w:ascii="Times New Roman" w:hAnsi="Times New Roman" w:eastAsia="Times New Roman" w:cs="Times New Roman"/>
        </w:rPr>
        <w:t>ha ñanemopuʼã hendive, ha ñanemboguapy hendive yvagapegua renda kuérape Cristo Jesúspe. Efesios 2:6.</w:t>
      </w:r>
    </w:p>
    <w:p>
      <w:pPr>
        <w:pStyle w:val="ArticleBody"/>
        <w:jc w:val="left"/>
      </w:pPr>
      <w:r>
        <w:rPr>
          <w:rFonts w:ascii="Times New Roman" w:hAnsi="Times New Roman" w:eastAsia="Times New Roman" w:cs="Times New Roman"/>
        </w:rPr>
        <w:t>Ko versíkulo ojeipyhy peteĩ pasáhegui, heta versíkulo mboyve, ha katu añetépe upe temimo’ẽ rape peteĩchape, Jesús oguapy umi tenda yvagaguápe, he’iháicha avei ipuévlo.</w:t>
      </w:r>
    </w:p>
    <w:p>
      <w:pPr>
        <w:pStyle w:val="ArticleScripture"/>
        <w:jc w:val="left"/>
      </w:pPr>
      <w:r>
        <w:rPr>
          <w:rFonts w:ascii="Times New Roman" w:hAnsi="Times New Roman" w:eastAsia="Times New Roman" w:cs="Times New Roman"/>
        </w:rPr>
        <w:t>Haʼe ombaʼapo Cristo rehe, omopuʼãvo chupe umi omanóva apytégui, ha omboguapývo chupe ijakatúa gotyo yvagapegua rendápe. Efesios 1:20.</w:t>
      </w:r>
    </w:p>
    <w:p>
      <w:pPr>
        <w:pStyle w:val="ArticleBody"/>
        <w:jc w:val="left"/>
      </w:pPr>
      <w:r>
        <w:rPr>
          <w:rFonts w:ascii="Times New Roman" w:hAnsi="Times New Roman" w:eastAsia="Times New Roman" w:cs="Times New Roman"/>
        </w:rPr>
        <w:t>Cristo ha Ipuévlo oĩ oñemoĩ oñondive pe Tenda Marangatuetévévape. Cristo oñemoingove jey vaʼekue ha upéi oguapy umi tenda yvágape, ha Ipuévlo oñemopuʼã ha oñemoĩ pe tróno kotýpe pe Tenda Marangatuetévévape. Pablo heʼi umi oñemopuʼãva versíkulo 6-pe oñemoingove jey hague angaipágui pe versíkulo mboyveguápe.</w:t>
      </w:r>
    </w:p>
    <w:p>
      <w:pPr>
        <w:pStyle w:val="ArticleScripture"/>
        <w:jc w:val="left"/>
      </w:pPr>
      <w:r>
        <w:rPr>
          <w:rFonts w:ascii="Times New Roman" w:hAnsi="Times New Roman" w:eastAsia="Times New Roman" w:cs="Times New Roman"/>
        </w:rPr>
        <w:t>Aun ñande ñemanóramo angaipakuérape, ha’e ñanemongove jey Cristo ndive, (grácia rupive peẽ pejesalva), ha ñanemopu’ã Cristo ndive, ha ñanemoguapy hendive yvagapegua renda kuérape Cristo Jesúspe. Efesios 1:5, 6.</w:t>
      </w:r>
    </w:p>
    <w:p>
      <w:pPr>
        <w:pStyle w:val="ArticleBody"/>
        <w:jc w:val="left"/>
      </w:pPr>
      <w:r>
        <w:rPr>
          <w:rFonts w:ascii="Times New Roman" w:hAnsi="Times New Roman" w:eastAsia="Times New Roman" w:cs="Times New Roman"/>
        </w:rPr>
        <w:t>Pe ñemohu’ãmbaitéva pe pasáhe Efesios-gua ha’e umi mokõi testígo Apocalipsis 11-pe, umi once oñemopu’ã jeýva ha upéi ojegueraháva yvágape peteĩ techaukaha ramo—ha avei oñembohapy hag̃ua yvága renda-kuérape. Pe Lugár Santísimo-pe umi mokõi testígo ohechauka yvypórape Tupã renondetépe, ha pe ijeheguerekóva ohechauka mba’érepa ikatu oguapy upépe, ha’e pe techaukaha peteĩteĩ oguerekóva. Pe techaukaha ha’e Tupã sello, ha Tupã sello ohechauka yvypóra oikoha peteĩnte pe divíno ndive; ha upe sello ojehechauka pe Consolador, ha’éva Espíritu Santo, opytaha pe Lugár Santísimope “ijyvateve rekópe”. Pe Lugár Santísimo ha’e Tupã guapyha renda, upépe oñembojoaju pe divíno ha pe yvypóra, ha upéva ohechauka pe tupão yvypóra rehegua, ijyvateve rekópe oguerekóva peteĩ Lugár Santísimo, upépe pe divinidad ha pe humanidad oguapy oñondive.</w:t>
      </w:r>
    </w:p>
    <w:p>
      <w:pPr>
        <w:pStyle w:val="ArticleBody"/>
        <w:jc w:val="left"/>
      </w:pPr>
      <w:r>
        <w:rPr>
          <w:rFonts w:ascii="Times New Roman" w:hAnsi="Times New Roman" w:eastAsia="Times New Roman" w:cs="Times New Roman"/>
        </w:rPr>
        <w:t>“Pytyvõhára” oñeñohẽva hína pe osẽramo pe cien cuarenta y cuatro mil ñemboty hag̃ua, ha upéva ohechauka peteĩ ñemoambue tembiasakue salvasiõ rehegua, péicha upe ára peve pe tupao oñemoambue pe tupao ñorãirõháguivo pe tupao ipu’akapáva hag̃ua. Upe jave oñemoambue pe movimiento Laodicéagui, pe cien cuarenta y cuatro mil rehegua, pe movimiento Filadélfiagui hag̃ua, pe cien cuarenta y cuatro mil rehegua. Upe jave avei oñemoambue pe séptima tupao jehasa guive pe sexta tupao jehasápe, ha pe sexta tupao ha’e va’ekue umi Millerita. Peteĩ mba’e profétikamente ojehechakuaáva pe sexta tupao Filadelfia rehegua, oñecumpli haguéicha pe movimiento Millerita rupive, ha’e hína araka’eve ndaha’éi hague peteĩ tupao. Ha’e va’ekue añoite peteĩ movimiento, opáichavo oguahẽ peve 1856 peve, mokõivéva umi White ohechakuaa ramo guare pe movimiento Laodicea-pegua ramo. Siete ary rire oñemoheñói pe tupao legal.</w:t>
      </w:r>
    </w:p>
    <w:p>
      <w:pPr>
        <w:pStyle w:val="ArticleBody"/>
        <w:jc w:val="left"/>
      </w:pPr>
      <w:r>
        <w:rPr>
          <w:rFonts w:ascii="Times New Roman" w:hAnsi="Times New Roman" w:eastAsia="Times New Roman" w:cs="Times New Roman"/>
        </w:rPr>
        <w:t>Pe py’aguapy rehegua ñemoambue oikova’ekue arapokõindy léi jave ojehechauka hag̃ua pe py’aguapy rehegua ñemoambue oikova’ekue Pentecostés-pe, upéva omarkáva Cristo ñemoñepyrũ Sumo Sacerdóte ramo.</w:t>
      </w:r>
    </w:p>
    <w:p>
      <w:pPr>
        <w:pStyle w:val="ArticleScripture"/>
        <w:jc w:val="left"/>
      </w:pPr>
      <w:r>
        <w:rPr>
          <w:rFonts w:ascii="Times New Roman" w:hAnsi="Times New Roman" w:eastAsia="Times New Roman" w:cs="Times New Roman"/>
        </w:rPr>
        <w:t>“Pentecostés ñehẽry jepoi yvágagui vaʼekue haʼe kuri Yvágagui marandu oikuaauka hag̃ua pe Redentor ñemoñepyrũ oñemohuʼãma hague. Hembiapoʼỹre heʼi haguéicha, Haʼe ombou vaʼekue Espíritu Santo yvágagui umi hapykueriguápe peteĩ techaukáramo ohechauka hag̃ua, paʼi ha mburuvicha guasu ramo, oguerekoha opa pokatu yvága ha yvy ári, ha haʼeha pe Oñeunhíva Itavayguakuéra ári.” Hechos de los Apóstoles, 38.</w:t>
      </w:r>
    </w:p>
    <w:p>
      <w:pPr>
        <w:pStyle w:val="ArticleBody"/>
        <w:jc w:val="left"/>
      </w:pPr>
      <w:r>
        <w:rPr>
          <w:rFonts w:ascii="Times New Roman" w:hAnsi="Times New Roman" w:eastAsia="Times New Roman" w:cs="Times New Roman"/>
        </w:rPr>
        <w:t>Pe ama yvytĩ pytagua oñeñohẽramo medida’ỹre umi cien cuarenta y cuatro mil ári pe léi domingo-pe, upéva ha’éta “Yvágagui marandu” omombe’úva tupao oñorãirõva opa hague ha tupao ipu’akapáva og̃uahẽma hague. Cristo oñepyrũ haguére Pentecostéspe pe tupaópe yvate gotyo, ohechauka tenonderãme pe cien cuarenta y cuatro mil ñemoĩ asy rehegua pe léi domingo-pe.</w:t>
      </w:r>
    </w:p>
    <w:p>
      <w:pPr>
        <w:pStyle w:val="ArticleBody"/>
        <w:jc w:val="left"/>
      </w:pPr>
      <w:r>
        <w:rPr>
          <w:rFonts w:ascii="Times New Roman" w:hAnsi="Times New Roman" w:eastAsia="Times New Roman" w:cs="Times New Roman"/>
        </w:rPr>
        <w:t>Pe “Pentecostal” ñehẽjára osẽva ohechauka hag̃ua Cristo ha’e hague pe Ojejohéi va’ekue, orrepresenta ijejohéi yvágape pe ñemohenda ñepyrũrãme; upéicharõ jepe, ha’e ojejohéi va’ekue avei iñemongarai jave. Iñemongarai (9/11) guive Pentecostés peve (pe arapokõindy léi) ojejuhu avei oñerrepresenta jey mbohapy áño ha mbyte rire iñemongarai gui, ha’e omano añetetépe, oñeñotỹ ha opu’ã jey rupi (yva tenondegua arete). Upévare 9/11 oñerrepresenta iñemongaraipe ha avei ijeikove jeype. Ijeikove jey simbólico ha ijeikove jey literal omoñepyrũ mokõi línea profética, peteĩteĩva opa Pentecostéspe. Mokõive tembiasakue oñepyrũ pe tenondegua yva kuave’ẽ jeikove jey reheve.</w:t>
      </w:r>
    </w:p>
    <w:p>
      <w:pPr>
        <w:pStyle w:val="ArticleScripture"/>
        <w:jc w:val="left"/>
      </w:pPr>
      <w:r>
        <w:rPr>
          <w:rFonts w:ascii="Times New Roman" w:hAnsi="Times New Roman" w:eastAsia="Times New Roman" w:cs="Times New Roman"/>
        </w:rPr>
        <w:t>Ha ko'ág̃a Cristo opu'ãma omanóva apytégui, ha oiko umi okéva ypykue rekuái. Yvypóra rupive niko ou va'ekue mano, ha yvypóra rupive avei ou omanóva jeikove jey. Adánpe opavave omanoháicha, upéicha avei Cristópe opavave oikove jeýta. Péro káda peteĩ iñorden rupive: Cristo, umi ypykue rekuái; upéi umi Cristo mba'éva, ha'e ou jave. 1 Corintios 15:20–23.</w:t>
      </w:r>
    </w:p>
    <w:p>
      <w:pPr>
        <w:pStyle w:val="ArticleBody"/>
        <w:jc w:val="left"/>
      </w:pPr>
      <w:r>
        <w:rPr>
          <w:rFonts w:ascii="Times New Roman" w:hAnsi="Times New Roman" w:eastAsia="Times New Roman" w:cs="Times New Roman"/>
        </w:rPr>
        <w:t>Cristo ha’e pe yva ypykue jeikuave’ẽ ipu’akapávo omanóva apytégui, ha upéva ohechauka ñepyrũrã “Pentecostés ára pukukue” rehegua, opáva pe yva ypykue jeikuave’ẽ reheve Pentecostés-pe. Cristo jeikove jey ha’e cebada, ha pe trigo ha’e umi “upéi” “ha’éva Cristo mba’e ijúvo vove.” Umi “upéi” Cristo jeikove jey rehegua ha’e “umi ha’éva Cristo mba’e ijúvo vove,” upéicha rupi ohechaukávo pe mbyaty paha umi ánga jeroviaha guasu rehegua arapy pahápe, ojehechauka hag̃uáicha umi mbohapy su mil ánga oñembyaty va’ekue Pentecostés-pe.</w:t>
      </w:r>
    </w:p>
    <w:p>
      <w:pPr>
        <w:pStyle w:val="ArticleBody"/>
        <w:jc w:val="left"/>
      </w:pPr>
      <w:r>
        <w:rPr>
          <w:rFonts w:ascii="Times New Roman" w:hAnsi="Times New Roman" w:eastAsia="Times New Roman" w:cs="Times New Roman"/>
        </w:rPr>
        <w:t>Pe versíkulo avei oñe’ẽ jeikove jevy rehe, ñemano rapére. Ñemano oñepyrũ vaʼekue Adán ndive ha oguahẽ opa kuimbaʼére, ha upéva oiko “pype” peteĩ “orden” rehehápe. Hechos kuatiápe Pedro omombeʼu, Joel kuatiañeʼẽ oñekumplíma ramo upérõ, yvyporakuéra omondo vaʼerãha ipekadokuéra tenonderã juiciope, ikatu hag̃uáicha oñembogue, oguahẽ vove umi ára piroʼy rehegua Consolador renondégui. Cristo ndomañái kuri umi kuatia juicio rehe oñembogue hag̃ua pekádo upe jave, pe juicio niko opyta gueteri mil ochocientos ary mombyry hag̃uáicha upe tenonderã.</w:t>
      </w:r>
    </w:p>
    <w:p>
      <w:pPr>
        <w:pStyle w:val="ArticleBody"/>
        <w:jc w:val="left"/>
      </w:pPr>
      <w:r>
        <w:rPr>
          <w:rFonts w:ascii="Times New Roman" w:hAnsi="Times New Roman" w:eastAsia="Times New Roman" w:cs="Times New Roman"/>
        </w:rPr>
        <w:t>Pe ñe’ẽ “káda kuimba’e iórdenpe” rehegua oñepyrũ Adán-gui, ha upéicha ohechauka omano vaʼekuérape ojejuzgaha Adán guive umi ára piro’y jevy oguahẽ meve. Arapoty pahague oguahẽ vove, pe huísio ohasáta omanóva kuéragui oikovéva kuéra rehe. Pe ára pukukue ojehechaukáva pe versíkulope (Cristo jeikove jevy guive Pentecostés peve), cebada yva tenonderã guive trígo yva tenonderã peve, ama hoʼa oikóvo pe huísio umi oikovéva rehe, ha ama hoʼárõ guare, pe marandu ama rehe ojehechaukáva omboyke pe trígo pe cizaña-gui. Pe léi domingo-pe, ha’éva Pentecostés, pe trígo ndaijeyvéi oñembojeheʼa cizaña ndive, ha pe ofrénda trígo yva tenonderãgua mokõi mbujape oñemonguʼéva oñemopuʼã yvate. Pe ñemopotĩ rape 9/11 guive pe léi domingo peve avei ojehechauka Malaquías mbohapy-pe, pe Maranduhára Pe Pacto-gua omopotĩ ha avei omongyʼoʼo hag̃ua umi levíta-kuérape, ha upéva ojapo “tata” rupive. “Tata” ha’e peteĩ símbolo peteĩ marandu rehegua, ojehechaukaháicha ku ñe’ẽ tataicha Pentecostés-pe. Pe tembiasakue ojehechávaramo, umi mokõi aty ñembojaʼo, omoheñóiva cien cuarenta y cuatro mil, haʼéva mokõi mbujape oñemonguʼéva ojehechaukáva Pentecostés yva tenonderãramo, tekotevẽkuri oñembojy porãite, pórke haʼekuéra añoite pe ofrénda oguerekóva angaipa taʼanga.</w:t>
      </w:r>
    </w:p>
    <w:p>
      <w:pPr>
        <w:pStyle w:val="ArticleBody"/>
        <w:jc w:val="left"/>
      </w:pPr>
      <w:r>
        <w:rPr>
          <w:rFonts w:ascii="Times New Roman" w:hAnsi="Times New Roman" w:eastAsia="Times New Roman" w:cs="Times New Roman"/>
        </w:rPr>
        <w:t>Umi mokõi mbuja oñemongu’e hag̃uáva oguereko kurepy, ha pe kurepy ha’e angaipa ra’anga. Upéva pe kurepy oñehundi tatápe mbujape, ojehechaukaháicha pe mopotĩharáva tatápe pe Ñe’ẽrã Ñe’ẽme’ẽgua rehegua. Isaías, capítulo veintisiete-pe, omombe’u peteĩ ñomongeta oñepyrũva 9/11-pe, ha’e ohenóiva “kuarahyresẽ yvytu ára”. Pe jehaipyre ombo’e Israel angaipakuéra oñemoĩporãha pe ñomongeta rupive. Pe “ñomongeta” oĩ pe marandu añetegua ama pyahu paha rehegua ha opaite ambue marandu japu ama pyahu paha rehegua oĩva apytépe. Peteĩ marandu ha’e “tata”, ha pe “tata” ha’e pe Ñe’ẽrã Ñe’ẽme’ẽgua oipurúva omopotĩ ha ombogue hag̃ua ky’a. Pe ñomongeta ama pyahu paha rehegua ombogue pe kurepy pe trigógui Pentecostés pe yva tenondete ofrenda hag̃uávape, oñemopu’ãva léi domingo-pe. Umi cien cuarenta y cuatro mil ha’e pe ofrenda trigo rehegua Pentecostés pe yva tenondete, oganáva Huguýpe ojehechaukáramo hag̃ua hekojojáva rupive ha imarandu’ẽ momarangatúpe, pórke jepe pe Ñe’ẽ añónte omomarangatu, upéva ojapo marandu ramo añoite oñembohasáramo. Pe marandu ojehechauka rupi umi cien cuarenta y cuatro mil ikatu oikove, ha peteĩ marandu japu ama pyahu paha rehegua ojehechauka rupi osẽ mano.</w:t>
      </w:r>
    </w:p>
    <w:p>
      <w:pPr>
        <w:pStyle w:val="ArticleScripture"/>
        <w:jc w:val="left"/>
      </w:pPr>
      <w:r>
        <w:rPr>
          <w:rFonts w:ascii="Times New Roman" w:hAnsi="Times New Roman" w:eastAsia="Times New Roman" w:cs="Times New Roman"/>
        </w:rPr>
        <w:t>Haʼekuéra ipuʼaka hese pe Ovecha Ruguýpe, ha pe testimónio ñeʼẽ rupi; ha nohayhúi hikuái hekovekuéra omanó peve. Apocalipsis 12:11.</w:t>
      </w:r>
    </w:p>
    <w:p>
      <w:pPr>
        <w:pStyle w:val="ArticleBody"/>
        <w:jc w:val="left"/>
      </w:pPr>
      <w:r>
        <w:rPr>
          <w:rFonts w:ascii="Times New Roman" w:hAnsi="Times New Roman" w:eastAsia="Times New Roman" w:cs="Times New Roman"/>
        </w:rPr>
        <w:t>Umi ciento cuarenta y cuatro mil osegue Cristo-pe ojeity hag̃ua, ha’e ojeity haguéichaite, profétikamente niko osegue Cristo.</w:t>
      </w:r>
    </w:p>
    <w:p>
      <w:pPr>
        <w:pStyle w:val="ArticleScripture"/>
        <w:jc w:val="left"/>
      </w:pPr>
      <w:r>
        <w:rPr>
          <w:rFonts w:ascii="Times New Roman" w:hAnsi="Times New Roman" w:eastAsia="Times New Roman" w:cs="Times New Roman"/>
        </w:rPr>
        <w:t>Koʼãva hína umi ndojeikyʼaivaʼekue kuñanguéra ndive; haʼekuéra niko virhén hína. Koʼãva hína umi oho hag̃ua pe Ovecha Raʼy rapykuéri ohohápe. Koʼãva ojejogua jey vaʼekue yvyporakuéra apytégui, haʼégui ypykuéra Tupã ha pe Ovecha Raʼýpe guarã. Apocalipsis 14:4.</w:t>
      </w:r>
    </w:p>
    <w:p>
      <w:pPr>
        <w:pStyle w:val="ArticleBody"/>
        <w:jc w:val="left"/>
      </w:pPr>
      <w:r>
        <w:rPr>
          <w:rFonts w:ascii="Times New Roman" w:hAnsi="Times New Roman" w:eastAsia="Times New Roman" w:cs="Times New Roman"/>
        </w:rPr>
        <w:t>Ko ñe’ẽpe irundy, Apocalipsis catorce-pe, umi cien cuarenta y cuatro mil ojehechauka “yva raẽ” ramo. Avei ojehechauka chupekuéra “kuñataĩ” ramo, ha ñandejehegui ojeikuaaukáva omombe’u ñandéve Mateo veinticinco-pegua umi diez kuñataĩ rembiasakue ohechauka Adventista retãgua experiencia. Ndaha’éi añónte “kuñataĩ”, noñemongy’ái avei “kuñanguéra ndive”, pe proceso de prueba ha ñemboja’o oguenohẽva’ekue umi cien cuarenta y cuatro mil ohechauka rupi peteĩ joavy umi cien cuarenta y cuatro mil ha “opaite” religión japu apytépe. “Ko’ãva” osegi pe Ovecha Ra’y-pe oho hag̃uáme ha’e ohohápe, ha yva raẽ ofrenda ramo, tekotevẽ osegi Cristo-pe Hembiapo’asy, Hety oñeñotỹrõ guare ha Jeikove jevy-pe.</w:t>
      </w:r>
    </w:p>
    <w:p>
      <w:pPr>
        <w:pStyle w:val="ArticleBody"/>
        <w:jc w:val="left"/>
      </w:pPr>
      <w:r>
        <w:rPr>
          <w:rFonts w:ascii="Times New Roman" w:hAnsi="Times New Roman" w:eastAsia="Times New Roman" w:cs="Times New Roman"/>
        </w:rPr>
        <w:t>Apocalipsis capítulo once, versículo once-pe, mokõi testígo oñemopuʼã vaʼerãva peteĩ techaukaháramo, oñemano raẽ; upéi mbohapy ára ha mbyte rire oñemopuʼã jevy peteĩ yva tenondegua ofrendáramo, Cristo-icha. Pe yva tenondegua ofrénda, haʼéva ha oikóva Cristo, oguereko ipype pe ñeʼẽmeʼẽ ruguy oñeñohẽvaʼekue ikatu hag̃uáicha ojoguávo umi oikovaʼekue pirapireʼỹ hag̃uáicha peteĩ experiencia Laodiceagua rupive. Peteĩ versículo-pe, (versículo irundy), opa ko mombyky ñemombeʼu umi opaichagua línea tesape proféticogua rehegua, ojoajúva umi cien cuarenta y cuatro mil rehe, oñemoĩ hag̃ua. Ha oñemoĩ Apocalipsis 144-pe Palmoni po rupive, pe papaha hechapyrãva. Peteĩ jevykõi hag̃ua Escritúra-pe ohechauka pe ama pahaguéva rembiasakue, ha pe ama pahaguéva hína upe ha arakaʼeve pe Consolador oñeñohẽ Tupã tavayguakuéra ári.</w:t>
      </w:r>
    </w:p>
    <w:p>
      <w:pPr>
        <w:pStyle w:val="ArticleScripture"/>
        <w:jc w:val="left"/>
      </w:pPr>
      <w:r>
        <w:rPr>
          <w:rFonts w:ascii="Times New Roman" w:hAnsi="Times New Roman" w:eastAsia="Times New Roman" w:cs="Times New Roman"/>
        </w:rPr>
        <w:t>Mba'eichaitépa iporã yvyty ári umi py oguerúva marandu porã, omombe'úva py'aguapy; oguerúva marandu porã iporãva rehegua, omombe'úva ñepysyrõ; he'íva Siónpe: Nde Tupã oisãmbyhy! Nde ñangarekohára kuéra omopu'ãta iñe'ẽ; oñondivepa opurahéita hikuái: ohecháta rupi ojoja hag̃ua, Ñandejára oguerujeývo Sión. Pevy'a pende py'aite guive, pepurahéi oñondive, peẽ Jerusalén tenda kuéra oñehundíva: Ñandejára ombopy'aguapy hekopegua, ha oipysyrõ Jerusalén. Ñandejára ohechauka hag̃ua ijyva marangatu opa tetã renondépe; ha opa yvy apýra ohecháta ñande Tupã ñepysyrõ. Pesẽke, pesẽke, pesẽ upégui, ani pepoko mba'e ky'áre; pesẽ ipytũmby mbytégui; peñemopotĩke, peẽ peraháva Ñandejára mba'eryru kuéra. Isaías 52:7–11.</w:t>
      </w:r>
    </w:p>
    <w:p>
      <w:pPr>
        <w:pStyle w:val="ArticleBody"/>
        <w:jc w:val="left"/>
      </w:pPr>
      <w:r>
        <w:rPr>
          <w:rFonts w:ascii="Times New Roman" w:hAnsi="Times New Roman" w:eastAsia="Times New Roman" w:cs="Times New Roman"/>
        </w:rPr>
        <w:t>Sión H6726 ha’e peteĩchaite H6725 rehe, he’iséva “jekuaapy porãite réra; peteĩ yvyra mandu’arã térã ñesãmbyhyha: – techaukaha, título, tape rechaukaha.” Sión ha’e peteĩ símbolo pe estandár rehegua umi cien cuarenta y cuatro mil rehegua, ha pe pasáhepe ha’ekuéra oikéma rire pe ama pahápeguápe, pórke oikuaauka ha ohechaukamáma pe marandu porã py’aguapýre rehegua. Upéicha avei upe añeteguápe he’iháicha ha’ekuéra ohecha “tesa ojohecha hag̃uáicha”, upéva ohechauka umi temimbo’e Pentecostés-pe, pórke umi pa ára Pentecostés mboyvegua ohechauka peteĩ joajuha ára. Ñandejára “oimehague”, (ohechaukáva ára ohasava’ekue), ojapóma mbohapy mba’e umi oguerúva marandu porã rehehápe. Ha’e “ombopy’aroryma hetãme,” “opororredimíma Jerusalén-pe” ha “ohechaukapaite ijyva marangatu opa tetã renondépe.”</w:t>
      </w:r>
    </w:p>
    <w:p>
      <w:pPr>
        <w:pStyle w:val="ArticleBody"/>
        <w:jc w:val="left"/>
      </w:pPr>
      <w:r>
        <w:rPr>
          <w:rFonts w:ascii="Times New Roman" w:hAnsi="Times New Roman" w:eastAsia="Times New Roman" w:cs="Times New Roman"/>
        </w:rPr>
        <w:t>Ha’e “ombopy’a guasu” Itavayguápe 9/11-pe, omoñepyrũvo upépe peteĩ proceso jehechapyre rehegua Malaquías mbohapyha kapítulopegua, oguahẽva ipahápe pe arapokõindy léi jave, ha’e omopu’ãvo pe poyvi yva tenondegua ofrénda rehegua, ojehechauka háicha “ohejáva ijyva marangatu opi jekuaa opa tetãnguéra resa renondépe.” Ha’e ombopy’a guasu, opororredimi ha omopu’ã yvate pe cien cuarenta y cuatro mil. 9/11-pe ombopy’a guasu ha omoñepyrũ pe mopotĩrã rape, upépe ojerredimi Itavayguápe ha upéi omopu’ã chupekuéra peteĩ poyvirõ, térã, he’iháicha Malaquías, “Judá ha Jerusalén ofrénda toiko he’ẽ hag̃uáicha” “ára yma guaréicha.”</w:t>
      </w:r>
    </w:p>
    <w:p>
      <w:pPr>
        <w:pStyle w:val="ArticleScripture"/>
        <w:jc w:val="left"/>
      </w:pPr>
      <w:r>
        <w:rPr>
          <w:rFonts w:ascii="Times New Roman" w:hAnsi="Times New Roman" w:eastAsia="Times New Roman" w:cs="Times New Roman"/>
        </w:rPr>
        <w:t>Ha’e oguapýta peteĩ omopotĩháicha ha omboguejyháicha pláta: ha’e omopotĩta Leví ra’ykuérape, ha omopotĩmbáta chupekuéra óro ha plátaicha, ikatu hag̃uáicha ogueru hikuái Ñandejárape peteĩ ofrénda tekojoja reheve. Upéi Judá ha Jerusalén ofrénda porãta Ñandejárape, yma guaréicha, ha ary yma guaréicha. Malaquías 3:3, 4.</w:t>
      </w:r>
    </w:p>
    <w:p>
      <w:pPr>
        <w:pStyle w:val="ArticleBody"/>
        <w:jc w:val="left"/>
      </w:pPr>
      <w:r>
        <w:rPr>
          <w:rFonts w:ascii="Times New Roman" w:hAnsi="Times New Roman" w:eastAsia="Times New Roman" w:cs="Times New Roman"/>
        </w:rPr>
        <w:t>Ñamohu'ãta ñane ñeñangareko “mboy araka'e peve” rehegua ambue artículope.</w:t>
      </w:r>
    </w:p>
    <w:p>
      <w:pPr>
        <w:pStyle w:val="ArticleScripture"/>
        <w:jc w:val="left"/>
      </w:pPr>
      <w:r>
        <w:rPr>
          <w:rFonts w:ascii="Times New Roman" w:hAnsi="Times New Roman" w:eastAsia="Times New Roman" w:cs="Times New Roman"/>
        </w:rPr>
        <w:t>“‘Máva oipejuha ipope, ha omopotĩmbaitéta hína ipisoha, ha ombyatýta itrígo pe ñongatuha ryepýpe.’ Mateo 3:12. Kóva vaʼekue peteĩ umi ára ñemopotĩha apytégui. Añetegua ñeʼẽ rupive, pe ñotỹrã kangue ojepeʼa hína pe trígogui. Oĩgui heta itekovai reí ha oñemombaʼeguasuetereíva ijehe, ndorohupytýi hag̃ua ñemoñeʼẽ; ha hetágui ohayhuetereíva ko yvy arigua, ndoguerohorýi hag̃ua tekove ñemomirĩ rehegua, oĩ heta ojei vaʼekue Jesús-gui. Heta tapicha koʼág̃a peve ojapo gueteri upéicha. Ánga-kuéra ojehaʼã ko árape, ojehaʼárõ guare umi temimboʼe Capernaum sinagógape. Pe añetegua oguahẽ jave korasõ peve, haʼekuéra ohecha hekove ndojokupytýiha Tupã rembipota ndive. Ohecha tekotevẽha peteĩ ñemoambue tuichaitereíva ijehekuéra; péro ndoipotái ojapyhy pe tembiapo jejokopyre ha oñemboykéva ijehegui. Upévare ipochy iangaipa ojekuaaukávo. Oho hag̃ua oñembojeguaru hag̃uáicha, peteĩcha umi temimboʼe oheja haguéicha Jesúspe, oñeʼẽngururu hikuái: ‘Kóva ningo peteĩ ñeʼẽ hasýva; máva piko ikatu ohendu upéva?’”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Joél ha pe Tupao Adventista Mokõiha Ára-guigua Laodicea-peguáva - Papapy Poha’ẽ"}</dc:title>
  <dc:subject>Mbovypa peve? Pe Sello Poha’ẽva’ẽ hag̃ua hag̃uáicha.</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