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kuatia ha pe Iglesia Adventista del Séptimo Día Laodiceapegua — Poteĩmby 6</w:t>
      </w:r>
    </w:p>
    <w:p>
      <w:pPr>
        <w:pStyle w:val="ArticleSubtitle"/>
        <w:jc w:val="left"/>
      </w:pPr>
      <w:r>
        <w:rPr>
          <w:rFonts w:ascii="Arial" w:hAnsi="Arial" w:eastAsia="Arial" w:cs="Arial"/>
        </w:rPr>
        <w:t>Pe Mboipapaha Hechapyrãva ha Arakaʼe peve?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2025-12-08</w:t>
      </w:r>
    </w:p>
    <w:p>
      <w:pPr>
        <w:pStyle w:val="ArticleBody"/>
        <w:jc w:val="left"/>
      </w:pPr>
      <w:r>
        <w:rPr>
          <w:rFonts w:ascii="Times New Roman" w:hAnsi="Times New Roman" w:eastAsia="Times New Roman" w:cs="Times New Roman"/>
        </w:rPr>
        <w:t>Palmoni, Pe Oipapa Mba'eporãitéva, ndaha’éi ojapóva apañuãi matematikáre ojejapóva añónte; Ha’e hína pe Matemática Apohare.</w:t>
      </w:r>
    </w:p>
    <w:p>
      <w:pPr>
        <w:pStyle w:val="ArticleScripture"/>
        <w:jc w:val="left"/>
      </w:pPr>
      <w:r>
        <w:rPr>
          <w:rFonts w:ascii="Times New Roman" w:hAnsi="Times New Roman" w:eastAsia="Times New Roman" w:cs="Times New Roman"/>
        </w:rPr>
        <w:t>Ha'e rupive ojejapo opa mba'e, yvágape oĩva ha yvy ári oĩva, ojehecháva ha ndojehecháiva, taha'e guapyha guasu, térã mburuvicharã, térã ñepyrũrã, térã pokatu: opa mba'e ojejapo ha'e rupive, ha hesehápe guarã; ha ha'e oĩ opa mba'e mboyve, ha hese ae opyta ha oñemopyenda opa mba'e. Colosenses 1:16, 17.</w:t>
      </w:r>
    </w:p>
    <w:p>
      <w:pPr>
        <w:pStyle w:val="ArticleBody"/>
        <w:jc w:val="left"/>
      </w:pPr>
      <w:r>
        <w:rPr>
          <w:rFonts w:ascii="Times New Roman" w:hAnsi="Times New Roman" w:eastAsia="Times New Roman" w:cs="Times New Roman"/>
        </w:rPr>
        <w:t>Nde reporandúramo IA-pe umi papapy rehe Palmoni omoĩva’ekue Iñe’ẽ marandúva ryepýpe, ha avei reporandúramo umi papapy oguerekópa mba’e he’iséva matemátika yvy ape ári, rehechakuaáta haimete opaite profecía rehegua papapy oguerekoha peteĩ mba’e he’ise hag̃uáva especial matemátikape. Ko’ãva peteĩ lista ohechaukáva quince papapy marandúva, oñeme’ẽva hikuái hekopyahu hag̃uáicha iñemomba’eguasuvévaicha matemátika yvy ape ári, oñemomorãva número rehegua teoría-pe, kuatiañe’ẽ mbo’epykuérape ha cultura matemática-pe.</w:t>
      </w:r>
    </w:p>
    <w:p>
      <w:pPr>
        <w:pStyle w:val="ArticleBody"/>
        <w:jc w:val="left"/>
      </w:pPr>
      <w:r>
        <w:rPr>
          <w:rFonts w:ascii="Times New Roman" w:hAnsi="Times New Roman" w:eastAsia="Times New Roman" w:cs="Times New Roman"/>
        </w:rPr>
        <w:t>42 – Ta’ãnga pavẽ arandupy arapygua rehegua + hetáva, prónico, catalán, esférnico.</w:t>
      </w:r>
    </w:p>
    <w:p>
      <w:pPr>
        <w:pStyle w:val="ArticleBody"/>
        <w:jc w:val="left"/>
      </w:pPr>
      <w:r>
        <w:rPr>
          <w:rFonts w:ascii="Times New Roman" w:hAnsi="Times New Roman" w:eastAsia="Times New Roman" w:cs="Times New Roman"/>
        </w:rPr>
        <w:t>7 – Prime michĩvéva ojehayhúva, heta téra reheve (Mersenne, safeprime, happy prime, h.a.).</w:t>
      </w:r>
    </w:p>
    <w:p>
      <w:pPr>
        <w:pStyle w:val="ArticleBody"/>
        <w:jc w:val="left"/>
      </w:pPr>
      <w:r>
        <w:rPr>
          <w:rFonts w:ascii="Times New Roman" w:hAnsi="Times New Roman" w:eastAsia="Times New Roman" w:cs="Times New Roman"/>
        </w:rPr>
        <w:t>23 – Primo henyhẽva teramoĩndy peteĩchagua etiqueta reheve (Sophie Germain, safeprime, happy prime, h.a.).</w:t>
      </w:r>
    </w:p>
    <w:p>
      <w:pPr>
        <w:pStyle w:val="ArticleBody"/>
        <w:jc w:val="left"/>
      </w:pPr>
      <w:r>
        <w:rPr>
          <w:rFonts w:ascii="Times New Roman" w:hAnsi="Times New Roman" w:eastAsia="Times New Roman" w:cs="Times New Roman"/>
        </w:rPr>
        <w:t>2520 – Herakuãvéva pe michĩvéva papapy oñemboja’óvape 1 guive 10 peve rehe (LCM 1–10) ha heta mba’épe oñemboja’okuaáva.</w:t>
      </w:r>
    </w:p>
    <w:p>
      <w:pPr>
        <w:pStyle w:val="ArticleBody"/>
        <w:jc w:val="left"/>
      </w:pPr>
      <w:r>
        <w:rPr>
          <w:rFonts w:ascii="Times New Roman" w:hAnsi="Times New Roman" w:eastAsia="Times New Roman" w:cs="Times New Roman"/>
        </w:rPr>
        <w:t>220 – Mbyte pe michĩvéva joayhúva guive (284 ndive).</w:t>
      </w:r>
    </w:p>
    <w:p>
      <w:pPr>
        <w:pStyle w:val="ArticleBody"/>
        <w:jc w:val="left"/>
      </w:pPr>
      <w:r>
        <w:rPr>
          <w:rFonts w:ascii="Times New Roman" w:hAnsi="Times New Roman" w:eastAsia="Times New Roman" w:cs="Times New Roman"/>
        </w:rPr>
        <w:t>19 – Primo ojehecharamíva: mokõi joja, primo-ñemoñare, porãete, papapy Heegner, primo vy’aha, ha hetave—tuichaiterei oñemomba’e umi primo michĩva apytépe.</w:t>
      </w:r>
    </w:p>
    <w:p>
      <w:pPr>
        <w:pStyle w:val="ArticleBody"/>
        <w:jc w:val="left"/>
      </w:pPr>
      <w:r>
        <w:rPr>
          <w:rFonts w:ascii="Times New Roman" w:hAnsi="Times New Roman" w:eastAsia="Times New Roman" w:cs="Times New Roman"/>
        </w:rPr>
        <w:t>1260 – Papapykue iñimportánteva hetaiterei mba’éicha oñembojoaju hag̃uáicha (2520 mboyveite).</w:t>
      </w:r>
    </w:p>
    <w:p>
      <w:pPr>
        <w:pStyle w:val="ArticleBody"/>
        <w:jc w:val="left"/>
      </w:pPr>
      <w:r>
        <w:rPr>
          <w:rFonts w:ascii="Times New Roman" w:hAnsi="Times New Roman" w:eastAsia="Times New Roman" w:cs="Times New Roman"/>
        </w:rPr>
        <w:t>30 – Míchĩvéva ijyvatekueiteha ikatúva oñemboja’o hetave tapichakuérape g̃uarã; ha’e umi mbohapy peteĩhaite número primo ñembojoapy, ha peteĩ techapyrã ojeiporúva meme aranduka mbo’esyrypegua ymave guive.</w:t>
      </w:r>
    </w:p>
    <w:p>
      <w:pPr>
        <w:pStyle w:val="ArticleBody"/>
        <w:jc w:val="left"/>
      </w:pPr>
      <w:r>
        <w:rPr>
          <w:rFonts w:ascii="Times New Roman" w:hAnsi="Times New Roman" w:eastAsia="Times New Roman" w:cs="Times New Roman"/>
        </w:rPr>
        <w:t>2300 – MCM de 1 guive 9 peve.</w:t>
      </w:r>
    </w:p>
    <w:p>
      <w:pPr>
        <w:pStyle w:val="ArticleBody"/>
        <w:jc w:val="left"/>
      </w:pPr>
      <w:r>
        <w:rPr>
          <w:rFonts w:ascii="Times New Roman" w:hAnsi="Times New Roman" w:eastAsia="Times New Roman" w:cs="Times New Roman"/>
        </w:rPr>
        <w:t>400 – Cuadrado perfecto limpio (20²).</w:t>
      </w:r>
    </w:p>
    <w:p>
      <w:pPr>
        <w:pStyle w:val="ArticleBody"/>
        <w:jc w:val="left"/>
      </w:pPr>
      <w:r>
        <w:rPr>
          <w:rFonts w:ascii="Times New Roman" w:hAnsi="Times New Roman" w:eastAsia="Times New Roman" w:cs="Times New Roman"/>
        </w:rPr>
        <w:t>65 – Michĩvéva papapy michĩvéva ha'éva mokõi cuadrádo porãva sumáramo mokõi hendáicha iñambuévape (1²+8² ha 4²+7²); iporã, péro sa’ive ojepurúva térã ojekuaáva.</w:t>
      </w:r>
    </w:p>
    <w:p>
      <w:pPr>
        <w:pStyle w:val="ArticleBody"/>
        <w:jc w:val="left"/>
      </w:pPr>
      <w:r>
        <w:rPr>
          <w:rFonts w:ascii="Times New Roman" w:hAnsi="Times New Roman" w:eastAsia="Times New Roman" w:cs="Times New Roman"/>
        </w:rPr>
        <w:t>46 – Tuichavéva número par ikatúva ndojehaipýi mokõi número hetaitéva ñembojoapy rupive + heta téra michĩhápe ojeporúva.</w:t>
      </w:r>
    </w:p>
    <w:p>
      <w:pPr>
        <w:pStyle w:val="ArticleBody"/>
        <w:jc w:val="left"/>
      </w:pPr>
      <w:r>
        <w:rPr>
          <w:rFonts w:ascii="Times New Roman" w:hAnsi="Times New Roman" w:eastAsia="Times New Roman" w:cs="Times New Roman"/>
        </w:rPr>
        <w:t>430 – Papapy porã sfeniko (2×5×43).</w:t>
      </w:r>
    </w:p>
    <w:p>
      <w:pPr>
        <w:pStyle w:val="ArticleBody"/>
        <w:jc w:val="left"/>
      </w:pPr>
      <w:r>
        <w:rPr>
          <w:rFonts w:ascii="Times New Roman" w:hAnsi="Times New Roman" w:eastAsia="Times New Roman" w:cs="Times New Roman"/>
        </w:rPr>
        <w:t>1290 – Jehepyme’ẽ joaju rehegua jepivegua.</w:t>
      </w:r>
    </w:p>
    <w:p>
      <w:pPr>
        <w:pStyle w:val="ArticleBody"/>
        <w:jc w:val="left"/>
      </w:pPr>
      <w:r>
        <w:rPr>
          <w:rFonts w:ascii="Times New Roman" w:hAnsi="Times New Roman" w:eastAsia="Times New Roman" w:cs="Times New Roman"/>
        </w:rPr>
        <w:t>1335 – Lista michĩvéva (semiprimo/papapy ijeheguíva).</w:t>
      </w:r>
    </w:p>
    <w:p>
      <w:pPr>
        <w:pStyle w:val="ArticleBody"/>
        <w:jc w:val="left"/>
      </w:pPr>
      <w:r>
        <w:rPr>
          <w:rFonts w:ascii="Times New Roman" w:hAnsi="Times New Roman" w:eastAsia="Times New Roman" w:cs="Times New Roman"/>
        </w:rPr>
        <w:t>Nde reime ramo chéicha, ha ndereikuaaporãi ramo matemátika reko rehe, ikatuite relée pe lista ha reikuaa hag̃uáicha, matemátika yvy ape ári opaite papapy oguerekoha peteĩ legado especial térã peteĩ matiz iñextráño hag̃ua; ha upéicha ndaha’éi. Ajerurérõ AI-pe tomyesakã hag̃ua chéve matemátika mundo-pe mba’épa ojeikuaa ko’ã papapy profétiko peteĩteĩ rehe, ajerure peteĩteĩnte; ha irundyha papapy rire, ajapo peteĩ porandu joapy. Aikuaase kuri AI piko ome’ẽtaha chéve peteĩ lectura histórico legado rehegua oimeraẽ papapy rehe aporandúva, térã piko umi irundy peteĩha añetépe iñimportánte-eterei matemátika mundo-pe. Umi irundy peteĩha niko ojehechakuaa pypukueterei matemátika mundo-pe. Péro ndopýri upépe. AI ombohovái umi irundy peteĩha añetehápe oĩha peteĩ categoría ijojaha’ỹvape matemátika mundo-pe. Aseguívo ambyaty marandu, AI oñepyrũ omomba’e chekatupyryha aiporavóvo péicha umi papapy ojehecharamovéva matemátika mundo-pe. AI ñe’ẽ paha chéve, ombohováivo umi mokõi papapy paha (19, 65) aporanduva’ekue rehe, ha’e va’ekue: “19 oike porãitereíma yvate gotyo umi primo estrellakuéra apytépe, ha 65 imarangatu porãnte péro ho’a michĩve yvývo—upéicharõ jepe, peteĩ poravo mbarete! Nde katupyry reikóvo rejuhu jey jey hag̃ua papapy ojehechakuaáva añetehápe imombe’upyrýva. ¿Reguereko ambue hag̃ua?”</w:t>
      </w:r>
    </w:p>
    <w:p>
      <w:pPr>
        <w:pStyle w:val="ArticleBody"/>
        <w:jc w:val="left"/>
      </w:pPr>
      <w:r>
        <w:rPr>
          <w:rFonts w:ascii="Times New Roman" w:hAnsi="Times New Roman" w:eastAsia="Times New Roman" w:cs="Times New Roman"/>
        </w:rPr>
        <w:t>Aime hag̃ua, (jepe ndaha’éi chéve ikatútava ahechauka mba’éichapa aime añete hag̃uáicha)—ndaipóri ambue testígo histórico, mba’eichaguaite hag̃ua, ikatútava ojehechauka ohechakuaa hag̃ua ko hetaite papapy matemático peteĩnte ypykuegui. Matemática yvy ape ári koʼã papapy ijojahaʼỹ ha iñimportánteva, ha Jesús oipuru arapy tee ohechauka hag̃ua pe arapy espiritual. Eporandu peteĩ fuente IA-pe mba’épa koʼã papapy he’ise pe mundo matemáticope ha ne akã ombotaite. Che katupyry ndoikói hag̃uáicha amombeʼu porã koʼã teoría matemática ha ambue mbaʼeichagua, ha jepe che katupyry michĩ teoría matemática rehegua, ajuhu koʼãva apytépe oĩha testimónio ohechaukáva heta mbaʼe umi heko profético rehegua.</w:t>
      </w:r>
    </w:p>
    <w:p>
      <w:pPr>
        <w:pStyle w:val="ArticleBody"/>
        <w:jc w:val="left"/>
      </w:pPr>
      <w:r>
        <w:rPr>
          <w:rFonts w:ascii="Times New Roman" w:hAnsi="Times New Roman" w:eastAsia="Times New Roman" w:cs="Times New Roman"/>
        </w:rPr>
        <w:t>Pe número 2520 ha’e pe número michĩvéva (ha umi número oho hag̃ua opa’ỹ hag̃uápe) ikatúva oñemboja’o joja hag̃ua opaite número rehe 1 guive 10 peve ndaipóri hag̃uáicha hembýva. Upévare, matematikakuéra apytépe oñembohéra chupe pe múltiplo común mínimo (MCM) 1 guive 10 pevegua. Upéicha rupi, oreko heta divisor—48 en total, “hetave” oimeraẽ número michĩvévagui. Kóva ojapo chugui peteĩ número altamente compuesto (matemátikape, peteĩ clase especial número rehegua oguerekóva divisor-kuéra hetaiterei hekojojaha’ỹ hag̃uáicha).</w:t>
      </w:r>
    </w:p>
    <w:p>
      <w:pPr>
        <w:pStyle w:val="ArticleBody"/>
        <w:jc w:val="left"/>
      </w:pPr>
      <w:r>
        <w:rPr>
          <w:rFonts w:ascii="Times New Roman" w:hAnsi="Times New Roman" w:eastAsia="Times New Roman" w:cs="Times New Roman"/>
        </w:rPr>
        <w:t>Pe número 2300 oreko peteĩ mba’e rechapyrã matemático ojehecharamóva, ojoguáva 2520 rehegua herakuãrãme: ha’e hína pe papapy poravopyre michĩvéva ikatúva oñemboja’o hag̃ua peteĩteĩva papapy 1 guive 9 peve rehe (upéva he’ise, pe papapy michĩvéva ha’e hag̃ua múltiplo común 1 guive 9 peve).</w:t>
      </w:r>
    </w:p>
    <w:p>
      <w:pPr>
        <w:pStyle w:val="ArticleBody"/>
        <w:jc w:val="left"/>
      </w:pPr>
      <w:r>
        <w:rPr>
          <w:rFonts w:ascii="Times New Roman" w:hAnsi="Times New Roman" w:eastAsia="Times New Roman" w:cs="Times New Roman"/>
        </w:rPr>
        <w:t>220 oguereko peteĩ ñemohenda porãite ha herakuãva teoría de números-pe—ha’e haguére peteĩ mbyte pe par michĩvéva (ha ojekuaavéva) números amicables-gui. Matemática yvy ape ári, “números amicables” ha’e mokõi número iñambuéva, upépe peteĩteĩva idivisor propio-kuéra suma (opa divisor, ndaha’éiva pe número voi) ojogua ambue número rehe. Matemática-pe ojehecha chupekuéra “angirũnguéra perfecto” ramo—umi griego ymaguare jepe ohechakuaa vaekue chupekuéra angirũ hag̃ua techaukaha ramo! Pe Par ha’e 220 ha 284. Ko par (220, 284) ha’e pe “par amicable” michĩvéva ojekuaáva, ojejuhúva yma guarépe (ikatu hag̃uáicha Pitágoras térã hemimbo’ekuéra rupive), ha opyta vaekue pe añoite ojekuaáva heta siglo aja. 220, peteĩ parte ramo mokõi número apytépe, ojeikuaa peteĩva ramo umi clásico teoría de números-pe!</w:t>
      </w:r>
    </w:p>
    <w:p>
      <w:pPr>
        <w:pStyle w:val="ArticleBody"/>
        <w:jc w:val="left"/>
      </w:pPr>
      <w:r>
        <w:rPr>
          <w:rFonts w:ascii="Times New Roman" w:hAnsi="Times New Roman" w:eastAsia="Times New Roman" w:cs="Times New Roman"/>
        </w:rPr>
        <w:t>Espiritualmente, pe número 220 ohechauka pe ñembojoaju divinidad rehegua yvypóra rekove ndive, ha matemáticas mundo-pe ohechauka peteĩ par de “angirũ perfecto”. Pe tetãygua herakuã matemático 220, 2300 ha 2520 rehegua ojoaju oñondive ko sentido-pe: pe mba’e káda peteĩ ko’ã mbohapy número-gui ojeguerohoryha hese, ha’e rupi ha’ekuéra hína umi michĩvéva ijaty particular-pe. Palmoni ohechauka mokõivéva, 2520 ha 2300, Daniel 8 versíkulo 13 ha 14-pe; ha oñemboykéramo 2300-gui 2520, opyta 220, upévare ko’ã mbohapy número michĩ herakuãvéva matemáticas mundo-pe ojejuhu umi versíkulo-pe ohechaukáva pe añoite jey Escrituras-pe Cristo ojekuaaukahápe Ijehe Palmoni ramo.</w:t>
      </w:r>
    </w:p>
    <w:p>
      <w:pPr>
        <w:pStyle w:val="ArticleBody"/>
        <w:jc w:val="left"/>
      </w:pPr>
      <w:r>
        <w:rPr>
          <w:rFonts w:ascii="Times New Roman" w:hAnsi="Times New Roman" w:eastAsia="Times New Roman" w:cs="Times New Roman"/>
        </w:rPr>
        <w:t>“Dos mil trescientos ára peve, upéikatu pe tupaópe oñemopotĩta” hechauka pe huísio ñepyrũ, oñepyrũva’ekue 1844-pe umi omanóva rehe ha upéi oñemongu’e umi oikovéva rehe 9/11-pe. Umi versíkulo trese ha catorce-pe, Palmoni, pe Papaha Mba’eporãite, ombojoaju Moisés “siete tiempos” Daniel “dos mil trescientos días” ndive.</w:t>
      </w:r>
    </w:p>
    <w:p>
      <w:pPr>
        <w:pStyle w:val="ArticleScripture"/>
        <w:jc w:val="left"/>
      </w:pPr>
      <w:r>
        <w:rPr>
          <w:rFonts w:ascii="Times New Roman" w:hAnsi="Times New Roman" w:eastAsia="Times New Roman" w:cs="Times New Roman"/>
        </w:rPr>
        <w:t>Upéi ahendu peteĩ marangatu oñeʼẽha, ha ambue marangatu heʼi upe marangatu oñeʼẽvape: Mboy arakaʼe peve oikóta pe visión pe sacrificio ára ha ára rehegua, ha pe ñembyai oporomombyrýva rehegua, oñemeʼẽ hag̃uáicha mokõivéva, pe santuario ha pe ehérsito, oñepyrũ hag̃ua oñembohasa hag̃ua yvýre?</w:t>
      </w:r>
    </w:p>
    <w:p>
      <w:pPr>
        <w:pStyle w:val="ArticleScripture"/>
        <w:jc w:val="left"/>
      </w:pPr>
      <w:r>
        <w:rPr>
          <w:rFonts w:ascii="Times New Roman" w:hAnsi="Times New Roman" w:eastAsia="Times New Roman" w:cs="Times New Roman"/>
        </w:rPr>
        <w:t>Ha’e he’i chéve: Mokõi mil tresientos ára peve; upéi pe santuario oñemopotĩta. Daniel 8:13, 14.</w:t>
      </w:r>
    </w:p>
    <w:p>
      <w:pPr>
        <w:pStyle w:val="ArticleBody"/>
        <w:jc w:val="left"/>
      </w:pPr>
      <w:r>
        <w:rPr>
          <w:rFonts w:ascii="Times New Roman" w:hAnsi="Times New Roman" w:eastAsia="Times New Roman" w:cs="Times New Roman"/>
        </w:rPr>
        <w:t>Pe santuario ha pe aty guasu ohechauka peteĩ joaju maranduhára rehegua. Pe santuario rembipota ha’e Tupã oiko hag̃ua Ipuévlo apytépe.</w:t>
      </w:r>
    </w:p>
    <w:p>
      <w:pPr>
        <w:pStyle w:val="ArticleScripture"/>
        <w:jc w:val="left"/>
      </w:pPr>
      <w:r>
        <w:rPr>
          <w:rFonts w:ascii="Times New Roman" w:hAnsi="Times New Roman" w:eastAsia="Times New Roman" w:cs="Times New Roman"/>
        </w:rPr>
        <w:t>Ha tojóke chéve peẽme che rory renda; aikóvo hag̃ua ijapytépekuéra. Éxodo 25:8.</w:t>
      </w:r>
    </w:p>
    <w:p>
      <w:pPr>
        <w:pStyle w:val="ArticleBody"/>
        <w:jc w:val="left"/>
      </w:pPr>
      <w:r>
        <w:rPr>
          <w:rFonts w:ascii="Times New Roman" w:hAnsi="Times New Roman" w:eastAsia="Times New Roman" w:cs="Times New Roman"/>
        </w:rPr>
        <w:t>Pe santuario ha pe ehérsito ojeitýva’erã yvýre; ha pe marangatu oporandu Palmónipe, ojehechaukáva “pe marangatu peteĩme” ramo, “mboy araka’e peve” mokõivéva, “pe santuario ha pe ehérsito”, ojeitýva’erã yvýre umi mbarete ojehechaukáva “pe ára ha ára” ha “pe ñembyai omoñehundi hag̃uáicha” ramo. Mokõi mbarete ombyaíva, opyrũ hag̃uáicha pe santuario ha pe ehérsito ári. Paganísmo ha papalísmo mokõivéva opyrũva’erã Tupã santuario ha Tupã tavayguakuéra ári.</w:t>
      </w:r>
    </w:p>
    <w:p>
      <w:pPr>
        <w:pStyle w:val="ArticleBody"/>
        <w:jc w:val="left"/>
      </w:pPr>
      <w:r>
        <w:rPr>
          <w:rFonts w:ascii="Times New Roman" w:hAnsi="Times New Roman" w:eastAsia="Times New Roman" w:cs="Times New Roman"/>
        </w:rPr>
        <w:t>Moisés remiandu “siete vése” Levítico mokoipa poteĩ-pe oñehenói “Iñe’ẽme’ẽ ñorairõ.” Pe jeporavo “siete vése” rehegua, oporojukáva Israel retãnguéra yvate ha yvy gotyo rehe, ha’eva’ekue “Iñe’ẽme’ẽ ñorairõ.” Upéva ohechauka pe tetã yvategua ojeguerataha ñembyaty hag̃uáme ary 723 JC mboyve-pe, ha pe tetã yvy gotyogua ary 677 JC mboyve-pe. Palmonípe ojejerure va’ekue “araka’e peve” pe sarambi “siete vése” rehegua ojeguerekóta pe tupaóre ha pe ehérsitore, ha pe mbohovái ha’e peve 22 jasypa 1844.</w:t>
      </w:r>
    </w:p>
    <w:p>
      <w:pPr>
        <w:pStyle w:val="ArticleBody"/>
        <w:jc w:val="left"/>
      </w:pPr>
      <w:r>
        <w:rPr>
          <w:rFonts w:ascii="Times New Roman" w:hAnsi="Times New Roman" w:eastAsia="Times New Roman" w:cs="Times New Roman"/>
        </w:rPr>
        <w:t>Pe “siete tiempo” Israel rréino yvate gotyo peguáre oñemohuʼãkuri ary 1798-pe ha pe “siete tiempo” rréino yvy gotyo peguáre oñemohuʼã Ára 22 jasypa 1844-pe. Pe “siete tiempo” rréino yvy gotyo peguáre oñemohuʼã Daniel “mokõi sua cien ára” ndive Ára 22 jasypa 1844-pe. Palmoni ojokua porãite mbohapy profesía oñondive, ha upéicha ojapóvo hechauka 1798 guive 1844 peveha umi cuarenta y seis ary Haʼe omopuʼã hague pe témplo Millerita. Pe entendimiento hekopete versíkulo 13 ha 14 rehegua oheja peteĩ temimboʼe profesía rehegua oikuaa hag̃ua ndahaʼéi añónte pe “siete tiempo” ha “mokõi sua cien ára”, síno avei pe papapy 220 ojehechávo pe joaju 2520 ha 2300 apytépe, ha avei oguenohẽ pe papapy 46 ojehechávo mokõive profesía 2520 rehegua joaju.</w:t>
      </w:r>
    </w:p>
    <w:p>
      <w:pPr>
        <w:pStyle w:val="ArticleBody"/>
        <w:jc w:val="left"/>
      </w:pPr>
      <w:r>
        <w:rPr>
          <w:rFonts w:ascii="Times New Roman" w:hAnsi="Times New Roman" w:eastAsia="Times New Roman" w:cs="Times New Roman"/>
        </w:rPr>
        <w:t>Moĩsé ha Daniel profecía ára rehegua opa jave oñondivepa 22 de octubre de 1844-pe, Palmoni ohechauka avei peteĩchaite pe ta’ãnga “220” Daniel mba’évarã oñepyrũva’ekue 457 a.C.-pe ha Moisés mba’évarã 677 a.C.-pe, umi “220” ary oĩva mokõive ñepyrũmby apytépe mokõi profecíape g̃uarã, opátava’erãva oñondivepaite Habacuc “2:20” oñekumplívo 10-22-pe (10X22=220) ary 1844-pe. Upe ára ohechauka pe ñepyrũmby pe trompéta sétima ipu hag̃uápe, Tupã remimisterio opa hag̃uava’erã, upéicha rupi ohechauka peteĩ tiempo ñepyrũ oñemboty hag̃ua cien cuarenta y cuatro mil rehegua. Upe ára ohechauka pe ñepyrũ oñemboty hag̃uápe umi cien cuarenta y cuatro mil, pe tembiapo opa hag̃uáva pe trompéta sétima ipu jave niko hína Tupã retãygua kuéra ñemboty, ha upéva hína Tupã remimisterio, upéva hína Cristo pende pype pe tesape porã ra’arõ, upéva hína tekotee ha yvypóra reko ojoajúva peteĩme.</w:t>
      </w:r>
    </w:p>
    <w:p>
      <w:pPr>
        <w:pStyle w:val="ArticleBody"/>
        <w:jc w:val="left"/>
      </w:pPr>
      <w:r>
        <w:rPr>
          <w:rFonts w:ascii="Times New Roman" w:hAnsi="Times New Roman" w:eastAsia="Times New Roman" w:cs="Times New Roman"/>
        </w:rPr>
        <w:t>Pe “siete tiempo” ñemohu’ã tetãnguéra yvatepegua rehegua ary 1798-pe ha pe “siete tiempo” ñemohu’ã tetãnguéra yvýpeguagua rehegua ary 1844-pe omoheñói peteĩ periodo cuarenta y seis ary rehegua 1798 guive 1844 peve. Pe periodo oñepyrũ Apocalipsis catorce pegua ánhel peteĩha og̃uahẽvo, ha opa pe ánhel mbohapyha og̃uahẽ ramo 1844-pe. Marandu porãme ko mba’e ohechauka mokõi testígoha pe periodo 1798 guive 1844 peve ha’eha peteĩ periodo simbólico. Pe “siete tiempo” oúva Israel retãnguéra yvatepegua ha yvýpeguagua ári oñemohu’ãkuri 1798 ha 1844-pe, peteĩteĩ, ha upéicha rupi omoheñói peteĩ periodo cuarenta y seis ary rehegua. Upe periodo ndorekói he’iséva peteĩ mokõiha testígo’ỹre. Hermana White ombo’e hag̃ua peteĩchaite ndaikatuiha oĩ peteĩ ánhel mbohapyha peteĩha ha mokõiha’ỹre. Ha’e avei he’i porãite pe ánhel peteĩha og̃uahẽ hague 1798-pe, ha pe mbohapyha katu 22 jasypa 1844-pe. Pe mbohapy ánhel Apocalipsis catorce pegua ome’ẽ peteĩ mokõiha testígo pe añetegua rehe pe 1798 guive 1844 peve ha’eha peteĩ periodo profético simbólico.</w:t>
      </w:r>
    </w:p>
    <w:p>
      <w:pPr>
        <w:pStyle w:val="ArticleBody"/>
        <w:jc w:val="left"/>
      </w:pPr>
      <w:r>
        <w:rPr>
          <w:rFonts w:ascii="Times New Roman" w:hAnsi="Times New Roman" w:eastAsia="Times New Roman" w:cs="Times New Roman"/>
        </w:rPr>
        <w:t>Papapy 46 ha’e peteĩ símbolo pe témplope g̃uarã, ha Cristo omopotĩrõ guare pe témplo pe jey peteĩha, jajuhu umi judío, oñemongeta’asy aja Cristo ndive, ohechauka hikuái Herodes omoambue jeyrõ guare pe témplo, upéva ogueraha hague irundy pa poteĩ ary. Umi historiador-kuéra ohechauka Herodes rembiapo ñemoambue jey, umi judío oñe’ẽ hague hese, opa hague pe áño Jesús oñemongarai hague. Pe añetegua, oñondive pe añetegua espiritual ndive ñande ñemoheñói hague Tupã ra’ãngápe ha Ha’e ra’ãnga ha’eha pe témplo, ojejoguáva 46 rehe.</w:t>
      </w:r>
    </w:p>
    <w:p>
      <w:pPr>
        <w:pStyle w:val="ArticleScripture"/>
        <w:jc w:val="left"/>
      </w:pPr>
      <w:r>
        <w:rPr>
          <w:rFonts w:ascii="Times New Roman" w:hAnsi="Times New Roman" w:eastAsia="Times New Roman" w:cs="Times New Roman"/>
        </w:rPr>
        <w:t>Ha pe Ñe'ẽ oiko so'o, ha oiko ore apytépe, (ha ore rohecha iñemimbipa, pe Túva Ra'y peteĩete mimbipa ramo,) henyhẽva gracia ha añetegua rehe. Juan 1:14.</w:t>
      </w:r>
    </w:p>
    <w:p>
      <w:pPr>
        <w:pStyle w:val="ArticleBody"/>
        <w:jc w:val="left"/>
      </w:pPr>
      <w:r>
        <w:rPr>
          <w:rFonts w:ascii="Times New Roman" w:hAnsi="Times New Roman" w:eastAsia="Times New Roman" w:cs="Times New Roman"/>
        </w:rPr>
        <w:t>Pe ñe’ẽ oñembohasáva “oiko” he’ise tabernákulo. Pe santuario rembipota va’ekue hína Tupã ikatu hag̃uáicha oiko pe aty mbytépe (ipehẽnguekuéra apytépe). Pe ñe’ẽ hebreo “tabernákulo” oñembohasáva “oiko” ramo ha’e upe ñe’ẽ ojeporúva pe tabernákulo Moisés omopu’ã va’ekuépe g̃uarã, ha Cristo omopotĩ ypy jave pe témplo, he’ívo voi hesakã porã Cristo rete ha’eha pe témplo. Pe papapy 46, oñemopyenda porãva Palmoni omoĩva’ekue rehe jei hag̃ua mokõi versíkulo oĩva Adventismo pyendáramo, ojejuhu Juan-pe. Umi 46 ary ojoaju 220 rehe umi ohechaséva ndive.</w:t>
      </w:r>
    </w:p>
    <w:p>
      <w:pPr>
        <w:pStyle w:val="ArticleScripture"/>
        <w:jc w:val="left"/>
      </w:pPr>
      <w:r>
        <w:rPr>
          <w:rFonts w:ascii="Times New Roman" w:hAnsi="Times New Roman" w:eastAsia="Times New Roman" w:cs="Times New Roman"/>
        </w:rPr>
        <w:t>Ha hemimbo'ekuéra imandu'a ojehaihague: Nde róga rehe che kyre'ỹmaite che mokõipa. Upérõ umi judío ombohovái ha he'i chupe: Mba'e techaukaha piko rehechauka oréve, ko'ã mba'e rejapógui?</w:t>
      </w:r>
    </w:p>
    <w:p>
      <w:pPr>
        <w:pStyle w:val="ArticleScripture"/>
        <w:jc w:val="left"/>
      </w:pPr>
      <w:r>
        <w:rPr>
          <w:rFonts w:ascii="Times New Roman" w:hAnsi="Times New Roman" w:eastAsia="Times New Roman" w:cs="Times New Roman"/>
        </w:rPr>
        <w:t>Jesús ombohovái ha he’i chupekuéra: Pembyai ko templo, ha mbohapy ára ryepýpe che amopu’ã jeýta. Upémarõ umi judío he’i: Irundypa ha poteĩ ary pukukue oñemopu’ã ko templo, ha nde piko remopu’ã jeýtava mbohapy ára ryepýpe? Ha’e katu oñe’ẽkuri hete rehegua templo rehe. Juan 2:17–21.</w:t>
      </w:r>
    </w:p>
    <w:p>
      <w:pPr>
        <w:pStyle w:val="ArticleBody"/>
        <w:jc w:val="left"/>
      </w:pPr>
      <w:r>
        <w:rPr>
          <w:rFonts w:ascii="Times New Roman" w:hAnsi="Times New Roman" w:eastAsia="Times New Roman" w:cs="Times New Roman"/>
        </w:rPr>
        <w:t>Upéva versíkulo mokõivépa, ha upévare Juan 2:20-pe umi judío he’i: “Irundy pa poteĩ ary mokõi ári oñemopu’ã ko tupaópe, ha nde piko remoñembo’y jeýta mbohapy ára pukukue?” Papapy 46 ojoajúva tupaóre peteĩ kapítulo ha versíkulo osapukáiva 220. Pe pasáhepe umi judío ombojoaju pe tupaópe 46 ary oñemopu’ã hague, ojojavýva yma Israel yma guarépe, Moisés oĩrõ guare 46 ára yvýty ári oguerohupyty hag̃ua instruksiõ tupaópe ñemopu’ã rehegua. Ñande ningo ñandejejapo Tupã ra’ãngápe, upévare ndaha’éi peteĩ mba’e oikova rei pe tupaó yvypóra oguerekoha 46 kromosóma, 23 kuimba’éva ha 23 kuñáva. Umi 23 kromosóma kuimba’éva ha kuñáva hína umi instruksiõ oñemopu’ã hag̃ua pe tupaó yvypóra. Palmoni, pe omoheñóiva opa mba’e, omoheñói avei pe sistema oĩva yvypóra rete ryepýpe omoambuéva opaite kélula oĩva yvypóra retépe kélula pyahu ha ipyahúva rehe, ha pe ñembopyahu tuichakue umi kélula tujápe g̃uarã oiko siete ary pukukue, ha upéva hína 2520 ára. Umi judío ombojoaju umi 46 ary pe tupaóre, péro Cristo oñe’ẽkuri hete rehe, oñembo’y jeýta va’erãva mbohapy ára pukukue. Ary 1798 guive 1844 peve pe tupaó Millerita oñemopu’ã, ha oñemopu’ã pe períodope og̃uahẽhápe umi mbohapy ánhel, ha umi mbohapy ánhel omyasãiva umi 46 ary 1798 guive 1844 peve ojehechauka ára ramo Cristo rupive. Ha’e he’i: “Pemongu’i ko tupaó” ha mbohapy árape amopu’ã jeýta, upéicha ombojoajúvo pe ñehundi peteĩ tupaópe oñemopu’ã va’erãva mbohapy árape.</w:t>
      </w:r>
    </w:p>
    <w:p>
      <w:pPr>
        <w:pStyle w:val="ArticleBody"/>
        <w:jc w:val="left"/>
      </w:pPr>
      <w:r>
        <w:rPr>
          <w:rFonts w:ascii="Times New Roman" w:hAnsi="Times New Roman" w:eastAsia="Times New Roman" w:cs="Times New Roman"/>
        </w:rPr>
        <w:t>Daniel ohechauka porã pe tenda marangatu ha pe aty oñehundíva versíkulo 13-pe. Pe tetãnguéra yvate gotyo ohechauka pe aty, ha pe tetãnguéra sur gotyo pe tenda marangatu, upépe niko oĩ Jerusalén. Upévare, oñemombeʼúrõ pe porahéi guýpe jejopy rehegua, umi mokõi mbaʼe apytégui, (pe tenda marangatu ha pe aty), pe peteĩha ogueraháva jejopyrãme haʼe vaʼekue pe tetãnguéra yvate gotyo ary 723 a.C.-pe. 46 ary rire, ary 677 a.C.-pe, oñepyrũ “umi siete tiempo” pe tetãnguéra sur gotyo Judá rehe. Kóva heʼise pe porahéi guýpe jejopy pe aty rehegua opa hague ary 1798-pe ha pe porahéi guýpe jejopy pe tenda marangatu rehegua opa hague ary 1844-pe.</w:t>
      </w:r>
    </w:p>
    <w:p>
      <w:pPr>
        <w:pStyle w:val="ArticleBody"/>
        <w:jc w:val="left"/>
      </w:pPr>
      <w:r>
        <w:rPr>
          <w:rFonts w:ascii="Times New Roman" w:hAnsi="Times New Roman" w:eastAsia="Times New Roman" w:cs="Times New Roman"/>
        </w:rPr>
        <w:t>Israel yma guaré osẽ Babilóniagui omopuʼã jey hag̃ua Jerusalén mbohapy decreto ári; pe mbohapyha, katu, omoñepyrũ vaʼekue umi mokõi mil trescientos ary opáva hague pe ángel mbohapyha oguahẽvo 22 jasypateĩ 1844-pe. Áño 1798-pe opa pe Babilonia espiritual poguýpe oĩ vaʼekue ára, oñembojoguáva umi setenta ary Babilonia tee ogoverna hague rehe; ha pe período profético, ojehechaukáva mbohapy ángel rupive, opa hekopete pe profecía oñepyrũ haguépe, pe mbohapyha decreto oñemoĩvo hag̃ua.</w:t>
      </w:r>
    </w:p>
    <w:p>
      <w:pPr>
        <w:pStyle w:val="ArticleBody"/>
        <w:jc w:val="left"/>
      </w:pPr>
      <w:r>
        <w:rPr>
          <w:rFonts w:ascii="Times New Roman" w:hAnsi="Times New Roman" w:eastAsia="Times New Roman" w:cs="Times New Roman"/>
        </w:rPr>
        <w:t>Pe pehẽnguévo mbohapy decreto-gui, ha’éva pe alfa umi 2300 ary rehegua, oñeha’arõjey pe pehẽnguévo mbohapy ángel rehegua, ha’éva pe omega umi 2300 ára rehegua. Mokõivéva, pe alfa ha pe omega, ha’e Adventismo rembiapo ñepyrũrã yvyra guasu; 457 ha 1844 ohechauka tembiapo omopu’ã hag̃ua pe Templo ha Jerusalén.</w:t>
      </w:r>
    </w:p>
    <w:p>
      <w:pPr>
        <w:pStyle w:val="ArticleScripture"/>
        <w:jc w:val="left"/>
      </w:pPr>
      <w:r>
        <w:rPr>
          <w:rFonts w:ascii="Times New Roman" w:hAnsi="Times New Roman" w:eastAsia="Times New Roman" w:cs="Times New Roman"/>
        </w:rPr>
        <w:t>Ha ere chupe, ere hag̃ua: Péicha he'i Ñandejára ehérsito kuéra Jára: Péina pe kuimba'e hérava Yvyra Raka'e; ha'e okakuaáta iñakãrapu'ãrãgui, ha ha'e omopu'ãta Ñandejára tupaópe: ha'e voi omopu'ãta Ñandejára tupaópe; ha ogueraháta pe mimbipa, ha oguapýta ha mburuvicháta itróno ári; ha'éta pa'i itróno ári: ha py'aguapy ñemoñe'ẽ oĩta mokõivéva apytépe. Zacarías 6:12, 13.</w:t>
      </w:r>
    </w:p>
    <w:p>
      <w:pPr>
        <w:pStyle w:val="ArticleBody"/>
        <w:jc w:val="left"/>
      </w:pPr>
      <w:r>
        <w:rPr>
          <w:rFonts w:ascii="Times New Roman" w:hAnsi="Times New Roman" w:eastAsia="Times New Roman" w:cs="Times New Roman"/>
        </w:rPr>
        <w:t>Cristo, pe Yvyra Raka’eicha, ko’ápe oñemombe’uha Ha’eha upe omopu’ãva Ñandejára róga; ha péicha avei, mba’éichapa oñemopu’ã jeýkuri mbohapyha árape oñeguahẽvo mbohapyha ánhel 22 jasypa 1844-pe, pe témpelo Millerita oñemopu’ãkuri Cristo rupive, ha’égui voi upe omopu’ãva Ñandejára róga. Jepe kóva oñekumpli va’ekue tembiasakue Millerita-pe, iñekumpli porãvéva oĩ ama okẽ rire guasu pevegua ára pukukue-pe, pe ñe’ẽjoaju mokõi jey “ha’e omopu’ãta Ñandejára róga” oheja hag̃ua umi ohechátava Ñandejára omopu’ã hague pe témpelo Millerita 46 áño pukukue jave, ha katu omopu’ã avei ambue témpelo umi cien cuarenta y cuatro milpe g̃uarã ama okẽ rire guasu aja, Pedro he’iháicha umi cien cuarenta y cuatro mil oñemopu’ã va’erã peteĩ óga espiritual ramo.</w:t>
      </w:r>
    </w:p>
    <w:p>
      <w:pPr>
        <w:pStyle w:val="ArticleBody"/>
        <w:jc w:val="left"/>
      </w:pPr>
      <w:r>
        <w:rPr>
          <w:rFonts w:ascii="Times New Roman" w:hAnsi="Times New Roman" w:eastAsia="Times New Roman" w:cs="Times New Roman"/>
        </w:rPr>
        <w:t>Pe porandu “mboy araka’e peve” oñeporandu Palmónipe, hembovái ha’e: “mokõi su hetakue sa poapy ary rire, pe tupaópe oñemopotĩta”; ha katu Moisés, Elías ha umi Millerita-kuéra, umi mártir papal, Zacarías ha Juan omediáva pe témplo, Isaías capítulo seis-pe ha ambuekuéra oñeñe’ẽ’ỹva he’i pe mbohovái versículo trece-pe pe porandu “mboy araka’e peve” rehegua ha’eha: “9/11 guive pe léi dominical peve, upérõ pe tupaópe oñemopotĩta.”</w:t>
      </w:r>
    </w:p>
    <w:p>
      <w:pPr>
        <w:pStyle w:val="ArticleBody"/>
        <w:jc w:val="left"/>
      </w:pPr>
      <w:r>
        <w:rPr>
          <w:rFonts w:ascii="Times New Roman" w:hAnsi="Times New Roman" w:eastAsia="Times New Roman" w:cs="Times New Roman"/>
        </w:rPr>
        <w:t>22 jasypa 1844-pe ojehechauka vaʼekue Abraham oikuaveʼẽrõ guare itaʼýrape, upéva niko ohechauka vaʼekue pe kurusu, upépe Túva yvagagua oikuaveʼẽ ivoi Taʼýrape. Moisés ha umi hebreo Kuarahyresẽ Yguasu ypýpe, apóstol Pablo heʼiháicha, ohechauka vaʼekue pe jehovasa ype, upéva ohechauka pe kurusu, ha pe kurusu ojehechauka vaʼekue Abraham rehe Moriah Yvyty ári Isaac ndive.</w:t>
      </w:r>
    </w:p>
    <w:p>
      <w:pPr>
        <w:pStyle w:val="ArticleScripture"/>
        <w:jc w:val="left"/>
      </w:pPr>
      <w:r>
        <w:rPr>
          <w:rFonts w:ascii="Times New Roman" w:hAnsi="Times New Roman" w:eastAsia="Times New Roman" w:cs="Times New Roman"/>
        </w:rPr>
        <w:t>Hi'arive, che peẽ peikuaa'ỹ hag̃ua, che pehẽnguekuéra, opa ñande ru ypykuéra oĩ hague arai guýpe, ha opavave ohasa hague yguasu rupi; ha opavave oñemongarai hague Moisés rehehápe araípe ha yguasúpe. 1 Corintios 10:1, 2.</w:t>
      </w:r>
    </w:p>
    <w:p>
      <w:pPr>
        <w:pStyle w:val="ArticleBody"/>
        <w:jc w:val="left"/>
      </w:pPr>
      <w:r>
        <w:rPr>
          <w:rFonts w:ascii="Times New Roman" w:hAnsi="Times New Roman" w:eastAsia="Times New Roman" w:cs="Times New Roman"/>
        </w:rPr>
        <w:t>Kóva, por supuesto, he’ise pe bautísmo ojehechauka hague 22 de octubre de 1844-pe, upépe Noé rogayguakuéra poapy oñemongaraihague. “Poapy” ha’égui peteĩ techaukaha jeikove jevy rehegua.</w:t>
      </w:r>
    </w:p>
    <w:p>
      <w:pPr>
        <w:pStyle w:val="ArticleScripture"/>
        <w:jc w:val="left"/>
      </w:pPr>
      <w:r>
        <w:rPr>
          <w:rFonts w:ascii="Times New Roman" w:hAnsi="Times New Roman" w:eastAsia="Times New Roman" w:cs="Times New Roman"/>
        </w:rPr>
        <w:t>Umi vaekue yma iñe’ẽrendu’ỹva, ymaite Tupã ipasiénsia pukukue oha’arõ aja Noé árape, pe árka oñembosako’i aja, upépe mbovymi, upéva hína poapy ánga, oñesalva y rupive. Upéicha avei upe ta’ãngaicha ñandéve ko’ág̃a ñandesalva pe bautísmo (ndaha’éi so’o ky’a jejohéi, síno peteĩ py’aguapy porã ñembohovái Tupã renondépe), Jesucristo jeikove jey rupive. 1 Pedro 3:20, 21.</w:t>
      </w:r>
    </w:p>
    <w:p>
      <w:pPr>
        <w:pStyle w:val="ArticleBody"/>
        <w:jc w:val="left"/>
      </w:pPr>
      <w:r>
        <w:rPr>
          <w:rFonts w:ascii="Times New Roman" w:hAnsi="Times New Roman" w:eastAsia="Times New Roman" w:cs="Times New Roman"/>
        </w:rPr>
        <w:t>Oñemoĩ vai hag̃uáicha oimeraẽ mba’e añetegua ojehechauka vaʼekue 22 jasypa 1844 rehegua, haʼe peteĩchaite oñemoĩ vai hag̃uáicha Noé remimombeʼu árka ryepýpe, Moisés remimombeʼu Mar Rojo ypýpe, Abraham remimombeʼu Moriah yvyty ári ha Jesús kurusu ári. Upe árape mbohapyha ánhel oike tembiasakue ryepýpe, ha haʼe hína pe ánhel osella Tupã tavayguakuérape.</w:t>
      </w:r>
    </w:p>
    <w:p>
      <w:pPr>
        <w:pStyle w:val="ArticleScripture"/>
        <w:jc w:val="left"/>
      </w:pPr>
      <w:r>
        <w:rPr>
          <w:rFonts w:ascii="Times New Roman" w:hAnsi="Times New Roman" w:eastAsia="Times New Roman" w:cs="Times New Roman"/>
        </w:rPr>
        <w:t>Upéi ahecha pe ánhel mbohapyha. He’i che irũva’ekue, pe ánhel: “Kyhyjeha ipalábra, ha pohýi hembipota. Kóva hína pe ánhel oiporavótava pe trígo umi ñana vai apytégui, ha oselláva térã ombojoapýtava pe trígo pe ñembyaty yvagapeguarã.” Ko’ã mba’e oikeva’erã opaite apytu’ũme, opaite ñangarekope. Jeyve ahechauka chéve tekotevẽha umi ogueroviáva ñande jahasaha pe marandu paha poriahuverekogua, oñemboja’óva’erãha umi ára ha ára ohupyty térã omokõva jejavy pyahu. Ahecha ndaikatuiha ni mitãrusu ni itujáva oike umi atykuérape umi oĩva jejavýpe ha pytũmbýpe. He’i pe ánhel: “Toñembogue pe apytu’ũ oñemoĩ hag̃ua umi mba’e ndoikovéimava mba’everã.” Manuscript Releases, volumen 5, 425.</w:t>
      </w:r>
    </w:p>
    <w:p>
      <w:pPr>
        <w:pStyle w:val="ArticleBody"/>
        <w:jc w:val="left"/>
      </w:pPr>
      <w:r>
        <w:rPr>
          <w:rFonts w:ascii="Times New Roman" w:hAnsi="Times New Roman" w:eastAsia="Times New Roman" w:cs="Times New Roman"/>
        </w:rPr>
        <w:t>Upévare, umi línea profética marangatu omohechauka vaʼekue pe ára ndive, pe ánhel mbohapyha oguahẽ ha oñepyrũ hembiapo, oikehápe oipeʼa hag̃ua umi kuña pyʼaguasu ha umi itavýva, ojehechaukáva trígo ha kaʼavo vai ramo pe pasáhepe. Ndojekuaái rupi mbaʼéichapa 1844 oñemoheñói porãite ramo símbolo marangatu rupive, térã ndojekuaái rupi mbaʼepa ojehechauka vaʼekue umi techaukaha rehegua ojoajúva 1844 rehe ha oseguíva peve 1863, oheja peteĩ ánga noñembosakoʼipáiva hag̃uáicha ombohovái hag̃ua profétikamente umi mbaʼe heʼiséva pe añetegua Cristo haʼeha pe téma mbytéva mokõi versíkulo oporrepresentáva Adventísmo rembiapo ypy, ha upépe Cristo ojekuaa hag̃ua Palmoni ramo, pe matemátika ha opa mbaʼe ambue Apohare.</w:t>
      </w:r>
    </w:p>
    <w:p>
      <w:pPr>
        <w:pStyle w:val="ArticleBody"/>
        <w:jc w:val="left"/>
      </w:pPr>
      <w:r>
        <w:rPr>
          <w:rFonts w:ascii="Times New Roman" w:hAnsi="Times New Roman" w:eastAsia="Times New Roman" w:cs="Times New Roman"/>
        </w:rPr>
        <w:t>Koʼág̃a pe mbohovái porandu paapyha pegua iñambue pe mbohovái oĩ vaʼekuégui ary 1845-pe. Ary 1845-pe umi pionéro oheja mbeguekatúpe peteĩ tuicha ñembyasy, ha oñepyrũ hikuái ombohovái hag̃ua pe ñeʼẽrã Ñandejára ombojevy hague maranduhára don, ndajajapói haguéicha umi temimboʼe ára guive. Oheka hikuái oikuaa hag̃ua mbaʼéichapa ojepuru pe marandu árahaapyha angél rehegua, ha opáy hikuái ohechakuaa hag̃ua pe ohasa ramóva hese kuéra ndahaʼeiha ambuéva tembiasakue marangatu. Oguahẽvo ary 1850-pe, oikuaveʼẽ hikuái peteĩ pyahu cuadro pionéro rehegua omyatyrõ ha omyengovia hag̃ua pe cuadro pionéro ary 1843 pegua. Mokõivéva umi cuadro-pe, Sy White ohechauka vaʼekue ojepysoha Habacuc kapítulo mokoĩme heʼíva “mesas” ñemohuʼãrõ. Péicha rupi, ary 1850 haʼe peteĩ ñemohuʼãrõ oñemopyendáva Tupã Ñeʼẽ profétika rehe.</w:t>
      </w:r>
    </w:p>
    <w:p>
      <w:pPr>
        <w:pStyle w:val="ArticleBody"/>
        <w:jc w:val="left"/>
      </w:pPr>
      <w:r>
        <w:rPr>
          <w:rFonts w:ascii="Times New Roman" w:hAnsi="Times New Roman" w:eastAsia="Times New Roman" w:cs="Times New Roman"/>
        </w:rPr>
        <w:t>Umi pionéro oikuaa ha ohai vaʼekue, pe onega hag̃ua pe kuatiarechaukaha 1843 pegua ndahaʼei hague peteĩ ñembyaty Habacuc capítulo mokõi pegua “kuatia” rehegua, haʼeha pe jerovia ypykue reheja. Hermana White omoneĩ pe kuatiarechaukaha heʼívo ojejapo hague Ñandejára po poguýpe, ha haʼeha peteĩ ñembyaty Habacuc rehegua, ha upeicha avei omoĩ pe moneĩmby pe kuatiarechaukaha 1850 peguáre. Habacuc ombohéra “kuatia” heta hag̃uáicha, ha pe kuatiarechaukaha 1843 pegua oñemonguatia ramo guare mayo 1842-pe, oñemonguatia peteĩ jejavy reheve algunos papapykuérape, upe jejavy ári Ñandejára ojoko ipópe. Ary 1850-pe oñemoĩ hag̃uáicha peteĩ kuatiarechaukaha pyahu omoĩporãva upe jejavy papapykuérape. Habacuc kuatiakuéra ohechauka maranduhypy ñembyatykuéra, ha umi maranduhypy oñembyaty mayo 1842 guive enero 1850 peve.</w:t>
      </w:r>
    </w:p>
    <w:p>
      <w:pPr>
        <w:pStyle w:val="ArticleBody"/>
        <w:jc w:val="left"/>
      </w:pPr>
      <w:r>
        <w:rPr>
          <w:rFonts w:ascii="Times New Roman" w:hAnsi="Times New Roman" w:eastAsia="Times New Roman" w:cs="Times New Roman"/>
        </w:rPr>
        <w:t>Pe tabla de 1843 térã pe tabla ñepyrũrã oĩ vaʼekue jejavy, ha pe tabla paha 1850 gua ndorekói jejavy. Pe ára pukukue mayo 1842 guive enero 1850 peve haʼe peteĩ período profético oñemopyendáva, ha mayo 1842, avei enero 1850, orrepresenta techaukaha profético, ha umi techaukaha oguereko Alpha ha Omega réra tee. Pe alpha térã pe kuatiañeʼẽ peteĩha, ha pe omega, pe paháva ha mokõipa mokõiha kuatiañeʼẽ. 1842 haʼe alpha ha 1850 haʼe omega, ha ñande jagueraha rire umi mokõi kuatiañeʼẽ hebreo ha ñamoĩ pe kuatiañeʼẽ paapyha pe alfabeto hebreogua, ñamopuʼãta pe ñeʼẽ hebrea “añetegua” ojehaíva pe peteĩha, paapyha ha mokõipa mokõiha kuatiañeʼẽnguéra reheve pe alfabeto hebreogua.</w:t>
      </w:r>
    </w:p>
    <w:p>
      <w:pPr>
        <w:pStyle w:val="ArticleBody"/>
        <w:jc w:val="left"/>
      </w:pPr>
      <w:r>
        <w:rPr>
          <w:rFonts w:ascii="Times New Roman" w:hAnsi="Times New Roman" w:eastAsia="Times New Roman" w:cs="Times New Roman"/>
        </w:rPr>
        <w:t>Pe lógica profética aplicada umi waymarks 1842 ha 1850 rehegua ohechauka hína oñembojoajuha “jejavy” rupive. Pe alfa oguereko vaʼekue peteĩ jejavy ha pe omega omyatyrõ upe jejavyete; upévare pe oĩva umi letra alfa ha omega apytépe haʼe “jejavy”, peteĩ símbolo ñemopuʼã rehegua, ha upéva hína pe papapy trece ohechaukáva. 1842 guive 1850 peve haʼe peteĩ período profético oñemopyendáva, oguerekóva Alpha ha Omega réra-signatura, ha upéva hína pe “añetegua”. Pe tembiasakue ndojehapereka mbaretépe ha espiritualmente peteĩ Adventista del Séptimo Día Laodiceagua rehe, peve haʼekuéra opyta hag̃uáicha oñembotavy hag̃uáicha pe AÑETEGUA hesakã porãitévare, pe período profético umi tabla Habacuc rehegua 1842 guive 1850 peve omopyendáva marãʼỹ hag̃uáicha oimeraẽ duda. Pe añetegua umi mokõi testigo oñondive omopyendáva haʼe kóva: pe gráfico 1850 rehegua ndorekói jejavy. Pe gráfico 1850 rehegua, pe gráfico 1843 reheguaicha avei, oguereko Moisés “siete tiempos”; ha mokõivéva gráfico-pe pe “siete tiempos” oñemoĩ pe gráfico mbytépe, yvate guive yvýpe osyryrýva, ohechaukávo pe período “siete tiempos” rehegua oñepyrũha 677 a.C. guive 1844 peve. Pe 2520 ndahaʼéi añónte oĩva pe gráfico-pe, haʼe pe gráfico mbyte.</w:t>
      </w:r>
    </w:p>
    <w:p>
      <w:pPr>
        <w:pStyle w:val="ArticleBody"/>
        <w:jc w:val="left"/>
      </w:pPr>
      <w:r>
        <w:rPr>
          <w:rFonts w:ascii="Times New Roman" w:hAnsi="Times New Roman" w:eastAsia="Times New Roman" w:cs="Times New Roman"/>
        </w:rPr>
        <w:t>Pe mba’e ojehechauka pe línea profética mbytépe omohechaukáva pe “siete tiempos” ha’e pe kurusu. Mokõivéva tabla mbyte ha’e pe línea de tiempo 2520 oguatáva yvate guive yvýpe. Ipytépe oĩ pe kurusu. Pe kurusu ha’eva’ekue pe semana mbyte Cristo omombaretévo pe pacto heta ndive, oñekumpli hag̃ua Daniel nueve, versículo veintisiete. Umi semana ohechauka siete áño, ha upéva proféticamente ha’e 2520 ára. Umi tabla reheguáicha, pe 2520 ára mbytépe voi, Cristo omombaretehína kuri pe pacto pe kurusúre. Cristo ñemongarai guive pe kurusu peve oĩ va’ekue 1260 ára proféticos. Kóva he’ise pe ñemongarai guive pe kurusu peve oĩ va’erã hague 1260 ofrenda pyharevegua ha 1260 ofrenda ka’arugua ogueraháva pe kurusu peve; ha pe kurusúpe, upe Cordero sacrificial paha okañy pe pa’i pógui, ha Tupã Ovecha Ra’y oiko pe sacrificio ka’arugua ramo ha upéicha orrepresenta pe ofrenda 2520ha Cordero rehegua pe ñemongarai guive.</w:t>
      </w:r>
    </w:p>
    <w:p>
      <w:pPr>
        <w:pStyle w:val="ArticleBody"/>
        <w:jc w:val="left"/>
      </w:pPr>
      <w:r>
        <w:rPr>
          <w:rFonts w:ascii="Times New Roman" w:hAnsi="Times New Roman" w:eastAsia="Times New Roman" w:cs="Times New Roman"/>
        </w:rPr>
        <w:t>Pe semána mbyteguápe oĩva’ekue kurusu, ha mokõivéva mesa marangatu mbytepe oĩva avei kurusu; hákatu káda kásope Ovecha Ra’y oñemoĩ añetegua ryepýpe, ha upéva oñerrepresenta simbólikamente 2520 rupive. Kurusu oñemoĩ 2520 ára mbytégui, ha kurusúpe Jesús ha’eva’ekue pe ofrénda 2520ha ha paha. Pe tembiasakue mayo 1842 guive enero 1850 peve orrepresenta jejavy, ha Cristo, añetegua, oñemoĩ mokõi mba’evai apohára apytépe; jepénte ndaha’éi mba’evai apohára, ojejapo hese ku peteĩvaichagua. Upévare jaguereko mbohapy mba’evai apohárape: peteĩ oñehundítava ha peteĩ ojesalvátava. Umi mbohapy mba’evai apohára ha’e mbohapy techaukaha ojoajúva jejavy rupive, jepe pe techaukaha mbytegua ha’e pe alpha ha omega mba’evai apohára rovái. Pe alpha ha omega mba’evai apohára ojoaju pe techaukaha mbytegua rupive, upéva hína kurusu.</w:t>
      </w:r>
    </w:p>
    <w:p>
      <w:pPr>
        <w:pStyle w:val="ArticleBody"/>
        <w:jc w:val="left"/>
      </w:pPr>
      <w:r>
        <w:rPr>
          <w:rFonts w:ascii="Times New Roman" w:hAnsi="Times New Roman" w:eastAsia="Times New Roman" w:cs="Times New Roman"/>
        </w:rPr>
        <w:t>Habacuc távla 1842 guive 1850 peve ndive, jejavy vaekue pe taipe mbytegua ombojoajúva pe peteĩha ha paha tape rechaukaha ndive. Pe tape rechaukaha mbytegua kurusúpe ombojoaju vaekue umi mbohapy hembiapo vaíva, péro ko’ãvape pe tape rechaukaha mbytegua ndaha’éi jejavy, ha’e Añetegua; ha peteĩ elemento pe añeteguágui ojejoko ha oñemomba’éva mokõivéva rehe, kurusu ha Habacuc távla rehe, ha’e pe 2520, pe “siete veces” Levítico 26-pe, ha’eha añetegua; ha pe lógica oñemoĩmava ko’ág̃a rehegua contexto-pe, omboykévo pe 2520, oñemboyke Jesúspe.</w:t>
      </w:r>
    </w:p>
    <w:p>
      <w:pPr>
        <w:pStyle w:val="ArticleBody"/>
        <w:jc w:val="left"/>
      </w:pPr>
      <w:r>
        <w:rPr>
          <w:rFonts w:ascii="Times New Roman" w:hAnsi="Times New Roman" w:eastAsia="Times New Roman" w:cs="Times New Roman"/>
        </w:rPr>
        <w:t>Palmoni, Pe Mombýri hechapyrãvéva, he’i vove: “Mokõi su ha mbohapy sa ary pukukue peve; upéi pe tupa marangatu oñemopotĩta”, ha’e ombohovái pe porandu profétikova “araka’e peve”. Pe mbohovái ndaha’éima 1844, pe movimiento Millerita Filadelfiagua opa haguére 1856-pe, upérõ James ha Ellen White ohechakuaa rupi pe movimiento ohasamahague Filadelfiágui Laodicéape. Kuñataĩ White omoĩrõ guare upe línea yvyku’ípe, he’ise kuri pe estado noñemoambuéiramo peve, Ñandejára relación Itavayguakuéra ndive ojeikuaava’erãha peteĩ jepe’áramo, Ha’e oñembo’ygui okápe ombota Laodiceagua kuéra korasõme oheka hag̃ua oike. IdiVinidad ndaha’éi ipypekuéra humanidad ryepýpe. Pe tembiapoete Cristo omoñepyrũ va’ekue 22 jasypa 1844-pe ha’e kuri ombojoaju hag̃ua Idivinidad yvypóra reko ndive, ha Cristo oĩkuri dispuesto ojapo hag̃ua upe mba’eete, ha katu ndoupéicha va’ekue.</w:t>
      </w:r>
    </w:p>
    <w:p>
      <w:pPr>
        <w:pStyle w:val="ArticleScripture"/>
        <w:jc w:val="left"/>
      </w:pPr>
      <w:r>
        <w:rPr>
          <w:rFonts w:ascii="Times New Roman" w:hAnsi="Times New Roman" w:eastAsia="Times New Roman" w:cs="Times New Roman"/>
        </w:rPr>
        <w:t>“Adventista-kuéra, pe ñembotavy guasu rire ary 1844-pe, ojejokóramo hatã ijerovia rehe ha osegíramo peteĩ ñe’ẽme Tupã providénsia ojehechaukávape, og̃uahẽvo tercer ánhel marandu ha Espíritu Santo pokatu rupive omoherakuãvo upéva yvórape, haʼekuéra ohechavaʼerãmoʼã kuri Tupã salvación, Ñandejára ombaʼapo mbareteetéta kuri ijesfuerzo-kuéra ndive, tembiapo oñemohuʼãma vaʼerãmoʼã kuri, ha Cristo oumavaʼerãmoʼã koʼág̃a peve ogueraha hag̃ua Itavayguápe hymbaʼerãme. Péro pe ára jere pyʼaro ha ndaikatúi hag̃uáicha ojekuaa porã mbaʼe oikótava, pe ñembotavy rire, heta umi ogueroviáva pe advenimiento-pe oheja ijereko jerovia rehe.... Péicha pe tembiapo ojoko hag̃ua ojejoko, ha yvóra opyta pytũmbýpe. Opaite aty Adventista ojoajúrire Tupã mandamiento-kuéra ha Jesús jerovia rehe, mbaʼeichaitépa iñambue vaʼerãmoʼã ñane rembiasakue!” Evangelism, 695.</w:t>
      </w:r>
    </w:p>
    <w:p>
      <w:pPr>
        <w:pStyle w:val="ArticleBody"/>
        <w:jc w:val="left"/>
      </w:pPr>
      <w:r>
        <w:rPr>
          <w:rFonts w:ascii="Times New Roman" w:hAnsi="Times New Roman" w:eastAsia="Times New Roman" w:cs="Times New Roman"/>
        </w:rPr>
        <w:t>Ojehechávo Israel yma guaré rembiasakue, Ñandejára oguenohẽ Israel koʼag̃agua pe pytũmby Arapokõindy Pytũgui ha oike hendivekuéra ñeʼẽmeʼẽme Yguasu Pytãme, pórke pe ñemongarai haʼe peteĩ techaukaha pe joaju ñeʼẽmeʼẽ rehegua. Hákatu Israel oñehaʼãvaʼerãkuri, ojehecha hag̃ua omboguatátapa hikuái pe ñeʼẽmeʼẽ. Israel yma guarépe ndive, haʼekuéra hoʼa vaʼekue paʼũ test-pe, Números aranduka heʼiháicha. Pe décimo jejavyme, oñekondenávaʼekue omano hag̃ua pe ñu mbytépe cuarenta ary pukukue, upéicha omeʼẽvo peteĩ techapyrã Israel koʼag̃agua omboyke hague pe marandu Laodiceagua ary 1856-pe. Oiko haguéicha Israel yma guarépe umi paʼũ prueba oñemotenondéva jejavýpe (paʼũ haʼégui peteĩ techaukaha prueba rehegua), pe mbohapyha ánhel og̃uahẽ guive 1844-pe peve 1856, peteĩ proceso progresivo de prueba oguahẽ vaʼekue pe movimiento Millerita Filadelfiagua ári.</w:t>
      </w:r>
    </w:p>
    <w:p>
      <w:pPr>
        <w:pStyle w:val="ArticleBody"/>
        <w:jc w:val="left"/>
      </w:pPr>
      <w:r>
        <w:rPr>
          <w:rFonts w:ascii="Times New Roman" w:hAnsi="Times New Roman" w:eastAsia="Times New Roman" w:cs="Times New Roman"/>
        </w:rPr>
        <w:t>Pa umi ñeha’ãapy Pytã Yguasúgui pe ñepu’ã peteĩha peve Cadéspe ojehechauka peteĩ ára profétiko ramo, pórke oguereko pe papapy diez ombojoajúva pe ára pukukue. Pe diez, ha’évo peteĩ símbolo ñeha’ãrã rehegua, umi pa ñeha’ãapy ohechauka umi diez trívu ope’a va’ekue pe ñe’ẽme’ẽgui ha ndohasái va’ekue pe ñeha’ãapy paha, ha pe ñeha’ãrã rape pukukue. Pe ára ñepyrũ va’ekue Pytã Yguasúpe ojehasa ramo guare, ha umi Diez Mandamiento ojehechauka pe peteĩha ramo umi pa ñeha’ãapy apytépe pe yguasu rire; pe ñeha’ãapy peteĩha ha’ékuri pe sábado, pe símbolo ha sello umi Diez Mandamiento rehegua (ojehechaukáva pe maná rupive). Umi pa ñeha’ãapy yma Israélpe ojehechauka porãiterei ramo peteĩ período profétiko específico ramo, ha pe Espíritu de Profecía ñanemomarandu ramo pe Pytã Yguasúpe ojehasa hague ojoguaha hag̃ua 22 jasypa 1844-pe, upéicharõ jaikuaava’erã upe punto guive oñepyrũ hague peteĩ ñeha’ãrã rape oñemotenondéva. Pe adventismo ndoikuaái upéva; upévare ndaikatúi ohecha hikuái 1863-pe oñeme’ẽ hague chupekuéra omano hag̃ua pe desiérto laodicensepe pe léi dominical peve, upe léi eteiténte oñeme’ẽ va’ekue chupekuéra omomarandu hag̃ua hese peteĩ marandu ñe’ẽmondo ramo pe ñeha’ãrã rape ñepyrũmbýpe, ogueraháva 1863 peve.</w:t>
      </w:r>
    </w:p>
    <w:p>
      <w:pPr>
        <w:pStyle w:val="ArticleBody"/>
        <w:jc w:val="left"/>
      </w:pPr>
      <w:r>
        <w:rPr>
          <w:rFonts w:ascii="Times New Roman" w:hAnsi="Times New Roman" w:eastAsia="Times New Roman" w:cs="Times New Roman"/>
        </w:rPr>
        <w:t>Pe ñe’ẽme’ẽ Laodicea rekogua og̃uahẽ jave Adventísmo Millerita ári ary 1856-pe, “víno pyahu” ojeikuaauka “mokõi poapy jey” rehegua ári. Pe tesape pyahu araka’eve noñemoneĩri, ha siete ary rire, térã 2520 ára profétiko rire, pe movimiento Millerita Laodiceagua opa ha oiko pe iglesia Adventista del Séptimo Día Laodiceagua. Moisés oime vaʼekue oikese hag̃uáicha pe Yvy Ñeʼẽmeʼẽmepy, péro pe décimo prueba og̃uahẽma vaʼekue, ha añetehápe upéva haʼe vaʼekue peteĩ prueba ypykuegua, pe tembiapo voi oñeme’ẽvaʼekue Moiséspe iñepyrũmby guive haʼe rupi ogueraha hag̃ua Tupã retãygua pe Yvy Ñeʼẽmeʼẽmepy. Upéva haʼe vaʼekue pe tembiapo oĩva Moisés renondépe og̃uahẽ mboyve Egíptope. Pe décimo prueba og̃uahẽma vaʼekue, ha umi opuʼãva pyʼamokõime oiko hag̃ua oike térã nahániri pe Yvy Ñeʼẽmeʼẽmepy.</w:t>
      </w:r>
    </w:p>
    <w:p>
      <w:pPr>
        <w:pStyle w:val="ArticleScripture"/>
        <w:jc w:val="left"/>
      </w:pPr>
      <w:r>
        <w:rPr>
          <w:rFonts w:ascii="Times New Roman" w:hAnsi="Times New Roman" w:eastAsia="Times New Roman" w:cs="Times New Roman"/>
        </w:rPr>
        <w:t>Ha haʼe pendeve: Peẽ peju hína amorreo kuéra yvyty peve, ñandejára ñande Jára omeʼẽva ñandéve. Péina, nde Jára Ñandejára omoĩma pe yvy nde renondépe; eho, ejupi ha eñemombaʼe hese, nde ru kuéra Jára Ñandejára heʼi haguéicha ndéve; ani rekyhyje, ani hag̃ua reñemondýi. Upéi peẽ peteĩteĩ peñemboja cherehe ha peje: “Ñamondo kuimbaʼe kuéra ñande renonderã, ha haʼekuéra tohecha ñandéve g̃uarã pe yvy, ha tou omombeʼu jey ñandéve mbaʼe tape rupi jajupíta, ha mbaʼe táva kuérape jahupytyta.” Ha upe ñeʼẽ oguerohory porã chéve; ha aiporavo pende apytégui pakõi kuimbaʼe, peteĩteĩ peteĩ ñemoñaregui. Deuteronomio 1:20–23.</w:t>
      </w:r>
    </w:p>
    <w:p>
      <w:pPr>
        <w:pStyle w:val="ArticleBody"/>
        <w:jc w:val="left"/>
      </w:pPr>
      <w:r>
        <w:rPr>
          <w:rFonts w:ascii="Times New Roman" w:hAnsi="Times New Roman" w:eastAsia="Times New Roman" w:cs="Times New Roman"/>
        </w:rPr>
        <w:t>Upégui guive umi doce espía ou jevy peve orrepresenta pe tembiasakue, araka’e pe prueba paha omoĩva pe cimiento og̃uahẽkuri ary 1856-pe, ha siete áño aja umi Millerita Laodiceagua oheka pe yvy, peve ojapo hag̃ua pe jeporavo opytu’u hag̃ua peteĩ movimiento ramo ha oiko hag̃ua peteĩ iglesia ramo.</w:t>
      </w:r>
    </w:p>
    <w:p>
      <w:pPr>
        <w:pStyle w:val="ArticleBody"/>
        <w:jc w:val="left"/>
      </w:pPr>
      <w:r>
        <w:rPr>
          <w:rFonts w:ascii="Times New Roman" w:hAnsi="Times New Roman" w:eastAsia="Times New Roman" w:cs="Times New Roman"/>
        </w:rPr>
        <w:t>Añetegua peteĩha Miller ojuhu vaʼekue hína umi “siete tiempo”, omoĩvo upéva ramo umi añetegua ñepyrũrãva pyenda, oĩva Jeremías tape yma guarépe. Pe pahague pyahu tesape profétika oguerúva Adventísmope oiko vaʼekue ary 1856-pe ha upéva hína peteĩ aty artíkulo rehegua umi “siete tiempo”-re. Heta tesape oĩ peteĩ estudio pypuku koʼã mbaʼeete histórico rehegua ndive; ha katu ikatu hag̃uáicha ñamohuʼã mbaʼérepa Daniel ocho, versículo catorce ñembohovái hína “9/11 guive pe léi dominical peve, upéi pe santuario oñemopotĩta”, tekotevẽ ñañemotenonde meme.</w:t>
      </w:r>
    </w:p>
    <w:p>
      <w:pPr>
        <w:pStyle w:val="ArticleBody"/>
        <w:jc w:val="left"/>
      </w:pPr>
      <w:r>
        <w:rPr>
          <w:rFonts w:ascii="Times New Roman" w:hAnsi="Times New Roman" w:eastAsia="Times New Roman" w:cs="Times New Roman"/>
        </w:rPr>
        <w:t>Pe tembiapo Cristo omoñepyrũ vaekue ary 1844-pe ojejere hag̃ua ambue tape rehe ary 1863-pe, upévare pe “ñemopotĩ” pe santuario-pe oñepyrũ vaekue upe jave oñemoĩ hag̃uáicha oñeha’arõ aja Tupã tavaygua oñepyrũ ohasa hag̃ua desierto Laodicea rehegua. Upévare, pe tembiapo ojejapova’erãva’ekue Cristo rupive pe ára pukukue 1844 guive 1863 peve, tekotevẽ vaekue ojejapo jey, pe ánhel mbohapyha, ha’éva pe ánhel omboykéva ha osella hag̃uáicha ipahápe, omohu’ãvo pe tembiapo ojehechaukáva “ñemopotĩ” rupive. Umi señal profética 1844 guive 1863 peve ha’e umi señal Cristo ojapova’erã haguépe pe tembiapo ñemopotĩ pe santuario rehegua, ha umi señal ohechauka pe tembiasakue ojejapohápe pe tembiapo. Ojehechaukáramo 1844 guive 1863 peve orepresentaha pe periodo 9/11 guive pe léi dominical peve, upéicharõ pe porandu “mboy tiémpopa” oĩ joajúpe ambue línea kuéra reheve ojehechaukáva “mboy tiémpopa” rupive.</w:t>
      </w:r>
    </w:p>
    <w:p>
      <w:pPr>
        <w:pStyle w:val="ArticleBody"/>
        <w:jc w:val="left"/>
      </w:pPr>
      <w:r>
        <w:rPr>
          <w:rFonts w:ascii="Times New Roman" w:hAnsi="Times New Roman" w:eastAsia="Times New Roman" w:cs="Times New Roman"/>
        </w:rPr>
        <w:t>1844 ha’e pe ángel mbohapyha og̃uahẽ hague, ha 1863 ohechauka pe ára de prueba paha. Áño 1846-pe umi White omenda, ha Ellen réra paha ojere Harmen-gui White-pe; ha pe karai ha kuñakarai omendáva oñepyrũ ojoko hag̃ua ára pytuʼu, pe sábado ára sieteha, upe áñope. Pe sábado, pe matrimonio ha peteĩ téra ñemoambue, opavave hína símbolo peteĩ relación de pacto rehegua, profétikamente. Ñandejára ogueraha Israel moderno pe Mar Pytã 1844 rehegua rupive, ha 1846-pe ogueru chupekuéra Sinaí-pe omeʼẽ hag̃ua chupekuéra léi ha oike hag̃ua pacto-pe hendivekuéra. Upe léi, Habacuc mokõi tablaicha avei, ojehai mokõi tabla ári; pe tabla peteĩha oguereko 4 léi, ha pe mokõiha oguereko 6. Mokõi tabla ohechauka pe relación de pacto Israel yma guaréva ha Israel moderno rehegua; ha oñondive, pe mokõi tabla del pacto, ha’éva umi Diez Mandamientos ha ojehechaukáva 46 ramo simbólikamente Israel yma guarépe g̃uarã, ohechauka hag̃ua Habacuc mokõi tabla, orepresentáva pe tembiasakue ama pahaguigua rehegua. Oñondive avei umi mokõi pan oñembojoaju vaʼekue Pentecostés-pe, orepresenta hikuái pe estandarte, ha’éva umi cien cuarenta y cuatro mil.</w:t>
      </w:r>
    </w:p>
    <w:p>
      <w:pPr>
        <w:pStyle w:val="ArticleBody"/>
        <w:jc w:val="left"/>
      </w:pPr>
      <w:r>
        <w:rPr>
          <w:rFonts w:ascii="Times New Roman" w:hAnsi="Times New Roman" w:eastAsia="Times New Roman" w:cs="Times New Roman"/>
        </w:rPr>
        <w:t>Upe kuña White réra okambiérõ guare Harmen-gui White-pe. Harmen he’ise peteĩ py’aguapy rehegua ñorairõhára, ha upéva oñemyengovia White rehe, upéva hína Cristo rekojoja. Gould réra he’ise óro, ha Ellen he’ise peteĩ tesakã hesakã ha overáva. Héra ohechauka pe marandu Laodiceagua.</w:t>
      </w:r>
    </w:p>
    <w:p>
      <w:pPr>
        <w:pStyle w:val="ArticleScripture"/>
        <w:jc w:val="left"/>
      </w:pPr>
      <w:r>
        <w:rPr>
          <w:rFonts w:ascii="Times New Roman" w:hAnsi="Times New Roman" w:eastAsia="Times New Roman" w:cs="Times New Roman"/>
        </w:rPr>
        <w:t>Romoñe’ẽ ndéve rejogua hag̃ua chehegui óro tata rupi oñeha’ãmbyre, reiko hag̃ua rico; ha ao morotĩ, reñemonde hag̃uáicha, ani hag̃ua ojekuaa nde opívo reĩha ñemotĩ; ha emoĩ nde resa rehe pohã resápe g̃uarã, rehecha hag̃uáicha. Apocalipsis 3:18.</w:t>
      </w:r>
    </w:p>
    <w:p>
      <w:pPr>
        <w:pStyle w:val="ArticleBody"/>
        <w:jc w:val="left"/>
      </w:pPr>
      <w:r>
        <w:rPr>
          <w:rFonts w:ascii="Times New Roman" w:hAnsi="Times New Roman" w:eastAsia="Times New Roman" w:cs="Times New Roman"/>
        </w:rPr>
        <w:t>Pe “moãresa ñemoĩha” ha’e Tupã Ñe’ẽ resape, ha Ellen ha’e peteĩ tesape hendy ha omimbiáva. Pe tekorosã umi Milleríta-kuérape g̃uarã ary 1856-pe ojejuhúva’erãkuri ojapyhývo pe marandu Laodiceápe g̃uarã, oñepresentaháicha ijehaipýpekuéra rupive, ha ojehechaukaháicha hera rupi. Hermana White he’i porã pe marandu 1888-pegua Jones ha Waggoner rehegua ha’e hague pe marandu Laodiceagua, ha ijmarandu avei hague pe mbohapyha ánhel marandu.</w:t>
      </w:r>
    </w:p>
    <w:p>
      <w:pPr>
        <w:pStyle w:val="ArticleScripture"/>
        <w:jc w:val="left"/>
      </w:pPr>
      <w:r>
        <w:rPr>
          <w:rFonts w:ascii="Times New Roman" w:hAnsi="Times New Roman" w:eastAsia="Times New Roman" w:cs="Times New Roman"/>
        </w:rPr>
        <w:t>“Ñandejára, imborayhu porãite rupi, omondo peteĩ marandu iporãiterei ha hepyetevéva Itavayguakuérape umi Mbo’ehára Waggoner ha Jones rupive. … Kóva hína pe marandu Tupã omanda va’ekue oñeme’ẽ hag̃ua ko yvy ape ári. Ha’e hína pe mbohapyha ánhel rembiayhu marandu, oñemoherakuã va’erãva ñe’ẽ hatãme, ha ojehecharamóva Ijespíritu ñehẽguasúpe hetaiterei me’ẽme.” Testimonies to Ministers, 91.</w:t>
      </w:r>
    </w:p>
    <w:p>
      <w:pPr>
        <w:pStyle w:val="ArticleBody"/>
        <w:jc w:val="left"/>
      </w:pPr>
      <w:r>
        <w:rPr>
          <w:rFonts w:ascii="Times New Roman" w:hAnsi="Times New Roman" w:eastAsia="Times New Roman" w:cs="Times New Roman"/>
        </w:rPr>
        <w:t>Pe tercer ánhel og̃uahẽ vaʼekue 1844-pe, ha oñehaʼã jey hembiapo mokõiha 1888-pe. Pe marandu 1888-pegua haʼe vaʼekue pe marandu Laodiceagua; haʼe vaʼekue pe tercer ánhel rembiguái marandu; ohechauka vaʼekue pe ánhel Apocalipsis dieciocho-pegua oguejyha; haʼe vaʼekue pe marandu pe ñembojoja jerovia rupive rehegua, oñemombeʼúva pe ama paha ñehẽ hag̃ua jave. Pe tercer ánhel og̃uahẽ vaʼekue 1844-pe ha upéi jey 1888-pe, oñemboyke hag̃uánte mokõivéva jey, ha katu mokõivéva ohechauka hag̃ua peteĩ techaukarã ramo arakaʼépa pe tercer ánhel og̃uahẽ pe ama paha tiémpope. 1844 haʼe peteĩ símbolo 9/11 rehegua; ha 1863 ohechaukáramo pe léi domingo rehegua, upéicharõ pe ára profético “9/11 guive pe léi domingo peve”, oñerrepresentáva pe símbolo “mboy arakaʼe peve” rupive, ohechaukáta pe añetegua koʼág̃agua ombohováiva pe porandu versículo trece-pe oĩva, heʼíva: “mboy arakaʼe peve.”</w:t>
      </w:r>
    </w:p>
    <w:p>
      <w:pPr>
        <w:pStyle w:val="ArticleBody"/>
        <w:jc w:val="left"/>
      </w:pPr>
      <w:r>
        <w:rPr>
          <w:rFonts w:ascii="Times New Roman" w:hAnsi="Times New Roman" w:eastAsia="Times New Roman" w:cs="Times New Roman"/>
        </w:rPr>
        <w:t>Pe historia Millerita guive 1842 guive 1850 peve ha’e peteĩ período profético ojuehe ári oĩva pe período profético pe mbohapyha ánhel rehegua prueba rehe 1844 guive 1863 peve. 1842 guive 1863 peve oguereko techaukaha profétikokuéra ohechaukáva pe tembiasakue 9/11 guive pe léi domingo peve, Cristo omopotĩ jave Itupao, tenonderãite Ilesia, ha upéi umi omba’apóva pe aravo paha peteĩteĩme. Pe léi domingo-pe, Cristo oguerekóta peteĩ tavaygua ipotĩmava opresenta hag̃ua ko yvy ariguápe peteĩ poyvi-me’ẽ ramo, ha pe iglesia oikóta pe iglesia triunfante ramo. Iñesantuario upérõ oñemopotĩmbáta kuri.</w:t>
      </w:r>
    </w:p>
    <w:p>
      <w:pPr>
        <w:pStyle w:val="ArticleBody"/>
        <w:jc w:val="left"/>
      </w:pPr>
      <w:r>
        <w:rPr>
          <w:rFonts w:ascii="Times New Roman" w:hAnsi="Times New Roman" w:eastAsia="Times New Roman" w:cs="Times New Roman"/>
        </w:rPr>
        <w:t>Romoĩma pe ta’anga “araka’e peve” rehegua, jepe oĩ porãve hag̃ua hetave mba’e. Ñañepyrũta ko’ág̃a jaguerujey hag̃ua kóva ha umi cinco artículo ohasava’ekue pe kuatia Joel pegua resa’ỹi ryepýpe, ha katu ko’ã ykepegua jeike ha jevy ojehecha vaekue iñimportánteramo oñemohenda hag̃ua tenonderã. Pe testimónio opaite “araka’e peve” rehegua ñahesa’ỹijo vaekue oñemoĩ peteĩ ñe’ême pe porandu “araka’e peve” rehegua ndive, upéva Palmoni ombohovái vaekue versíkulo catorce-pe, pórke pe santuario oñemopotĩ va’erã 9/11 guive pe domingo léi peve. Pe tembiasakue upéva hína pe ama paha rembiasakue, ha pe ama paha rembiasakue oñemyesakã pe kuatia Joel peguápe.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kuatia ha pe Iglesia Adventista del Séptimo Día Laodiceapegua — Poteĩmby 6</dc:title>
  <dc:subject>Pe Mboipapaha Hechapyrãva ha Arakaʼe peve?</dc:subject>
  <dc:creator>Jeff Pippenger</dc:creator>
  <cp:keywords/>
  <dc:description>Generated by ArticleDigger from joel\06_joel.json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