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Tupaópegua Ára Paha Adventista Iglesia Laodiceagua — Papapy Pokõi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Papapy Pokõi hag̃ua</w:t>
      </w:r>
    </w:p>
    <w:p>
      <w:pPr>
        <w:pStyle w:val="ArticleBody"/>
        <w:jc w:val="left"/>
      </w:pPr>
      <w:r>
        <w:rPr>
          <w:rFonts w:ascii="Times New Roman" w:hAnsi="Times New Roman" w:eastAsia="Times New Roman" w:cs="Times New Roman"/>
        </w:rPr>
        <w:t>Umi mbovymi artíkulope roike pe ñe'ẽrã The Desire of Ages-gua omombe'úva Cristo oikuaaukaha pe parábola parraltýpegua umi hudío oñe'ẽjoavy ha ojokupytývape. Pe parábola purahéi parraltýpegua ha'e avei pe purahéi Moisés ha pe Cordero rehegua, upéva opurahéiva umi cien cuarenta y cuatro mil; ha inspiración omombe'u ñandéve peteĩ “purahéi” profecía-pe ohechauka peteĩ “jehasakue”. Umi cien cuarenta y cuatro mil osegi pe Cordero-pe mamópa oho hag̃uáicha, upévare ohasáta pe tembiasakue peteĩchagua Cristo ha Moisés ohasava'ekuéicha. Cristo, ypykue Israel rembiasakue proféticogua omega ramo, ha Moisés, ypykue Israel rembiasakue proféticogua alfa ramo, mokõivéva oikove va'ekue ára oñembojojáva, upérõ peteĩ tavayguakuéra yma guarã oĩva pe pacto guýpe oñembohasa hag̃uáicha, ha peteĩ tavayguakuéra pyahu pe pacto pyahu rehegua ojeporavo hag̃uáicha. Umi cien cuarenta y cuatro mil opurahéi pe purahéi Moisés ha pe Cordero rehegua ohasávo peteĩ tembiasakue, upépe peteĩ tavayguakuéra yma guarã oĩva pe pacto guýpe oñembohasa hag̃uáicha, aja Ñandejára oike pacto-pe Itavayguakuéra paha pe pacto rehegua ndive.</w:t>
      </w:r>
    </w:p>
    <w:p>
      <w:pPr>
        <w:pStyle w:val="ArticleBody"/>
        <w:jc w:val="left"/>
      </w:pPr>
      <w:r>
        <w:rPr>
          <w:rFonts w:ascii="Times New Roman" w:hAnsi="Times New Roman" w:eastAsia="Times New Roman" w:cs="Times New Roman"/>
        </w:rPr>
        <w:t>Maranduháicha, Cristo omoĩrõ guare pe parábola, ojokupyty Pedro oñeʼẽrõ guare umi judío joavyvai hag̃ua ojepovyvýivape Pentecostés-pe. Pe apañuãi paha jave, Jesús omoĩrõ pe parábola umi judío joavyvai hag̃uápe, ohechauka umi opurahéiva pe parral rehegua purahéi Efraín kaʼúre hag̃ua. Pedro opurahéi hína upe purahéi peteĩcha Pentecostés-pe, haʼe añoite opurahéi Joel tono-pe. Pe parral rehegua purahéi niko pe purahéi peteĩ tavaygua yma guaréva pe pacto rehegua oñemondóvo ijerére upe jave avei peteĩ tavaygua pyahu pe pacto rehegua oñemendávo Ñandejára ndive. Umi kuñataĩ marangatu oñembotavyvaʼekue ha oike vaʼekue pe arõ puku ryepýpe ohaʼarõ hína vaʼekue pe ñemenda; ha pe ñemyenyhẽ porãite haʼéta hína ohaʼarõha pe peteĩciento cuarenta y cuatro mil ñemboguapy hag̃ua.</w:t>
      </w:r>
    </w:p>
    <w:p>
      <w:pPr>
        <w:pStyle w:val="ArticleBody"/>
        <w:jc w:val="left"/>
      </w:pPr>
      <w:r>
        <w:rPr>
          <w:rFonts w:ascii="Times New Roman" w:hAnsi="Times New Roman" w:eastAsia="Times New Roman" w:cs="Times New Roman"/>
        </w:rPr>
        <w:t>Joel kuatia ñepyrũme, iñakã peteĩhápe omombe’u mba’éichapa Ñandejára parral oñehundi va’ekue umi kaguy ha mboy’u mbarete oy’úva rupi, umi ijuru-gui oñeikytĩ va’ekue pe “kaguy pyahu”. Upe riremínte Jesús omombe’u rire umi judíope ijoguapyha ojeipe’ataha chuguikuéra ha oñeme’ẽtaha peteĩ aty ñemitỹ ñangarekohárape oguenohẽtava parral rembiapo añeteguáva, Jesús omoambue iñe’ẽmbohape ha omombe’u pe ita esquina pe tupaópe oñemboyke va’ekue, ha upéicharõ jepe oiko hag̃uáva pe ita akã. Pe ñepyrũ ojehupyty jeýta hag̃ua pahápe, ha ko añetegua oñemoĩ jave tenondépe, oñerrepresenta “hechapyrãramo”.</w:t>
      </w:r>
    </w:p>
    <w:p>
      <w:pPr>
        <w:pStyle w:val="ArticleBody"/>
        <w:jc w:val="left"/>
      </w:pPr>
      <w:r>
        <w:rPr>
          <w:rFonts w:ascii="Times New Roman" w:hAnsi="Times New Roman" w:eastAsia="Times New Roman" w:cs="Times New Roman"/>
        </w:rPr>
        <w:t>Pe “mbojojaha peteĩha rehegua” Ñandejára Ñe’ẽme ñanemomarandu, Joel oñe’ẽ raẽgui parral ñehundíre, upévare upéva ha’e hína iñe’ẽtestimónio punto principal. Joel ndaha’éi año, opa proféta guasu ombohape ijatestimónio oñe’ẽvo Israel angaipakuéra ha okañy vaʼekue rekóre.</w:t>
      </w:r>
    </w:p>
    <w:p>
      <w:pPr>
        <w:pStyle w:val="ArticleBody"/>
        <w:jc w:val="left"/>
      </w:pPr>
      <w:r>
        <w:rPr>
          <w:rFonts w:ascii="Times New Roman" w:hAnsi="Times New Roman" w:eastAsia="Times New Roman" w:cs="Times New Roman"/>
        </w:rPr>
        <w:t>Isaías mokõipa porundy-pe, umi “kuimba’e ñembohoryhára oguerekóva mburuvicha” “Jerusalén”-pe ojehechauka “Efraín ka’u rehegua” ramo, ha avei “ñemomba’eguasu akã rehegua” ramo. “Akã rehegua” ohechauka mburuvicharã, ha “ñemomba’eguasu” ohechauka peteĩ tekotee satanás rehegua.</w:t>
      </w:r>
    </w:p>
    <w:p>
      <w:pPr>
        <w:pStyle w:val="ArticleBody"/>
        <w:jc w:val="left"/>
      </w:pPr>
      <w:r>
        <w:rPr>
          <w:rFonts w:ascii="Times New Roman" w:hAnsi="Times New Roman" w:eastAsia="Times New Roman" w:cs="Times New Roman"/>
        </w:rPr>
        <w:t>Umi kaʼu are ojehovasa pe rembyre ndive (“teʼỹmby”), haʼéva Tupã “akãjegua” mimbipa, pórke ama pahápe Ñandejára omopuʼã Ijapytépe pe “mburuvicha guasu mimbipa” ojehechauka hag̃uáicha haʼe omopuʼã hague pe “mburuvicha guasu pyʼaporã” kurusúre. Pe mburuvicha guasu pyʼaporã kurusúre ojapo hag̃ua techaukaha pe mburuvicha guasu mimbipa rehegua pe arapokõindy léi jave.</w:t>
      </w:r>
    </w:p>
    <w:p>
      <w:pPr>
        <w:pStyle w:val="ArticleBody"/>
        <w:jc w:val="left"/>
      </w:pPr>
      <w:r>
        <w:rPr>
          <w:rFonts w:ascii="Times New Roman" w:hAnsi="Times New Roman" w:eastAsia="Times New Roman" w:cs="Times New Roman"/>
        </w:rPr>
        <w:t>Ama y okýva oñepyrũ 9/11-pe, oñepyrũramo jepe avei umi ciento cuarenta y cuatro mil ñembyasýi ha pe juicio oikovévape g̃uarã. Pe tiempo de sellamiento-pe Espíritu Santo ñehẽ oñepyrũ 9/11-pe, Jesús opytuʼúrõ guare mbovymi ytykue. Haʼe hína pe cimiento, ha pe Espíritu Santo ñehẽ Pyharepyte Sapyʼa-pe haʼe pe piedra angular paha. “Maravilloso” haʼe peteĩ símbolo pe período rehegua, Espíritu ñehẽ guive “9/11 guive pe ley dominical peve.”</w:t>
      </w:r>
    </w:p>
    <w:p>
      <w:pPr>
        <w:pStyle w:val="ArticleBody"/>
        <w:jc w:val="left"/>
      </w:pPr>
      <w:r>
        <w:rPr>
          <w:rFonts w:ascii="Times New Roman" w:hAnsi="Times New Roman" w:eastAsia="Times New Roman" w:cs="Times New Roman"/>
        </w:rPr>
        <w:t>Pe simbolísmo ojojoguáva ha katu oñombohováiva pe “akã rehegua jeguaka” rehegua, ohechaukáva mburuvicharã, oñemoĩ hag̃ua Isaías mokõipaapyha ñe’ẽmombe’úpe, umi ka’ũndy Jerusalén-pe oisãmbyhýva ojeheja ykére jave ha Tupã iglesia ruvicharã oñeme’ẽ pe hembývape. Kóva omyesakã pe paráva uva ñemitỹ rehegua. Oñembogue pe ka’ũndy jeguaka, ha upéi umi cien cuarenta y cuatro mil ha’e pe jeguaka ohechaukáva Cristo rréino. Isaías ombo’e upe añetegua avei mokõipa mokõiha kapítulope, Sebna oñemombo jave peteĩ tetã mombyryme ha oñemyengovia hag̃ua Eliakim rehe. Taha’e umi ka’ũndy Efraín guáva térã Sebna mokõipa mokõiha kapítulope, mokõivéva ohechauka Tupã tavayguakuéra ñe’ẽme’ẽ yma guaréva ruvichakuéra ojeheja hague ykére.</w:t>
      </w:r>
    </w:p>
    <w:p>
      <w:pPr>
        <w:pStyle w:val="ArticleBody"/>
        <w:jc w:val="left"/>
      </w:pPr>
      <w:r>
        <w:rPr>
          <w:rFonts w:ascii="Times New Roman" w:hAnsi="Times New Roman" w:eastAsia="Times New Roman" w:cs="Times New Roman"/>
        </w:rPr>
        <w:t>Zacarías omombe’u pe Jeike Triunfal rehegua, ha upéva avei hína pe Sapukái Pyharepytegua, ha umi versíkulo oúva upe rire oñemoĩ peteĩ ñe’ẽme Isaías ndive, ohechauka rupi Tupã tavayguakuérape peteĩ koróna ramo.</w:t>
      </w:r>
    </w:p>
    <w:p>
      <w:pPr>
        <w:pStyle w:val="ArticleScripture"/>
        <w:jc w:val="left"/>
      </w:pPr>
      <w:r>
        <w:rPr>
          <w:rFonts w:ascii="Times New Roman" w:hAnsi="Times New Roman" w:eastAsia="Times New Roman" w:cs="Times New Roman"/>
        </w:rPr>
        <w:t>Evyʼa tuicha, Siõ rajy; esapukái, Jerusalén rajy: péina nde Ruvicha ou ne rendápe: haʼe hekojoja, ha ogueru pysyrõ; imboriahu, ha ojupi peteĩ mburika ári, peteĩ raʼy mburika ári. Ha che aipeʼáta Efraín-gui kárro ñorairõrã, ha Jerusalén-gui kavaju; ha oñemboguepáta pe vyʼa ñorairõgua: haʼe oñeʼẽta pyʼaguapy tetã nguéra peguápe: ha heko poguy oĩta peteĩ yguasu guive ambue yguasu peve, ha ysyry guive yvy apy peve.</w:t>
      </w:r>
    </w:p>
    <w:p>
      <w:pPr>
        <w:pStyle w:val="ArticleScripture"/>
        <w:jc w:val="left"/>
      </w:pPr>
      <w:r>
        <w:rPr>
          <w:rFonts w:ascii="Times New Roman" w:hAnsi="Times New Roman" w:eastAsia="Times New Roman" w:cs="Times New Roman"/>
        </w:rPr>
        <w:t>Ha nde rehe avei, nde joaju ruguy rupive amondo nde prisionérokuérape pe yvykuágui ndipórihápe y.</w:t>
      </w:r>
    </w:p>
    <w:p>
      <w:pPr>
        <w:pStyle w:val="ArticleScripture"/>
        <w:jc w:val="left"/>
      </w:pPr>
      <w:r>
        <w:rPr>
          <w:rFonts w:ascii="Times New Roman" w:hAnsi="Times New Roman" w:eastAsia="Times New Roman" w:cs="Times New Roman"/>
        </w:rPr>
        <w:t>Pejevy pe tavarã mbaretépe, peẽ esperanza rembiapokue; ko árape jepe aikuaauka: mokõi jevýpe ame’ẽta ndéve; ág̃a amonguʼívo Judá che rehehápe, amyenyhẽvo pe huʼyraʼyraʼỹi Efraín reheve, ha amoñepuʼãvo ne raʼykuérape, Sión, nde raʼykuéra, Grecia, rehe, ha rojapóta peteĩ kuimbaʼe pyʼaguasu kyse pukúicha.</w:t>
      </w:r>
    </w:p>
    <w:p>
      <w:pPr>
        <w:pStyle w:val="ArticleScripture"/>
        <w:jc w:val="left"/>
      </w:pPr>
      <w:r>
        <w:rPr>
          <w:rFonts w:ascii="Times New Roman" w:hAnsi="Times New Roman" w:eastAsia="Times New Roman" w:cs="Times New Roman"/>
        </w:rPr>
        <w:t>Ha Jehová ojecháta hi’ári kuéra, ha iñotyryry osẽta overa hag̃ua pe ára veraicha; ha Ñandejára Jehová opu’ãta turu mbopu reheve, ha oguatáta yvytu atã ñemby gotyogua ndive. Jehová de los ejércitos oñangarekóta hesekuéra; ha ha’ekuéra ho’úta, ha ipojýita itáre ojepoi hag̃uáicha honda rupive; ha ho’úta, ha osapukáita víno rupiveguáicha; ha henyhẽta kópaicha, ha altar rembe’ýicha. Ha Jehová Tupã, iTupã, osalváta chupekuéra upe árape hetãygua atyicha; péina, ha’ekuéra ha’éta peteĩ akãjegua itaicha, oñemopu’ãva peteĩ techaukaháramo ijyvy ári. Mbaéicha tuicha ite niko heko porã, ha mbaéicha tuicha iporãite! avati ombovy’áta kuimba’e pyahu kuérape, ha víno pyahu kuñataĩ kuérape. Zacarías 9:9–17.</w:t>
      </w:r>
    </w:p>
    <w:p>
      <w:pPr>
        <w:pStyle w:val="ArticleBody"/>
        <w:jc w:val="left"/>
      </w:pPr>
      <w:r>
        <w:rPr>
          <w:rFonts w:ascii="Times New Roman" w:hAnsi="Times New Roman" w:eastAsia="Times New Roman" w:cs="Times New Roman"/>
        </w:rPr>
        <w:t>Pe versíkulo once (9/11) he’i: “Ndé rehegua avei, ne ñe’ẽme’ẽ ruguy rupive amosẽma ne prisionéroke kuágui ndaipóriva y.” Cristo omboaje pe ñe’ẽme’ẽ heta ndive peteĩ semánare guarã, ha pe semána oñepyrũkuri Ijevautísmope. Mbohapy áño ha mbyte aja Cristo oguata yvyporakuéra apytépe, ha umi mbohapy áño ha mbyte paha gotyo Cristo omohu’ã Zacarías marandu peteĩva omombe’úva pe Mesías oike hag̃ua jejopyre’yre Jerusalénpe. Pe Pyharepyte Sapukái omoñepyrũ peteĩ ára peteĩva ogueraha va’ekue Cristo mano, ñeñotỹ ha jeikove jeýpe. Cristo jevautísmo ohechauka Imano, Iñeñotỹ ha Ijeikove jeýpe; upévare pe oñepyrũha ha opa hag̃uã pe mbohapy áño ha mbyte periodo peteĩchante.</w:t>
      </w:r>
    </w:p>
    <w:p>
      <w:pPr>
        <w:pStyle w:val="ArticleBody"/>
        <w:jc w:val="left"/>
      </w:pPr>
      <w:r>
        <w:rPr>
          <w:rFonts w:ascii="Times New Roman" w:hAnsi="Times New Roman" w:eastAsia="Times New Roman" w:cs="Times New Roman"/>
        </w:rPr>
        <w:t>Cristo ñemongarai ohechauka hag̃ua 9/11, ha 9/11 ohechauka peteĩ ára pegua ñepyrũ og̃uahẽva pe léi domingo peve. 9/11-pe okaru ñepyrũ vaʼekue pe ama pahague, ha pe léi domingo-pe oñehẽmba chupe peteĩ medidaʼỹre, ojehechaukaháicha Cristo opytuʼu haguére umi temimboʼekuéra ári mbovymi ama kyʼa reheve peteĩ tenondegua ramo pe ñehẽ guasu Pentecostés-pe.</w:t>
      </w:r>
    </w:p>
    <w:p>
      <w:pPr>
        <w:pStyle w:val="ArticleBody"/>
        <w:jc w:val="left"/>
      </w:pPr>
      <w:r>
        <w:rPr>
          <w:rFonts w:ascii="Times New Roman" w:hAnsi="Times New Roman" w:eastAsia="Times New Roman" w:cs="Times New Roman"/>
        </w:rPr>
        <w:t>Zacarías 9:11 ojoaju 9/11 ndive ha avei pe Sapukái Pyharepytegua rehe, ogueraháva pe arapokõindy léi peve. Pe 9/11-pe pe mensáhe Laodiceagua og̃uahẽ añetegua ko’ág̃agua ramo, ojapohaguéicha 1856-pe ha 1888-pe. Pe mensáhe Laodiceagua oñeme’ẽ umi tapichápe ndoikuaáivape omanóma hikuáiha. Ha’ekuéra oĩ peteĩ “yvykua”-pe ndorekóiva pe mensáhe ama paha rehegua, pórke ijuvykua ndorekói y. Laodicea ombohováirõnte pe mbota hikuái korasõme, Ñandejára omoñepyrũta chupekuéra pe yvykuágui, pórke pe tiempo de gracia oñemboty mboyve pe arapokõindy léipe, ha’ekuéra hína “tembiguái esperánzape.”</w:t>
      </w:r>
    </w:p>
    <w:p>
      <w:pPr>
        <w:pStyle w:val="ArticleScripture"/>
        <w:jc w:val="left"/>
      </w:pPr>
      <w:r>
        <w:rPr>
          <w:rFonts w:ascii="Times New Roman" w:hAnsi="Times New Roman" w:eastAsia="Times New Roman" w:cs="Times New Roman"/>
        </w:rPr>
        <w:t>Nde rehe avei, ne ñe'ẽme'ẽ ruguy rupive amosẽma nde prehokuérape pe yvykua y'ỹvagui. Pejevýke pe mbarete renda peve, peẽ esperánsape pejejokóva; ko árape voi aikuaauka añetehápe ame'ẽtaha ndéve mokõijey. Zacarías 9:11, 12.</w:t>
      </w:r>
    </w:p>
    <w:p>
      <w:pPr>
        <w:pStyle w:val="ArticleBody"/>
        <w:jc w:val="left"/>
      </w:pPr>
      <w:r>
        <w:rPr>
          <w:rFonts w:ascii="Times New Roman" w:hAnsi="Times New Roman" w:eastAsia="Times New Roman" w:cs="Times New Roman"/>
        </w:rPr>
        <w:t>9/11 omombaretekue pe marandu oguahẽ vaʼekuépe 1989-pe. Upe marandu haʼe pe tercer ánhel remimombeʼu; ha katu pe movimiento reformatorio Millerita ñemohenda ha ñeʼẽme, 1989 ohechauka pe primer ánhel oguahẽ hague. Pe primer ánhel remimombeʼu ombarete vaʼekue agosto 11, 1840-pe peteĩ profesía Islam rehegua oñekumpli rupi, ha upéva ohechauka pe tercer ánhel oguahẽ hague 1989-pe avei ombaretetaha peteĩ profesía Islam rehegua oñekumpli rupi.</w:t>
      </w:r>
    </w:p>
    <w:p>
      <w:pPr>
        <w:pStyle w:val="ArticleBody"/>
        <w:jc w:val="left"/>
      </w:pPr>
      <w:r>
        <w:rPr>
          <w:rFonts w:ascii="Times New Roman" w:hAnsi="Times New Roman" w:eastAsia="Times New Roman" w:cs="Times New Roman"/>
        </w:rPr>
        <w:t>Islamo profesía oñemoneĩrõ guare 11 jasypoapy 1840-pe, Upérõ Apocalipsis 10 pegua ánhel oguejy, ha upéicha ohechauka hag̃ua Apocalipsis 18 pegua ánhel oguejyha 11 de septiembre-pe. Pe primer ánhel ñemombarete 1840-pe, ha pe segundo ánhel ñemombarete 1844-pe, mokõivéva ohechauka pe tercer ánhel ñemombareteha 11 de septiembre-pe. 18 jasypokõi 2020 ha’e va’ekue pe segundo ánhel oguahẽha, ojehechauka haguéicha pe primer desengaño Millerita-kuéra rehegua 19 jasyrundy 1844-pe. Umi tembiasakue mokõive ñemombarete rehegua, pe primer ha pe segundo ánhel Millerita rembiasakuepegua, ha avei pe tercer ánhel ñemombarete rembiasakue 11 de septiembre-pe ome’ẽ testígo pe Pyhare Mbyte Sapukái marandu ñemombarete rehegua, oguahẽva’ekue julio 2023-pe.</w:t>
      </w:r>
    </w:p>
    <w:p>
      <w:pPr>
        <w:pStyle w:val="ArticleBody"/>
        <w:jc w:val="left"/>
      </w:pPr>
      <w:r>
        <w:rPr>
          <w:rFonts w:ascii="Times New Roman" w:hAnsi="Times New Roman" w:eastAsia="Times New Roman" w:cs="Times New Roman"/>
        </w:rPr>
        <w:t>Pe sellamiento ára oñepyrũ 9/11-pe ha opa pe léi domingo-pe. Oñepyrũ Cristo opytuʼuháicha mbovymi ytykue ama pahaguéva reheve, ha opa ñane’ẽ tataicha ogueraháva peteĩ marandu ko yvy tuichakue javeve Pentecostés-pe. Pedro ohechakuaa vaʼekue Pentecostés haʼeha peteĩ ñemyenyhẽ Joel-gui. Upéva añete hag̃uére, omopyenda avei Cristo pytuʼuhague haʼeha peteĩ ñemyenyhẽ Joel-gui, pórke pe ára Pentecostés rehegua oguereko peteĩ ñepyrũ ha peteĩ paha hekoitépe ohechaukáva pe alfa haʼeha avei pe omega. Cristo jeikove jey árape ojegueru vaʼekue cebada yva tenondegua ofrénda, ha poapýri ára rire, Pentecostés-pe, ojeyupi vaʼekue trigo yva tenondegua ofrénda. 9/11 ohechaukarã pe Sapukái Pyharepyte oguahẽva sapyʼaitépe pe léi domingo mboyve ha ogueraháva upépe. Pe ñemyenyhẽ perfecto Zacarías 9:9 taʼãngaháicha pe Sapukái Pyharepyte rehegua haʼe post-julio 2023.</w:t>
      </w:r>
    </w:p>
    <w:p>
      <w:pPr>
        <w:pStyle w:val="ArticleScripture"/>
        <w:jc w:val="left"/>
      </w:pPr>
      <w:r>
        <w:rPr>
          <w:rFonts w:ascii="Times New Roman" w:hAnsi="Times New Roman" w:eastAsia="Times New Roman" w:cs="Times New Roman"/>
        </w:rPr>
        <w:t>Ejerovia tuicha, Sión rajy; esapukái, Jerusalén rajy: péina, ne Mburuvicha guasu ou nde rendápe: ha’e hína tekojoja rehegua, ha ogueru hag̃ua pysyrõ; oñemomirĩva, ha ojupi peteĩ vúrro ári, ha peteĩ mburika ra’y, vúrro memby ári. Zacarías 9:9.</w:t>
      </w:r>
    </w:p>
    <w:p>
      <w:pPr>
        <w:pStyle w:val="ArticleBody"/>
        <w:jc w:val="left"/>
      </w:pPr>
      <w:r>
        <w:rPr>
          <w:rFonts w:ascii="Times New Roman" w:hAnsi="Times New Roman" w:eastAsia="Times New Roman" w:cs="Times New Roman"/>
        </w:rPr>
        <w:t>Upéicha Zacarías oñemoĩ de acuerdo Isaías rembiapo rechaukaha ndive, Tupã tavayguakuéraha peteĩ akãjegua, haʼe katu omoĩve akãjegua aveiha techaukaha, ohaírõ guare: “haʼekuéra ningo oikóta akãjegua itáicha, oñemopuʼãva techaukaháramo Ijyvy ári”, ha Zacarías avei ombojoapy joýpe pe vyʼa ojoajúva Joel rechaukaha “avati” ha “vino pyahu” rehe, heʼívo: “avati ombovyʼáta mitãkuimbaʼekuéra, ha vino pyahu mitãkuñanguérape.” Jahesaʼỹijóvo kaʼu oĩva Efraín peguáre mokõipa poapyha kapítulope, pehechakuaa porã kóva hína pe kapítulo bíblico omombeʼúva “pytuʼu ha pyʼarory”. Kóva hína peteĩva umi ñeʼẽryru tenondegua Escrituras-pe oñeʼẽva ama paha rehe, upévare koʼã kaʼu Efraín pegua tekotevẽete hína umi okaʼúva Joel oñeʼẽhague.</w:t>
      </w:r>
    </w:p>
    <w:p>
      <w:pPr>
        <w:pStyle w:val="ArticleScripture"/>
        <w:jc w:val="left"/>
      </w:pPr>
      <w:r>
        <w:rPr>
          <w:rFonts w:ascii="Times New Roman" w:hAnsi="Times New Roman" w:eastAsia="Times New Roman" w:cs="Times New Roman"/>
        </w:rPr>
        <w:t>¡Aichejáranga pe ñemomba’eguasu akã rehegua, Efraín ka’u ha’evéva rehe, iporãite gua’u ogue va’erãva yvotyicha, oĩva umi ñu guasu hykue porãva akã ári, umi víno omongáva rehe! Péina, Ñandejára oguereko peteĩ mbarete ha ipu’akáva, amandáu ryapu ha ama vai ombyai hag̃uáicha, ysyry guasu y osyrymbávaicha, omombo va’erã yvýre ipo rupive. Pe ñemomba’eguasu akã rehegua, Efraín ka’u ha’evéva, ojehepy hag̃ua py guýpe; ha pe iporãite gua’u, oĩva pe ñu hykue porãva akã ári, oikóta yvoty ogue hag̃uáicha, ha yva pyahu ára hakukue mboyveguáicha; ha pe ohecháva, ohechávo, gueteri ipope orekóvo, ho’u hag̃uáicha pya’e. Upe árape Ñandejára ehérsito Jára oikóta iñemyngovia tavayguakuérape peteĩ tembiapo jeguaka hag̃ua, peteĩ akã rehegua porãite hag̃ua, ha peteĩ espíritu tekojoja rehegua hag̃ua pe oĩvape huísio apyka ári, ha mbarete hag̃ua umi ombojevyva ñorairõ okẽ meve. Ha ko’ãva avei ojejavy víno rupive, ha kaguy mbarete rupive ojei tape porãgui; pa’i ha maranduhára ojejavy kaguy mbarete rupive, víno omokõmba chupekuéra, kaguy mbarete rupive ojei hikuái tape porãgui; ojejavy hikuái visión-pe, oñepysanga huísio-pe. Opavave mesakuéra henyhẽ ñemity’ẽ ha ky’a rehe, ndaipóri hag̃uáicha peteĩ hendápe jepe ipotĩva. …</w:t>
      </w:r>
    </w:p>
    <w:p>
      <w:pPr>
        <w:pStyle w:val="ArticleScripture"/>
        <w:jc w:val="left"/>
      </w:pPr>
      <w:r>
        <w:rPr>
          <w:rFonts w:ascii="Times New Roman" w:hAnsi="Times New Roman" w:eastAsia="Times New Roman" w:cs="Times New Roman"/>
        </w:rPr>
        <w:t>Pejejoko hag̃ua, ha pehecha hag̃ua mba’éichapa; pesapukái, ha pesapukái: oka’u hikuái, hag̃ua katu víno reheve’ỹ; oguata kangy hikuái, káña mbarete reheve’ỹ. Ñandejára niko oñohẽ pende ári oke pypuku espíritu, ha omboty pende resa: maranduhára kuéra ha pende ruvicha kuéra, techahára kuérape ha’e ojaho’i. Ha opa visión oiko peẽme guarã peteĩ kuatiañe’ẽ sella hag̃uaicha ñe’ẽramo, ome’ẽva peteĩ arandúvape, he’ívo: Emoñe’ẽna ko mba’e, ajerure ndéve; ha ha’e he’i: Ndaikatúi; ojejoko hag̃ua sella rupi. Upéi pe kuatiañe’ẽ oñeme’ẽ pe ndoikuaáivape mbohapy hag̃ua, he’ívo: Emoñe’ẽna ko mba’e, ajerure ndéve; ha ha’e he’i: Che ndaha’éi kuaa hag̃ua.</w:t>
      </w:r>
    </w:p>
    <w:p>
      <w:pPr>
        <w:pStyle w:val="ArticleScripture"/>
        <w:jc w:val="left"/>
      </w:pPr>
      <w:r>
        <w:rPr>
          <w:rFonts w:ascii="Times New Roman" w:hAnsi="Times New Roman" w:eastAsia="Times New Roman" w:cs="Times New Roman"/>
        </w:rPr>
        <w:t>Upévare Ñandejára he’i: “Ko tavayguakuéra oñemboja che rehe ijuru rupive ha hẽnte kuéra rembe’ýpe chemomba’e guasu, péro ikorasõ omomombyry mombyry chehegui, ha iñakãnguerekóvape che rehe ha’e kuimba’e rembiapoukapy ojehekombo’éva; upévare, péina ápe, che ajapóta ko tavayguakuéra apytépe peteĩ tembiapo hechapyrãva, peteĩ tembiapo hechapyrã ha mba’e ohecharamóva; yvypóra arandukuéra arandu okañýta, ha iñarandukuaa umi iñakã porãva mba’éva oñemokañýta. Aichejáranga umi ohekáva pypukúpe omokañy hag̃ua iñe’ẽme’ẽ Ñandejáragui, ha hembiapo oĩ pytũmbýpe, ha he’i: Máva piko ore recháta? ha máva piko ore kuaáta? Añetehápe, pene rembiapo pejere hag̃ua opa mba’e akã yvate gotyo oñemoĩta ñai’ũ ñembyapoha pegua ramo; piko tembiapo ikatúta he’i upe ojapóvare: Nde ndachejapói? térã mba’e oñemboykéva ikatúta he’i upe ombohekopyrévare: Ha’e ndorekói arandukuaa?” Isaías 28:1–8; 29:9–16.</w:t>
      </w:r>
    </w:p>
    <w:p>
      <w:pPr>
        <w:pStyle w:val="ArticleBody"/>
        <w:jc w:val="left"/>
      </w:pPr>
      <w:r>
        <w:rPr>
          <w:rFonts w:ascii="Times New Roman" w:hAnsi="Times New Roman" w:eastAsia="Times New Roman" w:cs="Times New Roman"/>
        </w:rPr>
        <w:t>Ñandejára ojapóta peteĩ “tembiapo hechapyrãva” Efraín ka’u reívarã apytépe, oipe’ávo chuguikuéra iñarandu ha iñentendimiento, mokõivéva umi mba’e oñembojoajúva pe kuaapy rehegua oñembotuichávo marandu peteĩ ñe’ẽmarandu rehegua ojepe’ávo imboja’o. Umi iñarandúva hína umi oikuaáva. Pe “tembiapo hechapyrãva” peteĩ parte hína ojeipe’áta hag̃ua pe kuaapy ojepe’áva Judá ñemoñare León rupive Efraín ka’u reívarã akãgui. Pe ñemboja’o umi iñarandúva ha umi hembiapo vaíva apytépe ha’e avei Ñandejára “tembiapo hechapyrãva” rehegua. Upéva hína pe marandu porã opa’ỹva. Cristo ogueraha rire umi judío ñe’ẽreívarã pe ñemitỹtykue rehegua ñe’ẽtekovekuaa rupi, ha péicha ojoko chupekuéra hag̃ua he’i hag̃ua ijehegui voi pe huísio ojupíva hesekuéra, Ha’e oporandu peteĩ porandu Salmo 118-gui:</w:t>
      </w:r>
    </w:p>
    <w:p>
      <w:pPr>
        <w:pStyle w:val="ArticleScripture"/>
        <w:jc w:val="left"/>
      </w:pPr>
      <w:r>
        <w:rPr>
          <w:rFonts w:ascii="Times New Roman" w:hAnsi="Times New Roman" w:eastAsia="Times New Roman" w:cs="Times New Roman"/>
        </w:rPr>
        <w:t>Ita umi omboykéva hikuái umi ogajapohára oñemoambue esquina ita iñakãvusu ramo. Kóva niko Ñandejára rembiapo; ñane resa renondépe iporãiterei ha ñanemopirĩ. Kóva hína pe ára Ñandejára ojapóva; ñavy’áta ha ñande roryta ipype. Salmos 118:22–24.</w:t>
      </w:r>
    </w:p>
    <w:p>
      <w:pPr>
        <w:pStyle w:val="ArticleBody"/>
        <w:jc w:val="left"/>
      </w:pPr>
      <w:r>
        <w:rPr>
          <w:rFonts w:ascii="Times New Roman" w:hAnsi="Times New Roman" w:eastAsia="Times New Roman" w:cs="Times New Roman"/>
        </w:rPr>
        <w:t>Ñandejára ojapóta “tembiapo hechapyrã ha mba’e hechapyrãite” Efraín ka’úvare, ha upéva oike avei oipe’ávo chuguikuéra ikatu hag̃uáicha ohechakuaa pe añetegua. Pe “ita akã esquina pegua” hechapyrã umi ohecháva renondépe umi oguerekóva Joel “vino pyahu”.</w:t>
      </w:r>
    </w:p>
    <w:p>
      <w:pPr>
        <w:pStyle w:val="ArticleBody"/>
        <w:jc w:val="left"/>
      </w:pPr>
      <w:r>
        <w:rPr>
          <w:rFonts w:ascii="Times New Roman" w:hAnsi="Times New Roman" w:eastAsia="Times New Roman" w:cs="Times New Roman"/>
        </w:rPr>
        <w:t>Umi ka’ẽngáva ndaikatúi omoñe’ẽ pe kuatiañe’ẽ oñembotyva’ekue, taha’e umi mburuvichakuéra ojehechaukáva “imbo’évape” ramo térã tavayguakuéra ojehechaukáva “naimbo’éivape” ramo. Ndaikatúi umi ka’ẽngáva oikũmby hekoitépe Ñandejára Ñe’ẽ marandu profético ojehechaukáva “pe kuatiañe’ẽ oñembotyva’ekue” ramo. Umi ka’ẽngáva avei mokõive jey ojehechauka hikuái “tapégui ojei hag̃ua” ramo. Jey hag̃ua, kóva ojehai Isaías mokõipaapyhápe, peteĩ pasáhe ijojaha’ỹva Ñandejára Ñe’ẽme ama yvate paha rehegua, upépe Isaías ohechauka pe “pytu’u ha ñembopy’aguapy” umi ka’ẽngáva nohenduséiva’ekue. Pe “pytu’u ha ñembopy’aguapy” ha’e peteĩ marandu, ikatúgui oñehendu.</w:t>
      </w:r>
    </w:p>
    <w:p>
      <w:pPr>
        <w:pStyle w:val="ArticleBody"/>
        <w:jc w:val="left"/>
      </w:pPr>
      <w:r>
        <w:rPr>
          <w:rFonts w:ascii="Times New Roman" w:hAnsi="Times New Roman" w:eastAsia="Times New Roman" w:cs="Times New Roman"/>
        </w:rPr>
        <w:t>Upéva oka’u rei oguenohẽ umi oka’u reívape tape-gui Jeremías rembiporu héravagui “tape yma guare”, ha upéva hína pe “tape” jajepyrũ hag̃ua jaiko pype ha jajuhúvo ama riregua, Jeremías ohechauka hag̃uáicha “pytu’u” ramo. Umi oka’u reíva Efraín pegua omboyke hague pe marandu ama rireguáre oñe’ẽva ha’e peteĩ mba’e poravopyre Tupã Ñe’ẽme. Ha’ekuéra oka’u rei, ndoguerujeyséigui pe tembiasakue ypykue ome’ẽva pe ta’anga techapyrã pe tembiasakue rehegua umi cien cuarenta y cuatro mil pegua, ha upéva hína pe tembiasakue ama riregua rehegua.</w:t>
      </w:r>
    </w:p>
    <w:p>
      <w:pPr>
        <w:pStyle w:val="ArticleBody"/>
        <w:jc w:val="left"/>
      </w:pPr>
      <w:r>
        <w:rPr>
          <w:rFonts w:ascii="Times New Roman" w:hAnsi="Times New Roman" w:eastAsia="Times New Roman" w:cs="Times New Roman"/>
        </w:rPr>
        <w:t>Pe “tembiapo hechapyrãva” oñemboguatava Efraín oka’úva ári oiko pe ama pahague oñeñohẽ jave. Pe ama pahague aja peteĩ marandu oikuaa’ỹha rehegua omoheñói mokõi aty omomba’éva, ha umíva ojehechauka pe “víno” o’úvape hikuái rupive. Umi iñañáva ndoipotái omopyenda hikuái ijehechakuaa profética pe tembiasakue marangatu rape rehe, ha umi oipurúva Isaías mokõipa poapy pe “línea ári línea” rape ho’u pe “víno pyahu”. Umi iñañáva oka’uha ojehechauka ikatu’ỹre ontende hag̃ua profesía, ha iñapysẽ’ỹ ha hesa pytũva ou va’ekue ndopytasegui jey hag̃ua umi tape yma guaréva, umi ñepyrũmby rehegua. Jesús omongyhyje umi judío oñembotavy hag̃uáicha oñe’ẽjoavývape oporandúvo ndoguerekóipa araka’eve omoñe’ẽ haguã pe ita oñemboykéva rehe, ha upéva oiko pe esquina akãrã.</w:t>
      </w:r>
    </w:p>
    <w:p>
      <w:pPr>
        <w:pStyle w:val="ArticleBody"/>
        <w:jc w:val="left"/>
      </w:pPr>
      <w:r>
        <w:rPr>
          <w:rFonts w:ascii="Times New Roman" w:hAnsi="Times New Roman" w:eastAsia="Times New Roman" w:cs="Times New Roman"/>
        </w:rPr>
        <w:t>Ita kuéra ojapóva ángulo akã rehegua ohechauka pe añetegua marandu profétikova, pe fundamento térã ita pyenda rehegua, oñemoĩjeyha pe ita akã yvateguape. Pe ita alfa ha’e avei pe ita omega. Pe principio profétiko tenondegua omopyenda ha omombareteva metodología “línea ári línea”, (ha’éva pe metodología ama paha rehegua), ha’e kóva: peteĩ mba’e ñepyrũ ohechauka ipaha. Pe principio profétiko tenondegua pe movimiento Millerita-pe ha’e va’ekue pe principio peteĩ ára peteĩ ary-rãva, oñemoneĩ va’ekue pe ánhel Apocalipsis 10-pe guare oguejy rire. Pe principio profétiko tenondegua pe movimiento 144.000 rehegua ha’e pe ñepyrũ ohechaukaha ipaha, oñemoneĩ va’ekue pe ánhel Apocalipsis 18-pe guare oguejy rire.</w:t>
      </w:r>
    </w:p>
    <w:p>
      <w:pPr>
        <w:pStyle w:val="ArticleBody"/>
        <w:jc w:val="left"/>
      </w:pPr>
      <w:r>
        <w:rPr>
          <w:rFonts w:ascii="Times New Roman" w:hAnsi="Times New Roman" w:eastAsia="Times New Roman" w:cs="Times New Roman"/>
        </w:rPr>
        <w:t>Ñandejára ñeʼẽ marangatúva, marandu hag̃ua, hesakã porãiterei ha omyesakã porãite umi mbaʼe oikevaʼekue ama pahápe rehegua. Peteĩva umi añetegua apytégui haʼe umi Efraín okaʼúva ndaikatuiha ohechakuaa ama paha, ha kóva oñemohaʼangavaʼekue umi judío oikuaaukárõ guare Pédrope umi temimboʼe okaʼuha. Pe principio guasu pe metodología rehegua oñemohenda hag̃ua katuete Alfa ha Omega ramo jey jey Ñandejára Ñeʼẽ ryepýpe, ha pe Ñeʼẽ oñemboty hag̃ua chupekuéra. Pe metodología, pe regla profética guasu ha pe marandu ama paha rehegua haʼe umi tema oñemomarangatúva peteĩ línea profética tembiasakue rehegua ryepýpe, oñemohaʼangáva peteĩ “tembiapo hechapyrãva” ramo.</w:t>
      </w:r>
    </w:p>
    <w:p>
      <w:pPr>
        <w:pStyle w:val="ArticleScripture"/>
        <w:jc w:val="left"/>
      </w:pPr>
      <w:r>
        <w:rPr>
          <w:rFonts w:ascii="Times New Roman" w:hAnsi="Times New Roman" w:eastAsia="Times New Roman" w:cs="Times New Roman"/>
        </w:rPr>
        <w:t>Jehóva de los ejérsitos ñe'ẽ ou jey che rendápe, he'ívo: Péicha he'i Jehová de los ejérsitos: Che añembyasy eterei Sión rehe, che añembyasy hese pochy guasúpe. Péicha he'i Jehová: Che ajevyma Siónpe, ha aikóta Jerusalén mbytépe; ha Jerusalén oñembohérata táva añetegua; ha Jehová de los ejérsitos yvyty, pe yvyty marangatu. Péicha he'i Jehová de los ejérsitos: Gueteri oguapýta kuimba'e tuja ha kuñanguéra guasu Jerusalén kallekuérape, peteĩteĩva ipópe yvyra pytyvõha ituja etereígui. Ha tavaguasu kallekuéra henyhẽta mitãkuimba'e ha mitãkuña oñembosaráiva ipype.</w:t>
      </w:r>
    </w:p>
    <w:p>
      <w:pPr>
        <w:pStyle w:val="ArticleScripture"/>
        <w:jc w:val="left"/>
      </w:pPr>
      <w:r>
        <w:rPr>
          <w:rFonts w:ascii="Times New Roman" w:hAnsi="Times New Roman" w:eastAsia="Times New Roman" w:cs="Times New Roman"/>
        </w:rPr>
        <w:t>Péicha he'i Ñandejára ipu'akapáva; Oiméramo ko'ã ára-pe ko'ã mba'e hechapyrãramo ko tetãygua rembyre resa renondépe, ndaha'éi hag̃ua avei che resa renondépe mba'e hechapyrã? he'i Ñandejára ipu'akapáva. Péicha he'i Ñandejára ipu'akapáva; Péina ápe, che asálvata che retãyguápe kuarahyresẽ gotyogua tetãgui, ha kuarahyreike gotyogua tetãgui; ha aguerúta chupekuéra, ha oikóta hikuái Jerusalén mbytépe; ha ha'éta hikuái che retãygua, ha che ha'éta chuguikuéra Tupã, añetegua ha tekojoja reheve. Péicha he'i Ñandejára ipu'akapáva; Tañemombarete pende po, peẽ pehendúva ko'ã ára-pe ko'ã ñe'ẽ maranduhára kuéra jurúgui, umi oĩ va'ekue upe ára oñemoñepyrũ haguépe Ñandejára ipu'akapáva róga rapyta, oñemopu'ã hag̃ua pe Templo. Umi ára mboyve, ndaipóri va'ekue mba'apohárape g̃uarã tembiapo repykue, ni mymbápe g̃uarã mba'eveichagua repykue; ha ndipóri va'ekue py'aguapy osẽvape ni oikevape pe jejopy vai rehe, che amoĩ rupi opa kuimba'e peteĩteĩ iñirũngue rehe. Ko'ág̃a katu ndaha'emo'ãi ko tetãygua rembyrépe umi ára yma guaréicha, he'i Ñandejára ipu'akapáva. Zacarías 8:1–11.</w:t>
      </w:r>
    </w:p>
    <w:p>
      <w:pPr>
        <w:pStyle w:val="ArticleBody"/>
        <w:jc w:val="left"/>
      </w:pPr>
      <w:r>
        <w:rPr>
          <w:rFonts w:ascii="Times New Roman" w:hAnsi="Times New Roman" w:eastAsia="Times New Roman" w:cs="Times New Roman"/>
        </w:rPr>
        <w:t>Zacarías he’i: “Penembarete pende po, peẽ pehendúva ko’ã ára peẽme’ẽva ko’ã ñe’ẽ maranduhára kuéra jurúgui, umi oĩva’ekue upe árape oñemoĩ ramo guare Ñandejára de los Ejércitos róga pyenda, ikatu hag̃uáicha oñemopu’ã pe tupão.” Pe omombaretéva Ñandejára tavayguakuérape ha’e pe marandu pe pyendágui, upéva oikóva ita akãrã. Upe marandu ha’e kóva: pe tembiasakue Millerita ojerejey umi cien cuarenta y cuatro mil rembiasakuepe.</w:t>
      </w:r>
    </w:p>
    <w:p>
      <w:pPr>
        <w:pStyle w:val="ArticleBody"/>
        <w:jc w:val="left"/>
      </w:pPr>
      <w:r>
        <w:rPr>
          <w:rFonts w:ascii="Times New Roman" w:hAnsi="Times New Roman" w:eastAsia="Times New Roman" w:cs="Times New Roman"/>
        </w:rPr>
        <w:t>Cristo oporandu: “Ojehecharamóramo mbaʼe hechapyrãitereiha koʼã ára ko tavayguakuéra hembývape g̃uarã, ¿ndahechapyrãitéi piko avei che resa renondépe?” Pe porandu omombeʼu porã pe ára profético Tupã rembiapo “hechapyrãva” rehegua, ha upéva hína opa maranduhára ñeʼẽngatupyrýva rembiasakue mbaʼe; ha upéicha avei ohechauka arakaʼépa pe movimiento Laodiceagua umi cien cuarenta y cuatro milgua ojere pe movimiento Filadelfiagua umi cien cuarenta y cuatro milgua ramo. Upéva hína pe punto peteĩete oñembosellaha hikuái, ha pe punto peteĩete avei pe movimiento ojereháva chugui militante-gui triunfante-pe, ha upépe avei oñemohuʼã pe tembiapo ombojoajúva divinidad ha humanidad ko aty tavayguápe, pe santuario añetépe oñemopotĩ jave. Kóva ikatu ojehechakuaa umi versículo rupive, pe tembiasakue profética ojehechaukáva I “tembiapo hechapyrãva” rupi ningo hechapyrã Tupã resa renondépe ha avei pe remanente resa renondépe, ha “tesa ojohecha” haʼe peteĩ símbolo joaju rehegua. Pe joaju koʼápe ojehechaukáva oñeʼẽ Tupã tavayguakuéra ñembosello rehe, umi oho Memeléro rapykuéri ohohápe guive, ha og̃uahẽma peteĩ punto-pe, omanosevéta hag̃ua angaipa rangue ha ani hag̃ua ombovaíva Cristo rekopy.</w:t>
      </w:r>
    </w:p>
    <w:p>
      <w:pPr>
        <w:pStyle w:val="ArticleBody"/>
        <w:jc w:val="left"/>
      </w:pPr>
      <w:r>
        <w:rPr>
          <w:rFonts w:ascii="Times New Roman" w:hAnsi="Times New Roman" w:eastAsia="Times New Roman" w:cs="Times New Roman"/>
        </w:rPr>
        <w:t>Miqueas ohechauka yma guare Israel rembiasakue ypykue “mba’e hechapyrãva” ramo.</w:t>
      </w:r>
    </w:p>
    <w:p>
      <w:pPr>
        <w:pStyle w:val="ArticleScripture"/>
        <w:jc w:val="left"/>
      </w:pPr>
      <w:r>
        <w:rPr>
          <w:rFonts w:ascii="Times New Roman" w:hAnsi="Times New Roman" w:eastAsia="Times New Roman" w:cs="Times New Roman"/>
        </w:rPr>
        <w:t>Nde rereséicha, ne ñesẽ yvy Egiptogua gui ára kuérape, ahechaukáta chupe mba’e hechapyrãitereíva. Miqueas 7:15.</w:t>
      </w:r>
    </w:p>
    <w:p>
      <w:pPr>
        <w:pStyle w:val="ArticleBody"/>
        <w:jc w:val="left"/>
      </w:pPr>
      <w:r>
        <w:rPr>
          <w:rFonts w:ascii="Times New Roman" w:hAnsi="Times New Roman" w:eastAsia="Times New Roman" w:cs="Times New Roman"/>
        </w:rPr>
        <w:t>Umi “tembiapo hechapyrãva” ha’e peteĩ tembiasakue ypykue iñepyrũrãva, ha “hechapyrã” oje’éva hese pórke upe tembiasakue ypykue ojejey pe tembiasakuépe opávo, ojehechauka hag̃uáicha ita akã rehegua rupive. Umi “tembiapo hechapyrãva” ha’e pe tembiasakue oñepyrũva ita eskína rehegua ndive ha opa pe “ita akã rehegua” ndive. Hembiapo “hechapyrãva” ojehechauka va’ekue Moisés rembiasakuépe ha ojejey Cristo rembiasakuépe. Moisés ha’e va’ekue pe ita eskína rehegua ha Cristo pe ita akã rehegua. Moisés ha’e alfa ha Cristo omega maranduhára rechaukápe.</w:t>
      </w:r>
    </w:p>
    <w:p>
      <w:pPr>
        <w:pStyle w:val="ArticleScripture"/>
        <w:jc w:val="left"/>
      </w:pPr>
      <w:r>
        <w:rPr>
          <w:rFonts w:ascii="Times New Roman" w:hAnsi="Times New Roman" w:eastAsia="Times New Roman" w:cs="Times New Roman"/>
        </w:rPr>
        <w:t>“Moĩsépegui oñepyrũvo, Biblia rembiasakue Alfaite guive, Cristo omyesakãmba’e opa Escritúrape umi mba’e hesegua.” The Desire of Ages, 797.</w:t>
      </w:r>
    </w:p>
    <w:p>
      <w:pPr>
        <w:pStyle w:val="ArticleBody"/>
        <w:jc w:val="left"/>
      </w:pPr>
      <w:r>
        <w:rPr>
          <w:rFonts w:ascii="Times New Roman" w:hAnsi="Times New Roman" w:eastAsia="Times New Roman" w:cs="Times New Roman"/>
        </w:rPr>
        <w:t>Moisés ombo’e vaʼekue, ha Pedro oipuru Moisés ñeʼẽ Pentecostés-pe ohechauka hag̃ua Moisés ohechauka hague Cristo-pe.</w:t>
      </w:r>
    </w:p>
    <w:p>
      <w:pPr>
        <w:pStyle w:val="ArticleScripture"/>
        <w:jc w:val="left"/>
      </w:pPr>
      <w:r>
        <w:rPr>
          <w:rFonts w:ascii="Times New Roman" w:hAnsi="Times New Roman" w:eastAsia="Times New Roman" w:cs="Times New Roman"/>
        </w:rPr>
        <w:t>Ha umi mba’e, Tupã ymaite guive ohechauka va’ekue opa iproféta kuéra jurúre, Cristo ohasa asy va’erãha, upéicha oguerovia hag̃ua oikóma. Pévare peñembyasy pende angaipa rehe ha pejevýke, pende angaipa hag̃ua oñembogue, oguahẽ vove umi ára ñembopy’aguapýva Ñandejára renondégui; ha Ha’e ombou hag̃ua Jesucristo, peẽme yma guive oñemomarandúva’ekue: pe yvága oguereko va’erã chupe opa mba’e jejopy porã jey ára peve, umi mba’e rehe Tupã oñe’ẽ hague opa iproféta marangatu kuéra jurúre yvypóra ñepyrũmby guive. Moisés añetehápe he’i va’ekue umi túva kuérape: Ñandejára pende Jára omopu’ãta peẽme g̃uarã peteĩ Proféta pende ryepýgui, cheichagua; chupe pehendu va’erã opa mba’épe, opa mba’e ha’e he’íva peẽme. Ha oikóta, mayma anga nohenduséiva upe Profétape, oñehundíta tavayguakuéra apytégui. Heẽ, ha opa proféta Samuel guive ha umi upe rire ou va’ekue, opa oñe’ẽ va’ekue, upéicha avei omombe’u yma ko’ã árare. Hechos 3:18–24.</w:t>
      </w:r>
    </w:p>
    <w:p>
      <w:pPr>
        <w:pStyle w:val="ArticleBody"/>
        <w:jc w:val="left"/>
      </w:pPr>
      <w:r>
        <w:rPr>
          <w:rFonts w:ascii="Times New Roman" w:hAnsi="Times New Roman" w:eastAsia="Times New Roman" w:cs="Times New Roman"/>
        </w:rPr>
        <w:t>Moisés alpha ramo ha Cristo omega ramo oñemopyenda Pedro mokõiha testimónio rupive Moisés rehegua Pentecostés ñehẽsépe, ha upéicha ojapóvo Pedro omomba’eguasu ha ohechauka porã peteĩ mba’e iñimportantevéva pe ama paha marandupe (ha pe ñorairõ oñemopu’ãva hese) ha’eha pe principio profético “alpha ha omega” rehegua. Upéva hína pe principio umi cien cuarenta y cuatro mil rembiapojoja ramo pe principio ary/ára rehegua Millerita rembiasakuepe. Pe principio “alpha ha omega” ha’e pe principio ‘pe fundamento oikóvo cap stone ramo,’ ha’e umi principio ‘Moisés ha pe Ovecha Ra’y;’ ha upévare pe inspiración ombohéra chupe peteĩva umi versículo opytáva pe kokuére purahéipe, ha upéva avei ha’e pe purahéi Moisés ha pe Ovecha Ra’y rehegua.</w:t>
      </w:r>
    </w:p>
    <w:p>
      <w:pPr>
        <w:pStyle w:val="ArticleBody"/>
        <w:jc w:val="left"/>
      </w:pPr>
      <w:r>
        <w:rPr>
          <w:rFonts w:ascii="Times New Roman" w:hAnsi="Times New Roman" w:eastAsia="Times New Roman" w:cs="Times New Roman"/>
        </w:rPr>
        <w:t>Pe ñepyrũ ha pahápe ojehechaukáva opaichagua marandu-profétikape ohechauka pe tembiasakue Tupã omohu’ãhápe Hembiapo “hechapyrãitereíva”; ha pe tesape osẽva jaikuaávo mba’épa he’ise pe símbolo “hembiapo hechapyrãitereíva” rehegua, upéva omoambue peteĩ Laodicea-gua peteĩ Filadelfia-gua ramo, ha péicha oiko chugui peteĩ ita peteĩ tupaópe oñemopu’ã hag̃uáme, ojoguaháicha pe tupaó Millerita oñemopu’ãva 46 ary aja oguahẽ peve 22 jasypa 1844-pe, upe jave Ñandejára pya’e ou va’ekue Itupaópe.</w:t>
      </w:r>
    </w:p>
    <w:p>
      <w:pPr>
        <w:pStyle w:val="ArticleScripture"/>
        <w:jc w:val="left"/>
      </w:pPr>
      <w:r>
        <w:rPr>
          <w:rFonts w:ascii="Times New Roman" w:hAnsi="Times New Roman" w:eastAsia="Times New Roman" w:cs="Times New Roman"/>
        </w:rPr>
        <w:t>Pe’ẽme rire pehechakuaa haguéicha Ñandejára imba’eporãha. Ha peju chupe, peteĩ ita oikovévaicha, yvypórape ningo oñemboyke vaʼekue, ha katu Tupã oiporavo vaʼekue ha hepyetereíva; peẽ avei, ita oikovévaicha, peñemopuʼã peteĩ óga hag̃ua espirituál, peteĩ paʼikuéra marangatúva hag̃ua, hag̃ua hag̃uáicha peikuaveʼẽ mbaʼejoapykuéra espirituál Tupãme oñemoneĩ hag̃uáicha Jesucristo rupive. Upévare avei Ñandejára Ñeʼẽme ojehai: Péina ápe, amoĩ Sión-pe peteĩ ita akã ypykue, poravopyre, hepyetereíva; ha pe ojeroviáva hese noñemotĩmoʼãi. Upévare, peẽ pejeroviáva guarã, haʼe hína hepyetereíva; umi iñeʼẽrenduʼỹvape katu, pe ita umi omopuʼãva omboyke vaʼekue, upévaite oiko akã ypykue ramo, Ha peteĩ ita opysanga hag̃ua, ha peteĩ itaguasu omoñepysangáva hag̃ua, umi oñepysangáva ñeʼẽ rehe, iñeʼẽrenduʼỹ rupi; upévarã avei oñemohenda vaʼekue. Peẽ katu peiko peteĩ ñemoñare poravopyre, peteĩ paʼikuéra ruvicha guáva, peteĩ tetã marangatúva, peteĩ tavayguakuéra Tupã mbaʼe tee; hag̃ua hag̃uáicha pemombeʼu porãite umi mbaʼe porãite upe pene renóiva pytũmbýgui imbaʼeverapajeíva tesape gotyo: peẽ yma ndapeikói vaʼekue tavaygua ramo, ha koʼág̃a peiko Tupã retãygua; peẽ ndapehupytýi vaʼekue poriahuvereko, ha koʼág̃a pehupyty poriahuvereko. 1 Pedro 2:3–10.</w:t>
      </w:r>
    </w:p>
    <w:p>
      <w:pPr>
        <w:pStyle w:val="ArticleBody"/>
        <w:jc w:val="left"/>
      </w:pPr>
      <w:r>
        <w:rPr>
          <w:rFonts w:ascii="Times New Roman" w:hAnsi="Times New Roman" w:eastAsia="Times New Roman" w:cs="Times New Roman"/>
        </w:rPr>
        <w:t>Oñehenói hag̃ua chupekuéra I tesape hechapyrãvape ohechauka araka’épa oñeme’ẽ pe ñehenói; péicha rupi pe techaukaha taperegua 1888-pegua, oĩva mborayhu arandu rupi peteĩcha pe rebelión Coré rehegua ndive pe alfa tembiasakue Moisés reheguápe, ogueru vove opa ára paha peve, oñembojoja 9/11 ndive, upe jave og̃uahẽ pe marandu Laodicea rehegua pe mbohapyha ánhel ndive, pe ñeporandu yvagagua he’iháicha. Umi Laodiceagua profecíape ha’e “hesa’ỹijo’ỹva”, he’iséva oĩha pytũmbýpe, ha pe ñehenói osẽ hag̃ua pytũmbýgui oñepyrũkuri og̃uahẽ ramo guare pe marandu Laodicea rehegua ary 1856, 1888 ha 9/11-pe. 9/11-pe pe “ñehenói osẽ hag̃ua pytũmbýgui” ndaha’éi va’ekue añoite peteĩ ñehenói ojeikuaa hag̃ua pe tesape pe ánhel Apocalipsis dieciocho-pegua rehegua, ha katu avei peteĩ ñehenói ohenduhárape oike hag̃ua pe tembiasakueetepe, upépe Tupã rembiapo hechapyrãva og̃uahẽtahápe iñemohu’ã porãitépe.</w:t>
      </w:r>
    </w:p>
    <w:p>
      <w:pPr>
        <w:pStyle w:val="ArticleBody"/>
        <w:jc w:val="left"/>
      </w:pPr>
      <w:r>
        <w:rPr>
          <w:rFonts w:ascii="Times New Roman" w:hAnsi="Times New Roman" w:eastAsia="Times New Roman" w:cs="Times New Roman"/>
        </w:rPr>
        <w:t>Ojehechauka jey heta jey umi mbohapy pa ary pukukue mboyve, “marandu porã opa’ỹva” rehegua definición profética ha’eha peteĩ tembiasakue, upépe peteĩ añetegua profética ojeipe’a hag̃ua, ha upéva omoñepyrũ peteĩ proceso de prueba mbohapy etapágui oñemopyendáva, mokõi mba’e omboykéva ojoavy hag̃uáicha umi mbohapy prueba apytépe. Umi mokõi prueba peteĩha ha mokõiha iñambue heko hag̃uáicha mbohapyháguagui, pórke mbohapyha ha’e peteĩ prueba decisiva ohechaukáva rehasápa ra’e umi prueba peteĩha ha mokõiha. Ambue mba’e omboykéva marandu porã opa’ỹvape ha’e tekotevẽha rehasa pe prueba ko’ág̃agua ikatu hag̃uáicha reike pe prueba oúvape.</w:t>
      </w:r>
    </w:p>
    <w:p>
      <w:pPr>
        <w:pStyle w:val="ArticleBody"/>
        <w:jc w:val="left"/>
      </w:pPr>
      <w:r>
        <w:rPr>
          <w:rFonts w:ascii="Times New Roman" w:hAnsi="Times New Roman" w:eastAsia="Times New Roman" w:cs="Times New Roman"/>
        </w:rPr>
        <w:t>Umi mba’e hechapyrãva rembiasakue ha’e avei pe rembiasakue oĩhápe pe “evanhélio opa’ỹva” oguahẽ ijojaha’ỹvape, pórke pe huísio aravo, pe maranduhára peteĩha omombe’úva ha ojekuaaukáva evanhélio opa’ỹvaramo, ojuhu iñembohovái porãite oñepyrũvo 9/11 guive. Pe huísio oñeñatende hag̃ua hese umi Millerita-pe g̃uarã ha’e va’ekue 22 jasypa 1844, okẽ oñemboty hague pe parábola umi diez kuñataĩ rehegua-pe; upéicha rupi ohechauka hag̃ua pe léi domingo rehegua, pe okẽ oñembotýta jey vove pe parábola umi diez kuñataĩ rehegua-pe. 9/11 oikuaauka Ñandejára huísio ejecutívo aravo oñepyrũha pe léi domingo-pe, péichaite umi Millerita omombe’u haguéicha pe huísio investigativo aravo oñepyrũ hague 22 jasypa 1844-pe.</w:t>
      </w:r>
    </w:p>
    <w:p>
      <w:pPr>
        <w:pStyle w:val="ArticleBody"/>
        <w:jc w:val="left"/>
      </w:pPr>
      <w:r>
        <w:rPr>
          <w:rFonts w:ascii="Times New Roman" w:hAnsi="Times New Roman" w:eastAsia="Times New Roman" w:cs="Times New Roman"/>
        </w:rPr>
        <w:t>9/11 guive pe léi dominical peve ha’e peteĩ ára pukukue oñerrepresentáva “Tupã rembiapo hechapyrãramóicha”, ha péicha avei pe ita pyenda oñemoĩva “esquina akãramo”, ha péicha avei pe “Pentecostés aravo’aty”, ha péicha avei “Habacuc kapítulo mokõi”, ha avei “pe sellado ára umi cien cuarenta y cuatro mil rehegua”, ha avei “ta’anga mymba guasu rehegua tiempo de prueba”, ha avei “pe marandu porã opa ára g̃uarã”, ha avei “pe tembiasakue marangatu 1840 guive 1844 peve”, ha avei pe tembiasakue “Apocalipsis kapítulo diez” rehegua, ha avei “pe tembiasakue Cristo ñemongarai guive Imano peve.”</w:t>
      </w:r>
    </w:p>
    <w:p>
      <w:pPr>
        <w:pStyle w:val="ArticleBody"/>
        <w:jc w:val="left"/>
      </w:pPr>
      <w:r>
        <w:rPr>
          <w:rFonts w:ascii="Times New Roman" w:hAnsi="Times New Roman" w:eastAsia="Times New Roman" w:cs="Times New Roman"/>
        </w:rPr>
        <w:t>Pe tembiasakue ojehechaukáva peteĩ fractal-pe Iñemongarai rupive omoñepyrũ pe período 2520 ára og̃uahẽva ipaha pe kurusúpe. Cristo ñemongarai ohechauka Hembi’yasy, iñotỹ ha Jeikovejey, ha upéva oñehundiháicha oñemoañete añeteguaite pe 1260 ára pahápe.</w:t>
      </w:r>
    </w:p>
    <w:p>
      <w:pPr>
        <w:pStyle w:val="ArticleBody"/>
        <w:jc w:val="left"/>
      </w:pPr>
      <w:r>
        <w:rPr>
          <w:rFonts w:ascii="Times New Roman" w:hAnsi="Times New Roman" w:eastAsia="Times New Roman" w:cs="Times New Roman"/>
        </w:rPr>
        <w:t>Espíritu Santo oguejy jave Cristo ñemongaraipe, upéva ohechauka pe ánhel Apocalipsis dieciocho-pegua oguejyha 9/11-pe. 1260 ára profético rire, umi mba’e ojehechaukáva ñemongarai rupive oñekumpli literalmente kurusúre. Pe tembiasakue oúva ñemongarai guive kurusu peve oguereko peteĩ tembiasakue alfa simbólico oñekumplíva literalmente pe período pahaitepe. Umi tembiasakue alfa ha omega ha’e fractal pe tembiasakue tuichakue pukukue rehegua. Pe tembiasakue oúva ñemongarai guive kurusu peve ha’e “Tupã rembiapo hechapyrãva”, ha upe tembiasakue avei ojehechauka “Cristo ñemongarai” rupive, avei Hembyasyete “mano, ñeñotỹ ha jeikove jey” rupive; upévare avei “Israel yma guare ñemongarai Mar Pytãme” rupive; ha avei “poapy ánga ñemongarai Noé rembiasakue aja” rupive. Ko’ã período maymáva ohechauka Hembiapokue “hechapyrãva” rembiasakue.</w:t>
      </w:r>
    </w:p>
    <w:p>
      <w:pPr>
        <w:pStyle w:val="ArticleBody"/>
        <w:jc w:val="left"/>
      </w:pPr>
      <w:r>
        <w:rPr>
          <w:rFonts w:ascii="Times New Roman" w:hAnsi="Times New Roman" w:eastAsia="Times New Roman" w:cs="Times New Roman"/>
        </w:rPr>
        <w:t>Pe número 8 rehe, ha’évo símbolo ramo jeikove jevy rehegua, umi poapy ánga pe arca-pe oĩva hína pe ñe’ẽpy peteĩha pe número poapy rehe símbolo ramo; ha pe mbo’ejoja peteĩha ñe’ẽpy rehegua rupive, opaite umi detalle profético oĩ pe ñe’ẽpy peteĩhápe. Umi poapy ánga niko ohasa hína yvy tuja guive peteĩ yvy pyahúpe, ndajéipa?</w:t>
      </w:r>
    </w:p>
    <w:p>
      <w:pPr>
        <w:pStyle w:val="ArticleBody"/>
        <w:jc w:val="left"/>
      </w:pPr>
      <w:r>
        <w:rPr>
          <w:rFonts w:ascii="Times New Roman" w:hAnsi="Times New Roman" w:eastAsia="Times New Roman" w:cs="Times New Roman"/>
        </w:rPr>
        <w:t>Umi poapy ocho ánga oikove vaʼekue ama tiémpope, péro opa umi omboykéva pe marandu ñeñangarekopyre ama rehegua omano, añetépa? Umi “8” ánga ohótava yvy pyahúpe, ojejoguahéva pe tembiasakue marandu ñeñangarekopyre oñemboykéva rehe, pe okẽ oñemboty vaʼekue, pe ama ha pe yvy pyahu ndive, ohasa peteĩ ñemoambue dispensasionál pe yvy tuja guive pe yvy pyahúpe.</w:t>
      </w:r>
    </w:p>
    <w:p>
      <w:pPr>
        <w:pStyle w:val="ArticleBody"/>
        <w:jc w:val="left"/>
      </w:pPr>
      <w:r>
        <w:rPr>
          <w:rFonts w:ascii="Times New Roman" w:hAnsi="Times New Roman" w:eastAsia="Times New Roman" w:cs="Times New Roman"/>
        </w:rPr>
        <w:t>Pe ñemoambue dispensasional ohechaukáva umi poapy ánga, ha'éva cien cuarenta y cuatro mil, ha'e pe jehasa Laodicea guive Filadelfia peve, ha upéva avei ha'e pe jehasa tupaogua ñorairõme oĩvagui, oñemoheñóiva trígo ha ñana vai reheve, tupaogua ipuʼakáva peve, oñemoheñóiva peteĩnte trígo ypykue ofrénda rehe, oñemopuʼãva peteĩ techaukaha-ramo opa ko yvy arigua ohecha hag̃ua, ojoguáva peteĩ kanóa año ojehecháva y rembeʼýpe ama ha yvytu vai apytépe. Umi tapicha ha'e pe 8 oúva pe 7-gui, ha pe tembiasakue arca ohasa haguéicha ha pe Mar Pyta ojehasa haguéicha mokõivéva ha'e ilustrasión I “tembiapo hechapyrãva” rehegua.</w:t>
      </w:r>
    </w:p>
    <w:p>
      <w:pPr>
        <w:pStyle w:val="ArticleBody"/>
        <w:jc w:val="left"/>
      </w:pPr>
      <w:r>
        <w:rPr>
          <w:rFonts w:ascii="Times New Roman" w:hAnsi="Times New Roman" w:eastAsia="Times New Roman" w:cs="Times New Roman"/>
        </w:rPr>
        <w:t>Umi ánga hína umi oñemoingove jeýva Ojehechauka 11:11 ñemyatyrõme. Ha’e kuéra hína Ñandejára tavaygua ñoñe’ẽme’ẽpegua, ojehechaukáva itúva Abraham rupive, ha’e vaekue ogueraha vaekue pe ñe’ẽme’ẽ techaukaha ñekytĩmby reheve, ojejapova’erã vaekue ára poapyhápe.</w:t>
      </w:r>
    </w:p>
    <w:p>
      <w:pPr>
        <w:pStyle w:val="ArticleBody"/>
        <w:jc w:val="left"/>
      </w:pPr>
      <w:r>
        <w:rPr>
          <w:rFonts w:ascii="Times New Roman" w:hAnsi="Times New Roman" w:eastAsia="Times New Roman" w:cs="Times New Roman"/>
        </w:rPr>
        <w:t>Koʼã línea maymáva ohechauka peteĩ período de tiempo peteĩcha, ha upe período oñepyrũ 9/11 pyendakuéra guive ha opa pe léi dominicalpe. 9/11 hína pe ita pyenda ha pe léi dominical hína pe ita apytegua paha. Jerusalén ñemopuʼãjey rembiasakuepe, Nehemías ha Esdras tiémpope, pe pyenda oñembotýkuri pe peteĩha decreto rembiasakue aja, ha pe témplo voi oñemohuʼãporãkuri mbohapyha decreto mboyveite. Millerita rembiasakuepe, umi pyenda oñemoĩkuri mayo de 1842-pe, pe cuadro 1843-gua oñepublika jave. Pe témplo millerita oĩvaʼekue oñemopuʼã hag̃ua cuarenta y seis ary pukukue, 1798 guive 1844 peve. Octubre 22, 1844 mboyve, pe témplo millerita oñemohuʼãma vaʼekue, ha pe ita apytegua paha hína vaʼekue pe Clamor de Medianoche. Pe Clamor de Medianoche opa rire octubre 22, 1844-pe, pe alfa ha pe mbohapyha decreto 457 a.C.-pegua ojuhúma ijojaha omegápe 1844-pe. 457 a.C. ramo pe alfa umi 2300 ary rehegua, ha 1844 ramo pe omega. Mokõivéva peteĩcha peteĩ nivelpe, peteĩ decreto térã peteĩ ánhel ningo mokõivéva marandu, ha mokõivéva ohechaukarã pe léi dominical, upépe oĩtahápe peteĩ decreto ha upépe pe tercer ángel mensáhe okakuaáta peteĩ clamor hatãme.</w:t>
      </w:r>
    </w:p>
    <w:p>
      <w:pPr>
        <w:pStyle w:val="ArticleBody"/>
        <w:jc w:val="left"/>
      </w:pPr>
      <w:r>
        <w:rPr>
          <w:rFonts w:ascii="Times New Roman" w:hAnsi="Times New Roman" w:eastAsia="Times New Roman" w:cs="Times New Roman"/>
        </w:rPr>
        <w:t>Ary 457 Cristo mboyve guive ary 408 Cristo mboyve peve, Daniel ohechakuaa cuarenta y nueve aryha pe ára pukukue umi hudío omohuʼã haguã pe jejapo: “la plaza será reedificada, y el muro, en tiempos angustiosos.”</w:t>
      </w:r>
    </w:p>
    <w:p>
      <w:pPr>
        <w:pStyle w:val="ArticleScripture"/>
        <w:jc w:val="left"/>
      </w:pPr>
      <w:r>
        <w:rPr>
          <w:rFonts w:ascii="Times New Roman" w:hAnsi="Times New Roman" w:eastAsia="Times New Roman" w:cs="Times New Roman"/>
        </w:rPr>
        <w:t>Eikuaa hag̃ua ha entendeséke, pe ñe’ẽmondo osẽ haguégui oñemyatyrõ ha oñemopu’ã hag̃ua Jerusalén guive pe Mesías Mburuvicha peve, oikóta siete semána ha sesenta y dos semána; pe tape guasu oñemopu’ãjeýta, ha pe murálla avei, jepe ára jejopy hag̃ua. Daniel 9:25.</w:t>
      </w:r>
    </w:p>
    <w:p>
      <w:pPr>
        <w:pStyle w:val="ArticleBody"/>
        <w:jc w:val="left"/>
      </w:pPr>
      <w:r>
        <w:rPr>
          <w:rFonts w:ascii="Times New Roman" w:hAnsi="Times New Roman" w:eastAsia="Times New Roman" w:cs="Times New Roman"/>
        </w:rPr>
        <w:t>457 a.C. ha 1844 hína alfa ha omega pe profesía 2300 ary rehegua. Mokõivéva ohechauka pe léi domingo rehegua, alfa ha omega ramo peteĩchapa hikuái, ha pe ñembyasy 1844 gua oñemohenda inspiración rupive pe ñembyasy kurusu rehegua ndive. 1844 ohechaukáramo pe kurusu, ha upéicha añetehápe, upéicharõ i-alfa joyke'y (457 a.C.) avei ohechauka upéva. 1844 guive 1863 peve ohechauka pe porãha’ã ñemboguata ángel mbohapyha rehegua. Upe porãha’ã ñemboguata ojehechauka umi 49 ary oĩva pe mbohapyha decreto, pe léi domingo decreto ha pe tembiapo paha tape ha murálla rehegua apytépe, oikóva ára jehasa asýpe.</w:t>
      </w:r>
    </w:p>
    <w:p>
      <w:pPr>
        <w:pStyle w:val="ArticleBody"/>
        <w:jc w:val="left"/>
      </w:pPr>
      <w:r>
        <w:rPr>
          <w:rFonts w:ascii="Times New Roman" w:hAnsi="Times New Roman" w:eastAsia="Times New Roman" w:cs="Times New Roman"/>
        </w:rPr>
        <w:t>457 a.C. guive 408 a.C. peve ha’e hína pe tembiasakue alfa umi 2300 ary rehegua ohechaukáva pe tembiasakue omega 1844 guive 1863 peve. Ko’ã mokõi tembiasakue ohechauka pe tembiasakue umi cien cuarenta y cuatro mil rehegua, oñesella rire hikuái pe léi domingo guýpe peve oñembotývo yvypóra rembiporavoha. Pe tembiapo umi cien cuarenta y cuatro mil rehegua ha’e ohenói kuimba’e ha kuñanguérape ojevy hag̃ua umi “tape yma guarépe”, Isaías ohechaukaháicha upéva umi tenda yma ojeity va’ekue ñemopu’ã jevy ramo, ha Jeremías ohechakuaa upéva ha’eha pe tape ogueraháva pe ama pahague marandu peve. Pe “muralla” ha’e Ñandejára léi, umi cien cuarenta y cuatro mil orepresentátava opaite yvy ape ári peteĩ techaukaha ramo. Kóva oikóta umi ára jepy’apy rehegua pe mbohapyha ñembyasy guasu Islam rehegua aja, ha’e rupi Islam pe ombopochýva umi tetãnguéra. Pe tembiapo ha umi ára jepy’apy rehegua osegíta Miguel opu’ã meve.</w:t>
      </w:r>
    </w:p>
    <w:p>
      <w:pPr>
        <w:pStyle w:val="ArticleBody"/>
        <w:jc w:val="left"/>
      </w:pPr>
      <w:r>
        <w:rPr>
          <w:rFonts w:ascii="Times New Roman" w:hAnsi="Times New Roman" w:eastAsia="Times New Roman" w:cs="Times New Roman"/>
        </w:rPr>
        <w:t>Upévare, ikatúramo rehecha 457 a.C. guive 408 a.C. peveha peteĩ ára profético oñepyrũva’ekue mbohapyha decretope ha ohechauka hag̃ua peteĩ ára profético oñepyrũva’ekue 1844-pe mbohapyha ánhel og̃uahẽrõ guare ha opa va’ekue 1863-pe, upéicharõ ikatu rehecha ijoajuha pe profecía 2300 áñopegua ndive, taha’e iñepyrũha térã ipahaháicha, ohechauka hag̃ua chupekuéra alpha ha omega ojoajúvo ojuehe. Umi ára hasýva Nehemías rehegua ohechauka umi ára hasýva og̃uahẽva’ekue Guerra Civil mboyve ha ipypeve. Pe período irundy pa porundy áñogua pe tembiasakue alpha-pe ombohechauka pe período 19 áñogua pe tembiasakue omega-pe. Pe período 19 áñogua upéva avei ojehechauka va’ekue umi 19 áño rupive iñepyrũme pe profecía 65 áñogua Isaías rehegua.</w:t>
      </w:r>
    </w:p>
    <w:p>
      <w:pPr>
        <w:pStyle w:val="ArticleScripture"/>
        <w:jc w:val="left"/>
      </w:pPr>
      <w:r>
        <w:rPr>
          <w:rFonts w:ascii="Times New Roman" w:hAnsi="Times New Roman" w:eastAsia="Times New Roman" w:cs="Times New Roman"/>
        </w:rPr>
        <w:t>Siria akã hína Damasco, ha Damasco akã hína Rezín; ha sesenta ha cinco ary ryepýpe Efraín oñembyaíta, ani hag̃ua tetã. Isaías 7:8.</w:t>
      </w:r>
    </w:p>
    <w:p>
      <w:pPr>
        <w:pStyle w:val="ArticleBody"/>
        <w:jc w:val="left"/>
      </w:pPr>
      <w:r>
        <w:rPr>
          <w:rFonts w:ascii="Times New Roman" w:hAnsi="Times New Roman" w:eastAsia="Times New Roman" w:cs="Times New Roman"/>
        </w:rPr>
        <w:t>Isaías ome’ẽ ko profesía ary 742 a.C.-pe, ha 19 ary rire, ary 723 a.C.-pe, pe rréino yvategua ojegueraha hag̃ua tembiguáiramo 2520 ary pukukue, opa hag̃ua 1798-pe. Umi 19 ary ohasáva 742 a.C. guive 723 a.C. peve ojoja umi 19 ary rehe 1844 guive 1863 peve; umi peteĩha 19 ary niko ko profesía alpha, ha umi pahápegua 19 ary omega. Pe tembiasakue 19 ary rehegua ryepýpe, mburuvicha vai Acaz oñembohovái Isaías rupive pe marandu ama pahaguéguare rehegua ndive, ojehechaukáva versíkulo ocho-pe pe marandu “siete tiempos” ramo. Acaz omboyke pe marandu, upéicha avei Adventísmo Millerita Laodiceagua ojapo 1863-pe.</w:t>
      </w:r>
    </w:p>
    <w:p>
      <w:pPr>
        <w:pStyle w:val="ArticleBody"/>
        <w:jc w:val="left"/>
      </w:pPr>
      <w:r>
        <w:rPr>
          <w:rFonts w:ascii="Times New Roman" w:hAnsi="Times New Roman" w:eastAsia="Times New Roman" w:cs="Times New Roman"/>
        </w:rPr>
        <w:t>Upe tiémpope, Acaz pa’i guasu oho Asíriape, ogueru jey ijapopyrã ta’anga itupao pagã guigua, ha Acaz omopu’ãuka upéva Tupã róga korapýpe. Ko línea ojoja pe marandu proféta iñe’ẽrenduva’ỹ rehegua ndive, pe proféta ndojevyiva’erãmo’ã Judápe upe tape ou hague rupi, ha upéicharõ jepe ojapo ha oñembotavy peteĩ proféta japu ha ijapu hag̃uáre, ohechaukáva jevy pe metodología protestánte apóstata gotyo oñeñomi hag̃ua pe comprensión Millerita rehegui umi “siete tiempos” rehegua, peteĩ ñemboguata yma guare oñembotývaicha peteĩ jagua ojere jeýva hag̃ua ivómito teépe.</w:t>
      </w:r>
    </w:p>
    <w:p>
      <w:pPr>
        <w:pStyle w:val="ArticleBody"/>
        <w:jc w:val="left"/>
      </w:pPr>
      <w:r>
        <w:rPr>
          <w:rFonts w:ascii="Times New Roman" w:hAnsi="Times New Roman" w:eastAsia="Times New Roman" w:cs="Times New Roman"/>
        </w:rPr>
        <w:t>Kóva oiko aja peteĩ Guerra Civil pe tavarandu yvate pegua ha pe tavarandu yvýpe pegua apytépe oñepyrũma hag̃ua, upéicha rupi ohechauka hag̃ua Guerra Civil Estados Unidos-pe, ára pukukue 19 ary rehegua oñembojevy jey haguére. 742 a.C. guive 723 a.C. peve ohechauka pe período 19 ary rehegua 1844 guive 1863 peve, ha upéva ohechauka pe período pe léi dominical guive pe gracia ñemboty peve. Pe tembiasakue 9/11 guive pe léi dominical peve hína pe tembiasakue pe ta’anga mymbaguasu rehegua jejopyrã Estados Unidos ryepýpe, ha upéva oñembojevy jey pe mundopegua ta’anga mymbaguasu rehegua jejopyrãme oñepyrũvo pe léi dominical guive. Ko mba’ére, umi período 19 ary rehegua ohechaukáva pe léi dominical guive pe gracia ñemboty peve, avei ohechauka pe tembiasakue 9/11 guive pe léi dominical peve, ha’éva pe tembiasakue I “tembiapo hechapyrãva” rehegua.</w:t>
      </w:r>
    </w:p>
    <w:p>
      <w:pPr>
        <w:pStyle w:val="ArticleBody"/>
        <w:jc w:val="left"/>
      </w:pPr>
      <w:r>
        <w:rPr>
          <w:rFonts w:ascii="Times New Roman" w:hAnsi="Times New Roman" w:eastAsia="Times New Roman" w:cs="Times New Roman"/>
        </w:rPr>
        <w:t>Ñambojoaju hag̃ua pe artíkulo oúvape.</w:t>
      </w:r>
    </w:p>
    <w:p>
      <w:pPr>
        <w:pStyle w:val="ArticleScripture"/>
        <w:jc w:val="left"/>
      </w:pPr>
      <w:r>
        <w:rPr>
          <w:rFonts w:ascii="Times New Roman" w:hAnsi="Times New Roman" w:eastAsia="Times New Roman" w:cs="Times New Roman"/>
        </w:rPr>
        <w:t>Ha Ñandejára ñeʼẽ ou chéve, heʼívo: Yvypóra raʼy, mbaʼépa upe ñeʼẽjoja peiporúva Israel retãme, heʼívo: Ohasave umi ára, ha opa visión ndojehupytýi? Erese chupekuéra upévare: Péicha heʼi Ñandejára Tupã: Ajapóta ko ñeʼẽjoja opa hag̃ua, ha ndojeporumoʼãvéima chupe ñeʼẽjojaramo Israel-pe; ha ere chupekuéra: Hiʼag̃uíma umi ára, ha ojehupytýta opa visión. Ndaiporimoʼãvéima rupi Israel róga apytépe visión rei ni adivinación mbotavy. Che hína Ñandejára; ha che añeʼẽta, ha upe ñeʼẽ che haʼéva ojehupytýta; ndohasaveimoʼãvéi: pende árape voi, peẽ peikóva ñemoĩ hag̃uaicha, Israel róga, haʼéta upe ñeʼẽ, ha ajapóta chupe, heʼi Ñandejára Tupã.</w:t>
      </w:r>
    </w:p>
    <w:p>
      <w:pPr>
        <w:pStyle w:val="ArticleScripture"/>
        <w:jc w:val="left"/>
      </w:pPr>
      <w:r>
        <w:rPr>
          <w:rFonts w:ascii="Times New Roman" w:hAnsi="Times New Roman" w:eastAsia="Times New Roman" w:cs="Times New Roman"/>
        </w:rPr>
        <w:t>Upéi Ñandejára ñe'ẽ ou jevy chéve, he'ívo: Yvypóra ra'y, ema'ẽ, Israel róga pegua he'i: “Pe visión ha'e ohecháva niko ára mombyryrã guarã, ha'e oporoprofetisa umi ára mombyrygua rehe.” Upévare ere chupekuéra: Péicha he'i Ñandejára Jára: Ndaiporimo'ãvéi mba'eve che ñe'ẽgui oñembotapykue hag̃ua; upéva rangue, pe ñe'ẽ che ha'éma va'ekue oñekumplíta, he'i Ñandejára Jára. Ezequiel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Tupaópegua Ára Paha Adventista Iglesia Laodiceagua — Papapy Pokõi</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