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Tupãorape Mokõiha Mbohapy Adventista Iglesiagui Laodicea pegua - Papapy Porundy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Papapy porundy hag̃ua</w:t>
      </w:r>
    </w:p>
    <w:p>
      <w:pPr>
        <w:pStyle w:val="ArticleBody"/>
        <w:jc w:val="left"/>
      </w:pPr>
      <w:r>
        <w:rPr>
          <w:rFonts w:ascii="Times New Roman" w:hAnsi="Times New Roman" w:eastAsia="Times New Roman" w:cs="Times New Roman"/>
        </w:rPr>
        <w:t>Añete ko ñepyrũmby ko Joel kuatiañe’ẽ rehegua-pe ikatu hag̃uáicha amboapu’a mbykymi umi mba’e oje’éva umi poapy artículo peteĩha guive ha ahechauka mba’épa jajuhu va’erã Joel kuatiañe’ẽgui ko’ág̃a ñañepyrũvo jaikuaa hag̃uáicha hesegua hekopeteve, ha upéi katu, añetehápe, mba’éichapa upéva ojoaju umi ñorairõ Raphia ha Panium pegua ndive, Daniel 11:11–16-pe he’iháicha?</w:t>
      </w:r>
    </w:p>
    <w:p>
      <w:pPr>
        <w:pStyle w:val="ArticleBody"/>
        <w:jc w:val="left"/>
      </w:pPr>
      <w:r>
        <w:rPr>
          <w:rFonts w:ascii="Times New Roman" w:hAnsi="Times New Roman" w:eastAsia="Times New Roman" w:cs="Times New Roman"/>
        </w:rPr>
        <w:t>Ñamoĩ énfasis pe parral purahéi rehe, “jehasa” niko oñerrepresenta profétikamente peteĩ “purahéi” rupive. Peteĩva umi característica rehegua cien cuarenta y cuatro mil rehegua, opurahéiramo hikuái Moisés ha Cordero purahéi, ha upéva ndaha’éi ambue mba’e síno Juan rembiapo ohechauka hag̃ua Isaías parral purahéi. Opavave proféta guasu oñepyrũ iñe’ẽryru kuéra Israel rehegua condenación reheve, iñepu’ã rehe; térã ikatu hag̃uáicha ere, opavave proféta guasu raẽvete opurahéi parral purahéi. Che adefende Joel parral purahéi, capítulo peteĩme, ha’eha peteĩva umi jehechaukapy iñimportantevéva parral purahéi rehegua. Ndaikatúi ha’e añetehápe che añete térã nahániri, péro mba’érepa areko ko convicción ha’e umi conexión profética, simbólikamente oñerrepresentáva Joel kuatiañe’ẽme, ojehecha hag̃uáicha peteĩ llave ramo, térã ikatu hag̃uáicha peteĩ eje ramo heta radio apytépe. Joel testimonio ndaha’éi añónte oñembojoaju ambue líneas paralelas rehe, síno ojehecha hag̃uáicha omoĩ peteĩ punto de referencia, ko’ýte pe simbolismo rupive pe parral oñehundi hag̃ua capítulo peteĩme, ha umi mokõi capítulo oúva ohechakuaávo mokõivéva mymba ra’anga rehegua prueba ára Estados Unidos-pe ha avei mymba ra’anga rehegua prueba ára yvóra tuichakue javeve. Ha opa ko’ã mba’e oñemohenda peteĩ parral contexto-pe, ha peteĩ parral ndaha’éi peteĩ parral oikovéva—ndorekóiramo ama.</w:t>
      </w:r>
    </w:p>
    <w:p>
      <w:pPr>
        <w:pStyle w:val="ArticleBody"/>
        <w:jc w:val="left"/>
      </w:pPr>
      <w:r>
        <w:rPr>
          <w:rFonts w:ascii="Times New Roman" w:hAnsi="Times New Roman" w:eastAsia="Times New Roman" w:cs="Times New Roman"/>
        </w:rPr>
        <w:t>Avei avei ñamombaʼe guasu pe periodo profético ojehechaukáva pe símbolo “arakaʼe peve?” rehe. Añandu tekotevẽha ñamomanduʼa jey ñandéve ko principio yma guive oñemopyendáva “arakaʼe peve” rehe, ikatu hag̃uáicha ñamombaʼe guasu pe “ita apytépe omoĩvaʼekue paha” vaʼekue ha avei haʼéva pe pyenda ha pe ita esquinapegua. Pe ñemoheñoikuaa paha, henyhẽmbáva, pe marandu Midnight Cry rehegua, koʼág̃a oñepyrũmavoi, haʼe pe “ita apytépe omoĩvaʼekue paha”. Umi pyenda ári, upe ita apytépe omoĩvaʼekue paha haʼe umi Miller joya-kuéra omimbiha pa diez jevyve hag̃ua iñepyrũmby guive.</w:t>
      </w:r>
    </w:p>
    <w:p>
      <w:pPr>
        <w:pStyle w:val="ArticleBody"/>
        <w:jc w:val="left"/>
      </w:pPr>
      <w:r>
        <w:rPr>
          <w:rFonts w:ascii="Times New Roman" w:hAnsi="Times New Roman" w:eastAsia="Times New Roman" w:cs="Times New Roman"/>
        </w:rPr>
        <w:t>Tupã rembiapo hechapyrãva rehe oñemopyenda hag̃ua, pe ita apyra guasu ha’e pe ára Itavayguakuéra ohasa jave peteĩ experiencia Laodiceagua guive peteĩ experiencia Filadelfiagua peve, ha upéva avei pe ára umi tavayguakuéra oiko pe 8ha, pe oúva pe 7gui, ha avei ohasa pe iglesia ñorairõháicha guive pe iglesia ipu’akapáva peve. Ko jehasa ha’e pe ita apyra guasu. Pe jehasa oñemboguata Tupã tavayguakuéra ohendu ha ohecha jave pe marandu “ita apyra guasu” rehegua, ha upéva hechapyrã umi hesa renondépe. Pe marandu “ita apyra guasu” rehegua ha’e pe hu’ãite, ogueru hag̃uére oñondivepa opa añetegua simbólica “ita apyra guasu” rehegua. Pe marandu “siete tiempos” rehegua ha’e va’ekue Miller ita pyenda, ha upéva va’erãkuri pe ita apyra guasu Millerita rehegua. Pentecostés ha’e va’ekue pe ita apyra guasu ára Pentecostal-pe guarã, upéicha avei pe Sapukái Pyharepytegua ha’e va’ekue pe ita apyra guasu movimiento Millerita-pe guarã, umi ángel peteĩha ha mokõiha rehegua.</w:t>
      </w:r>
    </w:p>
    <w:p>
      <w:pPr>
        <w:pStyle w:val="ArticleBody"/>
        <w:jc w:val="left"/>
      </w:pPr>
      <w:r>
        <w:rPr>
          <w:rFonts w:ascii="Times New Roman" w:hAnsi="Times New Roman" w:eastAsia="Times New Roman" w:cs="Times New Roman"/>
        </w:rPr>
        <w:t>Mbojaju térã itaju yvatevévarõ pe ára 46 ary pukukue rehegua, upépe Cristo omopu’ã hague pe témplo Millerita peteĩha ha mokõiha ánhel rehegua, upe itaju yvateve oikova’erã kuri pe ita pyenda ramo Cristo rembiapo rehegua omopu’ã hag̃ua pe témplo umi cien cuarenta y cuatro mil rehegua. Upe ita pyenda oñemopu’ã 1844-pe tesape ramo omyesakã hag̃ua tape yvágape ohóva, ha upévare Ñandejára tavaygua, arapy paha gotyo, ojevyva’erã umi “tape yma guarépe” ikatu hag̃uáicha ojuhu pytu’u. Ojevýramo, ha araka’épa ojevýta umi pionéro Millerita rembiasápe, ojuhúta hikuái pe Marandu Pyhare Mbytegua hague pe mboajepaha pe tembiasakue pyendapýpe. Pe Marandu Pyhare Mbytegua va’ekue peteĩ jehechauka Espíritu Santo ñehẽngue rehegua. Peteĩ ánga ojevýramo umi “tape yma guarépe” ha ojuhúramo pe “tesape hesakãva” oñemopu’ã va’ekue tape ñepyrũme térã ipyendahápe, ojuhu pe Marandu Pyhare Mbytegua, Jeremías ombohéraha “pytu’u”.</w:t>
      </w:r>
    </w:p>
    <w:p>
      <w:pPr>
        <w:pStyle w:val="ArticleScripture"/>
        <w:jc w:val="left"/>
      </w:pPr>
      <w:r>
        <w:rPr>
          <w:rFonts w:ascii="Times New Roman" w:hAnsi="Times New Roman" w:eastAsia="Times New Roman" w:cs="Times New Roman"/>
        </w:rPr>
        <w:t>“Ogueroguerekóma hikuái peteĩ mba’everesakã joajupyre hapykuéri tape ñepyrũme, ha peteĩ ánhel he’i chéve upéva ha’eha pe ‘sapukái pyhare mbytegua’. Ko tesakã omimbi pe tape pukukue javeve, ha ome’ẽ tesakã iñipykuérape g̃uarã, ani hag̃ua oñepysanga.”</w:t>
      </w:r>
    </w:p>
    <w:p>
      <w:pPr>
        <w:pStyle w:val="ArticleScripture"/>
        <w:jc w:val="left"/>
      </w:pPr>
      <w:r>
        <w:rPr>
          <w:rFonts w:ascii="Times New Roman" w:hAnsi="Times New Roman" w:eastAsia="Times New Roman" w:cs="Times New Roman"/>
        </w:rPr>
        <w:t>“Oñemoĩ ramo hikuái hesakuéra Jesús rehe, oĩva hendápekuéra renondete, omoakãva chupekuéra táva gotyo, haʼekuéra oĩ porãkuri. Péro sapyʼami rire oĩ vaekue ikaneʼõva, ha heʼi pe táva mombyryetereiha, ha ohaʼarõkuri oike hague upépe yma guive. Upérõ Jesús omokyreʼỹvaʼekue chupekuéra omoinge yvatévo Ijykéregua akatúa hechapyrãva, ha Ijyva guive osẽvaʼekue peteĩ tesape ojereva pe advento aty ári, ha haʼekuéra osapukái: ‘Aleluya!’ Ambuekuéra katu pyʼaguasúpe omoneĩ pe tesape oĩva hapykuépe, ha heʼi ndahaʼeiha Tupã pe oguerahávaʼekue chupekuéra peve péicha mombyry. Pe tesape hapykuépe ojehogue, ohejávo ipykuéra pytũmbýpe añetehápe, ha oñepysanga, okañy chuguikuéra pe mbaʼe rechaukaha ha Jesús jehecha, ha hoʼa tape ári guýpe pe mundo pytũ ha añáme.” Christian Experience and Teachings of Ellen G. White, 57.</w:t>
      </w:r>
    </w:p>
    <w:p>
      <w:pPr>
        <w:pStyle w:val="ArticleBody"/>
        <w:jc w:val="left"/>
      </w:pPr>
      <w:r>
        <w:rPr>
          <w:rFonts w:ascii="Times New Roman" w:hAnsi="Times New Roman" w:eastAsia="Times New Roman" w:cs="Times New Roman"/>
        </w:rPr>
        <w:t>Millerita rembiasakue apytépe pe ita apykuegua ha’e pe ita pyenda pe rembiasakue rehegua umi cien cuarenta y cuatro mil rehegua. Ñepyrũmby guive umi mbohapy ánhel ñe’ẽmarandu rehegua ary 1798-pe guive pe iglésia ipu’akapáva oñemopu’ã pe ñemopotĩ pe santuario rehegua ñekumplírõ pe léi dominikal jave pe tape oñehesape pe Pyharepyte Sapy’a Hatã marandu rupive, pe ñe’ẽnga ningo oñe’ẽ Adventismo rehe, ha mba’éichapa Tupã omopu’ã peteĩ tetãygua ikatúva ohechauka hag̃ua hendaitépe Ikarakter, oñemboty aja pe tiempo de gracia yvypórape g̃uarã pe léi dominikal krísis aja.</w:t>
      </w:r>
    </w:p>
    <w:p>
      <w:pPr>
        <w:pStyle w:val="ArticleBody"/>
        <w:jc w:val="left"/>
      </w:pPr>
      <w:r>
        <w:rPr>
          <w:rFonts w:ascii="Times New Roman" w:hAnsi="Times New Roman" w:eastAsia="Times New Roman" w:cs="Times New Roman"/>
        </w:rPr>
        <w:t>Tape rehe, Jesús oho ha omotenonde, ha omyesakãve meme tape omopu’ãvo Ijyva akatúa mimbipáva. Upévare oĩ peteĩ tesape hesakãva tape ñepyrũme ha peteĩ tesape hesakãva ogueraháva tape paha peve. Jesús, Alpha ha Omega ramo, ohechauka pe paha pe ñepyrũ ndive; upéicha rupi pe tesape mokõive tape apýrape ha’e pe marandu Pyharepyte Sapukái rehegua.</w:t>
      </w:r>
    </w:p>
    <w:p>
      <w:pPr>
        <w:pStyle w:val="ArticleBody"/>
        <w:jc w:val="left"/>
      </w:pPr>
      <w:r>
        <w:rPr>
          <w:rFonts w:ascii="Times New Roman" w:hAnsi="Times New Roman" w:eastAsia="Times New Roman" w:cs="Times New Roman"/>
        </w:rPr>
        <w:t>Pe ánhel peteĩha og̃uahẽkuri ary 1798-pe ha omoherakuã kuri og̃uahẽmaha Ijuzgakue aravo, “He’ívo … og̃uahẽma ijuzgakue aravo”. Pe juicio aravo og̃uahẽ 1798-pe, ha upe oñepyrũvo pe ñemendaha Cristo ha Ipyahu tembirekorã ndive—pe adventismo Millerita Filadelfiagua—oñepyrũ. Cristo oñemendava’erãkuri 22 jasypa 1844-pe, ha 1798 guive 1844 peve pe novia oñembosako’i. Pe novia niko Filadelfiagua, ndaipórigui condenación Cristo noviare, ha’e voi oñembosako’ígui—ha’e ipotĩ. Pe juicio ñemoherakuã ha’e pe ñemenda ñemoherakuã iñepyrũme 1798-pe, og̃uahẽva’ekue ipahápe 1844-pe.</w:t>
      </w:r>
    </w:p>
    <w:p>
      <w:pPr>
        <w:pStyle w:val="ArticleBody"/>
        <w:jc w:val="left"/>
      </w:pPr>
      <w:r>
        <w:rPr>
          <w:rFonts w:ascii="Times New Roman" w:hAnsi="Times New Roman" w:eastAsia="Times New Roman" w:cs="Times New Roman"/>
        </w:rPr>
        <w:t>Pe tesape arandu ha pe tesape hu’ã ita yvatevéva pe ñemyakãrapu’ã Millerita-pe g̃uarã ha’e va’ekue pe marandu omoherakuãva ñemendaha—pe marandu Pyhare Mbyte Sapukái rehegua. Pe Pyhare Mbyte Sapukái ha’e va’ekue pe pyenda ha pe ita hu’ã pe tembiasakue ángel peteĩha ha mokõiha rehegua, avei pe tembiasakue Millerita rehegua; ha pe ita hu’ã pe tembiasakue Millerita rehegua ha’e pe ita pyenda pe tembiasakue cien cuarenta y cuatro mil rehegua, ha avei ha’e pe ita hu’ã. Pe tupão ñemopu’ã opa oñemoĩ jave pe ita hu’ã, ha pe tembiapo oñemoĩ hag̃ua upe ita paha “hechapyrãva” oñepyrũ va’ekue julio 2023-pe.</w:t>
      </w:r>
    </w:p>
    <w:p>
      <w:pPr>
        <w:pStyle w:val="ArticleBody"/>
        <w:jc w:val="left"/>
      </w:pPr>
      <w:r>
        <w:rPr>
          <w:rFonts w:ascii="Times New Roman" w:hAnsi="Times New Roman" w:eastAsia="Times New Roman" w:cs="Times New Roman"/>
        </w:rPr>
        <w:t>Oĩ heta cumplimiento profético ombohapeva’erã pe piedra de remate, ha pe piedra de remate avei orrepresenta peteĩ marandu apytegua hu’ãite. Pentecostés ha’eva’ekue pe piedra de remate pe marandu rehegua pe temporada pentecostalpe, upéicha avei pe tesape “siete veces” rehegua oguahẽva’ekue Hiram Edson rembiapokue rupive ary 1856-pe, ha’eva’ekue pe piedra de remate ojepotava’ekue Miller marandúpe g̃uarã, pórke pe añetegua pyenda tenondegua Miller ojuhuva’ekue ha’eva’ekue pe “siete veces”. Ary 1856-pe, ojejokóramo pe tesape pyahu pe añetegua piedra de remate rehegua, upéva he’iseva’ekue ojeporavo hag̃ua omanóvo pe desiértope Laodicea-pe, yma Israel ojapohaguéicha cuarenta ary pukukue. Kóva ohechauka julio ary 2023 ha’eha ary 1856, pe punto de giro Philadelphia-gui Laodicea-pe pe tembiasakue Millerita-pe, ha pe jejere jevy Laodicea-gui Philadelphia peve pe tembiasakue ciento cuarenta y cuatro mil rehegua. Cristo ndosposái va’ekue peteĩ kuña ky’áva rehe ary 1844-pe, pórke ha’eva’ekue Filadelfiagua, ha Ha’e omendáta peteĩ novia Philadelphia-gua rehe pe ley dominicalpe. Ha mboyve upéva, ha’e tekotevẽ oñembosako’i hag̃ua ijehegui. ¿Reimepa resako’íma?</w:t>
      </w:r>
    </w:p>
    <w:p>
      <w:pPr>
        <w:pStyle w:val="ArticleScripture"/>
        <w:jc w:val="left"/>
      </w:pPr>
      <w:r>
        <w:rPr>
          <w:rFonts w:ascii="Times New Roman" w:hAnsi="Times New Roman" w:eastAsia="Times New Roman" w:cs="Times New Roman"/>
        </w:rPr>
        <w:t>Ani pekyhyjei, michĩ ovecha aty; pende Ru oguerohorygui ome'ẽ hag̃ua peẽme pe Reino. Lucas 12:32.</w:t>
      </w:r>
    </w:p>
    <w:p>
      <w:pPr>
        <w:pStyle w:val="ArticleBody"/>
        <w:jc w:val="left"/>
      </w:pPr>
      <w:r>
        <w:rPr>
          <w:rFonts w:ascii="Times New Roman" w:hAnsi="Times New Roman" w:eastAsia="Times New Roman" w:cs="Times New Roman"/>
        </w:rPr>
        <w:t>1844 jasypakõi 22-pe Ñandejára omenda pe novia rehe omoĩporãva’ekue haĝua osegi chupe pe mbohapyha ánhel rembiasápe, ha opa mba’e pe mbohapyha ánhel ohechaukáva; péro 1863 peve pe mbohapyha ánhel rembiasakue ojejere Laodicea desiérto-pe. Pe tembiasakue 1844 guive 1863 peve ohechauka pe mbohapyha ánhel ára, upéicha ome’ẽvo peteĩ ta’anga umi vírgen tarova rehe pe tiémpope oñembotýva hína umi cien cuarenta y cuatro mil. Umi vírgen niko trígo ha cizaña, ojepe’áva ojuhegui marandu reheve ojehechaukáva ánhel-kuéra rupi—añetehápe ánhel-kuéra voi ojapo pe tembiapo ojepe’a hag̃ua ojuhegui.</w:t>
      </w:r>
    </w:p>
    <w:p>
      <w:pPr>
        <w:pStyle w:val="ArticleScripture"/>
        <w:jc w:val="left"/>
      </w:pPr>
      <w:r>
        <w:rPr>
          <w:rFonts w:ascii="Times New Roman" w:hAnsi="Times New Roman" w:eastAsia="Times New Roman" w:cs="Times New Roman"/>
        </w:rPr>
        <w:t>“Upéi ahecha pe ánhel mbohapyha. Che ánhel che moirũva he’i: ‘Kyhyje hag̃uáicha tuicha hína hembiapo. Tuichaite ha ñemondýi hag̃uáicha hína hembipota. Ha’e hína pe ánhel ojeporavóta hag̃ua pe trígo umi ñana vai apytégui, ha omosẽta hag̃ua séllo, térã ombojoaju hag̃ua, pe trígo pe yvágape g̃uarã ñembyatyhápe. Ko’ã mba’e oguerahaite va’erã opa ñane apytu’ũ, opa ñane atención.’” Early Writings, 119.</w:t>
      </w:r>
    </w:p>
    <w:p>
      <w:pPr>
        <w:pStyle w:val="ArticleBody"/>
        <w:jc w:val="left"/>
      </w:pPr>
      <w:r>
        <w:rPr>
          <w:rFonts w:ascii="Times New Roman" w:hAnsi="Times New Roman" w:eastAsia="Times New Roman" w:cs="Times New Roman"/>
        </w:rPr>
        <w:t>Umi mbohapy o umi ánhel oĩva Apocalipsis catorce-pe ha’e pe ama paha marandu omboja’o ha ombojoaju hag̃ua mokõi aty.</w:t>
      </w:r>
    </w:p>
    <w:p>
      <w:pPr>
        <w:pStyle w:val="ArticleScripture"/>
        <w:jc w:val="left"/>
      </w:pPr>
      <w:r>
        <w:rPr>
          <w:rFonts w:ascii="Times New Roman" w:hAnsi="Times New Roman" w:eastAsia="Times New Roman" w:cs="Times New Roman"/>
        </w:rPr>
        <w:t>“Juánpe oñejepeʼa umi escena ipypuku ha omokyreʼỹetereíva pe iglesia rembiasakue rehegua. Haʼe ohecha mbaʼéichapa oĩ, umi peligro, umi ñorairõ ha ipahápe pe ñepysyrõ Tupã retãyguápe g̃uarã. Haʼe ohai umi marandu pahagua, omongakuaátava yvy cosecha, térã manójo ramo pe ñembyatyha yvagapeguápe g̃uarã, térã jepe aty ramo pe tata ñehundihápe g̃uarã. Mbaʼe guasuete iñimportánteva ojehechauka chupe, koʼýte pe iglesia pahápe g̃uarã, ikatu hag̃uáicha umi ohejátava jejavy ha ojerévava añetegua gotyo oñemboʼe hag̃ua umi peligro ha umi ñorairõ oútavare. Avave natekotevẽi opyta pytũmbýpe umi mbaʼe oútava yvy ári rehe.” The Great Controversy, 341.</w:t>
      </w:r>
    </w:p>
    <w:p>
      <w:pPr>
        <w:pStyle w:val="ArticleBody"/>
        <w:jc w:val="left"/>
      </w:pPr>
      <w:r>
        <w:rPr>
          <w:rFonts w:ascii="Times New Roman" w:hAnsi="Times New Roman" w:eastAsia="Times New Roman" w:cs="Times New Roman"/>
        </w:rPr>
        <w:t>Ko generación-peguápe umi “ñe'ẽ añetegua” hína “umi marandu paha omongakuaátava pe cosecha hi'arã hag̃ua”, ha umi omboyke mokõi aty. Upéva avei hína pe tembiapo “kuimba'e ky'a johéiha rehegua” ojeguerekóva Miller kerayvotýpe.</w:t>
      </w:r>
    </w:p>
    <w:p>
      <w:pPr>
        <w:pStyle w:val="ArticleScripture"/>
        <w:jc w:val="left"/>
      </w:pPr>
      <w:r>
        <w:rPr>
          <w:rFonts w:ascii="Times New Roman" w:hAnsi="Times New Roman" w:eastAsia="Times New Roman" w:cs="Times New Roman"/>
        </w:rPr>
        <w:t>“‘Mávapa oĩ ipópe, ha ha’e omopotĩmbaitéta irrejándi, ha ombyatýta itrígo pe tenda oñeñongatuhápe.’ Mateo 3:12. Kóva ha’e peteĩ umi ára ojejohéiha hag̃ua. Añetegua ñe’ẽ rupive, pe táva ojei pe trígogui. Heta ojepe’a Jesús-gui pórke iñañete rei ha ojeroviaiterei ijehekuéra hag̃ua noñemongakuaái hag̃ua ñemoñe’ẽ rupive, ha ohayhueterei ko yvy mba’e hag̃ua ndoaseptái peteĩ tekove michĩ ha jejoko rehegua. Heta gueteri ojapo upe mba’e voi ko árape. Ánga-kuéra ojeprova ko árape, Capernaúm sinagógape umi temimbo’e ojeprova haguéicha. Pe añetegua oguahẽ jave korasõme, ha’ekuéra ohecha hekove ndojoguerahaiha Tupã rembipota ndive. Ohecha tekotevẽha peteĩ ñemoambue tuichaitereíva ipypekuéra; ha katu ndopytái oiporu hag̃ua upe tembiapo ijehegui ojeheja ha jejoko rehegua. Upévare ipochy ijyva angaipa ojekuaaukávo. Oho hikuái ipochy ha oñembopochýva, umi temimbo’e oheja haguéicha Jesúspe, oñe’ẽngurúvo: ‘Kóva ningo peteĩ ñe’ẽ hasýva; máva piko ikatu ohendu?’” The Desire of Ages, 392.</w:t>
      </w:r>
    </w:p>
    <w:p>
      <w:pPr>
        <w:pStyle w:val="ArticleBody"/>
        <w:jc w:val="left"/>
      </w:pPr>
      <w:r>
        <w:rPr>
          <w:rFonts w:ascii="Times New Roman" w:hAnsi="Times New Roman" w:eastAsia="Times New Roman" w:cs="Times New Roman"/>
        </w:rPr>
        <w:t>Oñepyrũvo pe tuicha ñembotavy 1844 guive, umi techaukaha ha umi mba’e oikóva 1863 peve ohechauka pe tembiasakue 9/11 guive pe léi domingo peve. Mba’érepa 1844 ha’e 9/11, reporandúramo?</w:t>
      </w:r>
    </w:p>
    <w:p>
      <w:pPr>
        <w:pStyle w:val="ArticleBody"/>
        <w:jc w:val="left"/>
      </w:pPr>
      <w:r>
        <w:rPr>
          <w:rFonts w:ascii="Times New Roman" w:hAnsi="Times New Roman" w:eastAsia="Times New Roman" w:cs="Times New Roman"/>
        </w:rPr>
        <w:t>Kuñakarai White jehaipyrekuéra hesakã porã pe mbohapyha ánhel og̃uahẽ hague 22 jasypa 1844-pe, ha avei og̃uahẽ hague 1888-pe, upéva ohechauka hag̃ua 9/11. Iñimportantevéva katu ha’e opa maranduhára omboyke hag̃ua peteĩchaite pe tembiasakue 9/11 guive pe léi domingo peve, upévare ndaha’éi mokõi térã mbohapy testígo ñemombe’u, síno peteĩchaite opa testígo Ñe’ẽme’ẽ Tupãgua ñe’ẽmombe’u joajuha, 9/11 guive pe léi domingo peve ha’e pe ára paha “opa visión rembiapo” oñemboguatahápe.</w:t>
      </w:r>
    </w:p>
    <w:p>
      <w:pPr>
        <w:pStyle w:val="ArticleBody"/>
        <w:jc w:val="left"/>
      </w:pPr>
      <w:r>
        <w:rPr>
          <w:rFonts w:ascii="Times New Roman" w:hAnsi="Times New Roman" w:eastAsia="Times New Roman" w:cs="Times New Roman"/>
        </w:rPr>
        <w:t>Pe mbohapyha ángel og̃uahẽ ha opa hag̃ua rembiasakue niko 1844 guive 1863 peve, ha ohechauka pe ára Tupã rembiapo hechapyrãva 9/11 guive pe léi domingo peve. Upe tembiasakue avei ojehechauka 1840 guive 1844 peve, ha upe línea-pe 1840 hína pe alfa ha 1844 pe omega. Pe línea 1844 guive 1863 pevepe, 1844 hína pe alfa ha 1863 pe omega. 1844 hína mokõivéva, alfa ha omega.</w:t>
      </w:r>
    </w:p>
    <w:p>
      <w:pPr>
        <w:pStyle w:val="ArticleBody"/>
        <w:jc w:val="left"/>
      </w:pPr>
      <w:r>
        <w:rPr>
          <w:rFonts w:ascii="Times New Roman" w:hAnsi="Times New Roman" w:eastAsia="Times New Roman" w:cs="Times New Roman"/>
        </w:rPr>
        <w:t>Kurusu oñemohenda 1844 rehe, ha pe Alfa ha Omega oñohẽ Hembireko ruguy kurusu ári. 9/11-gui (1840) jajuhu Apocalipsis capítulo diez ohechauka hag̃ua pe tembiasakue oñepyrũva Juan okaruvo pe lívro michĩva rehe 1840-pe ha upéi pe ñembyasy hyepýpe 1844-pe. Pe karu ha’e ñepyrũ; pe hyepy ohechauka paha. Pe versíkulo paha capítulo diez-gua orrepresenta pe tembiasakue oñeha’ã jeyha umi cien cuarenta y cuatro mil rembiasakuepe.</w:t>
      </w:r>
    </w:p>
    <w:p>
      <w:pPr>
        <w:pStyle w:val="ArticleScripture"/>
        <w:jc w:val="left"/>
      </w:pPr>
      <w:r>
        <w:rPr>
          <w:rFonts w:ascii="Times New Roman" w:hAnsi="Times New Roman" w:eastAsia="Times New Roman" w:cs="Times New Roman"/>
        </w:rPr>
        <w:t>Ha ajagarra pe kuatia’i ángel póguigui, ha ha’u; ha che jurúpe he’ẽ eícha: ha ha’upárõ guare, che ryepýpe iro. Ha he’i chéve: Reñe’ẽmaranduva’erã jey heta tetãygua, ha tetãnguéra, ha ñe’ẽnguéra, ha mburuvichakuéra renondépe. Apocalipsis 10:10, 11.</w:t>
      </w:r>
    </w:p>
    <w:p>
      <w:pPr>
        <w:pStyle w:val="ArticleBody"/>
        <w:jc w:val="left"/>
      </w:pPr>
      <w:r>
        <w:rPr>
          <w:rFonts w:ascii="Times New Roman" w:hAnsi="Times New Roman" w:eastAsia="Times New Roman" w:cs="Times New Roman"/>
        </w:rPr>
        <w:t>Apocalipsis capítulo diez ha Habacuc capítulo mokõi ohechauka mokõi capítulo ome’ẽva testimónia pe período profético 1840 guive 1844 peve rehe. Pe tembiasakue 1844 guive 1863 peve oñepyrũ peteĩ señal de paso ñembotavy reheve, upéi peteĩ ñemosarambi oúva rire peteĩ ñembyaty. Upe períodope opa pe tembiasakue profética umi mokõi mesa Habacuc rehegua, pe mokõiha mesa oñeimprimi rire ary 1849-pe ha oñemoherakuã tetã ambuére ary 1850-pe. Pe período umi mesa Habacuc rehegua vaʼekue mayo ary 1842 guive, pe cuadro 1843 rehegua oñemoherakuãrõ guare, ha pe período profético opa pe oñepyrũ haguépe, peteĩva umi mokõi mesa Habacuc rehegua oñemoherakuã reheve. Pe cuadro 1843 rehegua hína pe alfa ha pe cuadro 1850 rehegua hína pe omega.</w:t>
      </w:r>
    </w:p>
    <w:p>
      <w:pPr>
        <w:pStyle w:val="ArticleBody"/>
        <w:jc w:val="left"/>
      </w:pPr>
      <w:r>
        <w:rPr>
          <w:rFonts w:ascii="Times New Roman" w:hAnsi="Times New Roman" w:eastAsia="Times New Roman" w:cs="Times New Roman"/>
        </w:rPr>
        <w:t>Ary 1856-pe Hiram Edson ohai peteĩ aty marandu kuéra omog̃uahẽva’ekue William Miller remiandu “mokõiha siete ára” rehe peteĩ nivel pyahúpe. Edson rembiapo ha’e va’ekue pe omega Miller rembiapógui, ogueraháva Miller ñepyrũrã añetegua peteĩ ita apytépe guáicha, oñemoĩ va’ekue omombarete hag̃ua Ñandejára tavayguakuérape. Miller resape “mokõiha siete ára” rehe ha’e va’ekue pe alfa, ha Edson resape “mokõiha siete ára” rehe ha’e va’ekue pe omega.</w:t>
      </w:r>
    </w:p>
    <w:p>
      <w:pPr>
        <w:pStyle w:val="ArticleBody"/>
        <w:jc w:val="left"/>
      </w:pPr>
      <w:r>
        <w:rPr>
          <w:rFonts w:ascii="Times New Roman" w:hAnsi="Times New Roman" w:eastAsia="Times New Roman" w:cs="Times New Roman"/>
        </w:rPr>
        <w:t>1863-pe pe ñemongu’e ojere tupãórape, ha upéva ipahápe oguerúta peteĩ ñemongu’e osẽva ijehegui voi, peteĩchaite mba’éicha umi Millerita osẽ va’ekue Protestante-kuéragui, ha avei mba’éicha umi temimbo’e osẽ va’ekue Judaísmogui Cristianísmope, ha mba’éicha Josué ha Caleb osẽ va’ekue umi yma guarã ñe’ẽme’ẽgua tavayguakuéragui, umi ojehejava’ekue omano hag̃ua desiértope.</w:t>
      </w:r>
    </w:p>
    <w:p>
      <w:pPr>
        <w:pStyle w:val="ArticleBody"/>
        <w:jc w:val="left"/>
      </w:pPr>
      <w:r>
        <w:rPr>
          <w:rFonts w:ascii="Times New Roman" w:hAnsi="Times New Roman" w:eastAsia="Times New Roman" w:cs="Times New Roman"/>
        </w:rPr>
        <w:t>Pe historiaitépe, (1844 guive 1863 peve) yvy mymba rakateĩ pe hatĩ republicano ohasa peteĩ ñorairõ ojoguáva rupi, ha upéva ipahápe osẽ ñorairõ guasúpe, Guerra Civil-pe, upévare opa historiador oñemoĩ peteĩ ñe’ẽme oguahẽ hague mbytepykuépe 1863-pe, Lincoln pe Proclamación de Emancipación rupive. Lincoln orrepresenta pe tenondegua mburuvicha guasu republicano, ojapyhy vaʼekue Presidencia ñeʼẽmeʼẽ, upe mburuvicha guasu demócrata ivaivéva rire pe tembiasakue peve upe jave. Upe rire ojejuka chupe. Opa koʼã mbaʼe rechaukaha profético ha ambuekuéra oñehaʼãjey pe pahaguéva mburuvicha guasu republicano rehe.</w:t>
      </w:r>
    </w:p>
    <w:p>
      <w:pPr>
        <w:pStyle w:val="ArticleBody"/>
        <w:jc w:val="left"/>
      </w:pPr>
      <w:r>
        <w:rPr>
          <w:rFonts w:ascii="Times New Roman" w:hAnsi="Times New Roman" w:eastAsia="Times New Roman" w:cs="Times New Roman"/>
        </w:rPr>
        <w:t>1844 guive 1863 peve oike peteĩ ñemosarambi ha ñembyaty. 1863 ohechauka pe léi domingo rehegua, upévare pe ñemosarambi oikova’ekue 1844-pe ha’e pe añoite ñemosarambi 1863 peve, upérõ umi Adventista Ára Poapyha Laodiceagua oñemosarambi pe desiérto Laodiceagua peve. 1844 ogueru peteĩ ñemosarambi ha 1863 ogueru avei peteĩ ñemosarambi; péicha otestifika ko tembiasakue ha’eha peteĩ símbolo profétiko ojehechakuaáva, pórke oñepyrũ peteĩ ñemosarambi alfa rehe 1844-pe ha opa peteĩ ñemosarambi omega rehe 1863-pe. Pe ñemosarambi peteĩha og̃uahẽ 18 jasypokõi 2020-pe, ha pe ñemosarambi omega paha oñembyatyjey pe léi domingo-pe.</w:t>
      </w:r>
    </w:p>
    <w:p>
      <w:pPr>
        <w:pStyle w:val="ArticleScripture"/>
        <w:jc w:val="left"/>
      </w:pPr>
      <w:r>
        <w:rPr>
          <w:rFonts w:ascii="Times New Roman" w:hAnsi="Times New Roman" w:eastAsia="Times New Roman" w:cs="Times New Roman"/>
        </w:rPr>
        <w:t>“Oguahẽta pe ára ñañemboja’óta ha ñañemosarambíta hag̃ua, ha peteĩteĩva ore apytégui oĩva’erãta ijehegui año, ndaikatúi hag̃uáicha oguereko joaju umi ijerovia peteĩchagua iporãitéva ndive; ha mba’éicha piko ikatu reñembo’y Ñandejára ndaha’éiramo ne ykére, ha reikuaa hag̃ua ha’e nde rape’apoha ha nde rerahaha?” Review and Herald, 25 de marzo de 1890.</w:t>
      </w:r>
    </w:p>
    <w:p>
      <w:pPr>
        <w:pStyle w:val="ArticleBody"/>
        <w:jc w:val="left"/>
      </w:pPr>
      <w:r>
        <w:rPr>
          <w:rFonts w:ascii="Times New Roman" w:hAnsi="Times New Roman" w:eastAsia="Times New Roman" w:cs="Times New Roman"/>
        </w:rPr>
        <w:t>Ndaha’éi suficiente Tupã oĩ hag̃uáicha “nde ykére”, tekotevẽ avei “reikuaa ha’eha pe ne mboguata ha ne sambyhýva”. Ko añetegua ha’e peteĩ marandu profético ojehechaukáva opaichagua ñe’ẽjoajúpe oñemopyendáva araka’épa “peẽ peikuaáta Ñandejára”.</w:t>
      </w:r>
    </w:p>
    <w:p>
      <w:pPr>
        <w:pStyle w:val="ArticleScripture"/>
        <w:jc w:val="left"/>
      </w:pPr>
      <w:r>
        <w:rPr>
          <w:rFonts w:ascii="Times New Roman" w:hAnsi="Times New Roman" w:eastAsia="Times New Roman" w:cs="Times New Roman"/>
        </w:rPr>
        <w:t>Ha pe'úta heta, ha peñemyatyrõta, ha pemomba'eguasúta pende Jára Tupã réra, pe ojapo va'ekue penendive mba'e hechapyrãva; ha che retãygua ndojejahymo'ãi araka'eve. Ha peikuaáta che aimeha Israel mbyte, ha cheha hína peẽme guarã Jára Tupã, ha ndaipóri ambue; ha che retãygua ndojejahymo'ãi araka'eve. … Upéicha peikuaáta cheha hína Jára pende Tupã, aikoha Siónpe, che yvyty marangatuetépe; upérõ Jerusalén imarangatúta, ha araka'eve ndohasamo'ãvéi ipype pytaguakuéra. Joel 2:26, 27, 3:17.</w:t>
      </w:r>
    </w:p>
    <w:p>
      <w:pPr>
        <w:pStyle w:val="ArticleBody"/>
        <w:jc w:val="left"/>
      </w:pPr>
      <w:r>
        <w:rPr>
          <w:rFonts w:ascii="Times New Roman" w:hAnsi="Times New Roman" w:eastAsia="Times New Roman" w:cs="Times New Roman"/>
        </w:rPr>
        <w:t>Jerusalén imarangatu vove, ha’e pe iglesia ipu’akáva; pe iglesia oñorãirõva katu ojehechauka peteĩ iglesia oñemohendáva trígo ha ñana apytépe. Ha vove “avave pytagua ndohasavéimo” “Jerusalén” rupi, Ñandejára retãygua “oikuaáta” “ha’e ogueraha ha omotenondeha.” Oikuaa, ha’ekuéra niko umi ombohováiva pe ñembo’e “siete veces” rehegua, upéva oikehápe omombe’u hag̃ua Ñandejára ndoguerahahague ni nomotenondei hague ndéve reime jave peteĩ Laodicense-ramo; ha reñemoambue vove peteĩ Filadelfiagua-rã, reikuaáta “ha’e ogueraha ha omotenondeha” ha Ñandejára oĩha “Israel mbytépe.”</w:t>
      </w:r>
    </w:p>
    <w:p>
      <w:pPr>
        <w:pStyle w:val="ArticleBody"/>
        <w:jc w:val="left"/>
      </w:pPr>
      <w:r>
        <w:rPr>
          <w:rFonts w:ascii="Times New Roman" w:hAnsi="Times New Roman" w:eastAsia="Times New Roman" w:cs="Times New Roman"/>
        </w:rPr>
        <w:t>Pe ñemosarãiha alfa (ñembyasy) 19 jasyrundypegua ha pe ñemosarãiha omega (ñembyasy) 22 jasypapegua ojehechauka pe peteĩha marandu oñemoherakuãva oficial hag̃uáicha pe ñembyasy guasu rire, 22 jasypa 1844-pe. Ñemoherakuã ha’e peteĩ techaukaha profético tembiasakue millerítape ha Tetã peteĩ reko Amérika Joaju rembiasakue proféticope; upévare, pe peteĩha mba’e oñemoherakuãva oficial hag̃uáicha 1844 rire ha’e peteĩ tape rechaukaha upe tembiasakuepegua, ha pe tape rechaukaha ohechauka peteĩ ñemosarãiha.</w:t>
      </w:r>
    </w:p>
    <w:p>
      <w:pPr>
        <w:pStyle w:val="ArticleHeading"/>
        <w:jc w:val="left"/>
      </w:pPr>
      <w:r>
        <w:rPr>
          <w:rFonts w:ascii="Arial" w:hAnsi="Arial" w:eastAsia="Arial" w:cs="Arial"/>
        </w:rPr>
        <w:t>1847—Pe Tembyrekue Oñemosarambíva Tetãnguéra rupi</w:t>
      </w:r>
    </w:p>
    <w:p>
      <w:pPr>
        <w:pStyle w:val="ArticleScripture"/>
        <w:jc w:val="left"/>
      </w:pPr>
      <w:r>
        <w:rPr>
          <w:rFonts w:ascii="Times New Roman" w:hAnsi="Times New Roman" w:eastAsia="Times New Roman" w:cs="Times New Roman"/>
        </w:rPr>
        <w:t>“Peteĩ Ñe’ẽ pe ‘Mymba’i Roveve Michĩme’.”</w:t>
      </w:r>
    </w:p>
    <w:p>
      <w:pPr>
        <w:pStyle w:val="ArticleScripture"/>
        <w:jc w:val="left"/>
      </w:pPr>
      <w:r>
        <w:rPr>
          <w:rFonts w:ascii="Times New Roman" w:hAnsi="Times New Roman" w:eastAsia="Times New Roman" w:cs="Times New Roman"/>
        </w:rPr>
        <w:t>“Koʼã artíkulo ojehai The Day-Dawn-pe g̃uarã, ojeherakuãvaʼekue Canandaigua, New York-pe, O. R. L. Crosier rupive. Péro upe kuatiahaipyre koʼág̃a noñemoherakuãi véima rupi, ha ndajaikuaái jeýpa oñemoherakuãta, ore apytépe oĩva Maine-pe roimoʼã iporãveha oñemeʼẽ hag̃ua ko forma-pe. Aipota ahenói pe ‘aty michĩva’ atención koʼã mbaʼe rehe, oikótava pyaʼeterei ko yvy ári....”</w:t>
      </w:r>
    </w:p>
    <w:p>
      <w:pPr>
        <w:pStyle w:val="ArticleScripture"/>
        <w:jc w:val="left"/>
      </w:pPr>
      <w:r>
        <w:rPr>
          <w:rFonts w:ascii="Times New Roman" w:hAnsi="Times New Roman" w:eastAsia="Times New Roman" w:cs="Times New Roman"/>
        </w:rPr>
        <w:t>“Pe omoñe’ẽva ohechakuaáma mbohapy ñe’ẽmondo kuatia rupive, Mrs. E. G. White rembiapokue, oĩ hague A Word to the ‘Little Flock’-pe...”</w:t>
      </w:r>
    </w:p>
    <w:p>
      <w:pPr>
        <w:pStyle w:val="ArticleScripture"/>
        <w:jc w:val="left"/>
      </w:pPr>
      <w:r>
        <w:rPr>
          <w:rFonts w:ascii="Times New Roman" w:hAnsi="Times New Roman" w:eastAsia="Times New Roman" w:cs="Times New Roman"/>
        </w:rPr>
        <w:t>“Pe mokõiha marandu kuñakarai White rehegua, ojejuhúva kuatiarogue 14–18-pe, ha’e peteĩ mombe’u ijehegui pe peteĩha visión oguerekova’ekue, ko título guýpe: Pe Remanente Oñemosarambíva Tetã ambuére. Kóva ojehai kuri 20 jasypakõi 1845-pe, peteĩ kuatiañe’ẽ tee ramo Enoc Jacobs-pe guarã, ha peteĩhaite ojepublika pe oguerahaukáva rupive The Day-Star-pe, 24 jasypoapy 1846-pe. Upéi, 6 jasyrundy 1846-pe, ojereimprime jey va’ekue peteĩ kuatia peteĩ tovévape James White ha H. S. Gurney rupive. Pe ñe’ẽmondo ojehechaháicha A Word to the ‘Little Flock’-pe, michĩmi edición rehegua moambue ha Ñandejára Ñe’ẽ rehegua referencia oñembojoapyva’ekue añoite ndojeporúi hag̃ua, peteĩchaite hína pe visión rehegua mombe’u kompletoite oñeimprimi raẽ va’ekuévare.” James White, A Word to the ‘Little Flock’, 25.</w:t>
      </w:r>
    </w:p>
    <w:p>
      <w:pPr>
        <w:pStyle w:val="ArticleBody"/>
        <w:jc w:val="left"/>
      </w:pPr>
      <w:r>
        <w:rPr>
          <w:rFonts w:ascii="Times New Roman" w:hAnsi="Times New Roman" w:eastAsia="Times New Roman" w:cs="Times New Roman"/>
        </w:rPr>
        <w:t>1844 ohechauka peteĩ ánhel ouha ha peteĩ ñembotavy guasu. Ary 1845-pe ojehai pe visión peteĩha ha oñemoherakuã ary 1846-pe. Pe visión peteĩha oñeme’ẽ “pe hembývape isarambíva mombyry rupi”. Che ndaroviaiete pe kuñataĩ marã’ỹmby profetísa, ndaikatúigui oikuaa araka’e ohaírõ guare i-visión peteĩha, peteĩ mba’e ohechaukáva profétikamente “pe hembýva” rehegua ha’eha pe hembýva, tekotevẽ profétikagui, toĩva “isarambi mombyry rupi”, peteĩva umi mba’e ohechaukáva umi cien cuarenta y cuatro mil rehegua. Ary 1846-pe umi White omenda, upéicha rupi Ellen réra paha oñemoambue White-pe. Pe arýpe avei umi White oñepyrũ oñangareko hag̃ua pe sábado ára pokõiha rehe. Ary 1846-pe pe pacto ojehechauka oñemohu’ãmbaitéma hag̃ua, pe ñemenda profético oñepyrũva’ekue 1844-pe oñemohu’ã añetetépe 1846-pe, ha ary 1847-pe pe ñemoherakuã oficial peteĩha oñeimprimi ha oñembojegua’ẽ.</w:t>
      </w:r>
    </w:p>
    <w:p>
      <w:pPr>
        <w:pStyle w:val="ArticleHeading"/>
        <w:jc w:val="left"/>
      </w:pPr>
      <w:r>
        <w:rPr>
          <w:rFonts w:ascii="Arial" w:hAnsi="Arial" w:eastAsia="Arial" w:cs="Arial"/>
        </w:rPr>
        <w:t>Mayo, 1850</w:t>
      </w:r>
    </w:p>
    <w:p>
      <w:pPr>
        <w:pStyle w:val="ArticleScripture"/>
        <w:jc w:val="left"/>
      </w:pPr>
      <w:r>
        <w:rPr>
          <w:rFonts w:ascii="Times New Roman" w:hAnsi="Times New Roman" w:eastAsia="Times New Roman" w:cs="Times New Roman"/>
        </w:rPr>
        <w:t>“MOÑE'ẼHÁRA AYVU—Che rembipota ko jehecharamípe ha'e va'ekue amosakã hag̃ua jejavy añetegua marangatu resakã rupive....”</w:t>
      </w:r>
    </w:p>
    <w:p>
      <w:pPr>
        <w:pStyle w:val="ArticleScripture"/>
        <w:jc w:val="left"/>
      </w:pPr>
      <w:r>
        <w:rPr>
          <w:rFonts w:ascii="Times New Roman" w:hAnsi="Times New Roman" w:eastAsia="Times New Roman" w:cs="Times New Roman"/>
        </w:rPr>
        <w:t>“Apresentando esta pequena obra ao rebanho disperso, cumpri para com eles o meu dever, neste particular; e queira Deus acrescentar-lhe a sua bênção. Amém.” James White, The Seventh-day Sabbath not Abolished, 2.</w:t>
      </w:r>
    </w:p>
    <w:p>
      <w:pPr>
        <w:pStyle w:val="ArticleBody"/>
        <w:jc w:val="left"/>
      </w:pPr>
      <w:r>
        <w:rPr>
          <w:rFonts w:ascii="Times New Roman" w:hAnsi="Times New Roman" w:eastAsia="Times New Roman" w:cs="Times New Roman"/>
        </w:rPr>
        <w:t>Umi jehaipyre James White rehegua ohechauka porãiterei ijapoharakuéra gueteri hague peteĩ aty sarambi, ha upéva avei ha’e pe ñe defendéva ára poapyha sábado. Kóva hína pe mbohapyha ánhel marandu imitãme guare, Millerita Adventismo oikuaa haguéicha sábado ha pe mbohapyha ánhel rehe. Oñemoherakuã upe aryetepe oñemoherakuãhápe avei pe kuatia’atã 1850 gua, ha mokõivéva oñondive ohechauka Ñandejára ehérsito oñemopu’ãha pe domingo léi jejopyrã og̃uahẽmbotávape ĝuarã. Jesús tapiaite ohechauka pe paha pe ñepyrũ rupive, ha umi opresentáva’ekue pe marandu ary 1844-pe, oipurúva’ekue pe kuatia’atã 1843 gua, ohechaukaraka umi opresentátava pe marandu oipurúvo pe kuatia’atã 1850 gua. Habacuc mokõi táva ára ñepyrũme, kuimba’ekuéra omyasãiva’ekue pe aravo marandu oñondive Habacuc táva ndive; ha ary 1850-pe James White opresenta pe mbohapyha ánhel marandu oñondive pe kuatia’atã 1850 gua ndive. Pe kuatia’atã ojapo va’ekue pe Hermano Nichols pe ary 1849 rupi, peteĩ aravo James ha Ellen White oikohápe Hermano Nichols ndive. James White ojoaju porãite pe kuatia’atã 1850 gua jejapo rehe, ha upe arype oñepyrũ omyasãi pe mbohapyha ánhel marandu.</w:t>
      </w:r>
    </w:p>
    <w:p>
      <w:pPr>
        <w:pStyle w:val="ArticleScripture"/>
        <w:jc w:val="left"/>
      </w:pPr>
      <w:r>
        <w:rPr>
          <w:rFonts w:ascii="Times New Roman" w:hAnsi="Times New Roman" w:eastAsia="Times New Roman" w:cs="Times New Roman"/>
        </w:rPr>
        <w:t>“23 jasyporundy, [1850] Ñandejára ohechauka chéve ha’e omyasãi jey hague ipo mokõiháicha oguerujey hag̃ua hembyre tavayguakuéra, ha tekotevẽha oñembohetave ñane ñeha’ã ko ñembyaty ára jave. Ñemosarambipa árape Israel ojejapi ha oñembyaipa; ha ko’ág̃a, ñembyaty árape, Tupã omonguera ha ombojoapyjey itavayguakuérape. Ñemosarambipa aja, pe ñeha’ã oñemoasãi hag̃ua pe añetegua oguereko va’ekue sa’i ete jevy, oiko hag̃ua michĩmínte térã mba’eve; ha katu ñembyaty aja, Tupã omoĩvo ipo ombyaty hag̃ua itavayguakuérape, pe ñeha’ã oñemoasãi hag̃uáicha pe añetegua oguerekóta pe tembiaporã oñembosako’i hague. Opavave oñemojoaju ha tokyre’ỹmbe pe tembiapópe. Ahecha va’ekue ha’eha peteĩ mba’e ñemotĩrã oimeraẽva oñe’ẽ hag̃ua pe ñemosarambipáre techapyrãramo ñande reguata hag̃ua ko’ág̃a ñembyaty aja; Tupã ndajajapóiramo g̃uarãve ko’ág̃a pe ojapo va’ekue upe javeguáicha, Israel araka’eve noñembyatymo’ãi. Ha’e tekotevẽiterei pe añetegua oñemoherakuã peteĩ kuatiahápe, oñemombe’úramo guáicha avei.” Review and Herald, 1 de noviembre de 1850.</w:t>
      </w:r>
    </w:p>
    <w:p>
      <w:pPr>
        <w:pStyle w:val="ArticleScripture"/>
        <w:jc w:val="left"/>
      </w:pPr>
      <w:r>
        <w:rPr>
          <w:rFonts w:ascii="Times New Roman" w:hAnsi="Times New Roman" w:eastAsia="Times New Roman" w:cs="Times New Roman"/>
        </w:rPr>
        <w:t>“Pe jehecha Ñandejára ‘oipyso jey hague Ipo mokõiha jey ojehupyty hag̃ua hembyre Itavayguakuéra apytégui,’ kuatia rogue 74-pe, oñe’ẽnte pe joaju ha mbarete peteĩ ára oĩ vaʼekue umi Cristo rehe omañáva apytépe, ha avei pe añetegua rehe Haʼe oñepyrũ hague ombojoaju jey ha omopuʼã jey hag̃ua Itavayguakuérape.” Early Writings, 86.</w:t>
      </w:r>
    </w:p>
    <w:p>
      <w:pPr>
        <w:pStyle w:val="ArticleBody"/>
        <w:jc w:val="left"/>
      </w:pPr>
      <w:r>
        <w:rPr>
          <w:rFonts w:ascii="Times New Roman" w:hAnsi="Times New Roman" w:eastAsia="Times New Roman" w:cs="Times New Roman"/>
        </w:rPr>
        <w:t>Pe ermána White, Early Writings-pe, okomenta pe pasáhe oĩva Review and Herald-pe, ojoajúvo ha’e oiporúramo proféta Isaías ñe’ẽ he’ívo: “Ñandejára ohechauka chéve ha’e omyasãi hague ipo mokõiha jey ogueru jeývo hembýva itavayguakuéragui.” Ha’e omyasãi Ipo ary 1850-pe. Ha’e ombyatýrõ guare umi tavayguakuérape Pe Tupa Marangatuetévévape 22 jasypa 1844-pe, upéva oiko sarambi pahaite rire ary 677 a.C. guive peve 22 jasypa 1844. Judá tee oikóva pe yvy tee hechapyrãva ári oñemosarambi 2520 ary pukukue, ojoajúvo “poko mokõi jey” rehe oñe’ẽva Levítico mokõipa poteĩme ary 677 a.C.-pe. Umi 2520 ary opávo, Israel espiritual oñembyaty 22 jasypa 1844-pe ha upepete oñemosarambi jey, ha pe sarambi oñemohu’ã Ñandejára omyasãivo hesekuéra Ipo mokõiha jey. Ha’e ombyaty chupekuéra mokõiha jey pe pasáhepe omoañete hag̃ua mokõi mba’e: “ojokua hag̃ua itavayguakuérape” ha “opu’ã hag̃ua” itavayguakuéra.</w:t>
      </w:r>
    </w:p>
    <w:p>
      <w:pPr>
        <w:pStyle w:val="ArticleScripture"/>
        <w:jc w:val="left"/>
      </w:pPr>
      <w:r>
        <w:rPr>
          <w:rFonts w:ascii="Times New Roman" w:hAnsi="Times New Roman" w:eastAsia="Times New Roman" w:cs="Times New Roman"/>
        </w:rPr>
        <w:t>“Ahecha upéi pe ánhel mbohapyha. He’i che ángel che moirũva: ‘Kyhyjeha ñandejára ha’e iñe’ẽ, ha iñemimbipaha vaieterei hembiaporã; ha’e pe ánhel oiporavova’erãva trigó kapi’ipe aty apytégui, ha ombyaíva térã oñapytĩva’erã pe trigó pe ñembyatyha yvagagua-rã.’ Ko’ã mba’e oikotevẽ omboja hag̃ua opavave apytu’ũ, opavave ñatentévo. Upéi jey ojehechauka chéve tekotevẽha umi ogueroviáva jahasaha pe marandu paha poriahuvereko rehegua, oĩ hag̃ua oñemboja’o hag̃uáicha umi ára ha ára ohupyty térã omokõva jejavy pyahu. Ahecha ndaikatuiha ni mitã ni tuja oho umi atyhápe umi oĩva jejavy ha pytũmbýpe. He’i pe ánhel: ‘Tojehejarei apytu’ũ oñemoĩ hag̃ua umi mba’e ndoporoprofeséivare.’” Manuscript Releases, volúmen 5, 425.</w:t>
      </w:r>
    </w:p>
    <w:p>
      <w:pPr>
        <w:pStyle w:val="ArticleBody"/>
        <w:jc w:val="left"/>
      </w:pPr>
      <w:r>
        <w:rPr>
          <w:rFonts w:ascii="Times New Roman" w:hAnsi="Times New Roman" w:eastAsia="Times New Roman" w:cs="Times New Roman"/>
        </w:rPr>
        <w:t>Pe mokõiha ñembyaty oñepyrũ vaʼekue 1850-pe ohechauka typológicamente Ñandejára retãyguakuéra jejokokue (ñeñapytĩ) oñemopuʼãvo chupekuéra “ojehupi” hag̃ua peteĩ techaukaha ramo. 1850 ohechauka arakaʼépa Ñandejára ombyaty umi cien cuarenta y cuatro mil. Tekotevẽ profético rupi, haʼekuéra oĩvaʼerãkuri oñemosarambi raẽ oñembyaty mboyve. Upévare, “umi mbohapy ára ha mbyte” Apocalipsis 11:11-pe, oisimbolisáva 1260, haʼéva mbyte 2520-gui ha ohechaukáva pe ñemosarambi ou vaʼekue 18 de julio de 2020 rire. Apocalipsis 11:11 ohechauka pe mokõiha ñembyaty umi oikótavape cien cuarenta y cuatro mil ha pe techaukaha oñemopuʼãva tetãnguéra renondépe, Isaías 11:11-pe oñemombeʼuháicha!</w:t>
      </w:r>
    </w:p>
    <w:p>
      <w:pPr>
        <w:pStyle w:val="ArticleScripture"/>
        <w:jc w:val="left"/>
      </w:pPr>
      <w:r>
        <w:rPr>
          <w:rFonts w:ascii="Times New Roman" w:hAnsi="Times New Roman" w:eastAsia="Times New Roman" w:cs="Times New Roman"/>
        </w:rPr>
        <w:t>Ha upe árape oĩta peteĩ rapo Jesse rehegua, opuʼãtava tetãnguéra pype techaukaháramo; hendápe umi Gentil-kuéra ohekátava: ha ipytuʼu glorioso vaʼerãta.</w:t>
      </w:r>
    </w:p>
    <w:p>
      <w:pPr>
        <w:pStyle w:val="ArticleScripture"/>
        <w:jc w:val="left"/>
      </w:pPr>
      <w:r>
        <w:rPr>
          <w:rFonts w:ascii="Times New Roman" w:hAnsi="Times New Roman" w:eastAsia="Times New Roman" w:cs="Times New Roman"/>
        </w:rPr>
        <w:t>Ha oikóta upe árape, Ñandejára omoĩta jey ipópe mokõiháicha ogueru hag̃ua jey hetãygua rembyre hembýva, Assýriagui, Egíptogui, Patrósgui, Cúshgui, Elamgui, Shinárgui, Hamátgui ha ypa’ũnguéra guive.</w:t>
      </w:r>
    </w:p>
    <w:p>
      <w:pPr>
        <w:pStyle w:val="ArticleScripture"/>
        <w:jc w:val="left"/>
      </w:pPr>
      <w:r>
        <w:rPr>
          <w:rFonts w:ascii="Times New Roman" w:hAnsi="Times New Roman" w:eastAsia="Times New Roman" w:cs="Times New Roman"/>
        </w:rPr>
        <w:t>Ha'e omoĩta peteĩ poyvi tetãnguérag̃uarã, ha ombyatýta Israel oñemosẽva'ekuépe, ha omono'õta Judá isarambipávape yvy apýra irundyguio. Isaías 11:10, 11, 12.</w:t>
      </w:r>
    </w:p>
    <w:p>
      <w:pPr>
        <w:pStyle w:val="ArticleBody"/>
        <w:jc w:val="left"/>
      </w:pPr>
      <w:r>
        <w:rPr>
          <w:rFonts w:ascii="Times New Roman" w:hAnsi="Times New Roman" w:eastAsia="Times New Roman" w:cs="Times New Roman"/>
        </w:rPr>
        <w:t>Áño 1850-pe Ñandejára omoĩ jey ipo mokõiháicha ombyaty hag̃ua umi tavayguakuérape opredikáva pe marandu mbohapyha ánhel rehegua oñondive pe Marandu Pyhare Mbytegua reheve, ojehechaukaháicha Habacuc mokõi kuatiañe’ẽme. Jasypokõi ary 2023-pe Ñandejára omoĩ jey ipo mokõiháicha ombyaty hag̃ua umi tavayguakuérape opredikáva pe marandu mbohapyha ánhel rehegua oñondive pe Marandu Pyhare Mbytegua reheve, ojehechaukaháicha Habacuc mokõi kuatiañe’ẽme. Mokõivéva, 1850 ha jasypokõi 2023, ohechauka pe ñembyaty “hembýva itavayguakuéragui” rehegua, he’iháicha Isaías iñakã 11 pe versíkulo 11-pe. Pe versíkulo 11 oĩ mbytépe umi versíkulo 10 ha 12 apytépe, ha mokõivéva umi versíkulo ohechauka pe poyvi oñembohupíha yvy tuichakue renondépe.</w:t>
      </w:r>
    </w:p>
    <w:p>
      <w:pPr>
        <w:pStyle w:val="ArticleBody"/>
        <w:jc w:val="left"/>
      </w:pPr>
      <w:r>
        <w:rPr>
          <w:rFonts w:ascii="Times New Roman" w:hAnsi="Times New Roman" w:eastAsia="Times New Roman" w:cs="Times New Roman"/>
        </w:rPr>
        <w:t>Mbohapy umi mbohapy versíkulo ohechauka pe poyvi, jepe pe versíkulo mbytegua ohechauka chupekuéra “hembyrekue” ramo. Upépe pe hembyrekue oñembyaty jeýta mokõiha jey, ha umi trívu ojegueruha chuguikuéra papapy ha’e poapy. “8” orrepresenta ndaha’éi añoite umi oĩva’ekue Noé arca-pe, ohasa va’ekue pe mundo tuja guive pe mundo pyahúpe omanoramo’ỹre, síno “8” avei orrepresenta umi ha’éva pe tupaogua poapyha, oúva umi siete apytégui. Umi mokõi testígo Apocalipsis 11:11-pe ha’e umi oikove jeýma va’ekue. Pe papapy “8” ha’e pe símbolo pe jeikove jeýgui, peteĩ símbolo umi cien cuarenta y cuatro mil rehegua, peteĩ símbolo pe bautísmogui, ha peteĩ símbolo umi ohasa va’erã Laodicea guive Filadelfia peve ha oiko Isaías poyvi ramo umi tetãnguéra renondépe. Ñandejára omyasãi Ipo mokõiha jey 1850 guive 1865 peve, ha upéi jeýma julio ary 2023-pe.</w:t>
      </w:r>
    </w:p>
    <w:p>
      <w:pPr>
        <w:pStyle w:val="ArticleBody"/>
        <w:jc w:val="left"/>
      </w:pPr>
      <w:r>
        <w:rPr>
          <w:rFonts w:ascii="Times New Roman" w:hAnsi="Times New Roman" w:eastAsia="Times New Roman" w:cs="Times New Roman"/>
        </w:rPr>
        <w:t>Áño 2023-pe, ojehesape pyahu umi siete tiempos rehe, oiko haguéicha 1856-pe. Pe período 1856 guive 1863 peve ohechauka pe tembiasakue umi cien cuarenta y cuatro mil rehegua, pe Señor omopuʼã jave Itavayguakuéra hembyreko peteĩ ehérsito ramo.</w:t>
      </w:r>
    </w:p>
    <w:p>
      <w:pPr>
        <w:pStyle w:val="ArticleBody"/>
        <w:jc w:val="left"/>
      </w:pPr>
      <w:r>
        <w:rPr>
          <w:rFonts w:ascii="Times New Roman" w:hAnsi="Times New Roman" w:eastAsia="Times New Roman" w:cs="Times New Roman"/>
        </w:rPr>
        <w:t>Isaías 11:11 oñembojaju porãmbaitépe Apocalipsis 11:11 ndive, ha upéva avei oñembojaju porãmbaitépe Daniel 11:11 ndive. Isaías ha Juan ohechauka peteĩ tembiasakue hyepypegua, ha Daniel katu peteĩ tembiasakue okáguigua. Daniel rembiasakue okáguigua, 11:11-pe, oho oñondive Juan rembiasakue hyepypegua, 11:11-pe, ha Isaías 11:11 ohechauka pe poyvi pe línea hyepypeguápe guarã, pe ohenóiva Tupã ambue ovecha aty osẽ hag̃ua pe línea okáguigui. Palmoni ombojoaju ko’ã pasáhe peteĩ apytépe porãite, ha kóva ikatu hag̃uánte ojejapo pe Oĩva opa mba’e Apoharéva rupive.</w:t>
      </w:r>
    </w:p>
    <w:p>
      <w:pPr>
        <w:pStyle w:val="ArticleBody"/>
        <w:jc w:val="left"/>
      </w:pPr>
      <w:r>
        <w:rPr>
          <w:rFonts w:ascii="Times New Roman" w:hAnsi="Times New Roman" w:eastAsia="Times New Roman" w:cs="Times New Roman"/>
        </w:rPr>
        <w:t>Ko’ẽrõgua artículope ñambojoapyta ko’ã mba’e.</w:t>
      </w:r>
    </w:p>
    <w:p>
      <w:pPr>
        <w:pStyle w:val="ArticleHeading"/>
        <w:jc w:val="left"/>
      </w:pPr>
      <w:r>
        <w:rPr>
          <w:rFonts w:ascii="Arial" w:hAnsi="Arial" w:eastAsia="Arial" w:cs="Arial"/>
        </w:rPr>
        <w:t>Ñomongeta Marandu Ypykue Ñe’ẽngue ndive:</w:t>
      </w:r>
    </w:p>
    <w:p>
      <w:pPr>
        <w:pStyle w:val="ArticleBody"/>
        <w:jc w:val="left"/>
      </w:pPr>
      <w:r>
        <w:rPr>
          <w:rFonts w:ascii="Times New Roman" w:hAnsi="Times New Roman" w:eastAsia="Times New Roman" w:cs="Times New Roman"/>
        </w:rPr>
        <w:t>¿Pe mundo de las matemáticas ojuhu mba’eveichagua he’iséva papapy “11”-pe?</w:t>
      </w:r>
    </w:p>
    <w:p>
      <w:pPr>
        <w:pStyle w:val="ArticleBody"/>
        <w:jc w:val="left"/>
      </w:pPr>
      <w:r>
        <w:rPr>
          <w:rFonts w:ascii="Times New Roman" w:hAnsi="Times New Roman" w:eastAsia="Times New Roman" w:cs="Times New Roman"/>
        </w:rPr>
        <w:t>Heẽ, papapy 11 oguereko heta aspecto añetegua iporãva ha iñimportánteva matemática-pe g̃uarã (ndaha’éi añoite rehe peteĩ papapy primo). Ko’ãva hína umi tenonderãite matemátikokuéra ha umi ohayhúva matemática jepivegua omomba’eguasúva:</w:t>
      </w:r>
    </w:p>
    <w:p>
      <w:pPr>
        <w:pStyle w:val="ArticleBody"/>
        <w:jc w:val="left"/>
      </w:pPr>
      <w:r>
        <w:rPr>
          <w:rFonts w:ascii="Times New Roman" w:hAnsi="Times New Roman" w:eastAsia="Times New Roman" w:cs="Times New Roman"/>
        </w:rPr>
        <w:t>11 ha’e pe 5ha número primo, pe número primo michĩvéva mokõi cifra rehegua ha pe peteĩha número primo capicúa base 10-pe. “11” ha’e pe repunit michĩvéva (peteĩ número oñemoheñóiva unidad-kuéra oñemboyke jey jey haguére) ha upéva ha’e peteĩ primo. Ha’e pe añoite número primo mokõi cifra rehegua mokõivéva cifra peteĩchagua. 11, 22, 33, 44 hamba’e. “11” añoite oiko upéicha. “11” ha’e peteĩ exponente primo de Mersenne. Pe expansión decimal 1/11 = 0.090909… rehegua oguereko peteĩ período repetitivo 2 añoite, péro 1/11 herakuã ambue hendáicha avei: pe secuencia de primos 11, 101, 1009, 10007, 100003, hamba’e, ojehecha jepi ñomongeta rehegua primos progresión aritmética-pe. Pe aty diedral orden 22 rehegua (simetría-kuéra peteĩ 11-gono regular rehegua) imandu’arãva, “11” ha’égui pe primo michĩvéva ikatuhápe pe aty diedral oguereko peteĩ estructura ndaha’éiva abeliana ha centro’ỹva, iñinteresante teoría de grupos-pe. Física teórica-pe (teoría de cuerdas / teoría M-pe), arai jepi ojemodela 11 dimensión espacio-tiempo-pe, ha umi físico ha matemático omba’apóva upe ámbito-pe py’ỹi omombe’u 11 jehechauka. “11” ha’e pe añoite número primo capicúa oguerekóva peteĩ papapy par de cifras (opaite ambuekuéra oguerekóva cifra-kuéra par ha tuichavéva 2-gui ojedividi 11 rehe ha upévare ha’e compuestos). Kóva ha’e peteĩ teorema teoría recreativa de números-pe.</w:t>
      </w:r>
    </w:p>
    <w:p>
      <w:pPr>
        <w:pStyle w:val="ArticleBody"/>
        <w:jc w:val="left"/>
      </w:pPr>
      <w:r>
        <w:rPr>
          <w:rFonts w:ascii="Times New Roman" w:hAnsi="Times New Roman" w:eastAsia="Times New Roman" w:cs="Times New Roman"/>
        </w:rPr>
        <w:t>Ñemohu’ã paha:</w:t>
      </w:r>
    </w:p>
    <w:p>
      <w:pPr>
        <w:pStyle w:val="ArticleBody"/>
        <w:jc w:val="left"/>
      </w:pPr>
      <w:r>
        <w:rPr>
          <w:rFonts w:ascii="Times New Roman" w:hAnsi="Times New Roman" w:eastAsia="Times New Roman" w:cs="Times New Roman"/>
        </w:rPr>
        <w:t>Jepémo “11” ndorekói pe tetãygua guasuichaite pe “π”, “e”, térã pe proporción áurea, jevy jevýpe ojehechauka pe techapyrã michĩvéva térã peteĩha heta mba’e rehegua (peteĩha repunit primo, pe único primo palíndromo papapy mokõihái dígito rehegua, jehechauka pyhareve heta demostración ha contraejemplo-pe, 11 dimensión M-teoría-pe, hamba’e). Upévare, heẽ—pe mundo matemático ohecha “11” peteĩ papapy iñimportánteva ramo.</w:t>
      </w:r>
    </w:p>
    <w:p>
      <w:pPr>
        <w:pStyle w:val="ArticleScripture"/>
        <w:jc w:val="left"/>
      </w:pPr>
      <w:r>
        <w:rPr>
          <w:rFonts w:ascii="Times New Roman" w:hAnsi="Times New Roman" w:eastAsia="Times New Roman" w:cs="Times New Roman"/>
        </w:rPr>
        <w:t>“Pe Ñe’ẽ omokyre’ỹ vaʼekue haʼe vaʼekue pe ñemyesakãhára añetegua pe Ñe’ẽ rehegua. Cristo omyesakã imboʼe hag̃ua ohenói hag̃ua iñehenduhárape ojapóvo hikuái atención umi léi isãsóvare tekohápe, ha umi mbaʼe ojehecháva ha ojepokóva hese ára ha ára. Péicha ogueraha vaʼekue iñapytuʼũnguéra pe tekohagui pe espiritual-pe. Heta ndaikatúi kuri pyaʼe oikũmby hekopete mbaʼépa heʼisevaʼekue iparábola-kuéra; ha katu, ára ha ára oñembojoapy aja umi mbaʼe ndive pe Mboʼehára Guasu ombojoaju hague hendivekuéra añetegua espiritual, oĩ vaʼekue ohechakuaa umi mboʼepy añetegua divina rehegua haʼe oipyso hag̃uáicha ipypekuéra, ha koʼãva oguerovia pe añetegua imisión rehegua ha oñekonverti pe evangelio-pe.” Sabbath School Worker, 1 de diciembre de 1909.</w:t>
      </w:r>
    </w:p>
    <w:p>
      <w:pPr>
        <w:pStyle w:val="ArticleScripture"/>
        <w:jc w:val="left"/>
      </w:pPr>
      <w:r>
        <w:rPr>
          <w:rFonts w:ascii="Times New Roman" w:hAnsi="Times New Roman" w:eastAsia="Times New Roman" w:cs="Times New Roman"/>
        </w:rPr>
        <w:t>“Omboguata hag̃uáicha péicha pe reino natural-gui pe reino espiritual-pe, Cristo parábola-kuéra ha’e joajuha peteĩ cadena añetegua rehegua ombojoajúva yvypórape Tupã ndive, ha yvy yvágandi.”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Tupãorape Mokõiha Mbohapy Adventista Iglesiagui Laodicea pegua - Papapy Porundy hag̃ua</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