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Tupao Adventista del Séptimo Día Laodiceagua - Papapy Pateĩha</w:t>
      </w:r>
      <w:r>
        <w:rPr>
          <w:rFonts w:ascii="Segoe UI" w:hAnsi="Segoe UI" w:eastAsia="Segoe UI" w:cs="Segoe UI"/>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Papapy Pa peteĩha```</w:t>
      </w:r>
    </w:p>
    <w:p>
      <w:pPr>
        <w:pStyle w:val="ArticleBody"/>
        <w:jc w:val="left"/>
      </w:pPr>
      <w:r>
        <w:rPr>
          <w:rFonts w:ascii="Times New Roman" w:hAnsi="Times New Roman" w:eastAsia="Times New Roman" w:cs="Times New Roman"/>
        </w:rPr>
        <w:t>Pe amandy riregua marandu ha’e peteĩ ñe’ẽmondýi pe poravo ára oñemboty hag̃uápe oñemboja hag̃ua, ha upéva oĩ oñondive peteĩ ñehenói ñembosako’i hag̃ua peteĩteĩpe g̃uarã. Ko’ã mokõi mba’e rehegua ojehechauka Isaías visión capítulo diez ha once-pe, ha upéva ojejapo Daniel once marandu ryepýpe, upe oñemboty’ỹ va’ekue ary 1989-pe, ha iñemoñe’ẽ kañymby oñemboty’ỹ pe sellado ára rehe oikóvo umi cien cuarenta y cuatro mil rehe, umi ojehechaukáva pe visión-pe Isaías ha ita’ýra kuéra rupive. Ko’ã mokõi línea oñondivepa ohechauka peteĩ ñe’ẽmondýi Acaz-pe g̃uarã, ohechaukáva umi Laodicense-kuérape ndorekóiva “entendimiento” ko’ã mokõi línea interna ha externa rehe, umi omyasãiva profecía bíblica pukukue javeve.</w:t>
      </w:r>
    </w:p>
    <w:p>
      <w:pPr>
        <w:pStyle w:val="ArticleBody"/>
        <w:jc w:val="left"/>
      </w:pPr>
      <w:r>
        <w:rPr>
          <w:rFonts w:ascii="Times New Roman" w:hAnsi="Times New Roman" w:eastAsia="Times New Roman" w:cs="Times New Roman"/>
        </w:rPr>
        <w:t>Daniel 11:11 ha Apocalipsis 11:11 ohechauka pe ta’anga hyepypegua ha okápeguáva peteĩchaite, Daniel ohechaukávo pe okápeguáva ha Apocalipsis pe hyepypegua. Ko’ã mokõi “kapítulo ha versíkulo” hyepypegua ha okápeguáva oñembojoaju hag̃ua directamente pe marandu okápeguáva ha hyepypeguáva ndive kapítulo diez ha once-pe, ha upéicha avei ojapo Isaías 11:11-pe.</w:t>
      </w:r>
    </w:p>
    <w:p>
      <w:pPr>
        <w:pStyle w:val="ArticleBody"/>
        <w:jc w:val="left"/>
      </w:pPr>
      <w:r>
        <w:rPr>
          <w:rFonts w:ascii="Times New Roman" w:hAnsi="Times New Roman" w:eastAsia="Times New Roman" w:cs="Times New Roman"/>
        </w:rPr>
        <w:t>Isaías seis ha’e 9/11 ha ohechauka Isaías ñemopotĩ ha ñemoĩ porã marandu rerahaháramo 9/11-pe. Mokõiha capítulo guive oñemoĩ peteĩ esquema pe marandu oguahẽ vaʼekue 9/11-pe rehegua. Capítulo diez ohechauka Daniel once pegua seis versículo paha rembiapo, péva niko pe marandu ojepeʼa hag̃ua iséllogui ára paha jave 1989-pe.</w:t>
      </w:r>
    </w:p>
    <w:p>
      <w:pPr>
        <w:pStyle w:val="ArticleBody"/>
        <w:jc w:val="left"/>
      </w:pPr>
      <w:r>
        <w:rPr>
          <w:rFonts w:ascii="Times New Roman" w:hAnsi="Times New Roman" w:eastAsia="Times New Roman" w:cs="Times New Roman"/>
        </w:rPr>
        <w:t>Isaías kapítulo onceha ohechauka 9/11 ha Isaías ñemoĩporã ha hembiayhupyrã marandu. Pe peteĩha versíkulo oñembojoaju pe diezha versíkulondi “Jese” rupive, ha pe diezha versíkulo he'i: “Ha upe árape”, ha pe onceha versíkulo osegi he'ívo: “Ha oikóta upe árape Ñandejára omoĩ jeýta ipo mokõiha jey ojeguerujey hag̃ua hembýva itavayguakuéragui.”</w:t>
      </w:r>
    </w:p>
    <w:p>
      <w:pPr>
        <w:pStyle w:val="ArticleBody"/>
        <w:jc w:val="left"/>
      </w:pPr>
      <w:r>
        <w:rPr>
          <w:rFonts w:ascii="Times New Roman" w:hAnsi="Times New Roman" w:eastAsia="Times New Roman" w:cs="Times New Roman"/>
        </w:rPr>
        <w:t>Upe árape niko 1850.</w:t>
      </w:r>
    </w:p>
    <w:p>
      <w:pPr>
        <w:pStyle w:val="ArticleScripture"/>
        <w:jc w:val="left"/>
      </w:pPr>
      <w:r>
        <w:rPr>
          <w:rFonts w:ascii="Times New Roman" w:hAnsi="Times New Roman" w:eastAsia="Times New Roman" w:cs="Times New Roman"/>
        </w:rPr>
        <w:t>Ha peteĩ yvyra rembiapo osẽta Jesé rapo rehegui, ha ipohãnguégui okakuaáta peteĩ hakã pyahu. Ha Tupã Ñandejára Espíritu opytáta hese, arandu ha kuaapy Espíritu, ñemoarandu ha mbarete Espíritu, kuaa ha kyhyje Ñandejára rehegua Espíritu. Ha ojapóta chupe pya’e hag̃ua iñarandu Ñandejára kyhyjépe; ha ndojuzgamo’ãi hexa rupi, ni noñemoñe’ẽ mo’ãi ijapysaka rupive; síno tekojoja reheve ojuzgáta imboriahúvape, ha tekojoja porãme oñemoñe’ẽta yvy arigua imarangatúvape g̃uarã; ha ijuru yvyra reheve oinupãta yvy, ha hembijuru pytuhẽme ojukáta iñañávape. Ha tekojoja ha’éta iku’áre iguakuaha, ha jerovia hag̃ua ha’éta ikupe guakuaha. Aguara guasu oikóta ovecha ra’y ndive, ha jagua para oñenóta kavara ra’y ndive; ha vaka ra’y, león mitã ha mymba ikyráva oñondive; ha peteĩ mitã’i ogueraháta chupekuéra. Vaka ha oso okarúta oñondive; hymba kuéra ra’ykuéra oñenóta oñondive; ha león ho’úta kapi’i vakaicha. Mitã kamby’u oñembosaráita mbói vai kuára ári, ha mitã kambygui ojepe’áva omoĩta ipo mbói venenóso renda ári. Ndojapomo’ãi mba’e vai ni nohundimo’ãi opa che yvyty marangatu ári; yvy niko henyhẽta Ñandejára kuaápe, y ogueraháva guive pe para yguasu jaho’i haguéicha.</w:t>
      </w:r>
    </w:p>
    <w:p>
      <w:pPr>
        <w:pStyle w:val="ArticleScripture"/>
        <w:jc w:val="left"/>
      </w:pPr>
      <w:r>
        <w:rPr>
          <w:rFonts w:ascii="Times New Roman" w:hAnsi="Times New Roman" w:eastAsia="Times New Roman" w:cs="Times New Roman"/>
        </w:rPr>
        <w:t>11:10 Ha upe árape oĩta peteĩ rapo Jessegua, opuʼã hag̃uáicha techaukaha ramo tavayguakuérape; hendápe umi tetã ambuegua ohekáta: ha ipytuʼu hag̃uata heñói mimbipa hag̃ua.</w:t>
      </w:r>
    </w:p>
    <w:p>
      <w:pPr>
        <w:pStyle w:val="ArticleScripture"/>
        <w:jc w:val="left"/>
      </w:pPr>
      <w:r>
        <w:rPr>
          <w:rFonts w:ascii="Times New Roman" w:hAnsi="Times New Roman" w:eastAsia="Times New Roman" w:cs="Times New Roman"/>
        </w:rPr>
        <w:t>11:11 Ha oikóta upe árape, Ñandejára omoĩ jeýta ipo mokõiha jey oguenohẽ hag̃ua hetãygua rembyre, umi hembýva, Asiriágui, Egíptogui, Patrosgui, Cusgui, Elamgui, Sinargui, Hamatgui ha ypa'ũnguéra mar reheguágui.</w:t>
      </w:r>
    </w:p>
    <w:p>
      <w:pPr>
        <w:pStyle w:val="ArticleScripture"/>
        <w:jc w:val="left"/>
      </w:pPr>
      <w:r>
        <w:rPr>
          <w:rFonts w:ascii="Times New Roman" w:hAnsi="Times New Roman" w:eastAsia="Times New Roman" w:cs="Times New Roman"/>
        </w:rPr>
        <w:t>11:12 Haʼe omoĩta peteĩ techaukaha tetãnguérape g̃uarã, ha ombyatýta umi Israel ñemosẽmbyrekuérape, ha omonoʼõta umi Judá isarambipáva yvy apýra irundygui.</w:t>
      </w:r>
    </w:p>
    <w:p>
      <w:pPr>
        <w:pStyle w:val="ArticleScripture"/>
        <w:jc w:val="left"/>
      </w:pPr>
      <w:r>
        <w:rPr>
          <w:rFonts w:ascii="Times New Roman" w:hAnsi="Times New Roman" w:eastAsia="Times New Roman" w:cs="Times New Roman"/>
        </w:rPr>
        <w:t>Ha pe envidia Efraín rehegua ojeipeʼáta avei, ha Judá adversáriokuéra oñehundíta: Efraín ndoipotamoʼãvéi vaʼerã Judáre envidia, ha Judá nombohasaʼasyvéi vaʼerã Efraínpe. Haʼekuéra katu ovevéta filisteokuéra atiʼári kuarahyreikévo gotyo; oñondive oipeʼáta mbaʼe kuéra kuarahysẽ gotyogua gui: omoĩta ipo Edom ha Moab ári; ha Amón raʼykuéra iñeʼẽrendúta chupekuéra.</w:t>
      </w:r>
    </w:p>
    <w:p>
      <w:pPr>
        <w:pStyle w:val="ArticleScripture"/>
        <w:jc w:val="left"/>
      </w:pPr>
      <w:r>
        <w:rPr>
          <w:rFonts w:ascii="Times New Roman" w:hAnsi="Times New Roman" w:eastAsia="Times New Roman" w:cs="Times New Roman"/>
        </w:rPr>
        <w:t>Ha Ñandejára ohundipataite pe yvyra’ẽ guasu Egipto pegua; ha ipepo mbaretépe omongu’éta ipo pe ysyrý ári, ha oinupãta chupe umi poapy syryme, ha ojapóta umi kuimba’e ohasa hag̃ua ipirapire’ỹre. Ha oĩta peteĩ tape guasu hembyréva tavayguakuérape g̃uarã, umi opytáva Asiriágui; péichaite avei Israel-pe ĝuarã pe ára osẽ hague Egipto retãgui. Isaías 11:1–16.</w:t>
      </w:r>
    </w:p>
    <w:p>
      <w:pPr>
        <w:pStyle w:val="ArticleBody"/>
        <w:jc w:val="left"/>
      </w:pPr>
      <w:r>
        <w:rPr>
          <w:rFonts w:ascii="Times New Roman" w:hAnsi="Times New Roman" w:eastAsia="Times New Roman" w:cs="Times New Roman"/>
        </w:rPr>
        <w:t>Pe versíkulo peteĩha he’i: “Ha osẽta peteĩ yvyra rakã’i Jesé rapo-gui, ha peteĩ hakã okakuaáta hogue rapo-gui: Ha Ñandejára Espíritu opytáta hese.” Pe ñemombe’u mbarete oñe’ẽva Cristo rehe osegi, PÉRO pe ñemombe’u ojeporu hag̃ua ojehechave umi ára pahápe, Isaías ára térã jepe umi ára Cristo oguata haguépe yvyporakuéra apytépe rangue.</w:t>
      </w:r>
    </w:p>
    <w:p>
      <w:pPr>
        <w:pStyle w:val="ArticleBody"/>
        <w:jc w:val="left"/>
      </w:pPr>
      <w:r>
        <w:rPr>
          <w:rFonts w:ascii="Times New Roman" w:hAnsi="Times New Roman" w:eastAsia="Times New Roman" w:cs="Times New Roman"/>
        </w:rPr>
        <w:t>Peteĩ jehesa’ỹijo porã ohechauka versíkulo peteĩ guive porundy peve opaiteha hína Cristo rehegua techaukaha tee, ha versíkulo pa-pe he’i: “Ha osẽta peteĩ yvyra rakã.” Ndaipóri peteĩ ñepẽmbyrã umi temiandu osyryryhápe versíkulo peteĩ guive versíkulo pa peve. Versíkulo pa he’i: “ha upe ára-pe”, upéva tekotevẽ oiko pe peteĩchagua ára-pe versíkulo peteĩ he’iháicha. Mokõivéva, versíkulo pa ha peteĩ, omombe’u pe “rapo”, ha upéicha rupi ombojoaju mokõivéva versíkulo peteĩ línea ári ambue línea rehe.</w:t>
      </w:r>
    </w:p>
    <w:p>
      <w:pPr>
        <w:pStyle w:val="ArticleBody"/>
        <w:jc w:val="left"/>
      </w:pPr>
      <w:r>
        <w:rPr>
          <w:rFonts w:ascii="Times New Roman" w:hAnsi="Times New Roman" w:eastAsia="Times New Roman" w:cs="Times New Roman"/>
        </w:rPr>
        <w:t>Pe versíkulo peteĩha ha pa versíkulo oje’éva ko’ã mba’e: “Ha osẽta peteĩ yvyra’i Jesé rapógui, ha peteĩ hakã okakuaáta hapo kuéragui: Ha upe árape oĩta peteĩ Jesé rapo, oĩtava tavayguakuéra rairõha ramo; hese ohekáta umi Gentil kuéra: ha ipytu’u ha’éta hechapyrãmbyetéva.”</w:t>
      </w:r>
    </w:p>
    <w:p>
      <w:pPr>
        <w:pStyle w:val="ArticleBody"/>
        <w:jc w:val="left"/>
      </w:pPr>
      <w:r>
        <w:rPr>
          <w:rFonts w:ascii="Times New Roman" w:hAnsi="Times New Roman" w:eastAsia="Times New Roman" w:cs="Times New Roman"/>
        </w:rPr>
        <w:t>Peteĩ “takua” ha’e peteĩ símbolo mburuvicha hag̃uáva rehegua.</w:t>
      </w:r>
    </w:p>
    <w:p>
      <w:pPr>
        <w:pStyle w:val="ArticleScripture"/>
        <w:jc w:val="left"/>
      </w:pPr>
      <w:r>
        <w:rPr>
          <w:rFonts w:ascii="Times New Roman" w:hAnsi="Times New Roman" w:eastAsia="Times New Roman" w:cs="Times New Roman"/>
        </w:rPr>
        <w:t>Ha’e imemby peteĩ kuimba’e ta’ýrape, opastáva opa tetãnguéra yvyra pytãgui; ha imemby ojegueraha yvate Tupã rendápe ha Itrónope. Apocalipsis 12:5.</w:t>
      </w:r>
    </w:p>
    <w:p>
      <w:pPr>
        <w:pStyle w:val="ArticleBody"/>
        <w:jc w:val="left"/>
      </w:pPr>
      <w:r>
        <w:rPr>
          <w:rFonts w:ascii="Times New Roman" w:hAnsi="Times New Roman" w:eastAsia="Times New Roman" w:cs="Times New Roman"/>
        </w:rPr>
        <w:t>Peteĩ “vara” ha’e peteĩ símbolo jeporavo rehegua, ñemboja’o ha ñemombyrýre.</w:t>
      </w:r>
    </w:p>
    <w:p>
      <w:pPr>
        <w:pStyle w:val="ArticleScripture"/>
        <w:jc w:val="left"/>
      </w:pPr>
      <w:r>
        <w:rPr>
          <w:rFonts w:ascii="Times New Roman" w:hAnsi="Times New Roman" w:eastAsia="Times New Roman" w:cs="Times New Roman"/>
        </w:rPr>
        <w:t>Ha Moisés omoĩ umi yvyra Ñandejára renondépe pe tavernákulo testimóniogua ryepýpe. Ha ojehu ambue ára, Moisés oike jey pe tavernákulo testimóniogua ryepýpe; ha péina, Aarón yvyra, pe Leví róga rehegua, hoky, heñói chugui hoky pyahu, ipoty, ha hi’a alméndra. Upéi Moisés oguenohẽ opa umi yvyra Ñandejára renondégui opa Israel ra’ykuérape; ha ha’ekuéra oma’ẽ hese, ha peteĩteĩ ogueraha jey ijyvyra. Ha Ñandejára he’i Moiséspe: “Egueru jey Aarón yvyra pe testimónio renondépe, oñeñongatu hag̃ua techaukaha ramo umi pu’akare’ỹme guarã; ha péicha remoĩpáta chehegui ijayvu vai, ani hag̃ua omano hag̃ua.” Ha Moisés ojapo upéicha; Ñandejára omanda haguéicha chupe, upéicha ojapo. Números 17:7–11.</w:t>
      </w:r>
    </w:p>
    <w:p>
      <w:pPr>
        <w:pStyle w:val="ArticleBody"/>
        <w:jc w:val="left"/>
      </w:pPr>
      <w:r>
        <w:rPr>
          <w:rFonts w:ascii="Times New Roman" w:hAnsi="Times New Roman" w:eastAsia="Times New Roman" w:cs="Times New Roman"/>
        </w:rPr>
        <w:t>Aarón yvyra hokýva ohechauka peteĩ “yvyra” oĩha ama ipahaguépe guare, pórke Aarón mba’éva añoite pe “yvyra” hokýva umi paapy “yvyra” apytégui. Pe hoky rehegua ha’e peteĩ símbolo ama ipahaguépe guare aravope guarã, Tupã ohechaukátahápe peteĩ jehechakuaa porã umi pakõi “yvyra” opu’ãva rehegua, he’íva hikuái oguerekoha ama ipahaguépe guare marandu, ha upéicha avei ojehechauka Elías rembiapo tata rupive ohechaukáva pe joavy añetegua ha japu apytépe. Peteĩ “yvyra” ha’e avei peteĩ símbolo ñemedi rehegua ha jehusga rehegua.</w:t>
      </w:r>
    </w:p>
    <w:p>
      <w:pPr>
        <w:pStyle w:val="ArticleScripture"/>
        <w:jc w:val="left"/>
      </w:pPr>
      <w:r>
        <w:rPr>
          <w:rFonts w:ascii="Times New Roman" w:hAnsi="Times New Roman" w:eastAsia="Times New Roman" w:cs="Times New Roman"/>
        </w:rPr>
        <w:t>Ha oñeme’ẽ chéve peteĩ takuára yvategua yvyra-icha; ha pe ánhel opyta he’i hag̃ua: Epu’ã, ha emedi Tupã rógape, pe altarpe, ha umi upépe omomba’éva chupe. Apocalipsis 11:1.</w:t>
      </w:r>
    </w:p>
    <w:p>
      <w:pPr>
        <w:pStyle w:val="ArticleBody"/>
        <w:jc w:val="left"/>
      </w:pPr>
      <w:r>
        <w:rPr>
          <w:rFonts w:ascii="Times New Roman" w:hAnsi="Times New Roman" w:eastAsia="Times New Roman" w:cs="Times New Roman"/>
        </w:rPr>
        <w:t>Pe “vara” osẽ pe yvyra rapo Jessie-gui, ha “Jessie” he’ise ‘oñembo’y hag̃ua ojehechakuaa hag̃uáicha’, umi techaukaha oĩháicha profecía bíblica-pe. Fares niko hína pe “rapo” añetetéva Jessie rehegua, ha “Fares” he’ise “jeka, osẽ hag̃uáicha térã oñemosarambi hag̃uáicha”. Fares hína pe rapo térã ñepyrũ Jessie tuguy ñemoñare rehegua. Pe “rapo Jessie rehegua” upévare ha’e peteĩ símbolo pe alfa Fares rehegua ha pe omega ha’e Jessie, ñepyrũha ha paha. Pe rapo Jessie rehegua oñepyrũ peteĩ ñemosarambígui (Fares) ha opa peteĩ techaukápe peteĩ kuimba’e oñembo’ývape. Kuimba’ekuéra oñembo’yvo profétikamente omarkaha peteĩ reino. Ñandejára Ñe’ẽme, Fares oñepyrũ peteĩ tuguy ñemoñare, ndaipóri hag̃uáicha joaju mboyve iñeñepyrũ, ha héra he’ise peteĩ jeka; upévare iñemoñare ñekuatia ha héra ohechauka Fares ha’eha pe ñepyrũ, ha omoĩ Jessie-pe pe pahápe. Melquisedec avei ha’e peteĩ tekove bíblico ojehechakuaáva ndaiporiha chupe ñemoñare ypy mboyvegua, Fares reheguáicha avei. Pe rapo Fares rehegua oguereko pe añetegua ha’eha ombojevýva peteĩ sacerdocio Melquisedec rehegua, upe Abraham ome’ẽ hague décima.</w:t>
      </w:r>
    </w:p>
    <w:p>
      <w:pPr>
        <w:pStyle w:val="ArticleBody"/>
        <w:jc w:val="left"/>
      </w:pPr>
      <w:r>
        <w:rPr>
          <w:rFonts w:ascii="Times New Roman" w:hAnsi="Times New Roman" w:eastAsia="Times New Roman" w:cs="Times New Roman"/>
        </w:rPr>
        <w:t>Melquisedec rekove pegua ha’e Cristo sacerdóte reko.</w:t>
      </w:r>
    </w:p>
    <w:p>
      <w:pPr>
        <w:pStyle w:val="ArticleScripture"/>
        <w:jc w:val="left"/>
      </w:pPr>
      <w:r>
        <w:rPr>
          <w:rFonts w:ascii="Times New Roman" w:hAnsi="Times New Roman" w:eastAsia="Times New Roman" w:cs="Times New Roman"/>
        </w:rPr>
        <w:t>Upépe oñepyrũma oréve g̃uarã ñane renonderã, Jesús voi, ojapopyréva Pa’i Guasu opa ára guarã Melquisedec rekóicha. Hebreos 6:20.</w:t>
      </w:r>
    </w:p>
    <w:p>
      <w:pPr>
        <w:pStyle w:val="ArticleBody"/>
        <w:jc w:val="left"/>
      </w:pPr>
      <w:r>
        <w:rPr>
          <w:rFonts w:ascii="Times New Roman" w:hAnsi="Times New Roman" w:eastAsia="Times New Roman" w:cs="Times New Roman"/>
        </w:rPr>
        <w:t>Ypy affliction:{Jessie} rehegua vaʼekue hína Melquisedec paʼi reko, ha iñepyrũme ojehechaukavaʼerã ipaha. Jessie ohechauka pe aty paháva Melquisedec paʼi rekogua opuʼãva, ha Isaías heʼiháicha, haʼekuéra hína peteĩ techaukaha umi tetãnguérape g̃uarã.</w:t>
      </w:r>
    </w:p>
    <w:p>
      <w:pPr>
        <w:pStyle w:val="ArticleBody"/>
        <w:jc w:val="left"/>
      </w:pPr>
      <w:r>
        <w:rPr>
          <w:rFonts w:ascii="Times New Roman" w:hAnsi="Times New Roman" w:eastAsia="Times New Roman" w:cs="Times New Roman"/>
        </w:rPr>
        <w:t>Pe “hakã” he’ise ‘oñekytĩ hag̃ua (yvyra); yvyramáta yvyra rapo térã hakã pytã (oñemboityháicha térã oñeñotỹháicha)’, ha pe “hakã” okakuaa peteĩ rréino ojeheja hag̃uágui, oikohaguéicha Nabucodonosor rehe Daniel kuatiañe’ẽ irundyha kapítulope. Peteĩ yvyramáta, maranduhára ñe’ẽme, ha’e peteĩ rréino; ha peteĩ rréino opa vove, upe yvyramáta oñekytĩma.</w:t>
      </w:r>
    </w:p>
    <w:p>
      <w:pPr>
        <w:pStyle w:val="ArticleBody"/>
        <w:jc w:val="left"/>
      </w:pPr>
      <w:r>
        <w:rPr>
          <w:rFonts w:ascii="Times New Roman" w:hAnsi="Times New Roman" w:eastAsia="Times New Roman" w:cs="Times New Roman"/>
        </w:rPr>
        <w:t>Pe “yvyra rapo” pe pasáhepe osẽ peteĩ yvyra rapo oñekytĩva guive—ndaha’éi peteĩ hakã yvate guive. Peteĩ mburuvicha guasu yma guare, ojehechaukáva pe yvyra rapo oñekytĩva rupive, osẽ peteĩ “takuára” guive, ha’éva peteĩ símbolo pokatu rehegua, ha upéva pokatu oñemopyenda ojerurévo pe “takuára” ogueraha hag̃ua umi “poty rakã ha ipoty” pe ama paha marandu rehegua. Upe pokatu ou peteĩ mburuvicha guasu ymaguaregui, oñekytĩmava’ekue.</w:t>
      </w:r>
    </w:p>
    <w:p>
      <w:pPr>
        <w:pStyle w:val="ArticleBody"/>
        <w:jc w:val="left"/>
      </w:pPr>
      <w:r>
        <w:rPr>
          <w:rFonts w:ascii="Times New Roman" w:hAnsi="Times New Roman" w:eastAsia="Times New Roman" w:cs="Times New Roman"/>
        </w:rPr>
        <w:t>Pe “rapo” ha’e pe “Jesse rapo”, ha pe “hakã” osẽva pe “yvyra ojeitypyre rapoitégui” ou pe “yvyra ojeitypyre rapoitégui”, umi hapo ha’éva Jesse rapo. Pe hakã oguenohẽva mburuvicha hag̃ua poder ou pe yvyra ojeitypyre rapoitégui, ha pe “Rogue” katu ou pe rapógui—ha pe rapo ha’e pe poyvi. Pe rapo ha’e ñepyrũ, ha pe paha ha’e pe rogue.</w:t>
      </w:r>
    </w:p>
    <w:p>
      <w:pPr>
        <w:pStyle w:val="ArticleBody"/>
        <w:jc w:val="left"/>
      </w:pPr>
      <w:r>
        <w:rPr>
          <w:rFonts w:ascii="Times New Roman" w:hAnsi="Times New Roman" w:eastAsia="Times New Roman" w:cs="Times New Roman"/>
        </w:rPr>
        <w:t>Pe ñe’ẽ “branch” he’ise ñangarekoha térã tape rechaukaha. Isaías oikuaauka ñandéve pe Branch ouha pe léi domingo-pe.</w:t>
      </w:r>
    </w:p>
    <w:p>
      <w:pPr>
        <w:pStyle w:val="ArticleScripture"/>
        <w:jc w:val="left"/>
      </w:pPr>
      <w:r>
        <w:rPr>
          <w:rFonts w:ascii="Times New Roman" w:hAnsi="Times New Roman" w:eastAsia="Times New Roman" w:cs="Times New Roman"/>
        </w:rPr>
        <w:t>Ha upe árape siete kuña ojagarra peteĩ kuimba'épe, he'ívo: Ore rokarúta ore mbyja teépe, ha romonde ore ao tee; peteĩ mba'énte, tojehenói orerehe nde réra, ojeipe'a hag̃ua orégui ore ñemotĩ. Upe árape Ñandejára rapykuere okakuaáva iporã ha hechapyrãta, ha yvy'a rembiapo iporãitereíta ha porãmbáta Israel-gua okuera vaekuépe g̃uarã. Ha oikóta, pe ojehejavaekue Sión-pe, ha pe opytáva Jerusalén-pe, oñehenóita marangatu, maymáva ojehaíva umi oikovéva apytépe Jerusalén-pe: Ñandejára ohejaháta vove Sión rajykuéra ky'a, ha omopotĩta Jerusalén ruguy mbytéguio pe tekojoja espíritu rupive, ha tata rendy espíritu rupive. Isaías 4:1–4.</w:t>
      </w:r>
    </w:p>
    <w:p>
      <w:pPr>
        <w:pStyle w:val="ArticleBody"/>
        <w:jc w:val="left"/>
      </w:pPr>
      <w:r>
        <w:rPr>
          <w:rFonts w:ascii="Times New Roman" w:hAnsi="Times New Roman" w:eastAsia="Times New Roman" w:cs="Times New Roman"/>
        </w:rPr>
        <w:t>Pe “kuimba’e peteĩ” rehe ojapyhýva umi siete kuña ha’e pe papa, ha upéva oiko hag̃ua pe poapyha oúva umi siete-gui pe léi dominical-pe, oñembotavy hag̃ua umi 8 ánga oĩva pe árka ári rehe. Pe léi dominical-pe, “upe árape” “Tupã Rembyasy yvyra rakã iporã ha hechapyrãta” “Tupã oipe’ávo umi Sión rajykuéra ky’a, ha omopotĩ Jerusalén ruguy ijapytégui juicio espíritu rupive, ha tata espíritu rupive.” Pe ñemopotĩ juicio espíritu ha tata rupive oñemboguata pe Mensajero del Pacto rupi Malaquías mbohapy-pe pe léi dominical-pe. Pe “rakã porã” ha’e umi cien cuarenta y cuatro mil, ndouiva pe yvyra rapo guive, síno Jesse rapo guive, ha upéva hína pe techaukaha.</w:t>
      </w:r>
    </w:p>
    <w:p>
      <w:pPr>
        <w:pStyle w:val="ArticleBody"/>
        <w:jc w:val="left"/>
      </w:pPr>
      <w:r>
        <w:rPr>
          <w:rFonts w:ascii="Times New Roman" w:hAnsi="Times New Roman" w:eastAsia="Times New Roman" w:cs="Times New Roman"/>
        </w:rPr>
        <w:t>Ipu’akapavẽ ojehechauka pe yvyra’i rupive osẽva’ekue peteĩ hakãgui peteĩ tetãnguéra ho’ava’ekuegui. Filadelfia rréino ho’a va’ekue 1856 guive 1863 peve, ha pe mburuvicha’apy oñemopyenda va’ekue upe rréino ho’ava’ekuépe oñemopyenda jey pe léi domingo-pe. Upe hakã ha’éva pe techaukaha oñemopu’ã vove, pe movimiento Laodiceagua rehegua umi cien cuarenta y cuatro mil ojere pe movimiento Filadelfiagua rehegua umi cien cuarenta y four mil-pe. Upérõ ae pe mburuvicha’apy térã pe yvyra’i osẽ va’ekue pe rréino Millerita térã Filadelfiagua-gui ojehechauka peteĩ lláve rupive oñemoĩva Eliakim ári Isaías 22:22-pe.</w:t>
      </w:r>
    </w:p>
    <w:p>
      <w:pPr>
        <w:pStyle w:val="ArticleScripture"/>
        <w:jc w:val="left"/>
      </w:pPr>
      <w:r>
        <w:rPr>
          <w:rFonts w:ascii="Times New Roman" w:hAnsi="Times New Roman" w:eastAsia="Times New Roman" w:cs="Times New Roman"/>
        </w:rPr>
        <w:t>Ha David róga pegua llave amoĩta hi’ati ári; ha ha’e oipe’áta, ha avave noñembotymo’ãi; ha ombotýta, ha avave ndoipe’amo’ãi. Isaías 22:22.</w:t>
      </w:r>
    </w:p>
    <w:p>
      <w:pPr>
        <w:pStyle w:val="ArticleBody"/>
        <w:jc w:val="left"/>
      </w:pPr>
      <w:r>
        <w:rPr>
          <w:rFonts w:ascii="Times New Roman" w:hAnsi="Times New Roman" w:eastAsia="Times New Roman" w:cs="Times New Roman"/>
        </w:rPr>
        <w:t>Pe versíkulo omomba'e ára 22 jasypa 1844 ha ohechauka Eliakímpe oñeme'ẽha peteĩ “lláve”. Mokõi versíkulo mboyvegua-pe, Laodicea autorida ojeipe'a Sebnágui ha oñeme'ẽ Eliakímpe. Léi dominikál jave, pe autorida peteĩ jey oñeme'ẽva’ekue tetã ñe'ẽme'ẽgua poravopyrépe ojeipe'a Laodicea Reino-gui, Séptimo Día Adventismo-gui, ha oñeme'ẽ Filadelfia movimiento Reino-pe, umi cien cuarenta y cuatro mil rehegua—ha upéva hína pe gloria Reino.</w:t>
      </w:r>
    </w:p>
    <w:p>
      <w:pPr>
        <w:pStyle w:val="ArticleScripture"/>
        <w:jc w:val="left"/>
      </w:pPr>
      <w:r>
        <w:rPr>
          <w:rFonts w:ascii="Times New Roman" w:hAnsi="Times New Roman" w:eastAsia="Times New Roman" w:cs="Times New Roman"/>
        </w:rPr>
        <w:t>Ha ha’e he’i chupekuéra: Ha peẽ, mávapa peje cheha? Upéi Simón Pedro ombohovái ha he’i: Nde hína pe Cristo, Tupã oikovéva Ra’y. Ha Jesús ombohovái ha he’i chupe: Ojehovasáva nde, Simón Barjona, pórke ndaha’éi so’o ha tuguy oikuaaukáva ndéve ko mba’e, síno che Ru yvágape oĩva. Ha che avei ha’e ndéve: nde hína Pedro, ha ko ita ári amopu’ãta che iglesia; ha añaretã rokẽnguéra ndikatumo’ãi ipu’aka hese. Ha ame’ẽta ndéve yvágagua rréino llávekuéra; ha opa mba’e rembotovéva yvy ape ári, ojejokóta yvágape; ha opa mba’e remosãsóva yvy ape ári, ojehejáta yvágape. Mateo 16:16–19.</w:t>
      </w:r>
    </w:p>
    <w:p>
      <w:pPr>
        <w:pStyle w:val="ArticleBody"/>
        <w:jc w:val="left"/>
      </w:pPr>
      <w:r>
        <w:rPr>
          <w:rFonts w:ascii="Times New Roman" w:hAnsi="Times New Roman" w:eastAsia="Times New Roman" w:cs="Times New Roman"/>
        </w:rPr>
        <w:t>Pe vara de autorida, ojehechaukáva peteĩ llave oñeme’ẽva Pedro-pe, oñemoĩ Eliaquim ati’y ári Isaías 22:22-pe. Pedro ohechauka pe hakãmi umi ciento cuarenta y cuatro mil rehegua oikeva pacto-pe Cristo ndive peteĩ sapy’ami mboyve pe léi domingo rehegua. Pe pasáhepe Pedro oĩ Cesarea de Filipo-pe, ha upéva hína Panio Daniel capítulo once, versículo trece guive quince peve rehegua. Héra oñemoambue, ohechaukávo peteĩ relación de pacto, ha pe téra Pedro, oñembojávo hese pe multiplicación umi posición numerada káda letra rehegua, ojajoja 144.000 ndive. Pe autorida, térã pe vara, térã pe llave oñemoĩva Eliaquim rehe Sebená oñemombo jave peteĩ ñúme peteĩ pelota-icha, ha upéva hína pe “vara” osẽva pe yvyra rapo Filadelfia-pegua Millerita Adventismo rehegua, oñekytĩ vaʼekue 1856 guive 1863 peve.</w:t>
      </w:r>
    </w:p>
    <w:p>
      <w:pPr>
        <w:pStyle w:val="ArticleBody"/>
        <w:jc w:val="left"/>
      </w:pPr>
      <w:r>
        <w:rPr>
          <w:rFonts w:ascii="Times New Roman" w:hAnsi="Times New Roman" w:eastAsia="Times New Roman" w:cs="Times New Roman"/>
        </w:rPr>
        <w:t>Pedro ohupyty hína Tupã ñe’ẽme’ẽ tavayguakuéra autorida trigó ha ñana vai ñemboja’o jave, pórke trigó oñemopuʼã vaʼerã Pentecostés mbujape oñemonguʼéva ofréndaramo. Ñana vai raẽete oñembojaʼo, ojehechaukaháicha pe levadúra oĩva umi mbujape Pentecostés-pegua oñemonguʼéva oñeipeʼa hag̃ua mbujapejy processo rupive. Pe yvyraʼi térã llave autorida ou peteĩ rréino hoʼáva yvyrapyta guive, ha pe hakã oikóva techaukaháramo ou Jesé rapo guive ha haʼe voi Jesé rapo, pórke Jesús ohechauka peteĩ mbaʼe pahápe pe iñepyrũ reheve. Pe rapo haʼe pe ñepyrũ ha pe hakã pe paha. Ko tembiporu profétiko ndaikatúi oikũmby umi judío oñemoĩ hag̃ua ñeʼẽreípe Cristo tiempo-pegua térã ko árape, pórke haʼe pe principio tenondegua pe metodología ama paha guaregua, ha avei ojehechauka David róga llave ramo. Pe llave oipeʼa pe okẽ David rógape, oñemboty vaʼekue. Pe llave oipeʼa pe okẽ yvága pegua santuario gotyo, David róga. Pe alfa 22 jasypa 1844-pegua ojerejey pe omega-pe, pe léi domingo-pegua.</w:t>
      </w:r>
    </w:p>
    <w:p>
      <w:pPr>
        <w:pStyle w:val="ArticleBody"/>
        <w:jc w:val="left"/>
      </w:pPr>
      <w:r>
        <w:rPr>
          <w:rFonts w:ascii="Times New Roman" w:hAnsi="Times New Roman" w:eastAsia="Times New Roman" w:cs="Times New Roman"/>
        </w:rPr>
        <w:t>David, pe Isaí ra’y, omombe’u peteĩ ñe’ẽnguéra ipypukuva ohechaukáva opa hague opaite ñemongeta ambueve umi judío iñe’ẽjere reheve ndive Cristo ára-pe, ha upéicha ohechakuaa hag̃ua opa hague Itestimónio umi judío-pe.</w:t>
      </w:r>
    </w:p>
    <w:p>
      <w:pPr>
        <w:pStyle w:val="ArticleScripture"/>
        <w:jc w:val="left"/>
      </w:pPr>
      <w:r>
        <w:rPr>
          <w:rFonts w:ascii="Times New Roman" w:hAnsi="Times New Roman" w:eastAsia="Times New Roman" w:cs="Times New Roman"/>
        </w:rPr>
        <w:t>Peteĩ Salmo David rehegua. Ñandejára he'i che Ruvichápe: Eguapy che akatúape, amoĩ peve nde rehe ija'e'ỹvape nde py guýpe. Ñandejára omondoíta nde pokatu yvyra Sión-gui: eporomoakã nde rehe ija'e'ỹva apytépe. Nde retaygua ojehechakuaáta py'a porãme nde pu'aka árape, marangatu reko jeguaka porãme, ko'ẽ pytũmbyte ryepýgui: ndéve guarã oĩ ne mitãrusu ysyry. Ñandejára oñe'ẽ mbarete ha ndojevy mo'ãi: Nde ha'e peteĩ pa'i opa ára guarã, Melquisedec rekoháicha. Salmos 110:1–4.</w:t>
      </w:r>
    </w:p>
    <w:p>
      <w:pPr>
        <w:pStyle w:val="ArticleBody"/>
        <w:jc w:val="left"/>
      </w:pPr>
      <w:r>
        <w:rPr>
          <w:rFonts w:ascii="Times New Roman" w:hAnsi="Times New Roman" w:eastAsia="Times New Roman" w:cs="Times New Roman"/>
        </w:rPr>
        <w:t>Palmoni odesidi omoĩ hag̃ua ko pasáhe Salmo 110-pe, ha upéva, añetehápe, ambue papapy matemátikape ojehechakuaáva peteĩ papapy iñimportánteva ramo. “220” mbyte ha “11” jevy pa “diez” omyakãva peteĩ ánga oha’arõ hag̃ua pe papapy “110” oguerekoha he’iséva mba’e, ha upéicha voi—péicha avei pe pasáhe voi. Kóva ha’e peteĩ purahéi David rehegua, ha David ha’e peteĩ techaukaha umi cien cuarenta y cuatro mil rehegua; upévare, ha’e peteĩ versíkulo pe parrál rembipota purahéigui, ha upéva ha’e Moisés ha Cordero purahéi. Ohechauka araka’épa umi yvyraty ñangarekohára ymaguare ojehasáva ha pe parrál oñeme’ẽva umi cien cuarenta y cuatro mil-pe. Upéva oikóramo, ha’e pe “nde pu’aka ára”, oñembojoajúva Pentecostés pu’akáre pe Pentecostés ára guasu pahápe.</w:t>
      </w:r>
    </w:p>
    <w:p>
      <w:pPr>
        <w:pStyle w:val="ArticleBody"/>
        <w:jc w:val="left"/>
      </w:pPr>
      <w:r>
        <w:rPr>
          <w:rFonts w:ascii="Times New Roman" w:hAnsi="Times New Roman" w:eastAsia="Times New Roman" w:cs="Times New Roman"/>
        </w:rPr>
        <w:t>Tupã retayguakuéra oikóta “oipotáva” pe árape osẽ ramo guare “ko’ẽ pyhare ruguy-gui”, pe “nde mitãrusukue ysapy reheve.” Peteĩ jeikove pyahu ha’e peteĩ ta’anga ohechaukáva jevy Tupã rendápe ha jeikove. Umi cien cuarenta y cuatro mil oñenohẽ vaʼekue pe ruguy-gui julio de 2023-pe, ha oñemoheñói hikuái pe ysapy omoirũva imitãrusukue, pórke oñemoheñói hikuái pe Pyhare Mbyte Sapy’añe’ẽ marandúpe, upéva avei oiko haguéicha umi Millerita ndive iñepyrũme, térã imitãrusukuépe. Ha’e pe mismo ysapy, pórke ha’e peteĩ jejapo jey pe alpha rembiasakue rehegua pe omega rembiasakue ryepýpe. Pe “árape” oguerekóvape “mbarete ñeme’ẽ”, Shebna oñemosẽ jave “igui” pe “henda”, ha “igui” pe “teko” ha oñemombo “yvýre” Eliakim, umi cien cuarenta y cuatro mil oñemoĩ omega pa’i ramo, pórke oñemoĩ hikuái Melquisedec orden rehe, pórke umi cien cuarenta y cuatro mil ndahi’umo’ãi manóre, térã Melquisedec reheguáicha ha’e kuéra pa’i opa ára g̃uarã.</w:t>
      </w:r>
    </w:p>
    <w:p>
      <w:pPr>
        <w:pStyle w:val="ArticleBody"/>
        <w:jc w:val="left"/>
      </w:pPr>
      <w:r>
        <w:rPr>
          <w:rFonts w:ascii="Times New Roman" w:hAnsi="Times New Roman" w:eastAsia="Times New Roman" w:cs="Times New Roman"/>
        </w:rPr>
        <w:t>“Imbarete árape” Ñandejára omondo vaʼerã “Ipuʼaka yvyra Sióngui”. Ipuʼaka Irreínopegua mokõivéva, grásia (jehechakuaa hekojojaha ramo) ha glória (ñemomarangatu), oñemoĩma umi oguerekóva Ijeguaka glóriagui ári, haʼekuéra ohechaukágui Irreíno. Haʼekuéra oñemondo Sióngui, Sión heʼiséva ohechauka hag̃ua umi cien cuarenta y cuatro mil poyvi.</w:t>
      </w:r>
    </w:p>
    <w:p>
      <w:pPr>
        <w:pStyle w:val="ArticleScripture"/>
        <w:jc w:val="left"/>
      </w:pPr>
      <w:r>
        <w:rPr>
          <w:rFonts w:ascii="Times New Roman" w:hAnsi="Times New Roman" w:eastAsia="Times New Roman" w:cs="Times New Roman"/>
        </w:rPr>
        <w:t>Aipo fariséokuéra oñembyaty jave, Jesús oporandu chupekuéra, he’ívo: Mba’épa peẽ peimo’ã Cristo rehe? Mávapa ra’y ha’e? Ha’ekuéra he’i chupe: David ra’y.</w:t>
      </w:r>
    </w:p>
    <w:p>
      <w:pPr>
        <w:pStyle w:val="ArticleScripture"/>
        <w:jc w:val="left"/>
      </w:pPr>
      <w:r>
        <w:rPr>
          <w:rFonts w:ascii="Times New Roman" w:hAnsi="Times New Roman" w:eastAsia="Times New Roman" w:cs="Times New Roman"/>
        </w:rPr>
        <w:t>He'i chupekuéra: Mba'éicha rupi, upéicharõ, David, Espíritu rupi, ohenói chupe Ñandejára, he'ívo: “Ñandejára he'i che Ruvichápe: Eguapy che akatúape, amoĩ peve nde enemigo-kuérape nde py renda guýpe”? David, upéicharõ, ohenóiramo chupe Ñandejára, mba'éicha piko ha'e ita'ýra?</w:t>
      </w:r>
    </w:p>
    <w:p>
      <w:pPr>
        <w:pStyle w:val="ArticleScripture"/>
        <w:jc w:val="left"/>
      </w:pPr>
      <w:r>
        <w:rPr>
          <w:rFonts w:ascii="Times New Roman" w:hAnsi="Times New Roman" w:eastAsia="Times New Roman" w:cs="Times New Roman"/>
        </w:rPr>
        <w:t>Ha avavekue peteĩ ñe’ẽme jepe chupe, ha upe áragui rire avave ndopytái py’aguasúre oporandu hag̃ua chupe mba’eveve. Mateo 24:41–46.</w:t>
      </w:r>
    </w:p>
    <w:p>
      <w:pPr>
        <w:pStyle w:val="ArticleBody"/>
        <w:jc w:val="left"/>
      </w:pPr>
      <w:r>
        <w:rPr>
          <w:rFonts w:ascii="Times New Roman" w:hAnsi="Times New Roman" w:eastAsia="Times New Roman" w:cs="Times New Roman"/>
        </w:rPr>
        <w:t>Davídpe relación profética Cristo ndive, alfa ha omega reheguaicha—ñepyrũ ha paha—ha’e pe tembiapoukapy tenondegua pe metodología “línea sobre línea” rehegua, ha upe tembiapoukapy ndaikatúi oikuaa porã umi judío oñembotavy ha oñemoĩ hag̃ua ñorairõme, peteĩ Adventista del Séptimo Día Laodiceagua ndaikatuháicha avei ontende pe historia umi Millerita-kuéra rehegua, pe marandu de Medianoche ryepýpe, upépe oñeñohẽ hague pe yvága rokykue Adventismo imitãme guare. Nde mitãrusu rokykue oĩ umi ciento cuarenta y cuatro mil ári, ha oñepyrũ osarambi 9/11-pe, ha pe léi dominical ha’e pe “ára pu’aka” rehegua, upérõ pe remanente oñeungívo pa’i-rã Melquisedec orden rehehápe.</w:t>
      </w:r>
    </w:p>
    <w:p>
      <w:pPr>
        <w:pStyle w:val="ArticleBody"/>
        <w:jc w:val="left"/>
      </w:pPr>
      <w:r>
        <w:rPr>
          <w:rFonts w:ascii="Times New Roman" w:hAnsi="Times New Roman" w:eastAsia="Times New Roman" w:cs="Times New Roman"/>
        </w:rPr>
        <w:t>Pe Adventismo del Séptimo Día laodicense raigui pehẽnguegui (tupao ñorairõhára) osẽ pe hakã (tupao ipu’akapáva), ha umi afforenta y cuatro mil, pe yvyrapo Jessé rehegua gui, ha’e hína pe hakã hi’a porãite rehegua oñemopu’ãva ofrénda yvytuicha ramo ipu’aka árape.</w:t>
      </w:r>
    </w:p>
    <w:p>
      <w:pPr>
        <w:pStyle w:val="ArticleBody"/>
        <w:jc w:val="left"/>
      </w:pPr>
      <w:r>
        <w:rPr>
          <w:rFonts w:ascii="Times New Roman" w:hAnsi="Times New Roman" w:eastAsia="Times New Roman" w:cs="Times New Roman"/>
        </w:rPr>
        <w:t>Ko’ẽrõgua artículope ñamotenondéta ko’ã pensamiento.</w:t>
      </w:r>
    </w:p>
    <w:p>
      <w:pPr>
        <w:pStyle w:val="ArticleScripture"/>
        <w:jc w:val="left"/>
      </w:pPr>
      <w:r>
        <w:rPr>
          <w:rFonts w:ascii="Times New Roman" w:hAnsi="Times New Roman" w:eastAsia="Times New Roman" w:cs="Times New Roman"/>
        </w:rPr>
        <w:t>“Proverbios Peteĩ”</w:t>
      </w:r>
    </w:p>
    <w:p>
      <w:pPr>
        <w:pStyle w:val="ArticleScripture"/>
        <w:jc w:val="left"/>
      </w:pPr>
      <w:r>
        <w:rPr>
          <w:rFonts w:ascii="Times New Roman" w:hAnsi="Times New Roman" w:eastAsia="Times New Roman" w:cs="Times New Roman"/>
        </w:rPr>
        <w:t>“1 jasypoteĩ, 1850-pe pe ‘Mymba’i aty’pe guarã.”</w:t>
      </w:r>
    </w:p>
    <w:p>
      <w:pPr>
        <w:pStyle w:val="ArticleScripture"/>
        <w:jc w:val="left"/>
      </w:pPr>
      <w:r>
        <w:rPr>
          <w:rFonts w:ascii="Times New Roman" w:hAnsi="Times New Roman" w:eastAsia="Times New Roman" w:cs="Times New Roman"/>
        </w:rPr>
        <w:t>“Che rembyre'ykuéra ahayhúva.—Ñandejára ome'ẽ chéve peteĩ visión enero 26-pe, ha amombe'úta. Ahecha oĩha algunos Tupã tavayguakuéra tavy ha okepáma hag̃uaicha; ha kuéra kuéra opáy mboyve guáicha añoite, ha ndontendéi mba'e ára-pa ko'ág̃a jaikovéva; ha pe ‘kuimba'e’ oguerekóva pe ‘yvy'a mopẽha’ oike hague, ha oĩha algunos oñemoĩva pya'e hag̃ua oñemopotĩ hag̃uáicha. Ajerure asy Jesúspe tosalva hag̃ua chupekuéra, toheja hag̃ua chupekuéra sapy'ami gueteri, ha tohechauka hag̃ua chupekuéra pe tuichaite ivaíva oĩhápe, ikatu hag̃uáicha oñembosako'i oiko mboyve hag̃ua opa ára hag̃uáicha itardi'etereíma. Pe ánhel he'i: ‘Ñehundi ou hína peteĩ yvytu atã guasuicha.’ Ajerure asy pe ánhelpe toiporiahuvereko ha tosalva hag̃ua umi ohayhúva ko mundo, ha ojoajúva hikuái ijeguerekoháre, ha noĩriva dispuésto ojepe'a hag̃ua chugui, ha osakrifika hag̃ua umíva ombopya'e hag̃ua umi mensahérope hape rehe, omongaru hag̃ua umi ovecha iñembyahýiva, omano hag̃uáicha tembi'u espiritual rehe'ỹ.”</w:t>
      </w:r>
    </w:p>
    <w:p>
      <w:pPr>
        <w:pStyle w:val="ArticleScripture"/>
        <w:jc w:val="left"/>
      </w:pPr>
      <w:r>
        <w:rPr>
          <w:rFonts w:ascii="Times New Roman" w:hAnsi="Times New Roman" w:eastAsia="Times New Roman" w:cs="Times New Roman"/>
        </w:rPr>
        <w:t>“Ajesarekóvo umi angaipa mboriahu omanóva ko añetegua ko’áĝagua rehe’ỹ, ha oĩha umi he’íva ogueroviaha pe añetegua, ha ohejáva chupekuéra omanóvo, ombotovévo umi mba’e tekotevẽva oñemboguata hag̃ua Tupã rembiapo, pe jehecha hasyeterei chéve, ha ajerure pe ánhelpe toipe’a chugui chehegui. Ahecha avei Tupã rembiapo ojerure jave peteĩ mba’e ijyvyguygua apytégui, pe mitãrusu ouva’ekue Jesús rendápeicha, [Mateo 19:16–22.] ha’ekuéra oho ñembyasýpe; ha pya’eite pe ñembyai osyryryva’erã ohasa hag̃ua hi’árikuéra ha ogueraha hag̃ua opaite imba’erepy, ha upérõ itarovaítama hag̃ua oñesakrifika umi mba’e yvy arigua, ha oñembyaty hag̃ua peteĩ tesoro yvágape.</w:t>
      </w:r>
    </w:p>
    <w:p>
      <w:pPr>
        <w:pStyle w:val="ArticleScripture"/>
        <w:jc w:val="left"/>
      </w:pPr>
      <w:r>
        <w:rPr>
          <w:rFonts w:ascii="Times New Roman" w:hAnsi="Times New Roman" w:eastAsia="Times New Roman" w:cs="Times New Roman"/>
        </w:rPr>
        <w:t>“Upéi ahecha pe Redentor glorioso, iporã ha jajetupyrýva, ha’e ohejahague umi tekoharã gloriapegua, ha ou ko yvy pytũ ha ha’eñoetéva ári, ome’ẽ hag̃ua hekove hepyetéva ha omano hag̃ua, pe hekojojáva umi ndahekojóiva rehehápe. Ha’e ogueropu’aka pe ñembohory vaieterei ha pe oinupãmbaitéva, ha omoĩ iñakãre pe juu ñuatĩgui ojeporopletáva; ha yvotytype otŷ tuichaiterei tuguy ry’áiicha; aja pe angaipa pohýi opa ko yvy arigua hi’ári oĩ jave. Pe ánhel oporandu: ‘Mba’ére piko?’ O, ahecha ha aikuaa vaekue upéva ha’e hague ñanderehehápe; ñane angaipáre ha’e ohasa opa ko’ã mba’e, ikatu hag̃uáicha huguý hepyetévape ñanepysyrõ Tupãme guarã.</w:t>
      </w:r>
    </w:p>
    <w:p>
      <w:pPr>
        <w:pStyle w:val="ArticleScripture"/>
        <w:jc w:val="left"/>
      </w:pPr>
      <w:r>
        <w:rPr>
          <w:rFonts w:ascii="Times New Roman" w:hAnsi="Times New Roman" w:eastAsia="Times New Roman" w:cs="Times New Roman"/>
        </w:rPr>
        <w:t>“Upéi jevy oñemoĩ che renondépe umi ndaha’éiva oĩva dispuésto odispone hag̃ua ko yvy arigua mba’erepy angata hag̃ua umi ánga ojehundi hag̃uápe, omondóvo chupekuéra pe añetegua; aja Jesús oñembo’y Túva renondépe, oñehenóivo huguýre, hekombyasy rupi ha omanóva’ekue hesehára; ha aja Tupã remimboukuéra oha’arõ hína, oĩ hag̃uáicha oñembosako’íva ogueraha hag̃ua chupekuéra pe añetegua oporosalvávape ikatu hag̃uáicha oñemboty hag̃ua hikuái Tupã oikovéva séllo reheve. Hasýkuri oĩ hag̃ua tapicha, he’íva ogueroviaha pe añetegua ko’ág̃agua, ojapo hag̃uánte jepe péicha michĩva: ome’ẽ hag̃ua umi mensahérope pe viru Tupã mba’évaite, ha’e oiporukáva’ekue chupekuéra oñangareko hag̃uáicha hese mayordómo ramo.”</w:t>
      </w:r>
    </w:p>
    <w:p>
      <w:pPr>
        <w:pStyle w:val="ArticleScripture"/>
        <w:jc w:val="left"/>
      </w:pPr>
      <w:r>
        <w:rPr>
          <w:rFonts w:ascii="Times New Roman" w:hAnsi="Times New Roman" w:eastAsia="Times New Roman" w:cs="Times New Roman"/>
        </w:rPr>
        <w:t>Upéi Jesús ohasa asyeteva’ekue, Ijeheguigua jejuka ha mborayhu ipypukuetereíva, ome’ẽ hag̃uáicha hekove hesekuéra, ojehechauka jey chéve; ha upéi umi rekove umi he’íva hikuái ha’eha Ijapykuehára, oguerekóva ko yvy mba’erepy, ha oimo’ãva mba’e tuichaitereiha oipytyvõ hag̃ua pe tembiapo ñepysyrõ rehegua. Pe ánhel he’i: “¿Ikatúpa umíva oike yvágape?” Ambue ánhel ombohovái: “Nahániri, araka’eve, araka’eve, araka’eve. Umi ndoguerekóiva interés Tupã rembiapo rehe ko yvy ape ári, araka’eve ndaikatúi opurahéi yvate pe purahéi mborayhu poriahuvereko rehegua.”</w:t>
      </w:r>
    </w:p>
    <w:p>
      <w:pPr>
        <w:pStyle w:val="ArticleScripture"/>
        <w:jc w:val="left"/>
      </w:pPr>
      <w:r>
        <w:rPr>
          <w:rFonts w:ascii="Times New Roman" w:hAnsi="Times New Roman" w:eastAsia="Times New Roman" w:cs="Times New Roman"/>
        </w:rPr>
        <w:t>“Ahecha Ñandejára ojapóva pya’e ko yvy ári pya’eterei oñemombykypataha tekojoja reheve, ha umi marandu rerahaha pya’eva’erãha pya’eve hag̃ua haperãme oheka hag̃ua pe aty ovecha isarambíva. Peteĩ ánhel he’i: ‘¿Opavave piko marandu rerahaha? Nahániri, nahániri, Ñandejára marandu rerahahakuéra oguereko peteĩ marandu.’”</w:t>
      </w:r>
    </w:p>
    <w:p>
      <w:pPr>
        <w:pStyle w:val="ArticleScripture"/>
        <w:jc w:val="left"/>
      </w:pPr>
      <w:r>
        <w:rPr>
          <w:rFonts w:ascii="Times New Roman" w:hAnsi="Times New Roman" w:eastAsia="Times New Roman" w:cs="Times New Roman"/>
        </w:rPr>
        <w:t>“Ahecha Tupã rembiapo ojokopyre hague ha oñemotĩ hague oĩ hag̃uére oĩva oguatáva ndoguerekóiva marandu Tupãgui. Umívape tekotevẽta ome’ẽ peteĩ kuatia ñemombe’u Tupãme káda dólar rehe oiporúva’ekue oguata hag̃ua peteĩ hendápe ndaha’éi va’ekue hembiaporã hag̃ua; pe virúgui ikatu va’ekue oñepytyvõ Tupã rembiapo, ha ndaipórigui upéva, ánga kuéra ohasa ñembyahýi ha omano ho’u’ỹre tembi’u espirituál, ikatúva kuri oñeme’ẽ chupekuéra Tupã remimbou ohenóiva ha ojeporavóva rupive, oguereko rire ramo umi mba’e oikotevẽva.”</w:t>
      </w:r>
    </w:p>
    <w:p>
      <w:pPr>
        <w:pStyle w:val="ArticleScripture"/>
        <w:jc w:val="left"/>
      </w:pPr>
      <w:r>
        <w:rPr>
          <w:rFonts w:ascii="Times New Roman" w:hAnsi="Times New Roman" w:eastAsia="Times New Roman" w:cs="Times New Roman"/>
        </w:rPr>
        <w:t>“Pe ñemokyre’ỹ tuichaite oñepyrũma, ha osegíta, ha opaite umi ndoipotáiva ojoko hatã ha ndojehejáiva añeteguáre, ha oikuave’ẽ hag̃ua sakrifísio Tupã ha icáusare, oñemosẽta. Pe ánhel he’i: ‘Peimo’ã piko oĩtaha oimeraẽva oñembojere hag̃ua ojapo hag̃ua sakrifísio. Nahániri. nahániri. Upéva tekotevẽ peteĩ ofrénda ojejapóva ijehegui. Opa mba’e tekotevẽ oñeme’ẽ hag̃ua ojejogua hag̃ua pe kokuere.’—Che asapukái Tupãme toñyrõ hag̃ua ipuévlope, oĩgui umi ikangýva ha omano hag̃uáicha.”</w:t>
      </w:r>
    </w:p>
    <w:p>
      <w:pPr>
        <w:pStyle w:val="ArticleScripture"/>
        <w:jc w:val="left"/>
      </w:pPr>
      <w:r>
        <w:rPr>
          <w:rFonts w:ascii="Times New Roman" w:hAnsi="Times New Roman" w:eastAsia="Times New Roman" w:cs="Times New Roman"/>
        </w:rPr>
        <w:t>“Ahecha umi oguerekóva mbarete omba’apo hag̃ua ipo rupive, ha oipytyvõ hag̃ua ojepytaso hag̃ua pe káusa, orekóva va’erãha pe responsabilidad upe mbarete rehe, ambuekuéra orekoháicha ipropieda rehe.</w:t>
      </w:r>
    </w:p>
    <w:p>
      <w:pPr>
        <w:pStyle w:val="ArticleScripture"/>
        <w:jc w:val="left"/>
      </w:pPr>
      <w:r>
        <w:rPr>
          <w:rFonts w:ascii="Times New Roman" w:hAnsi="Times New Roman" w:eastAsia="Times New Roman" w:cs="Times New Roman"/>
        </w:rPr>
        <w:t>Upéi ahecha Ñandejára Ipu’akapáva rembiapoukapy oúmaha pya’e. Ajerure pe ánhelpe oñe’ẽ hag̃ua itéva ñe’ẽme tavayguakuérape. Ha’e he’i: “Mayma araipa ha overa tatarendy yvyty Sinaí pegua ndaikatumo’ãi omomýi umi noñemomýiséivape Ñandejára Ñe’ẽ añetegua hesakã porãva rupive; ha peteĩ ánhel marandu jepe ndoikuaaukamo’ãi chupekuéra.” Review and Herald, 1 de abril de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Tupao Adventista del Séptimo Día Laodiceagua - Papapy Pateĩha﻿</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