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Tupão ára Sieteha Adventista Laodiceagua - Papapy Pakõiha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Papapy Doce</w:t>
      </w:r>
    </w:p>
    <w:p>
      <w:pPr>
        <w:pStyle w:val="ArticleBody"/>
        <w:jc w:val="left"/>
      </w:pPr>
      <w:r>
        <w:rPr>
          <w:rFonts w:ascii="Times New Roman" w:hAnsi="Times New Roman" w:eastAsia="Times New Roman" w:cs="Times New Roman"/>
        </w:rPr>
        <w:t>Che rembipota ha’e amombe’u hag̃ua Joel remimombe’u profético peteĩ hendáicha ikatuhápe ojekuaa Joel remimombe’u pe Pedro he’íva ha ojapóva Pentecostés-pe. Aime seguro la Biblia hesakã porãha mba’épa Pedro ojapo ha he’i va’ekue Pentecostés-pe; che katu ahesa’ỹijo aikuaa hag̃ua mba’épa Pedro ohechauka proféticamente pe ama pahápe rembiasakue ryepýpe, omoĩvo Pentecostés marandu Joel kuatiañe’ẽ ñemyenyhẽramo.</w:t>
      </w:r>
    </w:p>
    <w:p>
      <w:pPr>
        <w:pStyle w:val="ArticleBody"/>
        <w:jc w:val="left"/>
      </w:pPr>
      <w:r>
        <w:rPr>
          <w:rFonts w:ascii="Times New Roman" w:hAnsi="Times New Roman" w:eastAsia="Times New Roman" w:cs="Times New Roman"/>
        </w:rPr>
        <w:t>Pedro ha’e peteĩ símbolo tavayguakuéra hembývagui Tupã rehegua, ha noñehechauka añónte Pentecostés-pe, ha avei Cesarea de Filipo-pe Mateo 16-pe. Cesarea de Filipo oĩ Daniel 11-pe, umi versíkulo 13 guive 15 peve, mbohapy versíkulo omoĩva peteĩ ñorairõ ojehu vaekue tenonderãite pe ára rembiasakue aja, Cesarea de Filipo hérakuri Panium ramo. Umi versíkulo 13 guive 15 peve oĩ mboyve versíkulo 16-gui, upéva omombe’úva léi domingo rehegua Estados Unidos-pe. Pe versíkulo 10 omombe’u Unión Soviética ho’apa hague ary 1989-pe. Umi versíkulo 10 guive 16 peve Daniel 11-pe ohechauka ary 1989 guive pe léi domingo peve, ha upe periodo ha’e “tembiasakue ñemi” versíkulo 40 peguáva upe capítulo mismope.</w:t>
      </w:r>
    </w:p>
    <w:p>
      <w:pPr>
        <w:pStyle w:val="ArticleHeading"/>
        <w:jc w:val="left"/>
      </w:pPr>
      <w:r>
        <w:rPr>
          <w:rFonts w:ascii="Arial" w:hAnsi="Arial" w:eastAsia="Arial" w:cs="Arial"/>
        </w:rPr>
        <w:t>Pe Tembiasakue Kañymby Taihũme’ẽme</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Ha pe ára pahápe mburuvicha yvypegua ñemby gotyopegua opu’ãta hese:</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Ha itaʼýra kuéra oñemombaretéta, ha ombyatýta mbarete guasu atyeta; ha pe mburuvicha guasu yvate gotyogua ou hag̃ua hiʼári yvytu jereicha, kárro de guerra reheve, kavaju arigua kuéra reheve, ha heta vaʼekue ygara reheve; ha oike vaʼerã umi tetãnguéra rupi, ha ojahoʼipáta ha ohasapáta. ha peteĩ katuete oúta, ha ojahoʼipáta, ha ohasáta: upéi ojevýta, ha oñemombaretéta, peve ifortaleza peve.</w:t>
      </w:r>
    </w:p>
    <w:p>
      <w:pPr>
        <w:pStyle w:val="ArticleHeading"/>
        <w:jc w:val="left"/>
      </w:pPr>
      <w:r>
        <w:rPr>
          <w:rFonts w:ascii="Arial" w:hAnsi="Arial" w:eastAsia="Arial" w:cs="Arial"/>
        </w:rPr>
        <w:t>2014 ñorairõ Rafia-pe</w:t>
      </w:r>
    </w:p>
    <w:p>
      <w:pPr>
        <w:pStyle w:val="ArticleScripture"/>
        <w:jc w:val="left"/>
      </w:pPr>
      <w:r>
        <w:rPr>
          <w:rFonts w:ascii="Times New Roman" w:hAnsi="Times New Roman" w:eastAsia="Times New Roman" w:cs="Times New Roman"/>
        </w:rPr>
        <w:t>Ha mburuvicha guasu yvypegua pohýigui ipochýta, ha osẽta oñorãirõ hag̃ua hendive, pe mburuvicha guasu yvate gotyogua ndive; ha ombyatýta peteĩ aty guasu; ha pe aty oñemeʼẽta ipope. Ha ogueraha rire pe aty, ikorasõ oñembotuicháta; ha omombo yvýre heta pa su; upéicharõ jepe, ndopytamoʼãi imbaretevéva upévare.</w:t>
      </w:r>
    </w:p>
    <w:p>
      <w:pPr>
        <w:pStyle w:val="ArticleHeading"/>
        <w:jc w:val="left"/>
      </w:pPr>
      <w:r>
        <w:rPr>
          <w:rFonts w:ascii="Arial" w:hAnsi="Arial" w:eastAsia="Arial" w:cs="Arial"/>
        </w:rPr>
        <w:t>Panium ñorairõ (Cesarea Filipopegua)</w:t>
      </w:r>
    </w:p>
    <w:p>
      <w:pPr>
        <w:pStyle w:val="ArticleScripture"/>
        <w:jc w:val="left"/>
      </w:pPr>
      <w:r>
        <w:rPr>
          <w:rFonts w:ascii="Times New Roman" w:hAnsi="Times New Roman" w:eastAsia="Times New Roman" w:cs="Times New Roman"/>
        </w:rPr>
        <w:t>Pe mburuvicha yvateguávo yvytukuarahy gotyo ojevýta, ha omosẽta aty guasu pe yma guaréva gui tuichavéva; ha añetéte ou jeýta mbovymi ary rire peteĩ ehérsito guasu reheve ha heta mba’e porã reheve.</w:t>
      </w:r>
    </w:p>
    <w:p>
      <w:pPr>
        <w:pStyle w:val="ArticleScripture"/>
        <w:jc w:val="left"/>
      </w:pPr>
      <w:r>
        <w:rPr>
          <w:rFonts w:ascii="Times New Roman" w:hAnsi="Times New Roman" w:eastAsia="Times New Roman" w:cs="Times New Roman"/>
        </w:rPr>
        <w:t>Ha umi árape heta opuʼãta pe mburuvicha guasu ñemby gotyo pegua rehe; avei ne retãygua mondaha kuéra oñemombaʼeguasúta omopyenda hag̃ua pe visión; haʼekuéra katu hoʼáta.</w:t>
      </w:r>
    </w:p>
    <w:p>
      <w:pPr>
        <w:pStyle w:val="ArticleScripture"/>
        <w:jc w:val="left"/>
      </w:pPr>
      <w:r>
        <w:rPr>
          <w:rFonts w:ascii="Times New Roman" w:hAnsi="Times New Roman" w:eastAsia="Times New Roman" w:cs="Times New Roman"/>
        </w:rPr>
        <w:t>Upévare mburuvicha yvate gotyogua ou vaʼerã, ha omopuʼãta peteĩ yvytymby, ha ojagarráta umi táva ojejoko porãvéva; ha ñembosarái ñorairõgua ñemby gotyogua ndikatumoʼãi opuʼã hag̃ua hese, ni itavayguakuéra poravopyre, ha ndaiporimoʼãi mbarete hag̃ua ojejoko hag̃ua chupe.</w:t>
      </w:r>
    </w:p>
    <w:p>
      <w:pPr>
        <w:pStyle w:val="ArticleHeading"/>
        <w:jc w:val="left"/>
      </w:pPr>
      <w:r>
        <w:rPr>
          <w:rFonts w:ascii="Arial" w:hAnsi="Arial" w:eastAsia="Arial" w:cs="Arial"/>
        </w:rPr>
        <w:t>Léi Domingo rehegua Estados Unidos-pe</w:t>
      </w:r>
    </w:p>
    <w:p>
      <w:pPr>
        <w:pStyle w:val="ArticleScripture"/>
        <w:jc w:val="left"/>
      </w:pPr>
      <w:r>
        <w:rPr>
          <w:rFonts w:ascii="Times New Roman" w:hAnsi="Times New Roman" w:eastAsia="Times New Roman" w:cs="Times New Roman"/>
        </w:rPr>
        <w:t>Ha pe oúva hese ojúvape ojapóta hembipota he’iháicha, ha “avave ndoñembo’ýi mo’ãi” henondépe; ha “ha’e opytáta” pe yvy porãme, ha ipo rupive oñehundíta. Oikéta avei pe yvy porãme, ha heta tetã oñembyaíta; hákatu ko’ãva okañýta ipógui: Edom, ha Moab, ha umi tenondegua Amón ra’ykuéra apytégua. Ha’e omyasãita ipo umi tetã ári avei; ha Egipto yvy ndojehekýi mo’ãi. Daniel 11:40, 10–16, 41, 42.</w:t>
      </w:r>
    </w:p>
    <w:p>
      <w:pPr>
        <w:pStyle w:val="ArticleBody"/>
        <w:jc w:val="left"/>
      </w:pPr>
      <w:r>
        <w:rPr>
          <w:rFonts w:ascii="Times New Roman" w:hAnsi="Times New Roman" w:eastAsia="Times New Roman" w:cs="Times New Roman"/>
        </w:rPr>
        <w:t>Pedro oĩramo proféticamente Cesarea de Filipope (Panium)-pe, ha Pentecostés ha’e pe ára ama pyhareve paha gua, upéva omoĩ chupe pe “tembiasakue ñemiguápe” versíkulo cuarentape. Aime che remiandu ambohovái hag̃ua pe ñorairõ ucraniano ko’ág̃a ojehechaukáva capítulo once versíkulo once-pe ha pe ñorairõ oútava Panium-pe versíkulo trece guive quince peve, oguerahátava Tercera Guerra Mundial-pe, umíva hína umi mba’e ojehúva okáguio 1989 guive pe léi domingo peve; péro ko’ág̃a jahechakuaa hína pe ángel mbohapyha rembiasakue 22 jasypa 1844 guive pe tupao legal oñemoheñói peve ary 1863-pe.</w:t>
      </w:r>
    </w:p>
    <w:p>
      <w:pPr>
        <w:pStyle w:val="ArticleBody"/>
        <w:jc w:val="left"/>
      </w:pPr>
      <w:r>
        <w:rPr>
          <w:rFonts w:ascii="Times New Roman" w:hAnsi="Times New Roman" w:eastAsia="Times New Roman" w:cs="Times New Roman"/>
        </w:rPr>
        <w:t>Pe líña ohechauka mbohapyha ánhel ouha 11/9-pe (1844) pe Léi Arateĩ peve (1863). Pe Léi Arateĩ ojehechaukákuri Emancipation Proclamation rupive, omomarandúva sãso rehegua; upéicha rupi ojehechaukávo pe Léi Arateĩ, upépe pe sãso oñemonguéva. Pe sãso oñemomarandúva peteĩha mburuvicha Republicano rupive, ojehechaukávo pe sãso oñemonguéva pahague mburuvicha Republicano rupive—haʼe niko marandu’ẽme ojehekýi hag̃ua dictador-rõ pe Léi Arateĩ aja.</w:t>
      </w:r>
    </w:p>
    <w:p>
      <w:pPr>
        <w:pStyle w:val="ArticleScripture"/>
        <w:jc w:val="left"/>
      </w:pPr>
      <w:r>
        <w:rPr>
          <w:rFonts w:ascii="Times New Roman" w:hAnsi="Times New Roman" w:eastAsia="Times New Roman" w:cs="Times New Roman"/>
        </w:rPr>
        <w:t>“Ñane retã ohejáramo péicha iteete igoviérno rembipota ypykue, ha omoĩ hag̃ua peteĩ léi Arateĩ rehegua, protestantismo ko tembiapópe ojokupytýta popería ndive; ndaha’éi ambue mba’e ndaha’éiramo ome’ẽ hag̃ua tekove pe tyranía-pe yma guive kyre’ỹme oma’ẽva hína iñe’ẽrendu hag̃uarã ojeity jeývo despotísmo activo-pe.” Testimonies, volúmen 5, 711.</w:t>
      </w:r>
    </w:p>
    <w:p>
      <w:pPr>
        <w:pStyle w:val="ArticleBody"/>
        <w:jc w:val="left"/>
      </w:pPr>
      <w:r>
        <w:rPr>
          <w:rFonts w:ascii="Times New Roman" w:hAnsi="Times New Roman" w:eastAsia="Times New Roman" w:cs="Times New Roman"/>
        </w:rPr>
        <w:t>742 a.C. ha’e va’ekue alfa rembiasakue omoñepyrũva Isaías 7:8-pe oĩva ára marandu profetikuéra, ha oguahẽ va’ekue iñemohu’ã omega-pe ary 1863-pe. Ary 742-pe, Acaz, Judá pegua ñemby gotyo rréi, oike hína va’ekue peteĩ ñorairõ tetãygua-pe umi paary ñemoñare yvate gotyogua ndive, omohendáva pe rréino yvate gotyogua. Pe rembiasakue 742 a.C. pegua ojehechauka va’ekue Judápe, pe yvy hechapyrã tee Ñandejára Ñe’ẽme, oikohápe judío tee, ha pe pasáhepe ojehechauka Acaz rréi añáva ha itavýva rupive—upéicha ohechaukávo pe omega rembiasakue ary 1863-pe. Pe omega rembiasakue 1863 pegua oñekumpli umi ára ryepýpe Estados Unidos oguapy aja yvy mymbaguasu ramo, pe poteĩha rréino marandu profétika Bíblica-pe. Estados Unidos ha’e pe yvy hechapyrã espiritual, oñemopyendáva cristianismo protestánte rehe, ha umíva hína judío espiritual Ñandejára Ñe’ẽ he’iháicha. Pe ñorairõ tetãygua yvate ha ñemby mbytépe ary 742 a.C.-pe, pe alfa rembiasakuepe, ohechauka pe ñorairõ tetãygua yvate ha ñemby mbytépe pe omega rembiasakue ary 1863-pe. Oñondive, umi mokõi testígo ohechauka pe rembiasakue okapeguáva ogueraháva pe léi dominical peve, upépe pe yvy hechapyrã espiritual oñemboja’óta jey mokõi aty-pe.</w:t>
      </w:r>
    </w:p>
    <w:p>
      <w:pPr>
        <w:pStyle w:val="ArticleBody"/>
        <w:jc w:val="left"/>
      </w:pPr>
      <w:r>
        <w:rPr>
          <w:rFonts w:ascii="Times New Roman" w:hAnsi="Times New Roman" w:eastAsia="Times New Roman" w:cs="Times New Roman"/>
        </w:rPr>
        <w:t>Áño 742 a.C.-pe, pu’aka yvategua orrepresentáva ha’e peteĩ joaju Israel retã pegua diez trívu yvategua ha Siria apytépe; upévare ohechauka hag̃ua peteĩ joaju peteĩ pu’aka okapeguándi, ha upéva oñekumpli va’ekue pe papado pro-esclavitud pytyvõ oñeme’ẽrõ guare umi estado ñemby gotyo peguápe, oikóva’ekue pe Géra Civil aja. Pe aliado okapegua Siria rehegua áño 742 a.C.-pe, ha pe aliado okapegua papado rehegua pe Géra Civil aja, ohechauka umi mundialista-kuéra joaju umi Demócrata globalista ndive iñorairõhápe MAGA-ismo rehe; peteĩ ñorairõ oñepyrũva’ekue 2015-pe, pe cuarto ha ipirapire hetavéva presidente opu’ãrõ guare, ha upéicha rupi omýi opaite Grecia róga Daniel capítulo 11, versículo 2 he’iháicha. Upe ñemongu’e ohechauka pe pagano-kuéra ñepáy Joel arandukápe. “Grecia” ha “pagano-kuéra” ha’e umi símbolo pe pu’aka dragón rehegua omyakãva ko yvy Armagedón peve, peteĩ joajúpe pe mymba ha pe proféta japúndi.</w:t>
      </w:r>
    </w:p>
    <w:p>
      <w:pPr>
        <w:pStyle w:val="ArticleBody"/>
        <w:jc w:val="left"/>
      </w:pPr>
      <w:r>
        <w:rPr>
          <w:rFonts w:ascii="Times New Roman" w:hAnsi="Times New Roman" w:eastAsia="Times New Roman" w:cs="Times New Roman"/>
        </w:rPr>
        <w:t>Áño 2015-pe umi tetã ambuegua oñemombáy pe ñehenói profétikape Joel ñu Jehosafat pegua gotyo, haʼe voi ohenóiva’ekue pe ñu huísio rehegua. Áño 2015-pe Donald Trump omombeʼu hag̃ua iñeprensidénte-rã, ha upéicha omýi hag̃ua pe império globalista ojehechaukáva Grecia ramo; ha umi tetã ambuegua oñepyrũ imarcha Armagedón gotyo, ha peteĩ año añoite rire oñepyrũ hague pe ñorairõ Ucrania-pe, oñekumplívo Daniel 11, versículo once-pe.</w:t>
      </w:r>
    </w:p>
    <w:p>
      <w:pPr>
        <w:pStyle w:val="ArticleBody"/>
        <w:jc w:val="left"/>
      </w:pPr>
      <w:r>
        <w:rPr>
          <w:rFonts w:ascii="Times New Roman" w:hAnsi="Times New Roman" w:eastAsia="Times New Roman" w:cs="Times New Roman"/>
        </w:rPr>
        <w:t>742 a.C. ha 1863 pe oikova guasu omombe’u pe léi domingo rembiasakue, ha upéva ohechauka opa hague pe sexto rréino maranduhai joapykuérygui. Upe sexto rréino oñepyrũ Káso Revolusionário reheve, upévare pe sexto rréino paha pe léi domingo-pe ohechauka oñembopyahu jeyha pe Káso Revolusionário, upe javeite pe Oikova Guasu oikoháicha. Pe mba’épa he’iséva ha mba’éichapa oñembohéra peteĩ oikova térã revolucionário oñemopyenda pe ojehechaháicha. Pe Democrático-kuéra ko’ág̃a ojapóva léi rupive ñorairõme, viru mondápe, ñembotavýpe, tetã ambuégui jeike ndaijojáivape ha propaganda rupive, ha’ekuéra ohenói peteĩ revolución de color; ha umi anga opa yvypóra ojepytasóva iñorairõme umi maniobra globalista rehe, ohecha umi tembiapo peteĩchagua voi ha’eha ñepyrũ ‘civil’ apañuãi guasu rehegua. ¿Antifa piko peteĩ mba’e vai apoha térã peteĩ héroe?</w:t>
      </w:r>
    </w:p>
    <w:p>
      <w:pPr>
        <w:pStyle w:val="ArticleBody"/>
        <w:jc w:val="left"/>
      </w:pPr>
      <w:r>
        <w:rPr>
          <w:rFonts w:ascii="Times New Roman" w:hAnsi="Times New Roman" w:eastAsia="Times New Roman" w:cs="Times New Roman"/>
        </w:rPr>
        <w:t>Mokõi ñorairõ yma guarã ohechauka peteĩnte ñorairõ mbyja’oha oikóva pe mburuvicha republikáno pahague rembiasakue ryepýpe. Pe mburuvicha republikáno peteĩha reheháicha, pe ñorairõ oñeganaíta pe mburuvicha republikáno pahaguére, ha upéva ave ojehechauka vaʼekue pe Mburuvicha peteĩha rupive, haʼe vaʼekue avei pe ñorairõ revolucionário ñeganahára. Pe revolución MAGA, umi Demócrata heʼiháicha, ogueru hína koʼãga pe “teko pyʼaguapyʼỹ civil”. Odependévo nde rehecha hag̃ua política personal rehe, pe ñorairõ koʼag̃agua ikatu hag̃uáicha peteĩ ñorairõ revolucionário térã peteĩ ñorairõ civil. Maranduháicha, mokõivéva hína.</w:t>
      </w:r>
    </w:p>
    <w:p>
      <w:pPr>
        <w:pStyle w:val="ArticleBody"/>
        <w:jc w:val="left"/>
      </w:pPr>
      <w:r>
        <w:rPr>
          <w:rFonts w:ascii="Times New Roman" w:hAnsi="Times New Roman" w:eastAsia="Times New Roman" w:cs="Times New Roman"/>
        </w:rPr>
        <w:t>1863 ohechauka pe léi domingo rehegua, ha 1844 avei upéicha, upérõ pe ánhel mbohapyha og̃uahẽ pe marandu léi domingo rehegua reheve. Pe periodo 1844 guive 1863 peve oguereko pe firma léi domingo rehegua iñepyrũmby guive ipaha peve. Ary 1846-pe, pe Whites ñemenda, pe sábado ñemboguata ha pe téra ñemoambue Harmen-gui White-pe ohechauka pe ñemenda oñepyrũva’ekue 22 jasypa 1844-pe oñembotýma hague, ha upe ñembotývo ohechauka pe proceso jehechaukaha ñepyrũ pe ánhel mbohapyha rehegua, peteĩchaite pe prueba mbohapyvéva sábado rehegua, maná rehegua, ohechauka haguéicha pe ñepyrũ diez prueba ou va’ekue rire pe bautismo Mar Pytã rehegua.</w:t>
      </w:r>
    </w:p>
    <w:p>
      <w:pPr>
        <w:pStyle w:val="ArticleBody"/>
        <w:jc w:val="left"/>
      </w:pPr>
      <w:r>
        <w:rPr>
          <w:rFonts w:ascii="Times New Roman" w:hAnsi="Times New Roman" w:eastAsia="Times New Roman" w:cs="Times New Roman"/>
        </w:rPr>
        <w:t>Pe maná haʼe vaʼekue pe peteĩha jehaʼã, ha ohechauka pe décimo jehaʼã Kades-pe; mokõivéva ningo ohechauka pe mbohapyha ánhel ñeʼẽmondo, ha upévare pe arapokõindy léi.</w:t>
      </w:r>
    </w:p>
    <w:p>
      <w:pPr>
        <w:pStyle w:val="ArticleScripture"/>
        <w:jc w:val="left"/>
      </w:pPr>
      <w:r>
        <w:rPr>
          <w:rFonts w:ascii="Times New Roman" w:hAnsi="Times New Roman" w:eastAsia="Times New Roman" w:cs="Times New Roman"/>
        </w:rPr>
        <w:t>“Káda semána pukukue umi kuimba’e ha kuña Israelgua pe desiértope ipuku hag̃uáicha, ha’ekuéra ohecha peteĩ milágro mbohapy hendápe, ojejapóva oikuaauká hag̃uáicha iñakãme pe sábado marangatuha: peteĩ kói hetave hag̃ua pe maná ho’a pe ára poteĩhápe, mba’eve ndo’ái pe ára pokõihápe, ha pe tembi’u oñeikotevẽva pe sábadope oñeñongatu he’ẽ ha potĩ hag̃uáicha, ha ambue jave oñeñongatúramo oimeraẽ mba’e, ndaikatúi hag̃ua ojeporu.” Patriarchs and Prophets, 296.</w:t>
      </w:r>
    </w:p>
    <w:p>
      <w:pPr>
        <w:pStyle w:val="ArticleBody"/>
        <w:jc w:val="left"/>
      </w:pPr>
      <w:r>
        <w:rPr>
          <w:rFonts w:ascii="Times New Roman" w:hAnsi="Times New Roman" w:eastAsia="Times New Roman" w:cs="Times New Roman"/>
        </w:rPr>
        <w:t>Umi diez prueba apytépe pe peteĩha ha’eva’ekue pe “maná” prueba, ohechaukáva pe marandu mbohapy pe mbohapy ánhel Ñandejára Ñemoñepyrũrã (Apocalipsis) capítulo catorce-pe. Oĩ haguéicha pe maná rehe, umi ánhel ohechauka avei pe ñe’ẽmondo mbohapy oikóva pe adoración rehegua pe arapokõindýpe. Pe maná milagro mbohapyháicha ojapóva “ojejapo vaʼekue omoingove hag̃ua iñakãme pe sábado marangatuha,” ha upéva, añetehápe, hína pe ánhel mbohapyha rembipota. Pe peteĩha umi mbohapy milagro ojehechaukáva pe maná rupive oike vaʼekue pe mbujape yvágagui ouva “je’u” rehe, ha pe “je’u” ha’e peteĩ símbolo alfa pe ama pahague ára rehegua. Pe mokõiha milagro ohechauka pe ánhel mokõiha marandu, upépe pe inspiración “omokõive” ñe’ẽ ha ñe’ẽjoaju hag̃ua ojehechauka hag̃ua pe ára ojehechaukáva Babilonia mokõi je’a rupive, pórke Babilonia ho’a, ho’a. Pe mokõiha milagro ha’e vaʼekue pe maná hetakue “mokõive” pe ára poteĩha-pe. Pe mbohapyha milagro ha’e pe mbujape ñongatu pe sábado ára pokõiha-pe.</w:t>
      </w:r>
    </w:p>
    <w:p>
      <w:pPr>
        <w:pStyle w:val="ArticleBody"/>
        <w:jc w:val="left"/>
      </w:pPr>
      <w:r>
        <w:rPr>
          <w:rFonts w:ascii="Times New Roman" w:hAnsi="Times New Roman" w:eastAsia="Times New Roman" w:cs="Times New Roman"/>
        </w:rPr>
        <w:t>Mbohapy ángel mbohapy rehegua, maná ha’e pe ángel peteĩha, ha upévare oguerekova’erã opa pe tembiasakue, ha Apocalipsis 14-pe upéva ha’e pe tembiasakue umi ángel mbohapy rehegua. Pe ángel peteĩha ha’e peteĩ fractal umi ángel mbohapy marandu rehegua. Peteĩ fractal ha’e peteĩ ta’anga geométrica hasyetereíva, ikatúva oñemboja’o hag̃ua partes-pe, ha káda peteĩva ha’e peteĩ copia michĩvéva pe tuichakue rehegua. Ko mba’e ojehero joja hag̃ua ijehegui. Umi fractal heta jey oguereko detalle ikatupyrýva taha’e ha’éichapa oñemboja pype jepe. Umi fractal ojejuhu matemática, biología, física, geología, química, astronomía, ingeniería ha heta ambue kuaapy renda-pe.</w:t>
      </w:r>
    </w:p>
    <w:p>
      <w:pPr>
        <w:pStyle w:val="ArticleBody"/>
        <w:jc w:val="left"/>
      </w:pPr>
      <w:r>
        <w:rPr>
          <w:rFonts w:ascii="Times New Roman" w:hAnsi="Times New Roman" w:eastAsia="Times New Roman" w:cs="Times New Roman"/>
        </w:rPr>
        <w:t>Pe “mbohapy jepyta apo” umi mbohapy ánhel rehegua, ojehechaukáva Apocalipsis capítulo catorce-pe, ojejeguaka pe ánhel peteĩha marandúpe; upévare pe ánhel peteĩha ha’e peteĩ “fractal” umi mbohapy ánhel rehegua. Umi mbohapy capítulo peteĩha kuatia Daniel rehegua ohechauka peteĩteĩme pe ánhel peteĩha, mokõiha ha mbohapyha marandu, peteĩteĩ rupi; ha Daniel capítulo peteĩ-pe oĩ pe “mbohapy jepyta apo” peteĩteĩva ojehechaukáva umi mbohapy capítulo-pe, ha péicha avei umi mbohapy ánhelpe pe ánhel peteĩha ndive iñembojoajúpe.</w:t>
      </w:r>
    </w:p>
    <w:p>
      <w:pPr>
        <w:pStyle w:val="ArticleBody"/>
        <w:jc w:val="left"/>
      </w:pPr>
      <w:r>
        <w:rPr>
          <w:rFonts w:ascii="Times New Roman" w:hAnsi="Times New Roman" w:eastAsia="Times New Roman" w:cs="Times New Roman"/>
        </w:rPr>
        <w:t>Pe maná rembiapo hechapyrã mbohapyháicha vaʼekue ojeʼu vaʼerã, ha Daniel peteĩha kapítulo oñeʼẽ jeʼúre. Daniel ombohasa pe prueba tembiʼúgui oiporavóvo grano ha kaʼavo pe Babilonia rembiʼu rendaguépe. Upéi ojehechajey chupe hechapyrã rehe, ha hechapyrã oguenohẽ peteĩ jejoavy ipyhareveha apytépe ha umi okarúva Babilonia rembiʼúgui rova apytépe. Pe maranduhára mokõiha ñeʼẽmondo haʼe pe henói ojeheʼa hag̃ua Babilóniagui peteĩ tembiasakue jeheʼa rehegua ryepýpe, upépe mokõi aty oñemoheñói ha upéi ojehechauka. Upéva, pe mokõiha prueba Daniel rehegua ogueru chupe pe mbohapyha prueba Nabucodonosor mbaʼe, ha upéva vaʼekue pe mbohapyha prueba peteĩha kapítulpe, ha ohechauka tenonderãrupi pe taʼanga óroguigua prueba mbohapyha kapítulpe, pe Hermana White jey jeyhápe omombeʼúva haʼeha pe domingo léi, upéva haʼéva pe mbohapyha maranduhára ñeʼẽmondo. Daniel peteĩha kapítulo haʼe peteĩ fractal Daniel mbohapy kapítulo ypykue rehegua, ha umi mbohapy kapítulo ohechauka Apocalipsis catorce pegua umi mbohapy maranduhárape, umíva apytépe pe peteĩha maranduhára ha Daniel peteĩha kapítulo mokõivéva haʼe fractal umi mbohapy maranduhára ha umi mbohapy kapítulo tuichakue rehegua.</w:t>
      </w:r>
    </w:p>
    <w:p>
      <w:pPr>
        <w:pStyle w:val="ArticleScripture"/>
        <w:jc w:val="left"/>
      </w:pPr>
      <w:r>
        <w:rPr>
          <w:rFonts w:ascii="Times New Roman" w:hAnsi="Times New Roman" w:eastAsia="Times New Roman" w:cs="Times New Roman"/>
        </w:rPr>
        <w:t>Káda semána pukukue, pe Israelgua kuéra oiko aja arandu’ỹme puku asýpe, ha’ekuéra ohecha peteĩ milágro mbohapy hendáicha, oñembosako’íva omoĩ hag̃ua iñakãme kuéra pe sábado marangatuha: pe sexto árape ho’a mokõi jey hetave maná; pe séptimo árape ndohói mba’eve; ha pe porción oñeikotevẽva sábado-pe g̃uarã oñeñongatu he’ẽ ha potĩ hag̃uáicha, ha ambue ára ojehejava’erãmo guare, ndaikatúi ojeporu hag̃uáicha opyta.</w:t>
      </w:r>
    </w:p>
    <w:p>
      <w:pPr>
        <w:pStyle w:val="ArticleScripture"/>
        <w:jc w:val="left"/>
      </w:pPr>
      <w:r>
        <w:rPr>
          <w:rFonts w:ascii="Times New Roman" w:hAnsi="Times New Roman" w:eastAsia="Times New Roman" w:cs="Times New Roman"/>
        </w:rPr>
        <w:t>“Umi mba’éichapa oñeme’ẽrõ guare pe maná rehegua, jajuhu peteĩ prueba ojehechaukáva hesakã porãha pe sábado noñemoĩri hague, heta he’iháicha, pe léi oñeme’ẽrõ guare Sinaípe. Israel ra’ykuéra og̃uahẽ mboyve Sinaípe, ha’ekuéra oikuaáma pe sábado ha’eha peteĩ tembiapoukapy ojejapova’erã hesekuéra. Oñekotevẽ rupi ombyaty hag̃ua káda viernes peteĩ porción mokõi jey tuicháva oñembosako’i hag̃ua pe sábadope g̃uarã, upe árape nda’ái haguére maná, pe ára pytu’u marangatu reko oñemopyenda meme va’ekue iñakãnguérape. Ha oĩrõ guare umi tapicha osẽva’ekue sábadope ombyaty hag̃ua maná, Ñandejára oporandu: ‘Araka’e peve pende py’aguasúta pejeheja hag̃ua che rembiapoukapy ha che léi kuéra?’” Patriarcas y Profetas, 296.</w:t>
      </w:r>
    </w:p>
    <w:p>
      <w:pPr>
        <w:pStyle w:val="ArticleBody"/>
        <w:jc w:val="left"/>
      </w:pPr>
      <w:r>
        <w:rPr>
          <w:rFonts w:ascii="Times New Roman" w:hAnsi="Times New Roman" w:eastAsia="Times New Roman" w:cs="Times New Roman"/>
        </w:rPr>
        <w:t>Ñembyaty ha ho’u hag̃ua pe maná, ohechauka Juanpe Apocalipsis kapítulo diez-pe ojapyhyha (ombyatyha) pe michĩva kuatiañe’ẽ pe ánhel póguive ha upéi ho’uha.</w:t>
      </w:r>
    </w:p>
    <w:p>
      <w:pPr>
        <w:pStyle w:val="ArticleScripture"/>
        <w:jc w:val="left"/>
      </w:pPr>
      <w:r>
        <w:rPr>
          <w:rFonts w:ascii="Times New Roman" w:hAnsi="Times New Roman" w:eastAsia="Times New Roman" w:cs="Times New Roman"/>
        </w:rPr>
        <w:t>Ha ajuhu pe ánhel rendápe ha ha’e chupe: Eme’ẽ chéve pe kuatiañe’ẽ michĩva. Ha ha’e he’i chéve: Ejapyhy ha’u hag̃ua; nde rye ojapóta iro, ha nde jurúpe katu he’ẽta eícha. Apocalipsis 10:9.</w:t>
      </w:r>
    </w:p>
    <w:p>
      <w:pPr>
        <w:pStyle w:val="ArticleBody"/>
        <w:jc w:val="left"/>
      </w:pPr>
      <w:r>
        <w:rPr>
          <w:rFonts w:ascii="Times New Roman" w:hAnsi="Times New Roman" w:eastAsia="Times New Roman" w:cs="Times New Roman"/>
        </w:rPr>
        <w:t>Juan raẽvete kuri vaʼerã pe ánhel rendápe ha ojerure chupe; upéi vaʼerã “ojagarra” pe lívro michĩva, ha upéi vaʼerã “hoʼu” chupe. Juan ohechauka hína umi mbohapy paso pe ánhel peteĩha rehegua, oho ha ojerure rupi pe ánhelpe, upéi pe mokõiha paso ojagarraha, ha pe mbohapyha hoʼuha. Pembyaty térã peʼu hag̃ua, haʼehína pe peteĩha umi mbohapy prueba maná rehegua apytégui, péro oguereko ipype peteĩ fractal opaite umi mbohapy prueba maná reheguágui. Pembyaty ha peʼu pe maná, ohechaukarã Jeremíaspe.</w:t>
      </w:r>
    </w:p>
    <w:p>
      <w:pPr>
        <w:pStyle w:val="ArticleScripture"/>
        <w:jc w:val="left"/>
      </w:pPr>
      <w:r>
        <w:rPr>
          <w:rFonts w:ascii="Times New Roman" w:hAnsi="Times New Roman" w:eastAsia="Times New Roman" w:cs="Times New Roman"/>
        </w:rPr>
        <w:t>Ne ñe’ẽ ojuhu, ha che ro’u va’ekue; ha ne ñe’ẽ oiko chéve che py’a vy’a ha tory ramo: che ningo añembohéra nde rérape, Ñandejára Tupã ehérsito kuéra Jára. Jeremías 15:16.</w:t>
      </w:r>
    </w:p>
    <w:p>
      <w:pPr>
        <w:pStyle w:val="ArticleBody"/>
        <w:jc w:val="left"/>
      </w:pPr>
      <w:r>
        <w:rPr>
          <w:rFonts w:ascii="Times New Roman" w:hAnsi="Times New Roman" w:eastAsia="Times New Roman" w:cs="Times New Roman"/>
        </w:rPr>
        <w:t>Iñe'ẽngue ojejuhu Jeremíaspe, ohekávo ha upéi ojerurévo pe kuatiañe'ẽ michĩva. Iñe'ẽ ojejuhu va'ekue oñembyatýramo guare pe maná. Pe ñembyaty ha je'u pe maná rehegua ohechauka tipológicamente Ezequiélpe, ho'úva pe kuatiañe'ẽ oñeme'ẽva'ekue chupe; ha upéicha ojapo rupi, ojekuaa porã pe ndaje'úi pe kuatiañe'ẽha hína oiko haguãicha pe óga pu'aka'ỹva ha iñakãhatãva.</w:t>
      </w:r>
    </w:p>
    <w:p>
      <w:pPr>
        <w:pStyle w:val="ArticleScripture"/>
        <w:jc w:val="left"/>
      </w:pPr>
      <w:r>
        <w:rPr>
          <w:rFonts w:ascii="Times New Roman" w:hAnsi="Times New Roman" w:eastAsia="Times New Roman" w:cs="Times New Roman"/>
        </w:rPr>
        <w:t>Ha nde, yvypóra ra’y, ehendu che ha’éva ndéve; ani nde reiko peteĩ opu’ãva ramo pe óga opu’ãvaguiicha: eavri nde juru, ha’u katu upe ame’ẽva ndéve. Ha ama’ẽ ramo, péina ápe, peteĩ po oñembou che rendápe; ha, péina, ipype oĩ peteĩ kuatiañe’ẽ peteĩ lívropegua; ha ha’e omyasãi upéva che renondépe; ha ojehai hína kuri hyepýpe ha hi’ári avei; ha ipype ojehai va’ekue ñeñembyasýva, jahe’o ha mba’easy. Upéi he’i chéve: Yvypóra ra’y, ho’u upe rejuhúva; ho’u ko kuatiañe’ẽ, ha tereho eñe’ẽ Israél rógape.</w:t>
      </w:r>
    </w:p>
    <w:p>
      <w:pPr>
        <w:pStyle w:val="ArticleScripture"/>
        <w:jc w:val="left"/>
      </w:pPr>
      <w:r>
        <w:rPr>
          <w:rFonts w:ascii="Times New Roman" w:hAnsi="Times New Roman" w:eastAsia="Times New Roman" w:cs="Times New Roman"/>
        </w:rPr>
        <w:t>Upévare aipe’a che juru, ha ha’e ombo’u chéve pe kuatiañe’ẽ oñemboguejýva. Ha he’i chéve: Yvypóra ra’y, embou ne ryepýpe ho’u hag̃ua, ha emyenyhẽ nde py’a ko kuatiañe’ẽ oñemboguejývagui ame’ẽva ndéve. Upéi ha’u ichupe; ha oĩ che jurupe eícha he’ẽ asýva. Ezequiel 2:8–3:3.</w:t>
      </w:r>
    </w:p>
    <w:p>
      <w:pPr>
        <w:pStyle w:val="ArticleBody"/>
        <w:jc w:val="left"/>
      </w:pPr>
      <w:r>
        <w:rPr>
          <w:rFonts w:ascii="Times New Roman" w:hAnsi="Times New Roman" w:eastAsia="Times New Roman" w:cs="Times New Roman"/>
        </w:rPr>
        <w:t>Ezequiel oĩramo okaru hag̃ua pe kuatia’i rehe, oĩta pe óga pu’akajerehápente, ha pe “rollo” pe “kuatia” rehegua ha’e va’ekue okaru hag̃uáva ojehechauka “jahe’o, py’atarova ha ñembyasy vai” ramo, ohechaukáva peteĩ marandu mbohapyvegua ára pahápe. Pe marandu mbohapyvegua ára pahápe ha’e pe mbohapy ánhel rembiapo marandu Apocalipsis irundyha pegua, ha pe contexto Ezequiel ome’ẽhápe umi mbohapy marandu ha’e Islam rehegua ha pe mbohapyha ñembyasy vai rehegua. Umi mbohapy marandu oguereko peteĩ alpha ha peteĩ omega, ha pe mbohapyha ha’e “ñembyasy vai,” peteĩ símbolo tenondegua Islam rehegua, upévare pe alpha oikotevẽ oñembojoaju pe omega ndive; upévare “jahe’o” ohechauka umi jahe’o oñepyrũva’ekue 9/11-pe pe séptimo trompéta ha pe mbohapyha ñembyasy vai oguahẽvo, ha upéi ohóvo oñembohetavéva umi siete plaga pahápe peve. Pe léi domingo rehegua “yvy ryryi” Apocalipsis once peguápe, pe mbohapyha ñembyasy vai ou pya’e, ha pe inspiración oikuaauka ñandéve Isaías diez pegua decreto hekojoja’ỹva ha’eha upe léi domingo rehegua. Pe versíkulo oñepyrũ he’ívo “ñembyasy vai” umi ojapóva decreto hekojoja’ỹva ári.</w:t>
      </w:r>
    </w:p>
    <w:p>
      <w:pPr>
        <w:pStyle w:val="ArticleBody"/>
        <w:jc w:val="left"/>
      </w:pPr>
      <w:r>
        <w:rPr>
          <w:rFonts w:ascii="Times New Roman" w:hAnsi="Times New Roman" w:eastAsia="Times New Roman" w:cs="Times New Roman"/>
        </w:rPr>
        <w:t>Pe’u hag̃ua maná ha’eva’ekue peteĩha umi mbohapy prueba apytégui; mokõiha katu ha’e va’ekue “joaju mokõive” ára ñembosako’ihape. Ha mba’épa oñembosako’i hikuái hag̃ua? Oñembosako’i hikuái pe prueba Arapokõindýpe g̃uarã, ha upéva hína pe mbohapyha ánhel marandu.</w:t>
      </w:r>
    </w:p>
    <w:p>
      <w:pPr>
        <w:pStyle w:val="ArticleBody"/>
        <w:jc w:val="left"/>
      </w:pPr>
      <w:r>
        <w:rPr>
          <w:rFonts w:ascii="Times New Roman" w:hAnsi="Times New Roman" w:eastAsia="Times New Roman" w:cs="Times New Roman"/>
        </w:rPr>
        <w:t>Pe milágro mbohapyetégui vaekue avei pe peteĩha térã alfa jehechaha umi pa jehechaha apytépe. Tupã ome'ẽ vaekue maná pe peteĩha paso-pe, upéi ome'ẽ peteĩ porción “mokõiva” pe mokõiha paso-pe, ha ndaipóri mba'eve pe mbohapyha-pe. Pe mbohapyha jehechaha iñambue umi mokõi jehechaha peteĩha-gui, pe mbohapyha ha'e hag̃uáicha pe jehechaha ohechauka añeteguáva. Umi mbohapy jehechaha ohechauka pe alfa peteĩ proceso jehechaha rehegua oikóva pa paso rupive, ogueraháva pe peteĩha Cades-pe.</w:t>
      </w:r>
    </w:p>
    <w:p>
      <w:pPr>
        <w:pStyle w:val="ArticleBody"/>
        <w:jc w:val="left"/>
      </w:pPr>
      <w:r>
        <w:rPr>
          <w:rFonts w:ascii="Times New Roman" w:hAnsi="Times New Roman" w:eastAsia="Times New Roman" w:cs="Times New Roman"/>
        </w:rPr>
        <w:t>Oiméramo ramo opaichagua teólogo-kuérape, rejuhúta heta lista umi pa test rehegua oguahẽva iñemohu’ãme peteĩha Cades-pe. Hetaite opavave umíva apytégui omoinge Mar Pytã peteĩva umi pa test-pe; oĩ avei omoingéva tembiapo rechaukaha histórico-kuéra Mar Pytã mboyve, umi plaga jave. Opavave umíva oĩ vai.</w:t>
      </w:r>
    </w:p>
    <w:p>
      <w:pPr>
        <w:pStyle w:val="ArticleBody"/>
        <w:jc w:val="left"/>
      </w:pPr>
      <w:r>
        <w:rPr>
          <w:rFonts w:ascii="Times New Roman" w:hAnsi="Times New Roman" w:eastAsia="Times New Roman" w:cs="Times New Roman"/>
        </w:rPr>
        <w:t>Pe peteĩha prueba ha’e pe maná. Pablo he’i pe yguasu pytã rupi ohasa hague ha’eha bautismo.</w:t>
      </w:r>
    </w:p>
    <w:p>
      <w:pPr>
        <w:pStyle w:val="ArticleScripture"/>
        <w:jc w:val="left"/>
      </w:pPr>
      <w:r>
        <w:rPr>
          <w:rFonts w:ascii="Times New Roman" w:hAnsi="Times New Roman" w:eastAsia="Times New Roman" w:cs="Times New Roman"/>
        </w:rPr>
        <w:t>Hi’arive, che peikuaa’ỹ hag̃ua, peẽ che pehẽnguekuéra, mba’éichapa ñande ru ypykuéra maymáva oĩ va’ekue arai guýpe, ha maymáva ohasa va’ekue yguasu rupi; ha maymáva oñemongarai va’ekue Moiséspe guarã araípe ha yguasúpe. 1 Corintios 10:1, 2.</w:t>
      </w:r>
    </w:p>
    <w:p>
      <w:pPr>
        <w:pStyle w:val="ArticleBody"/>
        <w:jc w:val="left"/>
      </w:pPr>
      <w:r>
        <w:rPr>
          <w:rFonts w:ascii="Times New Roman" w:hAnsi="Times New Roman" w:eastAsia="Times New Roman" w:cs="Times New Roman"/>
        </w:rPr>
        <w:t>Moisés ohechauka Jesúspe, ha Jesús ñemongarai ohechauka peteĩ proceso jehechaporãrã, mbohapy hendápe guare, oñepyrũva ha omombaʼeguasúva hiʼu rembipota jehechaporãrã. Kurusu ojehechauka vaʼekue Egíptope Páskua rupive. Osẽvo hikuái pe Yguasu Pytã ambue gotyo, Cristo oñemopuʼã jeýma yva tenondegua mymbajeyramo. Osẽvo yty guive y ramo Juan el Bautista po rupive, Cristo (pe yva tenondegua mymbajey) oñepyrũ peteĩ proceso jehechaporãrã oguerekóva cuarenta ára. Oñemopuʼã jeývo, heʼiséva oñehechauka vaʼekue iñemongarai rupive, oĩkuri cuarenta ára Cristo oñomongeta hague umi temimboʼekuéra ndive ojoupe. Pe proceso jehechaporãrã oñepyrũ Yguasu Pytã jehasa rire, upéichaite avei Espíritu ogueraha haguéicha Cristope yvy marãme pyaʼeete osẽ rire ygui.</w:t>
      </w:r>
    </w:p>
    <w:p>
      <w:pPr>
        <w:pStyle w:val="ArticleBody"/>
        <w:jc w:val="left"/>
      </w:pPr>
      <w:r>
        <w:rPr>
          <w:rFonts w:ascii="Times New Roman" w:hAnsi="Times New Roman" w:eastAsia="Times New Roman" w:cs="Times New Roman"/>
        </w:rPr>
        <w:t>Pe peteĩha jeha’ã Cristo peguarã va’ekue hína tembi’u rekovia, pórke Yvága Mbujape omoñepyrũ hembiapo jehovasapyre upépeite Adán ho’a haguepe. Pe peteĩha jeha’ã Mar Pytã rire hína pe maná mbohapy hendáicha ojehechauka hag̃ua pe jeha’ã mbohapy hendáicha oúva Yvága Mbujape ári. Cristo jeha’ã oñepyrũ rire osẽ y rire, upévare umi pa jeha’ã avei oñepyrũva’erã “rire” osẽ ygui hikuái. Upérõ Cristo oñembohovái peteĩ jeha’ã mbohapy hendáichape, oñemohendáva tembi’u rekovia ryepýpe, ojehechauka haguéicha pe maná jeha’ã mbohapy hendáicha oñepyrũva’ekue rire pe Espíritu omosẽ Egipto-gui Israel yma guarépe ha ogueraha hag̃ua chupekuéra ñu me’ẽ’ỹme.</w:t>
      </w:r>
    </w:p>
    <w:p>
      <w:pPr>
        <w:pStyle w:val="ArticleBody"/>
        <w:jc w:val="left"/>
      </w:pPr>
      <w:r>
        <w:rPr>
          <w:rFonts w:ascii="Times New Roman" w:hAnsi="Times New Roman" w:eastAsia="Times New Roman" w:cs="Times New Roman"/>
        </w:rPr>
        <w:t>Ambue lista ambue oikuaaukaséva mbaʼe ñemoĩmbaʼe rehepa oñehaʼarõva umi diez prueba rehe oñemohuʼãva Kades-pe, omoĩ Aarón vaka raʼanga óro guigua ñemoĩmbaʼe peteĩva umi diez prueba apytépe; hákatu oĩ vai hikuái.</w:t>
      </w:r>
    </w:p>
    <w:p>
      <w:pPr>
        <w:pStyle w:val="ArticleBody"/>
        <w:jc w:val="left"/>
      </w:pPr>
      <w:r>
        <w:rPr>
          <w:rFonts w:ascii="Times New Roman" w:hAnsi="Times New Roman" w:eastAsia="Times New Roman" w:cs="Times New Roman"/>
        </w:rPr>
        <w:t>Pe vaka ra'ãrõ vaekue vaka ra'anga órogui oguereko mokõi prueba. Kóva hína peteĩ mba’e iñimportantetereíva pe simbolismo rehegua pe vaka ra'anga órogui. Pe ta’ãnga rehegua ñemomba’e vai ojehechauka vaekue tavayguakuéra oimo’ã jave Tupã ndorohechamo’ãiha, upéi ojevy Moisés. Upérõ tavayguakuéra ojapo peteĩ jeporavo opyta hag̃ua ta’ãnga rehegua ñemomba’e vaípe Tupã renondépe voi, ojehechaukaháicha Moisés rupive.</w:t>
      </w:r>
    </w:p>
    <w:p>
      <w:pPr>
        <w:pStyle w:val="ArticleBody"/>
        <w:jc w:val="left"/>
      </w:pPr>
      <w:r>
        <w:rPr>
          <w:rFonts w:ascii="Times New Roman" w:hAnsi="Times New Roman" w:eastAsia="Times New Roman" w:cs="Times New Roman"/>
        </w:rPr>
        <w:t>Pe mokõi jehe’a vai ojupi ohóvape, jahecha peteĩ ñemboja’o marandu’ypy rehegua umi trívu apytépe, araka’eve hag̃ua pe trívu Leví oñeme’ẽ hag̃uáicha añoite pe tembiapo tupaópeguápe; pe jehe’a vai mboyve, pe tembiapo tupaópeguáva ojejapova’erãkuri opa trívu ra’y ypykuéra rupive. Upéicha ndaha’emo’ãvéima. Ko’ágã pe trívu jeroviaha Leví omboguatáta pe témplo. “Ñemboja’o” térã ñemomombyry mokõime oñemboja’óva ha’e peteĩ mba’e oĩva pe marandu’ypy reko tee pe vaka ra’anga óropeguápe.</w:t>
      </w:r>
    </w:p>
    <w:p>
      <w:pPr>
        <w:pStyle w:val="ArticleBody"/>
        <w:jc w:val="left"/>
      </w:pPr>
      <w:r>
        <w:rPr>
          <w:rFonts w:ascii="Times New Roman" w:hAnsi="Times New Roman" w:eastAsia="Times New Roman" w:cs="Times New Roman"/>
        </w:rPr>
        <w:t>Arón pu’aka oñemoĩ hag̃ua peteĩ techaukaha Jeroboam, Israel retã yvate gotyogua ruvicha guasu peteĩha, pu’akágui oñemoĩ vaekue rehe. Jeroboam “omokõi” umi tóro ra’ãnga óroguigua, omoĩ peteĩva Betel-pe ha ambuéva Dan-pe. Arón ha Jeroboam ohechauka mokõi tembiasakue ojoja hag̃ua, ha upéva hína pe tembiasakue mymba ra’ãnga ñemoheñóirã rehegua. Pe tembiasakue mymba ra’ãnga rehegua oñembyaty mokõi ára pukukuepe, oñemboja’óva pe léi domingo rehe Estados Unidos-pe. Pe mymba ra’ãnga ha’e peteĩ techaukaha tupão ha estado joajúgui, oñemopu’ãva raẽ Estados Unidos-pe, ha upéi ko yvy ape ári.</w:t>
      </w:r>
    </w:p>
    <w:p>
      <w:pPr>
        <w:pStyle w:val="ArticleBody"/>
        <w:jc w:val="left"/>
      </w:pPr>
      <w:r>
        <w:rPr>
          <w:rFonts w:ascii="Times New Roman" w:hAnsi="Times New Roman" w:eastAsia="Times New Roman" w:cs="Times New Roman"/>
        </w:rPr>
        <w:t>Oĩ tapia peteĩ ñemboja’o ojoajúva umi ta’ãnga mymba guasu ra’anga rehegua ndive. Aarón ndive upéva ha’e vaekue umi levíta ñemboyke, Jeroboam ndive katu ha’e vaekue umi doce trívu ñemboja’o mokõi trívu yvy gotyo ha pa trívu yvate gotyo hag̃ua.</w:t>
      </w:r>
    </w:p>
    <w:p>
      <w:pPr>
        <w:pStyle w:val="ArticleBody"/>
        <w:jc w:val="left"/>
      </w:pPr>
      <w:r>
        <w:rPr>
          <w:rFonts w:ascii="Times New Roman" w:hAnsi="Times New Roman" w:eastAsia="Times New Roman" w:cs="Times New Roman"/>
        </w:rPr>
        <w:t>Pe joajuha tupa ha estado rehegua oñembohéra “mymba ra’anga” Juan rupive Apocalipsis-pe. Aarón ha Jeroboam kuéra vaka ra’anga órogui ojejapo vaekue ha’e mymba ra’anga, ha pe mymba ha’ekuéra ta’anga hague ha’e Babilonia, pe peteĩha tetãnguéra Bíbliai profecíape oñerrepresentágui peteĩ akã “órogui” Daniel kapítulo mokõihápe. Pe mymba ra’anga orrepresenta mokõi prueba, pe prueba oguahẽ ypygui yvy arigua mymba ári—Estados Unidos rehe—ha upéi Apocalipsis kapítulo trece-pe Estados Unidos ombohape ko yvy tuichakue omopu’ã hag̃ua peteĩ ta’anga pe mymbápe g̃uarã. Pe peteĩha prueba ha’e EUA; upéi katu ko mundo.</w:t>
      </w:r>
    </w:p>
    <w:p>
      <w:pPr>
        <w:pStyle w:val="ArticleScripture"/>
        <w:jc w:val="left"/>
      </w:pPr>
      <w:r>
        <w:rPr>
          <w:rFonts w:ascii="Times New Roman" w:hAnsi="Times New Roman" w:eastAsia="Times New Roman" w:cs="Times New Roman"/>
        </w:rPr>
        <w:t>“Amérika, pe tetã oĩháme joayhu sãso rehegua, joaju vove Papado ndive oporomombávo py’a conciencia ha ombopúva kuimba’ekuéra tomomba’e hag̃ua pe sábado japu, umi tavayguakuéra opa tetãme ko yvy ape ári oñemotenondéta hag̃ua osegi hag̃ua hembiecharã.” Testimonies, volúmen 6, 18.</w:t>
      </w:r>
    </w:p>
    <w:p>
      <w:pPr>
        <w:pStyle w:val="ArticleScripture"/>
        <w:jc w:val="left"/>
      </w:pPr>
      <w:r>
        <w:rPr>
          <w:rFonts w:ascii="Times New Roman" w:hAnsi="Times New Roman" w:eastAsia="Times New Roman" w:cs="Times New Roman"/>
        </w:rPr>
        <w:t>“Yvy ambue tetãnguéra osegíta Estados Unidos ehémplo. Jepe ha’e oho tenonderã, upéicharõ jepe pe misma apañuãi oguahẽta ñande tavayguakuérape opa rupi ko yvy ape ári.” Testimonies, volume 6, 395.</w:t>
      </w:r>
    </w:p>
    <w:p>
      <w:pPr>
        <w:pStyle w:val="ArticleBody"/>
        <w:jc w:val="left"/>
      </w:pPr>
      <w:r>
        <w:rPr>
          <w:rFonts w:ascii="Times New Roman" w:hAnsi="Times New Roman" w:eastAsia="Times New Roman" w:cs="Times New Roman"/>
        </w:rPr>
        <w:t>Pe vaka ra’y ojejapóva óro ryguasu’i rehegua mokõi hendáicha ojehechauka ha omarka mokõiha umi nueve jehechapyrã ypykuégui ogueraháva pe décimo ha pahaite jehechapyrãpe peteĩha Cades-pe. Aarón ha Jeroboam-kuéra pu’aka vai oñembojoajúvo “línea ári línea”, rejuhúta Aarón, pa’i guasu, ohechaukáva peteĩ tupão, ha Jeroboam, Israel ruvicha guasu, ohechaukáva Estado-pe. Mokõive línea oñondivepa ha’e peteĩ símbolo peteĩ joaju tupão ha Estado rehegua. Jeroboam mokõi altar oñemopu’ã va’ekue Betel-pe, (he’iséva tupão) ha Dan-pe (he’iséva juicio), ha oñondive ohechauka pe joaju tupão ha Estado rehegua. Ko’ã punto oñemoĩmbávo hendápe, ñañepyrũta jaikuaa hag̃ua umi diez jehechapyrã.</w:t>
      </w:r>
    </w:p>
    <w:p>
      <w:pPr>
        <w:pStyle w:val="ArticleBody"/>
        <w:jc w:val="left"/>
      </w:pPr>
      <w:r>
        <w:rPr>
          <w:rFonts w:ascii="Times New Roman" w:hAnsi="Times New Roman" w:eastAsia="Times New Roman" w:cs="Times New Roman"/>
        </w:rPr>
        <w:t>Umi diez prueba oñemohenda pe pytu’u sabático ryepýpe (Hebreos 3–4). Oñepyrũ hikuái pe maná rembiapo hechapyrã mbohapy jey reheve ha iñembo’ejerovia rehe pytu’u sabático ári, ha opa pe prueba pahápe, pe Kades peteĩha-pe. Pe Kades peteĩha ha’e “pe ára ñembohoryha Escritúrape”, ha Pablo omoĩ pe pu’aka paha pe prueba sabática ryepýpe. Pe prueba Alfa ha’e va’ekue pe sábado, oñesimbolisáva maná rupive, ha pe prueba paha ha Omega pe Kades peteĩha-pe avei ha’e va’ekue pe pytu’u sabático. Alfa ha Omega tapiaite ohechauka pe paha oñondive pe ñepyrũ ndive.</w:t>
      </w:r>
    </w:p>
    <w:p>
      <w:pPr>
        <w:pStyle w:val="ArticleScripture"/>
        <w:jc w:val="left"/>
      </w:pPr>
      <w:r>
        <w:rPr>
          <w:rFonts w:ascii="Times New Roman" w:hAnsi="Times New Roman" w:eastAsia="Times New Roman" w:cs="Times New Roman"/>
        </w:rPr>
        <w:t>Upévare (Espíritu Santo he’iháicha: Ko árape, peẽ pehenduséramo iñe’ẽ, ani pembopy’ahatã, pe mba’epochyhápe guaréicha, pe ára ñemo’ãrã pe desiértope: Pende ru ypykuéra chemo’ã haguépe, chejepy’amongeta haguépe, ha ohecha che rembiapo irundy pa ary aja. Upévare chepochy upe ñemoñarendive, ha ha’e: Tapia ojeavy hikuái ipy’ápe; ha ndoikuaái che rape. Upévare ahura che pochy reheve: Ndoikemo’ãi hikuái che pytu’uhápe.)</w:t>
      </w:r>
    </w:p>
    <w:p>
      <w:pPr>
        <w:pStyle w:val="ArticleScripture"/>
        <w:jc w:val="left"/>
      </w:pPr>
      <w:r>
        <w:rPr>
          <w:rFonts w:ascii="Times New Roman" w:hAnsi="Times New Roman" w:eastAsia="Times New Roman" w:cs="Times New Roman"/>
        </w:rPr>
        <w:t>Peñatendéke, che pehẽnguekuéra, ani hag̃ua oĩ avavépe pende apytépe peteĩ py’a vai jerovia’ỹ rehegua, ojei hag̃ua Tupã oikovévagui. Upévare, peñomokyre’ỹ joa ára ha ára, “Ko Ára” héravape guive; ani hag̃ua oĩ avave pende apytépe oñemohatãva angaipa ñembotavy rupive. Ñande niko jajapo Cristo rehegua ñande rerekóvo hendive peteĩ ñemoirũ, jajokóramo hatãme ñande jerovia ñepyrũmby pehu hag̃uáicha ipaha peve;</w:t>
      </w:r>
    </w:p>
    <w:p>
      <w:pPr>
        <w:pStyle w:val="ArticleScripture"/>
        <w:jc w:val="left"/>
      </w:pPr>
      <w:r>
        <w:rPr>
          <w:rFonts w:ascii="Times New Roman" w:hAnsi="Times New Roman" w:eastAsia="Times New Roman" w:cs="Times New Roman"/>
        </w:rPr>
        <w:t>Oje’e ramo je’e: Ko árape, pehendúramo iñe’ẽ, ani pembopy’ahatã peẽ pejapo haguéicha pe ñemombáype. Oĩ va’ekue, ohendúramo jepe, omombo va’ekue; upéicharõ jepe, ndaha’éi opa umi osẽ va’ekue Egíptogui Moisés rupive. Ha mava’épa ipochy hendive kuarenta ary pukukue? ndaha’éi piko umi opeka va’ekue rehe, ha hetekuéra ho’a va’ekue desiértope? Ha mava’épepa oñe’ẽ mbarete ndoikemo’ãiha hikuái ipytu’u hag̃uáme, ndaha’éi piko umi ndogueroviái va’ekuépe? Upéicha jahecha ndaikatuihague oike hikuái pe marandu’ỹ rupi.</w:t>
      </w:r>
    </w:p>
    <w:p>
      <w:pPr>
        <w:pStyle w:val="ArticleScripture"/>
        <w:jc w:val="left"/>
      </w:pPr>
      <w:r>
        <w:rPr>
          <w:rFonts w:ascii="Times New Roman" w:hAnsi="Times New Roman" w:eastAsia="Times New Roman" w:cs="Times New Roman"/>
        </w:rPr>
        <w:t>Upévare ñakyhyje, ani hag̃ua, ojeheja rupi ñandéve peteĩ ñe’ẽme’ẽ jahike hag̃ua hi’upytuhápe, oĩ pende apytépe avave ojogua hag̃uáicha ndaikatúi hag̃ua ohupyty upéva. Ñandeve niko oñemombe’u avei pe marandu porã, ha’ekuéra-pe oñemombe’uhaguéicha; ha pe ñe’ẽ oñemombe’u va’ekue ndoipytyvõi chupekuéra, ndojehe’ái rupi jeroviáre umi ohendúva pype.</w:t>
      </w:r>
    </w:p>
    <w:p>
      <w:pPr>
        <w:pStyle w:val="ArticleScripture"/>
        <w:jc w:val="left"/>
      </w:pPr>
      <w:r>
        <w:rPr>
          <w:rFonts w:ascii="Times New Roman" w:hAnsi="Times New Roman" w:eastAsia="Times New Roman" w:cs="Times New Roman"/>
        </w:rPr>
        <w:t>Ñande niko rojeroviáva oike upe pytuʼúpe, heʼiháicha: “Che pochy pukúpe añeʼẽmeʼẽ haguéicha: ndoikemoʼãi hikuái che pytuʼúpe”, jepe umi tembiapo oñemohuʼãma vaʼekue yvy ñepyrũmby guive. Ha peteĩ hendápe heʼi pe ára pokõiha rehe kóicha: “Tupã opytuʼu pe ára pokõiha opaite hembiapokuégui”. Ha koʼápe jey heʼi: “Ndoikemoʼãi hikuái che pytuʼúpe”.</w:t>
      </w:r>
    </w:p>
    <w:p>
      <w:pPr>
        <w:pStyle w:val="ArticleScripture"/>
        <w:jc w:val="left"/>
      </w:pPr>
      <w:r>
        <w:rPr>
          <w:rFonts w:ascii="Times New Roman" w:hAnsi="Times New Roman" w:eastAsia="Times New Roman" w:cs="Times New Roman"/>
        </w:rPr>
        <w:t>Ojehechávo rupi upéicha oĩha gueteri oĩva oike vaʼerã upépe, ha umi oñemombeʼúkuri raẽvaʼekue pe marandu porã ndikatúi oike ijeroviaʼỹ rupi; upéi, haʼe omoĩ jey peteĩ ára, heʼívo Davidpe: Ko árape, heta ára rire; heʼiháicha: Ko árape, pehendúramo hína Iñeʼẽ, ani pembopyʼahatã pende pyʼakuéra.</w:t>
      </w:r>
    </w:p>
    <w:p>
      <w:pPr>
        <w:pStyle w:val="ArticleScripture"/>
        <w:jc w:val="left"/>
      </w:pPr>
      <w:r>
        <w:rPr>
          <w:rFonts w:ascii="Times New Roman" w:hAnsi="Times New Roman" w:eastAsia="Times New Roman" w:cs="Times New Roman"/>
        </w:rPr>
        <w:t>Pe Jesús omeʼẽ rire chupekuéra pytuʼu, upéicharõ ndahéi vaʼerãmoʼã upéi ambue ára rehe.</w:t>
      </w:r>
    </w:p>
    <w:p>
      <w:pPr>
        <w:pStyle w:val="ArticleScripture"/>
        <w:jc w:val="left"/>
      </w:pPr>
      <w:r>
        <w:rPr>
          <w:rFonts w:ascii="Times New Roman" w:hAnsi="Times New Roman" w:eastAsia="Times New Roman" w:cs="Times New Roman"/>
        </w:rPr>
        <w:t>Upévare opyta gueteri peteĩ pytu’u Tupã retãygua kuérape guarã. Pe oike vaʼekue ipytuʼúpe, opytuʼu avei hembiapokuégui, Tupã opytuʼu haguéicha imbaʼégui. Ñañehaʼãkena upévare jaike hag̃ua upe pytuʼúpe, ani hag̃ua avave hoʼa pe techapyrã peteĩchaguápe ijeroviaʼỹ rupi. Hebreos 3:8–4:11.</w:t>
      </w:r>
    </w:p>
    <w:p>
      <w:pPr>
        <w:pStyle w:val="ArticleBody"/>
        <w:jc w:val="left"/>
      </w:pPr>
      <w:r>
        <w:rPr>
          <w:rFonts w:ascii="Times New Roman" w:hAnsi="Times New Roman" w:eastAsia="Times New Roman" w:cs="Times New Roman"/>
        </w:rPr>
        <w:t>“Pe ára provocación”pe Josué ha Caleb marandu oñemboyke. Pe pasaje oñemopyenda peteĩ aty rehe, noike mo’ãi hag̃ua, oguerekógui jerovia’ỹ peteĩ marandu ohendúma hikuái rehe. Pe marandu ojehechauka “pytu’u” rupive.</w:t>
      </w:r>
    </w:p>
    <w:p>
      <w:pPr>
        <w:pStyle w:val="ArticleScripture"/>
        <w:jc w:val="left"/>
      </w:pPr>
      <w:r>
        <w:rPr>
          <w:rFonts w:ascii="Times New Roman" w:hAnsi="Times New Roman" w:eastAsia="Times New Roman" w:cs="Times New Roman"/>
        </w:rPr>
        <w:t>“Umi ndoikesevéiva ome’ẽ hag̃ua Ñandejárape peteĩ servicio jeroviaha, kyre’ỹ ha mborayhú rehegua, ndojuhúi mo’ãi pytu’u espiritual ko tekovépe ni pe tekove oútavape. ‘Opyta gueteri, upévare, peteĩ pytu’u Tupã retãyguápe g̃uarã.... Ñamba’apo hag̃ua, upévare, jaike hag̃ua upe pytu’úpe, ani hag̃uáicha avave ho’a pe techapyrã ijerovia’ỹ reheguáicha.’ Pe pytu’u ko’ápe oñeñe’ẽva hese hína ha’e pe py’aguapy grásia rehegua, oñehupytyva pe tembiaporã oje’éva rupive. ‘Peñemba’apo kyre’ỹme.’” Pacific Union Recorder, 7 de noviembre de 1901.</w:t>
      </w:r>
    </w:p>
    <w:p>
      <w:pPr>
        <w:pStyle w:val="ArticleBody"/>
        <w:jc w:val="left"/>
      </w:pPr>
      <w:r>
        <w:rPr>
          <w:rFonts w:ascii="Times New Roman" w:hAnsi="Times New Roman" w:eastAsia="Times New Roman" w:cs="Times New Roman"/>
        </w:rPr>
        <w:t>Pe “pytu’u” ha’e peteĩ marandu ojehechaukáva Josué ha Caleb marandu rupive. Pablo oiporu umi añetegua ojoajúva pytu’uha ára sietehápe peteĩ ta’ãnga ramo pe marandu “pytu’u” rehegua, upéva ojehovasáva’ekue umi ojehechaukava’ekue omano hag̃ua desiértope.</w:t>
      </w:r>
    </w:p>
    <w:p>
      <w:pPr>
        <w:pStyle w:val="ArticleBody"/>
        <w:jc w:val="left"/>
      </w:pPr>
      <w:r>
        <w:rPr>
          <w:rFonts w:ascii="Times New Roman" w:hAnsi="Times New Roman" w:eastAsia="Times New Roman" w:cs="Times New Roman"/>
        </w:rPr>
        <w:t>Pe ñe’ẽ: “Ko árape, pehendúramo Iñe’ẽ” he’ise upe mba’e peteĩcha pe libro de Apocalipsis omomba’eguasúva oimeraẽ kuimba’e ohendúva Espíritu ñe’ẽ, ha upéva hína ohendu Espíritu marandu, ha upéva hína ama pahápegua marandu, ha upéva hína pe “pytu’u” marandu. Cades-pe upe ñe’ẽ oñehendu, ha umi opu’ãva oiporavo peteĩ mburuvicha pyahu ombojevývo chupekuéra Egíptope. Ko provocación rembiasakue oñeñe’ẽ Salmo 95-pe ha Pablo rupive Hebreos-pe. Pe tembiasakue ohechauka Israel ymaguarépe jejavy iñeporandu paha, décimo prueba-pe. Pe alfa prueba umi diez pruebas apytépe oñepyrũ va’ekue pe milagro mbohapyve maná rehegua reheve, orepresentáva umi mbohapy ánhel marandu, Ñandejára Léi, pytu’u sábado rehegua, Yvága Mbujape, ñe’ẽrendúha ha juicio; ha pe paha umi diez pruebas apytépe ha’e pe “pytu’u” prueba. Pe “pytu’u” grásia rehegua, he’iháicha Hermana White, ha’e pe símbolo ama pahápeguápe g̃uarã. Cades ha’e peteĩ símbolo pe prueba rehegua, taha’e oñemoneĩ térã oñemboyke hag̃ua pe ama pahápegua marandu oñepresentáva “línea ári línea.”</w:t>
      </w:r>
    </w:p>
    <w:p>
      <w:pPr>
        <w:pStyle w:val="ArticleBody"/>
        <w:jc w:val="left"/>
      </w:pPr>
      <w:r>
        <w:rPr>
          <w:rFonts w:ascii="Times New Roman" w:hAnsi="Times New Roman" w:eastAsia="Times New Roman" w:cs="Times New Roman"/>
        </w:rPr>
        <w:t>Línea ári línea, pe “pytu’u” ha’e Espíritu Santo oñehẽva rehegua, ojehechaukáva ama paha ramo. Pe “pytu’u” ha’e avei pe sábado ára pokõiha, upeiteva’ekue pe sello oñemoĩva umi jeroviapy rehegua ári ama paha aja. Pe “pytu’u” ha’e pe grásia ohechaukáva pe pokatu oñeme’ẽva umi cien cuarenta y cuatro mil-pe, ipekádo kuéra oñemboguepávo tapia hag̃uáicha. Upe grásia ndaha’éi añoite pe pokatu oñeme’ẽva, oñemoambuéva santificación ramo, ha katu avei ha’e pe grásia ome’ẽva justificación Cristo ruguy ojeporúramo oñembogue hag̃ua pe peniténte ánga rembiapo vai. Pe “pytu’u” grásia rehegua ha’e pe marandu Cristo tekojoja rehegua, peteĩ tekojoja ome’ẽva pe grásia (pokatu) jaikove hag̃ua pekádo’ỹre, ha pe grásia omoambuéva peteĩ Laodicense-pe Filadelfiano ramo. Oñemoambue rire pe grásia justificación rehegua rupive, pe yma guare Laodicense, peteĩ Filadelfiano ramo, pe grásia pokatu rupive, oguata tape oñesantifikáva ári ogueraháva glorificación-pe. Pe “pytu’u” ha’e pe ángel mbohapyha marandu, ojehechaukaháicha “justificación jerovia rupive añetegua hag̃uáicha”. Péicha rupi, Cades ombohovaikuaa kuri ary 1888-pe.</w:t>
      </w:r>
    </w:p>
    <w:p>
      <w:pPr>
        <w:pStyle w:val="ArticleBody"/>
        <w:jc w:val="left"/>
      </w:pPr>
      <w:r>
        <w:rPr>
          <w:rFonts w:ascii="Times New Roman" w:hAnsi="Times New Roman" w:eastAsia="Times New Roman" w:cs="Times New Roman"/>
        </w:rPr>
        <w:t>Pe peteĩha Kades ohechauka pe marandu “pytu’u” rehegua, ha’éva pe marandu “evanhélio” rehegua. Pe evanhélio opa’ỹva ha’e “Cristo rembiapo omoñepyrũvo peteĩ proceso mbohapyve jehechapyrã rehegua, omongakuaáva ha upéi ohechaukáva mokõi aty omomba’eguasúva.” Pe marandu pe evanhélio opa’ỹva rehegua “pytu’u” mba’éva pe peteĩha Kades-pe orrepresenta pe marandu mbohapyve pe evanhélio opa’ỹva rehegua, oñemboguapýva pe Espíritu Santo rembiapo mbohapyve rehe, ombojekuaáva angaipa, tekojoja ha juicio. Umi mbohapy tembiapo hína umi mbohapy peteĩchaite jehechapyrã rape pe maná prueba-pe!</w:t>
      </w:r>
    </w:p>
    <w:p>
      <w:pPr>
        <w:pStyle w:val="ArticleBody"/>
        <w:jc w:val="left"/>
      </w:pPr>
      <w:r>
        <w:rPr>
          <w:rFonts w:ascii="Times New Roman" w:hAnsi="Times New Roman" w:eastAsia="Times New Roman" w:cs="Times New Roman"/>
        </w:rPr>
        <w:t>Umi diez prueba oñepyrũ peteĩ proceso de prueba mbohapýva reheve, omomba’eguasúvo Tupã Léi, pe sábado ha yvypóra rembiaporã guasu okaru ha omboguapy hag̃ua Tupã marandu. Pe peteĩha umi diez prueba apytégui mbohapýva va’ekue, pe pahaguéicha avei. Pe peteĩha prueba oiporu maná, Yvágagui Mbujape símbolo ramo, omomba’eguasúvo pe sábado ára poapyha. Pe paha prueba oiporu “pytu’u”, pe proceso pahaitegua de prueba símbolo ramo, pe ama paha rehegua, oguahẽ hag̃uáicha ipahupe pe léi domingo-pe, upépe umi ohechaukáva Yvágagui Mbujape oñemopu’ã yvate peteĩ techaukaha ramo pe sábado rehegua.</w:t>
      </w:r>
    </w:p>
    <w:p>
      <w:pPr>
        <w:pStyle w:val="ArticleBody"/>
        <w:jc w:val="left"/>
      </w:pPr>
      <w:r>
        <w:rPr>
          <w:rFonts w:ascii="Times New Roman" w:hAnsi="Times New Roman" w:eastAsia="Times New Roman" w:cs="Times New Roman"/>
        </w:rPr>
        <w:t>Pe ñepyrũ umi diez prueba apytépe, ha avei umi diez prueba paha, omomba’eguasu pe sábado, ha pe marandu evangélico ojoajúva sábado ndive, ha’éva pe evangelio opa’ỹva pe mbohapyha ánhel rehegua. Pe Kadesh peteĩha ha’e pe omega umi diez prueba rehegua; upévare pe alpha umi diez prueba rehegua tekotevẽ oguereko umi mba’e’etéva peteĩcha. Kadesh ohechauka 1863 ary, araka’e pe Ñandejára oipota va’ekue omohu’ã hembiapo ha ogueraha hóga hag̃ua ipuévlope, péro pe oike Yvy Oñeme’ẽva’ekuépe oñembotapykuéri.</w:t>
      </w:r>
    </w:p>
    <w:p>
      <w:pPr>
        <w:pStyle w:val="ArticleScripture"/>
        <w:jc w:val="left"/>
      </w:pPr>
      <w:r>
        <w:rPr>
          <w:rFonts w:ascii="Times New Roman" w:hAnsi="Times New Roman" w:eastAsia="Times New Roman" w:cs="Times New Roman"/>
        </w:rPr>
        <w:t>“Jalee hag̃ua umi ñe’ẽryru oúvape, jahecháta mba’éichapa Tupã oma’ẽva’ekue Israel ymaguárere:</w:t>
      </w:r>
    </w:p>
    <w:p>
      <w:pPr>
        <w:pStyle w:val="ArticleScripture"/>
        <w:jc w:val="left"/>
      </w:pPr>
      <w:r>
        <w:rPr>
          <w:rFonts w:ascii="Times New Roman" w:hAnsi="Times New Roman" w:eastAsia="Times New Roman" w:cs="Times New Roman"/>
        </w:rPr>
        <w:t>“‘Pe Ñandejára oiporavo Jacob-pe ojeguerekóvo gueteri, ha Israel-pe imba’e teete ramo.’ Salmo 135:4.</w:t>
      </w:r>
    </w:p>
    <w:p>
      <w:pPr>
        <w:pStyle w:val="ArticleScripture"/>
        <w:jc w:val="left"/>
      </w:pPr>
      <w:r>
        <w:rPr>
          <w:rFonts w:ascii="Times New Roman" w:hAnsi="Times New Roman" w:eastAsia="Times New Roman" w:cs="Times New Roman"/>
        </w:rPr>
        <w:t>“‘Nde ha’e peteĩ tavaygua marangatu nde Jára Tupãme guarã, ha Jehová nde poravo hag̃ua reiko hag̃ua tavaygua ijojaha’ỹva Chupe g̃uarã, opa tetãnguéra oĩva yvy ape ári ári.’ Deuteronomio 14:2.</w:t>
      </w:r>
    </w:p>
    <w:p>
      <w:pPr>
        <w:pStyle w:val="ArticleScripture"/>
        <w:jc w:val="left"/>
      </w:pPr>
      <w:r>
        <w:rPr>
          <w:rFonts w:ascii="Times New Roman" w:hAnsi="Times New Roman" w:eastAsia="Times New Roman" w:cs="Times New Roman"/>
        </w:rPr>
        <w:t>“‘Nde ha’e peteĩ tavayguakuéra marangatu nde Jára Tupãme g̃uarã: nde Jára Tupã nde poravo reiko hag̃ua tetã ijojaha’ỹva Chupe g̃uarã, opa tetã oĩvagui yvy ape ári ári. Ñandejára ndomoĩri I mborayhu pende ári, ni ndoporavori penderehe, peẽ pe heta hag̃ua ambue tetãnguéragui; pende niko pe michĩvéva opa tavayguakuéragui.’ Deuteronomio 7:6, 7.”</w:t>
      </w:r>
    </w:p>
    <w:p>
      <w:pPr>
        <w:pStyle w:val="ArticleScripture"/>
        <w:jc w:val="left"/>
      </w:pPr>
      <w:r>
        <w:rPr>
          <w:rFonts w:ascii="Times New Roman" w:hAnsi="Times New Roman" w:eastAsia="Times New Roman" w:cs="Times New Roman"/>
        </w:rPr>
        <w:t>“‘Mba’éicha piko ojekuaáta ko’ápe che ha nde retãygua-kuéra rojuhu hague mborayhu nde renondépe? Ndaha’éi piko nde reho hag̃uáicha orendive? Upéicha rupi ore, che ha nde retãygua-kuéra, roñemboja’óta opaite tetãygua oĩvagui yvy ape ári.’ Éxodo 33:16.</w:t>
      </w:r>
    </w:p>
    <w:p>
      <w:pPr>
        <w:pStyle w:val="ArticleScripture"/>
        <w:jc w:val="left"/>
      </w:pPr>
      <w:r>
        <w:rPr>
          <w:rFonts w:ascii="Times New Roman" w:hAnsi="Times New Roman" w:eastAsia="Times New Roman" w:cs="Times New Roman"/>
        </w:rPr>
        <w:t>“Mba’eichaitépa yma Israél yma guare opu’ãjey meme, ha mboy jeypa ojevisitákuri chupekuéra huísio reheve, ha heta míl ojejukapa, ndohenduseígui hikuái Ñandejára mandamiénto, ha’e voi oiporavova’ekue chupekuéra! Ñandejára Israél ko’ã ára pahápe oĩ tapiaite peteĩ pelígrope oñembojehe’a hag̃ua ko múndondi ha okañy hag̃ua chuguikuéra opa techaukaha ha’ekuéraha Ñandejára tavaygua ojeiporavóva. Emoñe’ẽ jey Tito 2:13–15. Ko’ápe ñande rupi oñegueru umi ára pahápe, Ñandejára omopotĩhápe ijupe guarã peteĩ tavaygua ijojaha’ỹva. ¿Piko ñambopochýta chupe, ojapo haguéicha Israél yma guare? ¿Piko ñaguerúta hi’aroviapavẽ ñande ári jasẽvo chugui ha ñañembojehe’ávo ko múndondi, ha jajapóvo umi tetãnguéra ñande jerére oĩva mba’evai jeguarúva?” Testimonies, volúmen 1, 282, 283.</w:t>
      </w:r>
    </w:p>
    <w:p>
      <w:pPr>
        <w:pStyle w:val="ArticleBody"/>
        <w:jc w:val="left"/>
      </w:pPr>
      <w:r>
        <w:rPr>
          <w:rFonts w:ascii="Times New Roman" w:hAnsi="Times New Roman" w:eastAsia="Times New Roman" w:cs="Times New Roman"/>
        </w:rPr>
        <w:t>Hermana White oporandu: “¿Pamo ñambopochyta chupe yma guare Israel ojapohaguéicha?” Ñambopochy chupe ñañembojehe’ávo ko yvy arapýre, ojehechauka hag̃ua Egipto rupive, upe tendaite voi umi opu’ã va’ekue Cades-pe oheka hague peteĩ mburuvicha ogueraha jevy hag̃ua chupekuéra upépe. Ary 1863-pe, pe jevyse Egipto-pe ha peteĩ mburuvicha pyahu jeporavo ojehechauka ñanepytyvõ reheve peteĩ mba’éicha hag̃ua: ojeipotáva oñembojoaju ko yvy arapýre.</w:t>
      </w:r>
    </w:p>
    <w:p>
      <w:pPr>
        <w:pStyle w:val="ArticleBody"/>
        <w:jc w:val="left"/>
      </w:pPr>
      <w:r>
        <w:rPr>
          <w:rFonts w:ascii="Times New Roman" w:hAnsi="Times New Roman" w:eastAsia="Times New Roman" w:cs="Times New Roman"/>
        </w:rPr>
        <w:t>Pe pasáhe ñahesa’ỹijóva ko’ág̃a oĩ kuri tenondegua Hermana White remiandu ñemyesakã yma guare Israel ndoikéi hague pe pytu’upe. Ijere rehegua, iñepu’ã meme rupive, ha’e omoĩkuri umi versíkulo ohechaukáva mba’éichapa Tupã oipota va’ekue ojoaju hag̃ua Hembireko ndive, péro Hembireko omboyke. Pe pasáhe oúva upe rire ogueraha ñandepe pe mba’e ñamoñe’ẽ ramóva.</w:t>
      </w:r>
    </w:p>
    <w:p>
      <w:pPr>
        <w:pStyle w:val="ArticleBody"/>
        <w:jc w:val="left"/>
      </w:pPr>
      <w:r>
        <w:rPr>
          <w:rFonts w:ascii="Times New Roman" w:hAnsi="Times New Roman" w:eastAsia="Times New Roman" w:cs="Times New Roman"/>
        </w:rPr>
        <w:t>Pe pasáhepe ha’e ojehai: “Tupã ojerure va’ekue Itavayguakuérape ojerovia hag̃ua Hese añoite. Ndoipotái kuri ha’ekuéra oñepytyvõ umi ndoservívai Chupe reheve.” Áño 1863-pe, Laodicea-pegua Adventísmo Millerita ojapo peteĩ joaju Tetã peteĩ reko Tetã Joapykuéra Amerikagua ndive oipytyvõ hag̃ua iñeha’ãme ani hag̃ua imitãkuimba’e kuéra ojereraha mbaretépe pe ñorãirõ iporãvéva’ỹva tembiasakue amerikanope.</w:t>
      </w:r>
    </w:p>
    <w:p>
      <w:pPr>
        <w:pStyle w:val="ArticleScripture"/>
        <w:jc w:val="left"/>
      </w:pPr>
      <w:r>
        <w:rPr>
          <w:rFonts w:ascii="Times New Roman" w:hAnsi="Times New Roman" w:eastAsia="Times New Roman" w:cs="Times New Roman"/>
        </w:rPr>
        <w:t>“Ko’ápe jalee umi ñe’ẽmondýi Tupã ome’ẽ va’ekue Israel yma guarépe. Ndaha’éi va’ekue Iporãiteha hikuái oguata hag̃ua puku hag̃uáicha pe desiérto rupi; Ha’e omoguahẽséma va’erãmo’ã chupekuéra pya’e voi pe Yvy Oñepromete va’ekuépe, oñemoĩrire hikuái iñe’ẽrendu ha ohayhúrire tojegueraha chupekuéra Hese; ha katu, ohechágui ombohasa’asýjeyha Hese heta jeýma pe desiértope, Ha’e oñe’ẽ mbarete ipochýpe ndoikemo’ãiha hikuái Ipy’aguapýpe, mokõi añónte, umi osegíva’ekue Chupe ipy’aite guive. Tupã ojerure Itavayguakuérape ojerovia hag̃ua Hese año. Ndoipotái va’ekue ohupyty pytyvõ umi ndoservíri va’erãgui Chupe.”</w:t>
      </w:r>
    </w:p>
    <w:p>
      <w:pPr>
        <w:pStyle w:val="ArticleScripture"/>
        <w:jc w:val="left"/>
      </w:pPr>
      <w:r>
        <w:rPr>
          <w:rFonts w:ascii="Times New Roman" w:hAnsi="Times New Roman" w:eastAsia="Times New Roman" w:cs="Times New Roman"/>
        </w:rPr>
        <w:t>“Eñemoĩ porãke Esdras 4:1–5: ‘Ha Judá ha Benjamín rovái oĩva, ohendúvo umi ñembyaty guive ou vaʼekue omopuʼãha Tupão Ñandejára Israel Jára peguarã; upémarõ ou hikuái Zorobábel rendápe ha umi túva ruvichakuéra rendápe, ha heʼi chupekuéra: Peheja ore romopuʼã pene ndive; roheka hag̃ua pende Jára, peẽ pejapoháicha; ha roikuaveʼẽ sacrificio chupe Esar-hadón, Asiria ruvicha guasu, ára guive, pe ore reru vaʼekue koʼápe. Ha Zorobábel, Jesúa ha opa umi Israel túva ruvichakuéra heʼi chupekuéra: Ndaipóri mbaʼeve pene rembiaporã orendive ore romopuʼã hag̃ua peteĩ óga ore Jára peguarã; ore añoite, peteĩ ñeʼẽme, romopuʼãta Ñandejára Israel Jára peguarã, mburuvicha guasu Ciro, Persia ruvicha guasu, ore mboʼe haguéicha. Upéi upe yvygua tavayguakuéra omokangy Judágua po, ombohasa asy chupekuéra iñemopuʼãme, ha opaga ñemoñeʼẽhára kuérape hesekuéra hag̃ua, omoañetey hag̃uaʼỹ hag̃ua ijypyʼapy.’”</w:t>
      </w:r>
    </w:p>
    <w:p>
      <w:pPr>
        <w:pStyle w:val="ArticleScripture"/>
        <w:jc w:val="left"/>
      </w:pPr>
      <w:r>
        <w:rPr>
          <w:rFonts w:ascii="Times New Roman" w:hAnsi="Times New Roman" w:eastAsia="Times New Roman" w:cs="Times New Roman"/>
        </w:rPr>
        <w:t>“Esdras 8:21–23: ‘Upéi aikuaauka peteĩ ayuno upépe, Ahava ysyrýpe, ñañemomichĩ hag̃ua ñande Jára renondépe, jajerure hag̃ua Chupe peteĩ tape porã oréve g̃uarã, ñande mitãnguéra hag̃ua, ha opa ñande mba’erã. Che niko añemotĩ vaʼekue ajerure hag̃ua mburuvichápe peteĩ aty soldádo ha kavaju ári oĩvape orepytyvõ hag̃ua ore enemigo kuéra rovái tapére; ro’e haguére mburuvichápe: Ñande Jára po oĩ opa umi ohekáva hese iporã hag̃uáicha; ha Ipu’aka ha Ipoxy oĩ opa umi hese ohejávare. Upévare ro’ayuna ha rojerure asy Ñande Járape ko mba’ére; ha Ha’e ohendu ore ñembojerure.’”</w:t>
      </w:r>
    </w:p>
    <w:p>
      <w:pPr>
        <w:pStyle w:val="ArticleScripture"/>
        <w:jc w:val="left"/>
      </w:pPr>
      <w:r>
        <w:rPr>
          <w:rFonts w:ascii="Times New Roman" w:hAnsi="Times New Roman" w:eastAsia="Times New Roman" w:cs="Times New Roman"/>
        </w:rPr>
        <w:t>“Pe proféta ha umi túva kuéra ndohecháikuri upe tetãygua tavayguakuérape adoradór kuéra pe Tupã añetéva rehegua ramo, ha jepe koʼãva heʼi hikuái iñangirũseha ha oipytyvõseha chupekuéra, ndojepyʼaguasúi hikuái oñondive hag̃ua hendivekuéra mbaʼeve oikóva hína Iñadorasión rehe. Oho jave Jerusalénpe omopuʼã hag̃ua Tupã róga ha omoĩjey hag̃ua Iñadorasión, ndoporandúi hikuái mburuvichápe pytyvõ rehe tapére; ayuno ha ñemboʼe rupive katu oheka Ñandejárape pytyvõrã. Haʼekuéra oguerovia vaʼekue Tupã oñangaretaha ha omotenondetaha hembiguáipe iñehaʼãnguérame Oservi hag̃ua chupe. Opa mbaʼe Apohare ndoikotevẽi hovaigua pytyvõ rehe omopyenda hag̃ua Iñadorasión. Haʼe ndojeruréikuri tekovai sakrifísio, ni noñemoneĩri umi ofrénda umi orekóva ambue tupã Ñandejára renondépe.”</w:t>
      </w:r>
    </w:p>
    <w:p>
      <w:pPr>
        <w:pStyle w:val="ArticleScripture"/>
        <w:jc w:val="left"/>
      </w:pPr>
      <w:r>
        <w:rPr>
          <w:rFonts w:ascii="Times New Roman" w:hAnsi="Times New Roman" w:eastAsia="Times New Roman" w:cs="Times New Roman"/>
        </w:rPr>
        <w:t>“Py’ỹi ñahendu ko ñe’ẽ: ‘Peẽ peñembotavyeterei peneaño hag̃uáicha’. Ñande, tavayguakuéra ramo, rojapóta oimeraẽichagua sakrifísio ñasalva hag̃ua ánga-kuérape, térã rogueraha hag̃ua chupekuéra pe añeteguápe. Ha jajoaju hag̃ua hendivekuéra, jahecha porã hag̃ua umi mba’e ha’ekuéra ohayhúva, ha jareko hag̃ua angirũ hag̃ua ko yvy arapýre ndive, ndaikatúi ja’apo hese; péicha jajapóramo, ñaiméta ñorairõme Tupã ndive.” Testimonios, volúmen 1, 281, 282.</w:t>
      </w:r>
    </w:p>
    <w:p>
      <w:pPr>
        <w:pStyle w:val="ArticleBody"/>
        <w:jc w:val="left"/>
      </w:pPr>
      <w:r>
        <w:rPr>
          <w:rFonts w:ascii="Times New Roman" w:hAnsi="Times New Roman" w:eastAsia="Times New Roman" w:cs="Times New Roman"/>
        </w:rPr>
        <w:t>Hermana White he’i, ojoaju hag̃ua he’ẽpyre rehe Kades-pe oikova’ekue ñemopu’ã rehe, “Maymáva mba’e Apohare ndoikotevẽi Hovaiha kuéra pytyvõre omopyenda hag̃ua iñemomba’e guasu. Ndojeruréi ñañeikuave’ẽ hag̃ua tekoañágui, ni nomoneĩri umi kuave’ẽ ome’ẽva umi oguerekóva ambue tupã Ñandejára renondépe.” Áño 1863-pe, pe movimiento Adventismo Millerita Laodiceagua oiko peteĩ iglésia ramo ha ojapo peteĩ joaju pe mbarete ndive omboguata va’erãva domingo ñemomba’e guasu tetã ári ha upéi yvy tuichakue javeve.</w:t>
      </w:r>
    </w:p>
    <w:p>
      <w:pPr>
        <w:pStyle w:val="ArticleBody"/>
        <w:jc w:val="left"/>
      </w:pPr>
      <w:r>
        <w:rPr>
          <w:rFonts w:ascii="Times New Roman" w:hAnsi="Times New Roman" w:eastAsia="Times New Roman" w:cs="Times New Roman"/>
        </w:rPr>
        <w:t>Pe artíkulo oúvape, ñamotenondéta ñane ñeha’ãrõ umi línea profética rehegua oguerohoryva 1863-pe, ha’éva pe ita apykue pe período profético 1844 guive 1863 peve.</w:t>
      </w:r>
    </w:p>
    <w:p>
      <w:pPr>
        <w:pStyle w:val="ArticleScripture"/>
        <w:jc w:val="left"/>
      </w:pPr>
      <w:r>
        <w:rPr>
          <w:rFonts w:ascii="Times New Roman" w:hAnsi="Times New Roman" w:eastAsia="Times New Roman" w:cs="Times New Roman"/>
        </w:rPr>
        <w:t>Pe mba’e oikómava, upéva voi pe oikótava; ha pe mba’e ojejapóva, upéva voi pe ojejapótava: ha ndaipóri mba’e pyahu kuarahy guýpe. Oĩ piko mba’e ikatuhápe oñeñe’ẽ hese: Péina, kóva ipyahu? Ymave voi oĩma vaʼekue, umi ára yma guarépe, ñande mboyve. Che aikuaa opa mbaʼe Tupã ojapóva, upéva opytáta opa ára g̃uarã: ndaikatúi oñembojoapy hese mba’eve, ha ndaikatúi avei ojeipe’a chugui mba’eve: ha Tupã ojapo upéicha, tapicha kuéra okyhyje hag̃ua henondépe. Pe mba’e oikómava, koʼág̃a oĩma; ha pe mbaʼe oikótava, oiko vaʼekuéma; ha Tupã ojerure jey pe mba’e ohasáma vaʼekue. Eclesiastés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Tupão ára Sieteha Adventista Laodiceagua - Papapy Pakõiha</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