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Tupao Adventista del Séptimo Día Laodiceagua - Papapy Papoapy}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Papapy Papy Po’ẽha Mbohapyha’ẽme hag̃ua Thirteen?</w:t>
      </w:r>
    </w:p>
    <w:p>
      <w:pPr>
        <w:pStyle w:val="ArticleBody"/>
        <w:jc w:val="left"/>
      </w:pPr>
      <w:r>
        <w:rPr>
          <w:rFonts w:ascii="Times New Roman" w:hAnsi="Times New Roman" w:eastAsia="Times New Roman" w:cs="Times New Roman"/>
        </w:rPr>
        <w:t>Añe’ẽ hatã aikuaauka hag̃ua iñimportanteha ñantende pe joaju oguerekóva irundy ñemoñare ra’ãnga pe ama pahagua marandu ndive, ikatu hag̃uáicha jahupyty pe jerovia porãvéva jahechakuaa hag̃ua mba’éichapa iporãite Joel kuatiañe’ẽ peteĩha ñe’ẽjoaju peteĩha irundy versíkulo ñepyrũgua he’iséva. Joel opurahéi pe parraltýra purahéi; ha katu iñepyrũha estrofa ha’e pe joaju Ñe’ẽme’ẽguigua maranduhára joaju irundy ñemoñare rehegua.</w:t>
      </w:r>
    </w:p>
    <w:p>
      <w:pPr>
        <w:pStyle w:val="ArticleScripture"/>
        <w:jc w:val="left"/>
      </w:pPr>
      <w:r>
        <w:rPr>
          <w:rFonts w:ascii="Times New Roman" w:hAnsi="Times New Roman" w:eastAsia="Times New Roman" w:cs="Times New Roman"/>
        </w:rPr>
        <w:t>Ha he’i Abrámpe: Eikuaa porã nde ñemoñare oikótaha pytaguáicha peteĩ yvýpe ndaha’éiva imba’e, ha omba’apótaha chupekuéra guarã; ha ha’ekuéra ojopy asýta chupekuéra irundy sua áño pukukue; ha upe tetã avei, ha’ekuéra omba’apótava chupe guarã, che ahusgáta; ha upéi osẽta hikuái heta mba’e reheve. Ha nde reho va’erã nde ru ypykuérape py’aguapýpe; reñotỹta tuja porãme. Péro irundyha generaciónpe ou jeýta hikuái ko’ápe; Amorreo-kuéra rembiapo vaikue niko gueteri nohenyhẽmbái. Génesis 15:13–16.</w:t>
      </w:r>
    </w:p>
    <w:p>
      <w:pPr>
        <w:pStyle w:val="ArticleBody"/>
        <w:jc w:val="left"/>
      </w:pPr>
      <w:r>
        <w:rPr>
          <w:rFonts w:ascii="Times New Roman" w:hAnsi="Times New Roman" w:eastAsia="Times New Roman" w:cs="Times New Roman"/>
        </w:rPr>
        <w:t>Ko pasáhe ha’e pe profesía oñekumpli vaʼekue Moisés rekovépe. Joel aranduka oñepyrũvo pe parrál rembiapokue purahéi ohechaukávo irundy generación ñehundi ojupi hag̃ua hína, ombojoaju Joel aranduka pe irundyha ha pahaha generación profétikare. Umi generación ha’e Pedro heʼíva “generación poravopyre”, oñehenóiva pytũmbýgui I “tesape hechapyrãvápe”. Haʼekuéra oñemoĩ joavy hag̃ua iñirũnguéra generaciónpegua rehe, ojehechaukáva mbói ñemoñarerã ramo. Pe irundyha ha pahaha generación ojehechauka Juan rupive, haʼe hag̃ua símbolo umi cien cuarenta y cuatro mil rehegua, umi “oñehenói vaʼekue, ha ojeporavo vaʼekue, ha jerovia hag̃uáva.”</w:t>
      </w:r>
    </w:p>
    <w:p>
      <w:pPr>
        <w:pStyle w:val="ArticleBody"/>
        <w:jc w:val="left"/>
      </w:pPr>
      <w:r>
        <w:rPr>
          <w:rFonts w:ascii="Times New Roman" w:hAnsi="Times New Roman" w:eastAsia="Times New Roman" w:cs="Times New Roman"/>
        </w:rPr>
        <w:t>Oñehenóiva 9/11-pe, ojeporavóva Pyharepyte Sapy’aitépe, ha jerovia hag̃ua opytáva arapokõindy léi apañuãime, péichaite umi levíta-kuéra jerovia hag̃ua opytárõ guare Aarón ha Jeroboam ra’anga vakakaraí óro rehegua ñemopu’ãme. Umi alma oñemopotĩva plátaramo Malakías mbohapy-pe, ha’e levíta-kuéra ojeporavóva Pyharepyte Sapy’aitépe marandu aja, pórke pe ñesella ojejapo Espíritu Santo oñehẽ hag̃ua ndive ha rupive.</w:t>
      </w:r>
    </w:p>
    <w:p>
      <w:pPr>
        <w:pStyle w:val="ArticleBody"/>
        <w:jc w:val="left"/>
      </w:pPr>
      <w:r>
        <w:rPr>
          <w:rFonts w:ascii="Times New Roman" w:hAnsi="Times New Roman" w:eastAsia="Times New Roman" w:cs="Times New Roman"/>
        </w:rPr>
        <w:t>Pe artíkulo mboyveguápe roguenohẽ Moisés rembiaságui umi línea, upeva’ekue Hermana White ohechakuaáva profecía bíblica alpha ramo, ha proféticamente ojoajúva Cristo ndive omega ramo profecía bíblicape. Moisés ha’e pe ita pyenda, ha Cristo ha’e pe ita akã. Mokõivéva ha’e pekádo-gui ñepysyrõ símbolo, oñerrepresentaháicha pe ñepysyrõ Egipto-gui Moisés rupive. Upéicharamo jepe, opaite umi jehechauka Tupã pu’akágui oikova’ekue Moisés po rupive, tuichaiterei ohasa umi mba’e ojejapova’ekue, Cristo omombaretérõ guare pe pacto heta hag̃ua peteĩ semánape g̃uarã. Moisés ha’e pe alpha ha Cristo ha’e pe omega, ha pe omega ha’e pe papapy “22” ha pe alpha ha’e pe papapy “1.”</w:t>
      </w:r>
    </w:p>
    <w:p>
      <w:pPr>
        <w:pStyle w:val="ArticleBody"/>
        <w:jc w:val="left"/>
      </w:pPr>
      <w:r>
        <w:rPr>
          <w:rFonts w:ascii="Times New Roman" w:hAnsi="Times New Roman" w:eastAsia="Times New Roman" w:cs="Times New Roman"/>
        </w:rPr>
        <w:t>Moĩsé rehe oñeñeʼẽvo, jajuhu pe ñepysyrõ oikóva ipype ha omyasãiva imaranduhára ñemombeʼu oñemoĩha y ryepýpe. Iñepysyrõ Ysyry Nilo ygui, iñesẽrõ guive, ohechauka hag̃ua Noépe pe árka ryepýpe. Pe jehovasa ymegua Mar Pytãme ojoja Noé ha umi poapy oĩva árka ryepýpe ndive, ha upéva katu ojoja jey Josué jehovasa ymegua Jordán ysyrýpe, ha upéva Cristo ojapo jey vaʼekue upe tendaitepe voi. Moĩsé rembiasakue maranduhára oñepyrũ ñepysyrõ rehe Nilo Ysyrýpe ha opa Jordán Ysyry rembeʼýpe. Cristo jehovasa ymegua haʼe vaʼekue Ijehupyty hag̃ua hag̃ua tesãi ha mbohapy ary mbyte rupi ohechaukávo, ogueraháva chupe imano peve, ha upéva oñerepresenta vaʼekue iñepyrũme ijehovasa ymeguápe. Iñemoingove jeyrõme oĩ vaʼekue mbovymi ykytãmi, pe oñehẽmbaite peve Pentecostés-pe.</w:t>
      </w:r>
    </w:p>
    <w:p>
      <w:pPr>
        <w:pStyle w:val="ArticleBody"/>
        <w:jc w:val="left"/>
      </w:pPr>
      <w:r>
        <w:rPr>
          <w:rFonts w:ascii="Times New Roman" w:hAnsi="Times New Roman" w:eastAsia="Times New Roman" w:cs="Times New Roman"/>
        </w:rPr>
        <w:t>Tupã ñe’ẽme’ẽ joaju yvypórape guarã oñepyrũ Noé ndive, ha Iñe’ẽme’ẽ joaju peteĩ tetã ojeporavopyrévape guarã Abraham rupive oñemyanyhẽ Moiséspe. Moisés, pe alfa, ohechauka hag̃ua Jesús, pe omega, ou vaʼerãva omboaje hag̃ua pe ñe’ẽme’ẽ joaju “heta” ndive, ndahaʼéi año peteĩ tetã ojeporavopyréva ndive. Cristo raʼanga ramo, Moisés reñói oñemohenda porã pe ñe’ẽme’ẽ joaju oñemeʼẽ vaʼekue Noépe ndive, ha pe yvytimbo’y arco iris ramo techaukaha opavave tavayguárape guarã. Moisés avei oñemohenda porã pe ñe’ẽme’ẽ joaju oñemeʼẽ vaʼekue peteĩ tetã ojeporavopyrévape, ha pe ñekytĩmby techaukaha ramo umi ojeporavopyrévape guarã. Moisés rembiapo pe ñe’ẽme’ẽ joajúpe rehegua oiko vaʼekue “heta” ndive, ndahaʼéi mante peteĩ tetã ojeporavopyréva ndive. Péicha ndahairire, ndoikomoʼãivaʼekue hikuái tapiaite oñembyasýva pe aty jeheʼapy rehe.</w:t>
      </w:r>
    </w:p>
    <w:p>
      <w:pPr>
        <w:pStyle w:val="ArticleBody"/>
        <w:jc w:val="left"/>
      </w:pPr>
      <w:r>
        <w:rPr>
          <w:rFonts w:ascii="Times New Roman" w:hAnsi="Times New Roman" w:eastAsia="Times New Roman" w:cs="Times New Roman"/>
        </w:rPr>
        <w:t>Moisés rekove opaichagua “y osẽporãha y rehegua” ojehechaukáva hekovépe, pe ñemongarai Bethábara-pe, Jordán ýsyry rembe’ýpe, ombojoaju yma guarã Israel rembiasakue ñe’ẽme’ẽgua iñepyrũ Yvy Ñeme’ẽmbyrépe, ha ipahápe iguerekopy rembiasakue, pe arapokõindy aja Cristo omombaretévo pe ñe’ẽme’ẽ heta tapichápe g̃uarã. Cristo ñemongarai ojoja Israel yma guare ñemongaraíre, ha mokõive rembiasakue oñe’ẽ Hae jeikove jeýre, ha’e opytu’ũ ramo mbovymi ama ky’a, umi ama hetáva Pentekostés-pe mboyve, po ary ára rire. Pe línea tuichakue alfa ha omega rehegua, Moisés guive Cristo peve, ojehechauka umi y osẽporãha ryepýpe.</w:t>
      </w:r>
    </w:p>
    <w:p>
      <w:pPr>
        <w:pStyle w:val="ArticleScripture"/>
        <w:jc w:val="left"/>
      </w:pPr>
      <w:r>
        <w:rPr>
          <w:rFonts w:ascii="Times New Roman" w:hAnsi="Times New Roman" w:eastAsia="Times New Roman" w:cs="Times New Roman"/>
        </w:rPr>
        <w:t>“Ombokatúvo ko’ã temimbo’épe, Jesús ohechauka mba’éichapa tuicha mba’e pe Antiguo Testamento testígo ramo hemimbou rehegua. Heta oĩ ko’ág̃a oje’eha cristiano ramo omboykéva pe Antiguo Testamento, he’ívo ndovaléiha véima mba’everã. Péro ndaha’éi upéva Cristo mbo’epy. Ha’e omomba’eterei va’ekue chupe, peteĩ jey he’i hag̃uáicha: ‘Ha’ekuéra nohendúiramo Moisés ha umi profétape, ndaijeroviamo’ãi avei, peteĩ omanóva oikove jey ramo jepe.’ Lucas 16:31.</w:t>
      </w:r>
    </w:p>
    <w:p>
      <w:pPr>
        <w:pStyle w:val="ArticleScripture"/>
        <w:jc w:val="left"/>
      </w:pPr>
      <w:r>
        <w:rPr>
          <w:rFonts w:ascii="Times New Roman" w:hAnsi="Times New Roman" w:eastAsia="Times New Roman" w:cs="Times New Roman"/>
        </w:rPr>
        <w:t>«Ha’e hína Cristo ñe’ẽ oñe’ẽva patriarca-kuéra ha profeta-kuéra rupive, Adán ára guive peve ára paha rembiapo pahaite peve. Pe Salvador ojehechauka Antiguo Testamento-pe hesakã hag̃uáicha peteĩcha Nuevo Testamento-pe. Pe tesakã maranduhára yma guápe guare omyesakã Cristo rekove ha Nuevo Testamento mbo’epykuéra hesakã porã ha iporã hag̃uáicha. Cristo milagrokuéra ha’e peteĩ techaukaha Idiosha hag̃ua; hákatu peteĩ techaukaha imbaretevéva ha’eha yvy arigua Redentor ojejuhu oñembojojávo Antiguo Testamento profesiakuéra Nuevo rehegua tembiasakue ndive.» The Desire of Ages, 799.</w:t>
      </w:r>
    </w:p>
    <w:p>
      <w:pPr>
        <w:pStyle w:val="ArticleBody"/>
        <w:jc w:val="left"/>
      </w:pPr>
      <w:r>
        <w:rPr>
          <w:rFonts w:ascii="Times New Roman" w:hAnsi="Times New Roman" w:eastAsia="Times New Roman" w:cs="Times New Roman"/>
        </w:rPr>
        <w:t>Umi artíkulo oñe’ẽva Joel kuatia rehe, ñambojojáma “Antiguo Testamento marandu’ẽnguekuéra pe Nuevo rembiasakue ndive”, ha avei Israel espiritual ko’ag̃agua rembiasakue ndive. Taha’e Antiguo térã Nuevo Testamento, térã umi mbohapy ánhel rembiasakue oñepyrũva’ekue 1798-pe, opa umi línea oñemombe’u “Cristo ñe’ẽ” ramo. Ñandejára Ñe’ẽ ojehaíva Bíblape ha Espíritu de Profecía pe testimónio, ha’e Cristo ñe’ẽ; ha Cristo ñe’ẽ, ha’e pe Ñandejára Ñe’ẽva ñe’ẽ.</w:t>
      </w:r>
    </w:p>
    <w:p>
      <w:pPr>
        <w:pStyle w:val="ArticleBody"/>
        <w:jc w:val="left"/>
      </w:pPr>
      <w:r>
        <w:rPr>
          <w:rFonts w:ascii="Times New Roman" w:hAnsi="Times New Roman" w:eastAsia="Times New Roman" w:cs="Times New Roman"/>
        </w:rPr>
        <w:t>Pe “ñe'ẽ” Tupã Ñe'ẽmegua ha'e hína Tupã marandu, ojehechaukáva Iñe'ẽ ojehaípyrupive. Imarandu umi ára pahápe ha'e pe ama paha marandu, oikéva ipype peteĩ ama ypy, upéi peteĩ ama ypy ha ama paha, Joel he'iháicha.</w:t>
      </w:r>
    </w:p>
    <w:p>
      <w:pPr>
        <w:pStyle w:val="ArticleBody"/>
        <w:jc w:val="left"/>
      </w:pPr>
      <w:r>
        <w:rPr>
          <w:rFonts w:ascii="Times New Roman" w:hAnsi="Times New Roman" w:eastAsia="Times New Roman" w:cs="Times New Roman"/>
        </w:rPr>
        <w:t>Juan, pe Revelador, ohechauka umi cien cuarenta y cuatro mil ojevyva umi tape yma guarére, pórke haʼe ohendu peteĩ “ñeʼẽ” hapykuéri. Pe “ñeʼẽ” hapykuéri hína Cristo ñeʼẽ “Adán ára guive” gueteri.</w:t>
      </w:r>
    </w:p>
    <w:p>
      <w:pPr>
        <w:pStyle w:val="ArticleScripture"/>
        <w:jc w:val="left"/>
      </w:pPr>
      <w:r>
        <w:rPr>
          <w:rFonts w:ascii="Times New Roman" w:hAnsi="Times New Roman" w:eastAsia="Times New Roman" w:cs="Times New Roman"/>
        </w:rPr>
        <w:t>Ha ajerevy ahecha hag̃ua pe ñeʼẽ oñeʼẽva chendive. Ha ajere rire, ahecha siete candelabro óroguigua. Apocalipsis 1:12.</w:t>
      </w:r>
    </w:p>
    <w:p>
      <w:pPr>
        <w:pStyle w:val="ArticleBody"/>
        <w:jc w:val="left"/>
      </w:pPr>
      <w:r>
        <w:rPr>
          <w:rFonts w:ascii="Times New Roman" w:hAnsi="Times New Roman" w:eastAsia="Times New Roman" w:cs="Times New Roman"/>
        </w:rPr>
        <w:t>Ko versíkulo ohechauka peteĩ ñekytĩ capítulo peteĩme, pe versíkulo mboyve peve Juan oĩ vaʼekue pe ísla héravape Patmos, ha katu versíkulo doce-pe haʼe ojere, ha upéi guive Juan oĩ pe Santuario Yvágape. Haʼe ojere vove, ojapo upéva, pórke versíkulo diez-pe ohendu vaʼekue peteĩ ñeʼẽ itapykuégui.</w:t>
      </w:r>
    </w:p>
    <w:p>
      <w:pPr>
        <w:pStyle w:val="ArticleScripture"/>
        <w:jc w:val="left"/>
      </w:pPr>
      <w:r>
        <w:rPr>
          <w:rFonts w:ascii="Times New Roman" w:hAnsi="Times New Roman" w:eastAsia="Times New Roman" w:cs="Times New Roman"/>
        </w:rPr>
        <w:t>Aĩkuri pe Espíritu-pe Ñandejára ára-pe, ha ahendu che rapykuéri peteĩ ñe'ẽ guasu, trompétaicha, he'íva: Che hína Alfa ha Omega, peteĩha ha pahaitépe guáva; ha: Pe rehecháva, ehai peteĩ kuatiañe'ẽme, ha emondo umi siete tupão oĩva Asia-pe; Éfeso-pe, ha Esmirna-pe, ha Pérgamo-pe, ha Tiatira-pe, ha Sardis-pe, ha Filadelfia-pe, ha Laodicea-pe. Apocalipsis 1:10, 11.</w:t>
      </w:r>
    </w:p>
    <w:p>
      <w:pPr>
        <w:pStyle w:val="ArticleBody"/>
        <w:jc w:val="left"/>
      </w:pPr>
      <w:r>
        <w:rPr>
          <w:rFonts w:ascii="Times New Roman" w:hAnsi="Times New Roman" w:eastAsia="Times New Roman" w:cs="Times New Roman"/>
        </w:rPr>
        <w:t>Juan ohechauka umi ohendúva Cristo ñe’ẽ hapykue gotyo. Ha’e ohendu Jeremías trompéta marandu, ojevy hag̃ua umi tape yma guarépe, umi tape umi iñañáva ndoipotái va’ekue oguata hag̃ua, ha pe trompéta ñe’ẽmondo ñe’ẽñemi ha’ekuéra nohendusevéiva. Juan ohendu, ha pe ñe’ẽ oúva hapykue guive ojekuaa hag̃ua Alpha ha Omega ramo — Pe Oikuaaukáva pe tape pyahu, pe tape yma guaréva ndive.</w:t>
      </w:r>
    </w:p>
    <w:p>
      <w:pPr>
        <w:pStyle w:val="ArticleScripture"/>
        <w:jc w:val="left"/>
      </w:pPr>
      <w:r>
        <w:rPr>
          <w:rFonts w:ascii="Times New Roman" w:hAnsi="Times New Roman" w:eastAsia="Times New Roman" w:cs="Times New Roman"/>
        </w:rPr>
        <w:t>Ha mbytépe umi siete candelero apytépe oĩ peteĩ ojoguáva Yvypóra Raʼýpe, oñemonde peteĩ ao oguahẽva ipy peve, ha ikuʼakuaha peteĩ cinturón óro reheve ipytiʼa rupi. Iñakã ha iñakãrague morotĩ vaʼekue ovecha ragueicha, morotĩiterei y rupiicha; ha hesa tata rendyicha; ha ipy kuéra ojoguáva brónce porãme, ku oñehapyvaʼekue tatakuápe ramo guáicha; ha iñeʼẽ heta y tyapuicha. Ha oreko ipo akatúape siete mbyja; ha ijurúgui osẽ peteĩ kyse puku hãimbe mokõivéva; ha hova kuarahy omimbipaicha imbaretekue jave. Apocalipsis 1:13–16.</w:t>
      </w:r>
    </w:p>
    <w:p>
      <w:pPr>
        <w:pStyle w:val="ArticleBody"/>
        <w:jc w:val="left"/>
      </w:pPr>
      <w:r>
        <w:rPr>
          <w:rFonts w:ascii="Times New Roman" w:hAnsi="Times New Roman" w:eastAsia="Times New Roman" w:cs="Times New Roman"/>
        </w:rPr>
        <w:t>Pe versíkulo doce-pe Juan ojere ha ohecha peteĩ visión Cristo rehegua, ha Kuarahy Pyhare Sy White ombojoja upéva pe visión Cristo rehegua ndive Daniel orekóva’ekue, ha’éva pe visión Isaías, Jeremías, Ezequiel ha Pablo orekóva’ekue.</w:t>
      </w:r>
    </w:p>
    <w:p>
      <w:pPr>
        <w:pStyle w:val="ArticleScripture"/>
        <w:jc w:val="left"/>
      </w:pPr>
      <w:r>
        <w:rPr>
          <w:rFonts w:ascii="Times New Roman" w:hAnsi="Times New Roman" w:eastAsia="Times New Roman" w:cs="Times New Roman"/>
        </w:rPr>
        <w:t>“Py’aite añembyasy tuichavéva reheve aha’arõ pe ára umi mba’e oikova’ekue Pentecostés árape oñembopyahúta hag̃ua, ha ipokatuve eterei hag̃ua upe javeguágui. Juan he’i: ‘Ahecha ambue ángel oguejy yvágagui, oguerekóva pokatu guasu; ha yvy henyhẽ tesape hag̃ua iglóriagui.’ Upérõ, Pentecostés araka’épe guaréicha, tavayguakuéra ohendúta pe añetegua oñeñe’ẽha chupekuéra, káda peteĩ iñe’ẽteépe.”</w:t>
      </w:r>
    </w:p>
    <w:p>
      <w:pPr>
        <w:pStyle w:val="ArticleScripture"/>
        <w:jc w:val="left"/>
      </w:pPr>
      <w:r>
        <w:rPr>
          <w:rFonts w:ascii="Times New Roman" w:hAnsi="Times New Roman" w:eastAsia="Times New Roman" w:cs="Times New Roman"/>
        </w:rPr>
        <w:t>“Tupã ikatu omonguera pyahu tekove opa ánga oipotáva añetehápe oservi Ichupe [Adán ha Ezequiel kanguekue ñu], ha ikatu opoko tembe’y rehe peteĩ tatapỹi oikovéva altar-gui [Isaías], ha ojapo hag̃ua ichupekuéra ñe’ẽporãva Ijeguerohory rehe. Hetaiterei ñe’ẽ oñembyapýta pu’akápe oñe’ẽ hag̃ua tenonderã Tupã Ñe’ẽ añetegua hechapyrãva rehe. Pe ku’ẽñe’ẽ pya’e’ỹva ojepe’áta [Isaías ñe’ẽ ambue], ha umi kyhyjéva oñembaretéta ogueropu’aka hag̃ua peteĩ mombe’uporã py’aguasúva pe añetegua rehe. Ñandejára toipytyvõ Ipuévlope omopotĩ hag̃ua pe ánga róga tupao opa mba’e ky’águi [Malaquías levita-kuéra], ha omantene hag̃ua peteĩ joaju hi’aguĩitereíva Hendive, ikatu hag̃uáicha ha’ekuéra toike umi ohupytyvape pe ama pahápe gua, oñehẽvo hag̃ua.” Review and Herald, July 20, 1886.</w:t>
      </w:r>
    </w:p>
    <w:p>
      <w:pPr>
        <w:pStyle w:val="ArticleBody"/>
        <w:jc w:val="left"/>
      </w:pPr>
      <w:r>
        <w:rPr>
          <w:rFonts w:ascii="Times New Roman" w:hAnsi="Times New Roman" w:eastAsia="Times New Roman" w:cs="Times New Roman"/>
        </w:rPr>
        <w:t>Pe visión ñamomandu’áva oikéva ipype Cristo ñe’ẽ ñemombe’u. Juan ojere ha ohendúvo Cristo ñe’ẽ, ha’e “y heta” ryapuicha. Cristo ñe’ẽ oñe’ẽ jave Iñe’ẽme’ẽre yvyporakuéra ndive térã peteĩ tetã poravopyre ndive, upéva oñembojoaju y heta rehe. Daniel 7 guive 9 peve marandu ojeipe’a hag̃ua 1798-pe, ha upéi, 1989-pe, Daniel 10 guive 12 peve marandu ojeipe’a hag̃ua. 1798 oñembojoaju Ulai Ysyry ñe’ẽ ndive ha 1989 ha’e Hiddekel Ysyry ñe’ẽ.</w:t>
      </w:r>
    </w:p>
    <w:p>
      <w:pPr>
        <w:pStyle w:val="ArticleScripture"/>
        <w:jc w:val="left"/>
      </w:pPr>
      <w:r>
        <w:rPr>
          <w:rFonts w:ascii="Times New Roman" w:hAnsi="Times New Roman" w:eastAsia="Times New Roman" w:cs="Times New Roman"/>
        </w:rPr>
        <w:t>“Pe tesakã Daniel oguereko vaʼekue Tupãgui omeʼẽkuri iñambue hag̃uáicha koʼã ára pahápe guarã. Umi visión haʼe ohecha vaʼekue ysyry Ulai ha Hiddekel rembeʼýpe, umi ysyry guasu Sinar pegua, koʼág̃a oĩma oñekumplí hag̃uáicha, ha opa mbaʼe ojeʼevaʼekue ymaite guive pyaʼeite oikóta.” Testimonies to Ministers, 112.</w:t>
      </w:r>
    </w:p>
    <w:p>
      <w:pPr>
        <w:pStyle w:val="ArticleBody"/>
        <w:jc w:val="left"/>
      </w:pPr>
      <w:r>
        <w:rPr>
          <w:rFonts w:ascii="Times New Roman" w:hAnsi="Times New Roman" w:eastAsia="Times New Roman" w:cs="Times New Roman"/>
        </w:rPr>
        <w:t>Ysyry Jordán ha’e joaju ñembojoaju hag̃ua pe tembiasakue ñe’ẽme’ẽgua alfa rehegua ha pe tembiasakue ñe’ẽme’ẽgua omega rehegua Israel yma guarépe. Pe ñe’ẽ Jordán he’ise “oguejýva” ha ohechauka Cristo, “pe oguejýva guasu.”</w:t>
      </w:r>
    </w:p>
    <w:p>
      <w:pPr>
        <w:pStyle w:val="ArticleScripture"/>
        <w:jc w:val="left"/>
      </w:pPr>
      <w:r>
        <w:rPr>
          <w:rFonts w:ascii="Times New Roman" w:hAnsi="Times New Roman" w:eastAsia="Times New Roman" w:cs="Times New Roman"/>
        </w:rPr>
        <w:t>Peikuaase pende pype ko apytu'ũ, upe oĩ va'ekue avei Cristo Jesúspe: Ha'e, oĩramo jepe Tupã retekope, ndohechái va'ekue mba'e ojapyhy hag̃uáicha ijoja hag̃ua Tupã ndive; ha katu omomichĩ ijehe, ha ogueraha hi'ári tembiguái reteko, ha oiko yvypóra joguahaicha; ha, ojejuhúvo chupe yvypóicha, omomirĩ ijehe, ha iñe'ẽrendu peve mano, ha'eva kurusu rehegua mano. Filipenses 2:5–9.</w:t>
      </w:r>
    </w:p>
    <w:p>
      <w:pPr>
        <w:pStyle w:val="ArticleBody"/>
        <w:jc w:val="left"/>
      </w:pPr>
      <w:r>
        <w:rPr>
          <w:rFonts w:ascii="Times New Roman" w:hAnsi="Times New Roman" w:eastAsia="Times New Roman" w:cs="Times New Roman"/>
        </w:rPr>
        <w:t>Jordán ysyry ohechauka Cristo-pe, “pe oguejyvéva guasu”, ha Jordán ha’e pe joaju alfa ha omega rembiasakue apytépe Ñandejára tavayguakuéra ojeporavóva rehegua, umi oñeme’ẽ va’ekuépe peteĩ parral oñangareko hag̃ua hese. Moisés ykuéra jejora rehegua ohechauka Cristo ñe’ẽ, ikatúva oñehendu peteĩ ánga ojerey ramo añoite, ohendu hag̃ua “ñe’ẽ hapykuéri oúva”, ha pe ñe’ẽ upérõ ohendútava ha’e—heta y rembe’y ryapu. Noé diluvio guive Jerusalén ñehundi peve áño 70 d.C.-pe, ykuéra jejora rehegua oñemoĩ techaukaháramo Ñandejára tavayguakuéra joaju hag̃ua hendive. Umi techaukaha ohechauka Ñandejára tavayguakuéra pahápeguáva joaju rehegua rembiasakue hyepypegua, umi cien cuarenta y cuatro mil. Pe y omongarúva Jordán ysyry ou ysapy ha ro’y ho’áva Hermón yvytýpe, umi omoheñóiva Jordán ysyry ysyrykue ypykue.</w:t>
      </w:r>
    </w:p>
    <w:p>
      <w:pPr>
        <w:pStyle w:val="ArticleScripture"/>
        <w:jc w:val="left"/>
      </w:pPr>
      <w:r>
        <w:rPr>
          <w:rFonts w:ascii="Times New Roman" w:hAnsi="Times New Roman" w:eastAsia="Times New Roman" w:cs="Times New Roman"/>
        </w:rPr>
        <w:t>Peteĩ purahéi jeupi rehegua, David mba’e. ¡Pema’ẽ, mba’éichapa iporã ha iporãite joyke’ykuéra oiko hag̃ua oñondive peteĩ ñe'ẽme! Ha’e hína pe asýi hepyetereíva akã ári oñeñohẽva, osyryva hag̃ua barba ári, Aarón barba ári; oguejyva’ekue ijao rembe’y peve; Hermón ysapyicha, ha ysapy oguejyva’ekue Sión yvytykuéra ári. Upépe niko Ñandejára omanda pe jehovasa, tekove opa’ỹ hag̃uáicha. Salmos 133:1–3.</w:t>
      </w:r>
    </w:p>
    <w:p>
      <w:pPr>
        <w:pStyle w:val="ArticleBody"/>
        <w:jc w:val="left"/>
      </w:pPr>
      <w:r>
        <w:rPr>
          <w:rFonts w:ascii="Times New Roman" w:hAnsi="Times New Roman" w:eastAsia="Times New Roman" w:cs="Times New Roman"/>
        </w:rPr>
        <w:t>Umi y peteĩva oguenohẽ avei Pan itakuágui, peteĩ y pypuku, oĩva peteĩ itakua ryepýpe oĩva Paniope, Daniel 11:13–15-pe, ha Cesarea Filipospe Pedro ára peguápe. Y Jordán ysyry akãygua avei oguenohẽ pe y pypuku sataniko oĩva Pan itakuápe. “Hetaiterei y ryapu” ohechauka pe ñorairõ guasu Cristo ha Satanás apytépe oñepyrũ hague Hermón yvytykuéra yvatevehápe.</w:t>
      </w:r>
    </w:p>
    <w:p>
      <w:pPr>
        <w:pStyle w:val="ArticleScripture"/>
        <w:jc w:val="left"/>
      </w:pPr>
      <w:r>
        <w:rPr>
          <w:rFonts w:ascii="Times New Roman" w:hAnsi="Times New Roman" w:eastAsia="Times New Roman" w:cs="Times New Roman"/>
        </w:rPr>
        <w:t>Ha che avei ndéve avei: Nde hína Pedro, ha ko ita ári amopuʼãta che tupao; ha añaretã rokẽnguéra ndaikatumoʼãi ipuʼaka hese. Mateo 16:18.</w:t>
      </w:r>
    </w:p>
    <w:p>
      <w:pPr>
        <w:pStyle w:val="ArticleBody"/>
        <w:jc w:val="left"/>
      </w:pPr>
      <w:r>
        <w:rPr>
          <w:rFonts w:ascii="Times New Roman" w:hAnsi="Times New Roman" w:eastAsia="Times New Roman" w:cs="Times New Roman"/>
        </w:rPr>
        <w:t>Pe téra “Hermón” he’ise “marangatupy, oñemomarangatúva, oñeme’ẽmbáva, térã oñembojoajúva ambuégui hag̃ua,” ha ha’e peteĩ símbolo Yvágagui, opa y rehegua ypykue ha pe ñorairõ guasu ñepyrũ, oñerrepresentaháicha “añaretã rokẽ” rupive, upéva hína pe téra Jesús ome’ẽva’ekue Pan itakuápe, oĩrõ guare Cesarea de Filipope. Upe contexto-pe Simón Barjona réra oñekambiákuri Pedro-rã. Simón he’ise ‘upe ohendúva,’ ha Barjona he’ise ‘pýkasu ra’y.’ Simón ha’ékuri peteĩ símbolo pe ánga ohendúva’ekue pe marandu Jesús ñemongarai rehegua, oñerrepresentáva Espíritu Santo rupive peteĩ pýkasu ra’ãngápe. Peteĩ ohendúva ramo Cristo ñemongarai marandu, Pedro oñemoambue, orrepresentáva umi 144,000. Pedro oñesella va’ekue Paniope, ha upéva hína Daniel 11, versíkulo 13 guive 15 peve.</w:t>
      </w:r>
    </w:p>
    <w:p>
      <w:pPr>
        <w:pStyle w:val="ArticleBody"/>
        <w:jc w:val="left"/>
      </w:pPr>
      <w:r>
        <w:rPr>
          <w:rFonts w:ascii="Times New Roman" w:hAnsi="Times New Roman" w:eastAsia="Times New Roman" w:cs="Times New Roman"/>
        </w:rPr>
        <w:t>Y Hermón y rapégui, pe Jordán ysyry, peteĩ símbolo Cristo rehegua—pe guýpe oguejyvéva guasu—omohu’ã ijehopyrã Yguasu Omanóvape. Yvágagui, moõpa osẽ yvytu ryakuã tekove rehegua, Cristo oguejy kurusúre omanóvo peve, ojehechauka hag̃uáicha Yguasu Omanóva rupive. Yguasu Omanóva rembe’y ha’e pe yvy ape ári pe hypyvéva ojehecháva ko yvy ape ári. Pe Jordán ysyry oguejýva, oguejy pe y hypyvéva oĩva ko yvy ape ári peve, Cristo oguejy haguéicha ikurusúre omanóvo peve. Y tekove reheguágui y omanóva peve, pe Jordán Ysyry ohechauka Cristo ñemboguejy Yvágagui kurusu peve.</w:t>
      </w:r>
    </w:p>
    <w:p>
      <w:pPr>
        <w:pStyle w:val="ArticleBody"/>
        <w:jc w:val="left"/>
      </w:pPr>
      <w:r>
        <w:rPr>
          <w:rFonts w:ascii="Times New Roman" w:hAnsi="Times New Roman" w:eastAsia="Times New Roman" w:cs="Times New Roman"/>
        </w:rPr>
        <w:t>Temakuéra iñimportánteva profecía bíblicape rehegua ojoaju y rehe, ha profecía bíblica ha’e Cristo ñe’ẽ, ha upéva ha’e heta y ryapu. Babilonia kuña heko ky’a oguapy heta y ári, ha Éufrates ykuéra oñemombirypa oñembosako’i hag̃ua tape kuarahyresẽ gotyo guive umi mburuvicha guasukuérape g̃uarã, ha umi ñemuhára ha mburuvichakuéra opyta mombyry ha oñembyasy hag̃ua umi barco Tarsis pegua oñehundi hag̃ua yguasu mbytépe, ha pe ñemey ojejapóva ñemanóndi, umi Efraín ka’úvape omoneĩ va’ekue okañy jave japu guýpe, oñembyai pe ama guasu ojaho’íva rupive, ha’éva pe léi domingo papal rehegua.</w:t>
      </w:r>
    </w:p>
    <w:p>
      <w:pPr>
        <w:pStyle w:val="ArticleBody"/>
        <w:jc w:val="left"/>
      </w:pPr>
      <w:r>
        <w:rPr>
          <w:rFonts w:ascii="Times New Roman" w:hAnsi="Times New Roman" w:eastAsia="Times New Roman" w:cs="Times New Roman"/>
        </w:rPr>
        <w:t>Hermana White oñe’ẽ jave umi “ysyry guasu Shinar pegua” rehe, ha’e ohechauka hína Tigris ha Éufrates ysyrykuérape. Umi y apykuere ikatu oñemopyenda Éden Yvotyty peve, upépe ha’ékuri mbohapyha ha irundyha ysyry osẽva Édengui.</w:t>
      </w:r>
    </w:p>
    <w:p>
      <w:pPr>
        <w:pStyle w:val="ArticleScripture"/>
        <w:jc w:val="left"/>
      </w:pPr>
      <w:r>
        <w:rPr>
          <w:rFonts w:ascii="Times New Roman" w:hAnsi="Times New Roman" w:eastAsia="Times New Roman" w:cs="Times New Roman"/>
        </w:rPr>
        <w:t>Ha pe mbohapyha ysyrýgui héra hína Hidékel; kóva hína pe ohóva Asiria gotyo, kuarahy resẽ gotyo. Ha pe irundyha ysyry hína Éufrates. Génesis 2:14.</w:t>
      </w:r>
    </w:p>
    <w:p>
      <w:pPr>
        <w:pStyle w:val="ArticleBody"/>
        <w:jc w:val="left"/>
      </w:pPr>
      <w:r>
        <w:rPr>
          <w:rFonts w:ascii="Times New Roman" w:hAnsi="Times New Roman" w:eastAsia="Times New Roman" w:cs="Times New Roman"/>
        </w:rPr>
        <w:t>Hidékel ha’e Tígris, ha Éufrates katu, añetehápe, ha’eva’ekue Éufrates, jepémo historiadór ha teólogokuéra ko yvy arigua ndojoavy’ỹi upévare. Ha’ekuéra oñeñandu va’erã Ulái ndaha’eiha ysyry guasu, síno peteĩ y rape ojapopyréva yvypórape Pérsiape, ndaha’éi Sinárpe. Umi mburuvicha yvypóra voi ohechauka umi mokõi ysyry añónte, ojekuaáva ha oñembojoajúva Sinár rehe, ha’eha Tígris ha Éufrates, ha maranduhára kuña he’i Ulái ha Hidékel ha’eha “Sinár ysyry guasu”.</w:t>
      </w:r>
    </w:p>
    <w:p>
      <w:pPr>
        <w:pStyle w:val="ArticleBody"/>
        <w:jc w:val="left"/>
      </w:pPr>
      <w:r>
        <w:rPr>
          <w:rFonts w:ascii="Times New Roman" w:hAnsi="Times New Roman" w:eastAsia="Times New Roman" w:cs="Times New Roman"/>
        </w:rPr>
        <w:t>Umi kuña maranduhára ñe’ẽ y marandu rehegua oĩ en contra umi experto moderno rehe, yma guare experto-kuéra ojapohaguéicha—umi ojehovasáva Noé y marandu rehe. Ñañemomarandu mokõi jehecha, umi mokõi ysyry ohechaukáva, oĩha oñembotývo imarãngatu hag̃ua, ha upévare opa mba’e ojehechaukáva umi mokõi jehecha ryepýpe, ome’ẽva’ekue “mokõi ysyry guasu Sinar pegua”, pya’e oikóta. Pe marandu ojoajúva umi ysyry rehe ha’e Cristo ñe’ẽ, ipype Iñe’ẽ ha’e heta yicha. Tígris ha Éufrates ohechauka peteĩ téma profético tuicháva, ha ijeytévo testimonio ojoaju pe ñe’ẽme’ẽ rehe alpha Moisés omoĩva’ekue tenonderã, ha upéva hína pe mismo ñe’ẽme’ẽ omega Cristo omombareteva’ekue.</w:t>
      </w:r>
    </w:p>
    <w:p>
      <w:pPr>
        <w:pStyle w:val="ArticleBody"/>
        <w:jc w:val="left"/>
      </w:pPr>
      <w:r>
        <w:rPr>
          <w:rFonts w:ascii="Times New Roman" w:hAnsi="Times New Roman" w:eastAsia="Times New Roman" w:cs="Times New Roman"/>
        </w:rPr>
        <w:t>Marandu reheguapýpe, Tígris ohechauka Asiria ha Éufrates katu Babilonia. Ko joaju rehehápe, haʼekuéra hína mokõi puʼaka, Jeremías ohechauka vaʼekue leónicha, oguerahahaguére raẽ pe tetãnguéra yvatepegua ha upéi pe tetãnguéra yvýpegua ñemby gotyogua ñembyasy rembiapope.</w:t>
      </w:r>
    </w:p>
    <w:p>
      <w:pPr>
        <w:pStyle w:val="ArticleScripture"/>
        <w:jc w:val="left"/>
      </w:pPr>
      <w:r>
        <w:rPr>
          <w:rFonts w:ascii="Times New Roman" w:hAnsi="Times New Roman" w:eastAsia="Times New Roman" w:cs="Times New Roman"/>
        </w:rPr>
        <w:t>Israel ha’e peteĩ ovecha isarambíva; umi león omosarambi chupe: peteĩha rupi Asiriagua ruvicha guasu ho’u chupe; ha ipahápe ko Nabucodonosor, Babiloniagua ruvicha guasu, omopẽ ikanguekuéra. Jeremías 50:17.</w:t>
      </w:r>
    </w:p>
    <w:p>
      <w:pPr>
        <w:pStyle w:val="ArticleBody"/>
        <w:jc w:val="left"/>
      </w:pPr>
      <w:r>
        <w:rPr>
          <w:rFonts w:ascii="Times New Roman" w:hAnsi="Times New Roman" w:eastAsia="Times New Roman" w:cs="Times New Roman"/>
        </w:rPr>
        <w:t>Asiria ha Babilonia mokõivéva nórte pegua enemigo vaʼekue mokõivéva Israel rréino rehegua ndive, ha upévare haʼekuéra hína taʼãnga pe mburuvicha guasu japu nórte pegua rehegua—pe pokatu papal rehegua. Añetehápe, umi mokõi pokatu omosarambi vaʼekue umi jeikoha polítiko ha religioso peteĩchagua, osẽva peteĩ jere cultural guive; péro Asiria rembiapo polítiko omombaʼeguasuve vaʼekue tetã ñangarekoha rembiapo, ha Babilonia katu omombaʼeguasuve vaʼekue tupao ñangarekoha rembiapo, jepe ojoguaiterei ojuehe. Roma pagana ha Roma papal, peteĩhendápe, peteĩchante; upéicharõ jepe, Roma pagana ohechauka tetã ñangarekoha rembiapo, ha Roma papal katu tupao ñangarekoha rembiapo. Asiria, relación profética-pe Babilonia ndive, haʼe vaʼekue peteĩ rréino tetã ñangarekoha rembiapo rehegua; upéi oúvo Babilonia, peteĩ pokatu ojoguáva chupe, omombaʼeguasúva tupao ñangarekoha rembiapo. Asiria ohechauka Roma pagana, ha Babilonia ohechauka Roma papal. Koʼã irundy pokatu opyrũmba Tupã santuario ha ijehérsito ári. Asiria ojoaju Tígris rehe, ha Babilonia Éufrates rehe. Kóva ojoaju porã pe Éufrates ipirupa rehe ojeʼéva Apocalipsis-pe, oñembosakoʼi hag̃ua tape umi mburuvicha kuarahyresẽgua guive ouvape guarã, ojehechauka haguéicha Ciro rembiapópe ombohasa jave Éufrates ysyry ogueru hag̃ua Babilonia ñehundi. Babilonia hína Éufrates; Asiria hína Tígris.</w:t>
      </w:r>
    </w:p>
    <w:p>
      <w:pPr>
        <w:pStyle w:val="ArticleBody"/>
        <w:jc w:val="left"/>
      </w:pPr>
      <w:r>
        <w:rPr>
          <w:rFonts w:ascii="Times New Roman" w:hAnsi="Times New Roman" w:eastAsia="Times New Roman" w:cs="Times New Roman"/>
        </w:rPr>
        <w:t>Pe mburuvicha yvate gotyo pe profesíape ogana ko yvy arapytu jave pe léi domingo rehegua apytépe, ha upéi ho’a; ha upéicharõ jepe, heta jey pe ñegana ojehechauka peteĩ ysyry guasu ojaho’ipávaicha. Pe tembiasakue pe mburuvicha yvate gotyo rehegua, ojehechaukaháicha Asiria ha Babilonia rupive, oñembojogua ysyrykuéra rehe, pe tembiasakue niko oñemombe’u heta y reko’ẽ rupive.</w:t>
      </w:r>
    </w:p>
    <w:p>
      <w:pPr>
        <w:pStyle w:val="ArticleBody"/>
        <w:jc w:val="left"/>
      </w:pPr>
      <w:r>
        <w:rPr>
          <w:rFonts w:ascii="Times New Roman" w:hAnsi="Times New Roman" w:eastAsia="Times New Roman" w:cs="Times New Roman"/>
        </w:rPr>
        <w:t>Yvy mokõi ysyrýi mbytépe oĩva hérava Mesopotamia, he’iséva “yvy mokõi ysyrýi mbytépe.” Ko’ã mokõi ysyrýi ohechauka pe pu’aka yvatepegua Tupã oipurúva omboeko hag̃ua ichupekuéra, iñemoĩ hag̃ua ivaíva ipueblo apóstata rehe, omyasãi hag̃ua chupekuéra ñembiguáipe. Peteĩva umi ysyrýi michĩva, pe ñe’ẽ heta y rehegua mbytépe, ojejuhu pe téra “Padanaram”-pe, ha upéva oñeñe’ẽ hese diez jey añoite Ñandejára Ñe’ẽme. Peteĩha oñemombe’úva ojehupyty pe pacto reheve, péicha ojekuaa hag̃ua Rebeca, Isaac rembireko, tuguy rapo. Pe versíkulo he’i:</w:t>
      </w:r>
    </w:p>
    <w:p>
      <w:pPr>
        <w:pStyle w:val="ArticleScripture"/>
        <w:jc w:val="left"/>
      </w:pPr>
      <w:r>
        <w:rPr>
          <w:rFonts w:ascii="Times New Roman" w:hAnsi="Times New Roman" w:eastAsia="Times New Roman" w:cs="Times New Roman"/>
        </w:rPr>
        <w:t>Ha Isaac niko irundy ary oguereko ramo, omenda Rebeca rehe, Betuel pe siriogua Padan-aram pegua rajy rehe, Labán pe siriogua reindy rehe.</w:t>
      </w:r>
    </w:p>
    <w:p>
      <w:pPr>
        <w:pStyle w:val="ArticleBody"/>
        <w:jc w:val="left"/>
      </w:pPr>
      <w:r>
        <w:rPr>
          <w:rFonts w:ascii="Times New Roman" w:hAnsi="Times New Roman" w:eastAsia="Times New Roman" w:cs="Times New Roman"/>
        </w:rPr>
        <w:t>Ojehechauka mokõipa ary paha opa hag̃ua umi mbohapy testígo Moisés rehe, ogueraha hag̃ua Cades-pe, 1863-pe ha pe léi domingo-pe. Isaac ñemendáva ha’e peteĩ ñemendáva pactopegua, ohechauka hag̃ua Cristo ñemendáva umi cien cuarenta y cuatro mil ndive pe léi domingo aja, upéva hína 1863, upéva hína Cades, upéva hína peteĩ tembiasakue pactopegua mokõipa ary paha opaha. Rebeca niko peteĩ sirio rajy ha Labán pe sirio ermána, (ha’éva pe generación oúvape, tembiasakue pactopegua ryepýpe, ombyai va’ekue peteĩ pacto Isaac ra’y Jacob ndive.)</w:t>
      </w:r>
    </w:p>
    <w:p>
      <w:pPr>
        <w:pStyle w:val="ArticleBody"/>
        <w:jc w:val="left"/>
      </w:pPr>
      <w:r>
        <w:rPr>
          <w:rFonts w:ascii="Times New Roman" w:hAnsi="Times New Roman" w:eastAsia="Times New Roman" w:cs="Times New Roman"/>
        </w:rPr>
        <w:t>Betuel he’ise “óga ñehundiha” térã “ñehundihára róga”; upévare Rebeca ha’eva’ekue “ñehundihára róga” rajy. Siria he’ise yvytyha ha yvype, ha Padan-aram he’ise Mesopotamia, térã pe yvy mbytépe oĩva. Rebeca ou kuri sirio kuéra tuguy rapegui, ha’ekuéra ouva’ekue Mesopotamia-gui, pe yvytyha mbytépegua “Asiria Tigris” ha “Babilonia Éufrates” apytépe, umi ohechaukáva umi león-kuérape Ñandejára oiporúva’ekue omosarambi hag̃ua iñovecha apóstata-kuérape. Umi ñehundihára róga ojoaju Tupã róga ndive Isaac ha Rebeca ñemendápe. Ndaha’éi peteĩ mba’e oiko rei vaekue pe ñeñe’ẽ peteĩha Padan-aram rehegua, ko’ã mokõi ysyry ohechaukáva pe kuarahyresẽ yvate gotyogua mburuvicha guasu profétiko, ojehechaukáva peteĩ ysyry tuichaitéva oñeñohẽramo guáicha, oñemombe’uha peteĩha Génesis 25:20-pe.</w:t>
      </w:r>
    </w:p>
    <w:p>
      <w:pPr>
        <w:pStyle w:val="ArticleBody"/>
        <w:jc w:val="left"/>
      </w:pPr>
      <w:r>
        <w:rPr>
          <w:rFonts w:ascii="Times New Roman" w:hAnsi="Times New Roman" w:eastAsia="Times New Roman" w:cs="Times New Roman"/>
        </w:rPr>
        <w:t>Pe ñehápe oñembojoaju hag̃ua ñehundi róga Tupã tavaygua ñemoĩmbyrépe osegi Jacob okañývo Esaúgui, ha og̃uahẽ ipaha Laban rendápe; upépe omba’apo mokõi tiémporegua 2520 ára hag̃ua ohupyty pe ñemenda ñe’ẽme’ẽrã oúvape. Peteĩ ñemenda opa Israel pe rréino yvate gotyogua isarambipápe, ha ambue ñemenda opa pe rréino sur gotyogua isarambipápe. Umi mokõi rréino, peteĩteĩva isarambi tiémpo opa rire ary 1798 ha 1844-pe, pe ñemenda Jacob omba’apóvape hag̃ua mokõi tiémporegua 2520 rupive oñembotýkuri, pe novíogui og̃uahẽvo pe ñemendápe 22 jasypa 1844-pe.</w:t>
      </w:r>
    </w:p>
    <w:p>
      <w:pPr>
        <w:pStyle w:val="ArticleBody"/>
        <w:jc w:val="left"/>
      </w:pPr>
      <w:r>
        <w:rPr>
          <w:rFonts w:ascii="Times New Roman" w:hAnsi="Times New Roman" w:eastAsia="Times New Roman" w:cs="Times New Roman"/>
        </w:rPr>
        <w:t>¿Cristo piko omenda raka’e Leá ndive, he’iséva “ikane’õ ha ikangy”, térãpa omenda Raquel ndive, he’iséva “pytu porãrõ oho hag̃uáicha”? Leá ha Raquel ohechauka mokõi aty kuñataĩ oguata hag̃uáva: peteĩ kuñataĩ “ikane’õva”, ha ambue kuñataĩ “oguata porãva” tape rehe omenda hag̃ua Jacob ndive 22 jasypa 1844-pe.</w:t>
      </w:r>
    </w:p>
    <w:p>
      <w:pPr>
        <w:pStyle w:val="ArticleScripture"/>
        <w:jc w:val="left"/>
      </w:pPr>
      <w:r>
        <w:rPr>
          <w:rFonts w:ascii="Times New Roman" w:hAnsi="Times New Roman" w:eastAsia="Times New Roman" w:cs="Times New Roman"/>
        </w:rPr>
        <w:t>“Haʼekuéra rapykuéri, tape ñepyrũme, oñembohenda peteĩ tesakã rendy porã, ha peteĩ ánhel heʼi chéve upéva haʼeha pe ‘sapukái pyhare mbytegua’. Ko tesakã omimbi tape pukukue javeve, ha omeʼẽ tesape ipykuérape g̃uarã, ani hag̃ua oñepysanga.”</w:t>
      </w:r>
    </w:p>
    <w:p>
      <w:pPr>
        <w:pStyle w:val="ArticleScripture"/>
        <w:jc w:val="left"/>
      </w:pPr>
      <w:r>
        <w:rPr>
          <w:rFonts w:ascii="Times New Roman" w:hAnsi="Times New Roman" w:eastAsia="Times New Roman" w:cs="Times New Roman"/>
        </w:rPr>
        <w:t>“Ojoguerekóramo hesakuéra Jesús rehe, oĩva ha’e kuéra renondépe, omotenondévo chupekuéra táva peve, ha’ekuéra oĩ porã va’ekue. Péro sapy’ami rire oĩ he’íva ikane’õma hague, ha he’i pe táva mombyryetereiha, ha oha’arõ hikuái oike va’erãmo’ãma hague ipype yma guive. Upévo Jesús omokyre’ỹmi chupekuéra ohupívo Ipo akatúa gloriosa; ha Ipo-gui osẽ peteĩ tesape ojereva’ekue pe aty adventista ári, ha osapukái hikuái: ‘Aleluya!’ Ambuekuéra katu py’aguasúpe omoneĩ pe tesape oĩva hapykuéri, ha he’i ndaha’éiha Tupã pe omotenondéva’ekue chupekuéra peve upéicha mombyry. Pe tesape hapykuéregua ogue, ohejávo ipykuéra pytũmbýpe añetehápe, ha opyta hikuái oñepysanga, okañy chuguikuéra pe mba’e rechaukaha ha Jesús, ha ho’a tape ári guýpe pe mundo iñypytũ ha añaetévape.” Early Writings, 15.</w:t>
      </w:r>
    </w:p>
    <w:p>
      <w:pPr>
        <w:pStyle w:val="ArticleBody"/>
        <w:jc w:val="left"/>
      </w:pPr>
      <w:r>
        <w:rPr>
          <w:rFonts w:ascii="Times New Roman" w:hAnsi="Times New Roman" w:eastAsia="Times New Roman" w:cs="Times New Roman"/>
        </w:rPr>
        <w:t>Áño 1844-pe, pe movimiento millerita filadelfiagua oike pe ñemendápe. Pe ñemenda 22 de octubre de 1844-pe omboja’o mokõi aty oporombo’éva, ojehechaukáva Raquel ha Lea rupive. Raquel ohechauka peteĩ aty ohasáma porãva pe tape ogueraháva pe ñemendápe 22 de octubre de 1844-pe, ha Lea aty katu ikane’õma. Upéi ojepe’a ojuhegui, ha oñepyrũ pe prueba rembiapo pe ánhel mbohapyha rehegua, upe hendaitépe oñemohu’ã hague pe proceso de prueba pe Clamor de Medianoche rehegua.</w:t>
      </w:r>
    </w:p>
    <w:p>
      <w:pPr>
        <w:pStyle w:val="ArticleBody"/>
        <w:jc w:val="left"/>
      </w:pPr>
      <w:r>
        <w:rPr>
          <w:rFonts w:ascii="Times New Roman" w:hAnsi="Times New Roman" w:eastAsia="Times New Roman" w:cs="Times New Roman"/>
        </w:rPr>
        <w:t>Pe ñemenda oñepyrũma vaʼekue ha upéi oikovaʼerã kuri iñemohuʼã ha ijehechapyrã. Pe ñemenda oñemohuʼã 1846-pe, ha upe jave oñepyrũ pe mbohapyha ánhel rembiapo jehechapyrã. 1849 ha 1850-pe Ñandejára omyasãi jeykuri Ipo mokõihápe ombyaty hag̃ua Hembyre. Upérõ pe mokõiha Habacuc kuatiañeʼẽ oñemoĩ vaʼekue tembiasápe, ojehechauka hag̃uáicha pe mokõiha Mandamiénto aty rupive. Moisés omopẽ rire pe peteĩha aty, pe mokõiha kuatiañeʼẽ oñemoĩ jeýkuri. Pe taʼanga 1850-pegua omyengovia pe 1843-pegua, ha 1850-pe, yma guare Israel jehechapyrã Tupã ñemoñare pyahu rajy hag̃ua osegi Kades gotyo ha 1863 peve.</w:t>
      </w:r>
    </w:p>
    <w:p>
      <w:pPr>
        <w:pStyle w:val="ArticleBody"/>
        <w:jc w:val="left"/>
      </w:pPr>
      <w:r>
        <w:rPr>
          <w:rFonts w:ascii="Times New Roman" w:hAnsi="Times New Roman" w:eastAsia="Times New Roman" w:cs="Times New Roman"/>
        </w:rPr>
        <w:t>Áño 1856-pe, hetave y osẽ umi mokõi ysyrygui Hiram Edson plúmagui. Pe tesape “siete tiempos” rehegua osẽ vaekue Edson plúmagui, ha’e pe tesape ojehechaukáva umi mokõi ysyry rupive omoñepyrũ vaekue iñe’ẽ profético Edén Jardínpe. Pe Edén Jardín ha’e peteĩ símbolo yvyporakuéra ñemboyke hag̃ua Tupã léigui, ha upépe oñepyrũ umi y Ulai ha Hiddekel ysyrykuéra rape. Ohasa hikuái pe tembiasakue joajupy rehegua rupi, pe Jardín, pe ñemboyke símbolo, ha’e avei pe tenda oñehundi hague peteĩ ovecha ra’y oñeme’ẽ hag̃ua ao omoambuéva umi higo rogue oĩva Adán ha Eva ári. Pe tembiasakue joajupy rehegua oñepyrũ pe tekove joajupy Adán ha Tupã apytépe. Upéva joajupy, ojehechaukáva pe yvyramáta tekove rehegua rupive, ogueraha pe joajupy oñembyaívape Adán ha Eva rupi, ha upéva omoñepyrũ peteĩ pyahu joajupy tekove rehegua, pe Ovecha Ra’y oñehundíva’ekue yvóra oñemoheñói mboyve ome’ẽ ramo guare ao pe mokõivéva opívo ha okañývape. Umi mokõi ysyry osyrýva upe Jardíngui ipahápe oiko umi pu’aka Tupã oipurúva Ijárra ñenupã hag̃ua símbolo.</w:t>
      </w:r>
    </w:p>
    <w:p>
      <w:pPr>
        <w:pStyle w:val="ArticleScripture"/>
        <w:jc w:val="left"/>
      </w:pPr>
      <w:r>
        <w:rPr>
          <w:rFonts w:ascii="Times New Roman" w:hAnsi="Times New Roman" w:eastAsia="Times New Roman" w:cs="Times New Roman"/>
        </w:rPr>
        <w:t>Nde Asiria, che pochy hína pochy, ha pe yvýra oĩva ipopekuéra hína che pochy eterei. Ambou chupe peteĩ tetã tekovaiha rehe, ha umi tapicha che pochy rehegua ári ame'ẽta chupe tembiapoukapy, ojagarra hag̃ua mba'erepy ojeporavóva, ha ojapyhy hag̃uáicha mba'e, ha opyrũ hag̃ua hesekuéra tape ruguáicha. Isaías 10:5, 6.</w:t>
      </w:r>
    </w:p>
    <w:p>
      <w:pPr>
        <w:pStyle w:val="ArticleBody"/>
        <w:jc w:val="left"/>
      </w:pPr>
      <w:r>
        <w:rPr>
          <w:rFonts w:ascii="Times New Roman" w:hAnsi="Times New Roman" w:eastAsia="Times New Roman" w:cs="Times New Roman"/>
        </w:rPr>
        <w:t>Mokõi ysyry osẽ vaʼekue Edéngui ohupyty hag̃ua Rebeca ñemoñare ha iñemenda joajupyre Isaac ndive, ha upégui tenonderã Jacob peve, moõ y mokõive ysyry rehegua ojehechauka mokõi ára pukukue iñambuéva ramo, peteĩteĩ siete jevy. Upe rire, umi mokõi ysyry peteĩcha osyry Daniel kuatiañeʼẽ paha seis kapítulo rupive, moõ mbohapy kapítulo ojehechauka peteĩteĩ ysyry reheve. Peteĩ ysyry ohechauka arandu ñemongakuaa oñembojaʼoʼỹ vaʼekue kapítulo siete, ocho ha nueve-pe, ha pe ambue ysyry ohechauka arandu ñemongakuaa oñembojaʼoʼỹ vaʼekue kapítulo diez, once ha doce-pe.</w:t>
      </w:r>
    </w:p>
    <w:p>
      <w:pPr>
        <w:pStyle w:val="ArticleBody"/>
        <w:jc w:val="left"/>
      </w:pPr>
      <w:r>
        <w:rPr>
          <w:rFonts w:ascii="Times New Roman" w:hAnsi="Times New Roman" w:eastAsia="Times New Roman" w:cs="Times New Roman"/>
        </w:rPr>
        <w:t>Umi kapítulo siete, ocho ha nueve ojehechauka pe visión del Ulai ramo, ha Cristo ojehechauka peteĩchaite umi kapítulo diez, once ha doce-pe. Mokõive visión ysyrýpe, ojehechaukáva mbohapy kapítulo rupive, Cristo ojehechauka oñembo’y hag̃uáicha y ári.</w:t>
      </w:r>
    </w:p>
    <w:p>
      <w:pPr>
        <w:pStyle w:val="ArticleScripture"/>
        <w:jc w:val="left"/>
      </w:pPr>
      <w:r>
        <w:rPr>
          <w:rFonts w:ascii="Times New Roman" w:hAnsi="Times New Roman" w:eastAsia="Times New Roman" w:cs="Times New Roman"/>
        </w:rPr>
        <w:t>Ha ojehuvo upéicha, che, Daniel, ahechávo pe visión ha añeha’ãvo aikuaa hag̃ua he’iséva, péina ápe, oñembo’y che renondépe peteĩ kuimba’e joguaha. Ha ahendu peteĩ kuimba’e ñe’ẽ Ulai rembe’y kuéra mbytépe, osapukáiva ha he’íva: Gabriel, embokuaa ko kuimba’épe pe visión. Daniel 8:15, 16.</w:t>
      </w:r>
    </w:p>
    <w:p>
      <w:pPr>
        <w:pStyle w:val="ArticleBody"/>
        <w:jc w:val="left"/>
      </w:pPr>
      <w:r>
        <w:rPr>
          <w:rFonts w:ascii="Times New Roman" w:hAnsi="Times New Roman" w:eastAsia="Times New Roman" w:cs="Times New Roman"/>
        </w:rPr>
        <w:t>Pe visión Cristo rehegua capítulo diez-pe ojogua pe visión Juan ohechava’ekue Apocalipsis capítulo uno-pe, ha Daniel pe visión capítulo ocho-pe Palmoni oĩ y ári, oĩ haguéicha capítulo doce-pe, upépe oñemonde va’ekue líno rehe.</w:t>
      </w:r>
    </w:p>
    <w:p>
      <w:pPr>
        <w:pStyle w:val="ArticleScripture"/>
        <w:jc w:val="left"/>
      </w:pPr>
      <w:r>
        <w:rPr>
          <w:rFonts w:ascii="Times New Roman" w:hAnsi="Times New Roman" w:eastAsia="Times New Roman" w:cs="Times New Roman"/>
        </w:rPr>
        <w:t>“Gabriel oúvo jave ramo, maranduhára Daniel ndaikatúi oguereko mbo’eve ambue ñembo’e; ha mbovymi ary rire, oipotágui oikuaa hetave umi mba’e guive ne’ĩra gueteri oñemyesakãmba, jevy oñemoĩ oheka hag̃ua Tupãgui tesape ha arandu. ‘Umi ára-pe che Daniel aime vaekue chepy’apy mbohapy semána pukukue. Ndakarúi mbujape he’ẽ porãva, ni so’o ni víno ndoikéi che jurúpe, ha ndañemoĩri mba’eveichagua asýte…. Upéi ahupi che resa ha ama’ẽ, ha péina peteĩ kuimba’e ao línopegua rehe oñemondeva’ekue, ha ikuatia’yjere oñeñapytĩ óro iporãitereívagui Uphaz-gua reheve. Hete avei ha’e vaekue berilo-icha, hova pe ára vera-icha, hesa tata rendy-icha, ha ijyva ha ipy overa vaekue brónse oñemopotĩ porãva-icha, ha iñe’ẽ tyapu ha’e vaekue aty guasu ayvu-icha.’”</w:t>
      </w:r>
    </w:p>
    <w:p>
      <w:pPr>
        <w:pStyle w:val="ArticleScripture"/>
        <w:jc w:val="left"/>
      </w:pPr>
      <w:r>
        <w:rPr>
          <w:rFonts w:ascii="Times New Roman" w:hAnsi="Times New Roman" w:eastAsia="Times New Roman" w:cs="Times New Roman"/>
        </w:rPr>
        <w:t>“Peteĩ mba’eichagua tapicha ndaha’éiva michĩvéva Tupã Ra’y ojechauka vaekue Daniel-pe. Ko ñemombe’u ojogua pe ome’ẽ vaekue Juan, Cristo ojehechauka ramo guare chupe Patmos Ypýpe. Ñane Ruvicha ko’ág̃a ou ambue marandu yvagapegua ndive ombo’e hag̃ua Daniel-pe mba’épa oikótava umi ára pahápe. Ko kuaa oñeme’ẽ Daniel-pe ha ojehai vaekue py’a guive ñandéve g̃uarã, ñande rehe oguahẽmava ko yvy arapaha.” Review and Herald, 8 de febrero, 1881.</w:t>
      </w:r>
    </w:p>
    <w:p>
      <w:pPr>
        <w:pStyle w:val="ArticleBody"/>
        <w:jc w:val="left"/>
      </w:pPr>
      <w:r>
        <w:rPr>
          <w:rFonts w:ascii="Times New Roman" w:hAnsi="Times New Roman" w:eastAsia="Times New Roman" w:cs="Times New Roman"/>
        </w:rPr>
        <w:t>Pe visión Hidékel-pe Cristo rehegua capítulo diez-pe, Cristo oĩ y ári ha oñemonde ao líno-gui, ha pe visión Ulai-pe ha’e avei oĩ y ári. Pe visión Apocalipsis peteĩme ojokupyty pe visión ojehechaukáva pe visión Ulai ha Hidékel-pe ndive, moõ Hermana White he’iha ha’eha “ndaha’éi peteĩ tekove ambuéva, Síno Tupã Ra’y.” Ha’e omoĩ jave pe ánhel Apocalipsis diez-pe, he’i pe ánhel rehe ha’e hague “ndaha’éi peteĩ tekove ambuéva, Síno Jesucristo.” Pe ánhel Apocalipsis diez-pe ohupi Ipo yvágape ha oñe’ẽ hag̃ua jurámento rupive upe oikovéva opa ára g̃uarã rehe, oñembojoajúva pe visión Cristo rehegua capítulo doce-pe, moõ ha’e ohupi mokõivéva Ipo yvágape ha oñe’ẽ jurámento rupive upe oikovéva opa ára g̃uarã rehe. Apocalipsis diez-pe Ha’e oĩ mokõivéva y ha yvy ári.</w:t>
      </w:r>
    </w:p>
    <w:p>
      <w:pPr>
        <w:pStyle w:val="ArticleBody"/>
        <w:jc w:val="left"/>
      </w:pPr>
      <w:r>
        <w:rPr>
          <w:rFonts w:ascii="Times New Roman" w:hAnsi="Times New Roman" w:eastAsia="Times New Roman" w:cs="Times New Roman"/>
        </w:rPr>
        <w:t>Pe mba’épa oĩ peteĩ ysyry “y rembe’ykuéra apytépe” ha’e y, ha Daniel ohendu “kuimba’e ñe’ẽ y rembe’ykuéra apytépe”, upévare upe ñe’ẽ ou pe kuimba’égui oĩvagui y ári, ha upe ñe’ẽ ha’e va’ekue pe Ulai ysyry ykuéra ryapu.</w:t>
      </w:r>
    </w:p>
    <w:p>
      <w:pPr>
        <w:pStyle w:val="ArticleScripture"/>
        <w:jc w:val="left"/>
      </w:pPr>
      <w:r>
        <w:rPr>
          <w:rFonts w:ascii="Times New Roman" w:hAnsi="Times New Roman" w:eastAsia="Times New Roman" w:cs="Times New Roman"/>
        </w:rPr>
        <w:t>Ha pe irundy ha irundyhápe ára jasy peteĩha guive, che aime aja pe ysyry guasu rembe’ýpe, upéva hína Hidékel; upérõ ahupi che resa ha ama’ẽ, ha péina ápe peteĩ kuimba’e oñemonde líno reheve, ha ikupe guive ojokua óro porãite Upazgua reheve. Hetépe katu ojogua berílope, hova katu ojogua ára vera-pe, hesa katu tata rendyicha, ijyva ha ipy katu ojogua vrónse oñemopotĩ porãvape, ha iñe’ẽnguéra pu katu ojogua heta táva ayvupe. …</w:t>
      </w:r>
    </w:p>
    <w:p>
      <w:pPr>
        <w:pStyle w:val="ArticleScripture"/>
        <w:jc w:val="left"/>
      </w:pPr>
      <w:r>
        <w:rPr>
          <w:rFonts w:ascii="Times New Roman" w:hAnsi="Times New Roman" w:eastAsia="Times New Roman" w:cs="Times New Roman"/>
        </w:rPr>
        <w:t>Ha nde, Daniel, emboty umi ñe’ẽ ha emoĩ hag̃ua aranduka rehe peteĩ sella ipaha peve: heta oñani hag̃ua ko’ápe ha upépe, ha arandu oñembohetavéta. Upéi che Daniel ama’ẽ, ha péina ápe, mokõi ambue opyta; peteĩ ysyry rembe’y ko gotyo, ha ambue ysyry rembe’y amo gotyo. Ha peteĩ he’i pe kuimba’épe ao líno guiguápe oñemonde va’ekuépe, pe oĩvape ysyry y ári: Mboy araka’e peve piko oikóta ko’ã mba’e hechapyrã ipaha? Ha ahendu pe kuimba’e ao líno guiguápe oñemonde va’ekuépe, pe oĩvape ysyry y ári, omopu’ãvo ipo akatúa ha ipo asu yvágape, ha ohura pe oikovéva opa ára g̃uarã rérape, kóva oikótaha peteĩ ára, mokõi ára ha mbyte ára pukukue; ha ojapopa rire omyasãi hag̃ua pe pu’aka tavayguakuéra marangatu rehegua, opa ko’ã mba’e oñemohu’ãta.</w:t>
      </w:r>
    </w:p>
    <w:p>
      <w:pPr>
        <w:pStyle w:val="ArticleScripture"/>
        <w:jc w:val="left"/>
      </w:pPr>
      <w:r>
        <w:rPr>
          <w:rFonts w:ascii="Times New Roman" w:hAnsi="Times New Roman" w:eastAsia="Times New Roman" w:cs="Times New Roman"/>
        </w:rPr>
        <w:t>Ha ahendu, ha ndikuaái; upéi ha’e: Che Ruvicha, mba’épa opa hag̃ua ko’ã mba’e? Ha ha’e he’i: Tereho nde rape, Daniel; ko’ã ñe’ẽ oñemboty ha oñesegella hag̃ua pe ára paha peve. Heta oñemopotĩta, oñembyurúta ha oñeha’ãta; katu umi iñañáva ojapóta iñañáva; ha avave umi iñañávagui noikũmbymo’ãi; katu umi arandu oikũmbýta. Daniel 10:4–6; 12:4–10.</w:t>
      </w:r>
    </w:p>
    <w:p>
      <w:pPr>
        <w:pStyle w:val="ArticleBody"/>
        <w:jc w:val="left"/>
      </w:pPr>
      <w:r>
        <w:rPr>
          <w:rFonts w:ascii="Times New Roman" w:hAnsi="Times New Roman" w:eastAsia="Times New Roman" w:cs="Times New Roman"/>
        </w:rPr>
        <w:t>Mokõi ysy guasu Sinar pegua, Sister White ohechauka haguéicha, mokõivéva ojoaju peteĩ visión rehe, upépe Cristo oĩ y ári oñe’ẽvo, ipu’ãgui ha’e heta y ryapuicha. Mokõive visión-pe oñeporandu pe porandu: “araka’e peve”. Mokõive ysy avei ojehechauka Daniel “porandu ha mbohovái” rupive capítulo ocho-pe, ha’éva Adventismo rembiapo yta mbyte ha iñepyrũmby. Upépe, umi mokõi ysy ha’e símbolo umi “siete tiempos” pegua, ha’éva ñemosarambi ha ñemondo yvýre pe santuario ha pe ehérsito rehegua. Umi mokõi ysy omohu’ã hembiapo Tupã kastígo yvyra ramo, upéi hag̃ua osyry pe historia Millerita-pe, pe ánhel peteĩha rehegua, upépe William Miller ojuhu va’ekue iñepyrũha itaju profético, ha’éva pe línea umi “siete tiempos” rehegua Levítico veinte y seis-pe. Umi mokõi ysy orrepresenta umi mokõi ñemosarambi 2520 ary rehegua, oñemboguata va’ekue umi mokõi león Asiria ha Babilonia gua reheve, umíva ojerrepresentáva Tigris ha Éufrates rupive, ha katuete Lea ha Raquel rupive avei, Rebeca sobrina-kuéra, peteĩ ñe’ẽme’ẽ ñemenda oiko va’ekue Isaac oguerekórõ guare cuarenta ary, ojehaiháicha Génesis 2520-pe.</w:t>
      </w:r>
    </w:p>
    <w:p>
      <w:pPr>
        <w:pStyle w:val="ArticleBody"/>
        <w:jc w:val="left"/>
      </w:pPr>
      <w:r>
        <w:rPr>
          <w:rFonts w:ascii="Times New Roman" w:hAnsi="Times New Roman" w:eastAsia="Times New Roman" w:cs="Times New Roman"/>
        </w:rPr>
        <w:t>Miller opresenta hag̃ua añoite “mokõi jevy rire” isarambiha pe tetãnguéra yvy gotyo pe rreino yvy gotyo Judá rehegua, oñemohu’ãva pe profesía 2300 ary rehegua ndive ary 1844-pe. Ary 1856-pe, pe “vino pyahu” umi “mokõi jevy rire” rehegua ohechauka pe isarambiha peteĩchaite pe rreino yvate gotyo rehe, opa hag̃ua ary 1798-pe. Oĩ rupi kóva William Miller rembikuaaukaha profesiagua peteĩha ramo, pe ysyry Éufrates y oñeg̃uahẽ pe doctrina alfa ramo pe ángel peteĩha rembiasakuepe. Pe ysyry Ulai y og̃uahẽ pe ángel mbohapyha ndive. Pe Miller rembikuaaukaha alfa va’ekue ha’e va’ekue umi mokõi jevy rire, oñerrepresentáva pe ysyry Ulai rupive; ha pe Hiram Edson rembikuaaukaha omega va’ekue ha’e umi mokõi jevy rire, oñerrepresentáva pe ysyry Hiddekel rupive.</w:t>
      </w:r>
    </w:p>
    <w:p>
      <w:pPr>
        <w:pStyle w:val="ArticleBody"/>
        <w:jc w:val="left"/>
      </w:pPr>
      <w:r>
        <w:rPr>
          <w:rFonts w:ascii="Times New Roman" w:hAnsi="Times New Roman" w:eastAsia="Times New Roman" w:cs="Times New Roman"/>
        </w:rPr>
        <w:t>Pe 2520 ohechauka pe aravo pukukue oĩva peteĩcha káda rréinope guarã, hákatu oñepyrũ ha oñemohuʼã irundy-pa poapy ary ojoavy hag̃uére. 1798 ohechauka pe ára paha ha pe ánhel peteĩha oguahẽha, Apocalipsis catorcepegua. 1798 haʼe pe ñembotýva pe 2520 ary ñemosarambipa rehegua oguerúvaʼekue pe rréino yvate gotyope pe león Asiriagua rupive. 1844 haʼe pe ñembotýva pe “siete tiempos” oguerúvaʼekue pe rréino sur gotyope ári ha ojehechauka pe león Babiloniagua rupive. Mokõi ysyry haʼe umi mokõi paha omoĩva límite pe tembiasakuepe pe marandu pe ánhel peteĩha ha mokõiha rehegua, opa vaʼekue pe mbohapyha oguahẽvo 22 de octubre de 1844-pe, upérõ oñembopu mokõivéva pe trompéta pokatuha ha avei pe trompéta jubileogua pe Ára Antitípico de la Expiación-pe.</w:t>
      </w:r>
    </w:p>
    <w:p>
      <w:pPr>
        <w:pStyle w:val="ArticleScripture"/>
        <w:jc w:val="left"/>
      </w:pPr>
      <w:r>
        <w:rPr>
          <w:rFonts w:ascii="Times New Roman" w:hAnsi="Times New Roman" w:eastAsia="Times New Roman" w:cs="Times New Roman"/>
        </w:rPr>
        <w:t>Upérõ rembokapu pe trompéta ára joajúgua osẽ hag̃ua séptimo jasy ára pahápe, pe ára ñemopotĩha árape pembopu va’erã pe trompéta opaite pende yvýpe. Levítico 25:9.</w:t>
      </w:r>
    </w:p>
    <w:p>
      <w:pPr>
        <w:pStyle w:val="ArticleBody"/>
        <w:jc w:val="left"/>
      </w:pPr>
      <w:r>
        <w:rPr>
          <w:rFonts w:ascii="Times New Roman" w:hAnsi="Times New Roman" w:eastAsia="Times New Roman" w:cs="Times New Roman"/>
        </w:rPr>
        <w:t>Pe séptimo trompeta oñembopúvo ha’e peteĩ símbolo Cristo rembiapo rehegua, ombojoajúvo iDivinidad yvypóra reko ndive, ha ojehechauka pe visión Ysyry Ulái pegua 2300 ary rupive; ha pe jubileo trompeta oñembopúvo ha’e peteĩ símbolo yvy ñe’ẽme’ẽ rehegua, ojepoka vaʼekue ha oguerúva Ñandejára tavayguakuérape hiʼári, upe Daniel ohenóiva Moisés maldición ha ñe’ẽ juramentoramo, ha upe Moisés ohenóiva “Ñandejára ñe’ẽme’ẽ ñorairõ.”</w:t>
      </w:r>
    </w:p>
    <w:p>
      <w:pPr>
        <w:pStyle w:val="ArticleScripture"/>
        <w:jc w:val="left"/>
      </w:pPr>
      <w:r>
        <w:rPr>
          <w:rFonts w:ascii="Times New Roman" w:hAnsi="Times New Roman" w:eastAsia="Times New Roman" w:cs="Times New Roman"/>
        </w:rPr>
        <w:t>Heẽ, opaite Israel ohasa nde léi, jepe ojei hag̃ua, ani hag̃ua ohendu nde ñe’ẽ; upévare oñehenói ore ári pe ñemaldisión, ha pe ñe’ẽme’ẽ ojehaíva Moisés léipe, Tupã rembiguái, pórke ore roñangaipa hese. Daniel 9:11.</w:t>
      </w:r>
    </w:p>
    <w:p>
      <w:pPr>
        <w:pStyle w:val="ArticleBody"/>
        <w:jc w:val="left"/>
      </w:pPr>
      <w:r>
        <w:rPr>
          <w:rFonts w:ascii="Times New Roman" w:hAnsi="Times New Roman" w:eastAsia="Times New Roman" w:cs="Times New Roman"/>
        </w:rPr>
        <w:t>Pe “maldisión” ha pe “juramento” ojehai vaʼekue “Moisés léipe” haʼe hína pe “siete veces” Levítico mokõipa poteĩme. Pe ñeʼẽ oñembohasáva “juramento” ramo haʼe peve pe ñeʼẽ hebreo ojeporúva Levíticope oñembohasa hag̃ua “siete veces” ramo. Pe maldición, oñembyai haguére pe juramento pe pacto rehegua capítulo mokõipa pohápe, oñemoĩ hag̃ua capítulo mokõipa potepoteĩme, upépe Moisés omombeʼu pe maldición haʼeha pe “controversia del pacto.”</w:t>
      </w:r>
    </w:p>
    <w:p>
      <w:pPr>
        <w:pStyle w:val="ArticleScripture"/>
        <w:jc w:val="left"/>
      </w:pPr>
      <w:r>
        <w:rPr>
          <w:rFonts w:ascii="Times New Roman" w:hAnsi="Times New Roman" w:eastAsia="Times New Roman" w:cs="Times New Roman"/>
        </w:rPr>
        <w:t>Upéicha che avei aguáta pende rehe peñemoĩ hag̃uáicha che rehe, ha che pende castiga jeýta siete jey pene angaipa rehe. Ha amondoíta pende ári peteĩ kyse puku, oñembyaty hag̃uáicha mymbaje che ñemoñe’ẽme’ẽ rehe; ha peñembyatýramo pene táva ryepýpe, amondoíta pende apytépe mba’asy vai; ha peẽ peñeme’ẽta pe enemigo pópe. Levítico 26:24, 25.</w:t>
      </w:r>
    </w:p>
    <w:p>
      <w:pPr>
        <w:pStyle w:val="ArticleBody"/>
        <w:jc w:val="left"/>
      </w:pPr>
      <w:r>
        <w:rPr>
          <w:rFonts w:ascii="Times New Roman" w:hAnsi="Times New Roman" w:eastAsia="Times New Roman" w:cs="Times New Roman"/>
        </w:rPr>
        <w:t>Ñandejára ogueru Asiria león kyse pe rréino yvate gotyo ári, “ombohasa asy hag̃ua” chupekuéra ome'ẽvo chupekuéra “enemígo pópe”, ary 723 a.C. Pe 46 ary rire, ary 677 a.C.-pe, pe rréino sur gotyo oikuaa Moisés maldición. Moisés maldición hína pe ñe'ẽjoavy pe pákto rehegua. 46 ary pukukue, Mesopotamia león-kuéra ojeiporu va'ekue Ñandejára rehegua hag̃ua oipe'a ha opyrũ hag̃ua pe ehérsito. Upe 46 ary paha gotyo, Nabucodonosor ohundi pe santuario. Pe ehérsito Daniel porandúpe, versíkulo 13-pe Daniel 8-pe, oiko tembiguáiramo iñenemigo-kuéra poguýpe 46 ary pukukue, ha upéva oguahẽ pe santuario ñehundípe, ha upéva hína pe ambue mba'e oñepyrũva'erã va'ekue versíkulo 13-pe. Umi ysyry oguahẽrõ guare 1798 ha 1844-pe, peteĩ ehérsito oñembyaty va'ekue peteĩ témporamo; pe ehérsito niko peteĩ tete, ha pe tete ha'e peteĩ témpora. Upe arange opa rire, pe témpora oñemopu'ãva pe 46 ary aja va'ekue oĩva'erã ombojoaju hag̃ua pe témpora yvagapegua ndive pe ñemendápe Divinidad ha yvypóra reko apytépe. Ñemenda niko mokõi témpora apytépe, ha upe Ñandejára ombojoajúva ndovaléi oĩ hag̃ua oñemboja'óva.</w:t>
      </w:r>
    </w:p>
    <w:p>
      <w:pPr>
        <w:pStyle w:val="ArticleBody"/>
        <w:jc w:val="left"/>
      </w:pPr>
      <w:r>
        <w:rPr>
          <w:rFonts w:ascii="Times New Roman" w:hAnsi="Times New Roman" w:eastAsia="Times New Roman" w:cs="Times New Roman"/>
        </w:rPr>
        <w:t>Y Tígris y ojegua 1798-pe, ha y Éufrates y og̃uahẽ 1844-pe. Mbohapyha ánhel og̃uahẽ mboyve, mokõiha ánhel og̃uahẽ, ha upéi Exeter, New Hampshire pegua aty kampápe, agosto 12 guive 17 peve ary 1844-pe, oñehẽ hag̃ua pe Pyharepyte Sapy’a Ñe’ẽmondo. Exeter he’ise “pukukue y rehegua mbarete renda”, ha pe aty kampápe ojejapo avei peteĩ aty japu ambue óga ao guýpe, omopu’ãva peteĩ aty Watertown, Massachusetts guive. Umi y oñepyrũva Edénpe, Sister White he’iháicha, hi’aguĩma hag̃ua oñemosarambi “peteĩ y guasu ojupi ha ou jeyháicha” opaite tava rembe’y kuarahyresẽ gotyo Estados Unidos-pe. Pe yvyryrýi omoñepyrũva upe y guasu ojupi ha ou jey hag̃ua oiko va’ekue Edén Ñemitỹme, Satanás ipu’aka ramo yvypóra ári, omoheñóivo peteĩ myakãhatã yvy guýpe Edénpe, ha umi ijatyry og̃uahẽ pe Pyharepyte Sapy’a Ñe’ẽmondópe pe tembiasakue Millerita ryepýpe. Upe y guasu ojupi ha ou jeyva oike hyepýpe pe Pyharepyte Sapy’a Ñe’ẽmondópe umi cien cuarenta y cuatro mil rembiasakue ryepýpe, ha pe atyry oñepyrũva Adán angaipa yvyryrýigui og̃uahẽ pe yvyryrýi pe domingo léi rehegua Apocalipsis kapítulo once-pe.</w:t>
      </w:r>
    </w:p>
    <w:p>
      <w:pPr>
        <w:pStyle w:val="ArticleBody"/>
        <w:jc w:val="left"/>
      </w:pPr>
      <w:r>
        <w:rPr>
          <w:rFonts w:ascii="Times New Roman" w:hAnsi="Times New Roman" w:eastAsia="Times New Roman" w:cs="Times New Roman"/>
        </w:rPr>
        <w:t>Cristo ñe'ẽ hína heta y rembe'y ñe'ẽ, ha umi y oñembojoajúvo omoheñói ama paha marandu. Isaías ha ita'ýra Sear-jasub oĩ pe mbohapyha versíkulope, mokõiha capítulo poapyhápe, pe y rupa yvategua rysýi ykére, oikuave'ẽ hag̃ua ama paha marandu pe sellado árape umi cien cuarenta y cuatro mil rehegua. Upépe Isaías he'i pe mburuvicha guasu tavy ha añáva Acaz rehe Ñandejára ombouha hese Asiria ykuéra, mburuvicha guasu Senaquerib rehegua, ha pe iy osyrytaha ijajúra peve.</w:t>
      </w:r>
    </w:p>
    <w:p>
      <w:pPr>
        <w:pStyle w:val="ArticleScripture"/>
        <w:jc w:val="left"/>
      </w:pPr>
      <w:r>
        <w:rPr>
          <w:rFonts w:ascii="Times New Roman" w:hAnsi="Times New Roman" w:eastAsia="Times New Roman" w:cs="Times New Roman"/>
        </w:rPr>
        <w:t>Upéi avei Ñandejára he’i chéve jey, kóicha: Ko tetã oguerovia’ỹgui umi y Shiloah pegua osyry mbeguekatu hag̃uáicha, ha ovy’agui Rezín rehe ha Remalías ra’y rehe; ko’ág̃a upévare, péina, Ñandejára omboúta hi’árikuéra ysyry guasu y, mbarete ha heta, ha’éva Asiria ruvicha guasu ha opa iñemimbipa; ha ha’e ojupíta opa umi hi’ysyry rape ári, ha ohasáta opa umi hembe’y ári; ha ohasáta Judá rupi; otyryrýta ha osapukáita hi’ári, og̃uahẽta pe ajúra peve; ha ipepo kuéra ojepyso hag̃uáicha omyenyhẽta nde yvy ipukukue, Nde, Emanuel. Isaías 8:5–8.</w:t>
      </w:r>
    </w:p>
    <w:p>
      <w:pPr>
        <w:pStyle w:val="ArticleBody"/>
        <w:jc w:val="left"/>
      </w:pPr>
      <w:r>
        <w:rPr>
          <w:rFonts w:ascii="Times New Roman" w:hAnsi="Times New Roman" w:eastAsia="Times New Roman" w:cs="Times New Roman"/>
        </w:rPr>
        <w:t>Acaz omboyke umi y Ñandejára “omondovaʼekue”, upévare Ñandejára “omondo” umi y Asiria guápe Acaz rendápe. Acaz “ovyʼa” pe joaju rehegua “Rezín ha Remalías raʼy” ndive. Acaz “ovyʼa” peteĩ marandu japu ama paha guigua rehe, ojehechauka hag̃ua Rezín ha Remalías raʼy rupive.</w:t>
      </w:r>
    </w:p>
    <w:p>
      <w:pPr>
        <w:pStyle w:val="ArticleBody"/>
        <w:jc w:val="left"/>
      </w:pPr>
      <w:r>
        <w:rPr>
          <w:rFonts w:ascii="Times New Roman" w:hAnsi="Times New Roman" w:eastAsia="Times New Roman" w:cs="Times New Roman"/>
        </w:rPr>
        <w:t>Rezín ha Remalías ra’y, ha’éva Peka, mburuvicha pe tetãnguéra yvate gotyo pegua rréinope, ohechauka peteĩ mba’e gua’u Isaías ha ita’y rehegua. Pe mburuvicha tavy ha aña Acaz “ovy’a” pe joaju rehe, ojehechaukáva Israel retã yvate gotyo pegua pa tribal ha Siria rupive, oikuaaukáva pe joaju ndoikovéiva iglesia ha estado apytépe pe léi domingope. Acaz ovy’a, cháke ñemotĩ ha vy’a hína umi mokõi ñeñandu ojoavyetéva oipurúva pe inspiración oñe’ẽ hag̃ua umi rehe ojehechaukáva pe ñomongeta ama pahápe guarépe. Jeremías ho’úrõ guare pe kuatiañe’ẽ michĩva, upéva va’ekue ipy’a vy’a ha hory, ha Joel oikuaauka ñandéve Tupã retãyguakuéra araka’eve ndotĩmo’ãiha. Acaz, peteĩ Laodiceagua ramo, oĩ pytũmbýpe, upévare ovy’a pe y gua’u marandu rehe ha omboyke Isaías marandu añetéva y rehegua. Ha’e oĩva’erã ñemotĩme ojerovia haguére pe ama pahápe guare marandu japu rehe, ojehechaukáva pe ysyry guasu pe mburuvicha yvate gotyogua rehe, péro ha’e omboyke pe marandu Siloah rehegua.</w:t>
      </w:r>
    </w:p>
    <w:p>
      <w:pPr>
        <w:pStyle w:val="ArticleBody"/>
        <w:jc w:val="left"/>
      </w:pPr>
      <w:r>
        <w:rPr>
          <w:rFonts w:ascii="Times New Roman" w:hAnsi="Times New Roman" w:eastAsia="Times New Roman" w:cs="Times New Roman"/>
        </w:rPr>
        <w:t>Pe mensáhe Shiloah rehegua Isaías ocho-pe ha’e pe mensáhe ama pahápegua rehegua. Pe yvu’ỹ Shiloah rehegua ojekuaa Testamento Pyahupe Siloam yvu’ỹramo. Hebréope térã griegópe he’ise “mondopyre”. Oiko porã kuri Cristo oho hag̃ua ikatu hag̃uáicha “omondo” Espíritu Santo. Isaías ha Acaz oĩ hikuái pe yvu’ỹ Shiloahpe, ha pe prueba oĩ ipype jahecha hag̃ua oguerekótapa jerovia pe y yvoty porã ohasáva sa’ive rehe, Shiloah rehe, ojehechaukáva Isaías ha ita’ýra rupive, térã jerovia Rezín ha Remalías ra’y rehe. Acaz oiporavo mokõi y apytépe: Shiloah ykuéra térã Asiria ruvicha guasu ykuéra. Acaz ovy’a pe joaju ha pe mensáhe ojehechaukáva Rezín ha Remalías ra’y rupive rehe, ha upévare oguereko pe inundación ñehundi rehegua, pe y syry mbeguéva ohasáva hag̃ua ijuzgamientope rangue. Ijuzgamiento ohechauka pe léi domingo rehegua, pe mburuvicha yvate yvategua yvate gotyo rehegua ojaho’ipa jave opaite yvy ape ári peteĩ inundaciónicha. Péva oiko pe léi domingo guive tenonderã, upe jave avei pe inundación Pyhare Mbytegua Sapy’a Aty rehegua oitypa avei ko yvy ape ári.</w:t>
      </w:r>
    </w:p>
    <w:p>
      <w:pPr>
        <w:pStyle w:val="ArticleBody"/>
        <w:jc w:val="left"/>
      </w:pPr>
      <w:r>
        <w:rPr>
          <w:rFonts w:ascii="Times New Roman" w:hAnsi="Times New Roman" w:eastAsia="Times New Roman" w:cs="Times New Roman"/>
        </w:rPr>
        <w:t>Acaz ovy’a pe ñemoirũ umi diez trívu yvate guápegua ha Síria ndive, ha upévare ovy’a pe marandu ombojoajúvare iglesia ha estado, oñerrepresentaháicha opaichagua joaju ndoikóiva léi ramo ojejuhúva Tupã Ñe’ẽme. Isaías orrepresenta peteĩ Filadelfiagua ha Acaz peteĩ Laodiceagua. Cristo ombojoaju Isaías testimonio imba’éva reheve omonguerávo pe kuimba’e ohecha’ỹva, peteĩ Laodiceagua, pe yvu Siloam pegua ypýpe.</w:t>
      </w:r>
    </w:p>
    <w:p>
      <w:pPr>
        <w:pStyle w:val="ArticleScripture"/>
        <w:jc w:val="left"/>
      </w:pPr>
      <w:r>
        <w:rPr>
          <w:rFonts w:ascii="Times New Roman" w:hAnsi="Times New Roman" w:eastAsia="Times New Roman" w:cs="Times New Roman"/>
        </w:rPr>
        <w:t>Ha ohasa hag̃ua Jesús, ohecha peteĩ kuimba'e oikóvape pytũmbýpe iñepyrũmby guive. Ha hemimbo'ekuéra oporandu chupe, he'ívo: Mbo'ehára, máva piko opeka, ko kuimba'e térã itúva ha isy, ha'évarepa onase pytũ?</w:t>
      </w:r>
    </w:p>
    <w:p>
      <w:pPr>
        <w:pStyle w:val="ArticleScripture"/>
        <w:jc w:val="left"/>
      </w:pPr>
      <w:r>
        <w:rPr>
          <w:rFonts w:ascii="Times New Roman" w:hAnsi="Times New Roman" w:eastAsia="Times New Roman" w:cs="Times New Roman"/>
        </w:rPr>
        <w:t>Jesús ombohovái: Nda’éi ko kuimba’e opekava’ekue, ni itúva kuéra; síno ojehechauka hag̃ua hese Tupã rembiapo. Che aikotevẽ ajapo pe chemboúva rembiapo, ára aja guive; pyhare oguahẽ, avave ndaikatumo’ãihápe omba’apo. Aime aja ko yvy ape ári, che ha’e ko yvy arapýpe g̃uarã tesape. Ha he’i rire upéicha, ondyvu yvýre, ha ojapo tuju pe tyvýgui, ha omoĩ pe tuju pe ohecha’ỹva resáre, Ha he’i chupe: Tereho ejerovia hag̃ua Siloé ykuápe, (he’iséva, Ñemondo.) Ha’e oho upévare, ojohéi, ha ou ohechakuaávo.</w:t>
      </w:r>
    </w:p>
    <w:p>
      <w:pPr>
        <w:pStyle w:val="ArticleScripture"/>
        <w:jc w:val="left"/>
      </w:pPr>
      <w:r>
        <w:rPr>
          <w:rFonts w:ascii="Times New Roman" w:hAnsi="Times New Roman" w:eastAsia="Times New Roman" w:cs="Times New Roman"/>
        </w:rPr>
        <w:t>Upévare umi ijykére oikóva, ha umi yma guive ohecháva chupe ha’eha ohecha’ỹva, he’i: “¿Ndaha’éi piko kóva pe oguapýva ha ojeruréva limósna?” Oĩ he’íva: “Kóva hína”; ambue katu he’i: “Ha’e ojogua chupe”; ha’e katu he’i: “Che hína upéva”. Upévare ha’ekuéra he’i chupe: “¿Mba’éicha piko nde resa ojepe’a?”</w:t>
      </w:r>
    </w:p>
    <w:p>
      <w:pPr>
        <w:pStyle w:val="ArticleScripture"/>
        <w:jc w:val="left"/>
      </w:pPr>
      <w:r>
        <w:rPr>
          <w:rFonts w:ascii="Times New Roman" w:hAnsi="Times New Roman" w:eastAsia="Times New Roman" w:cs="Times New Roman"/>
        </w:rPr>
        <w:t>Ha'e ombohovái ha he'i: Peteĩ kuimba'e hérava Jesús ojapo tuju, ha omoĩ che resa ári, ha he'i chéve: Tereho ykua Siloam-pe, ha jejohéi. Ha ahávo ajehe'éi, ha ahecha jey. Juan 9:1–11.</w:t>
      </w:r>
    </w:p>
    <w:p>
      <w:pPr>
        <w:pStyle w:val="ArticleBody"/>
        <w:jc w:val="left"/>
      </w:pPr>
      <w:r>
        <w:rPr>
          <w:rFonts w:ascii="Times New Roman" w:hAnsi="Times New Roman" w:eastAsia="Times New Roman" w:cs="Times New Roman"/>
        </w:rPr>
        <w:t>Pe kuimba’e ohecha’ỹva, pe rréi Ahaz itavy ha hekoaña ndive, oñeha’ãmbyja hikuái oikópa hag̃ua jerovia y Siloampegua rehe térã pe ysyry guasu Asiriagua rehe. Pe kuimba’e ohecha’ỹva oikuaa ha’eha ohecha’ỹva; Ahaz katu ipirapire heta, oguereko mba’e heta, ha ndoikotevẽi mba’eve. Ahaz ha’e pe kuñataĩ tavy ama pahapeguápe, ha pe kuimba’e ohecha’ỹva katu peteĩ kuñataĩ arandu. Umi y oñemondóva guive, térã umi y oñemondóva Asiriágui, ha’e pe ñeha’ã.</w:t>
      </w:r>
    </w:p>
    <w:p>
      <w:pPr>
        <w:pStyle w:val="ArticleBody"/>
        <w:jc w:val="left"/>
      </w:pPr>
      <w:r>
        <w:rPr>
          <w:rFonts w:ascii="Times New Roman" w:hAnsi="Times New Roman" w:eastAsia="Times New Roman" w:cs="Times New Roman"/>
        </w:rPr>
        <w:t>Peteĩ ykua guasu ha’e pe tenda oñembyatýhápe y, ha ñe’ẽmarandu proféticope peteĩ ykua guasu ha’e pe tenda oñembyatýhápe opaichagua ysyrýi, ysyry guasu, ysyry michĩ, para, para guasu, ypa, ama ha ysapy opaite umi “y” rehegua ohechaukáva Cristo ñe’ẽ. Pe ykua guasu ama pahápegua oñemoheñói pe y osyryva ykua guasu yvate guive. Pe ykua guasu ohechauka pe marandu ama pahápegua rehegua peteĩ prueba ryepýpe. Acaz omboyke umi y osyry mbeguekatúva, ha pe kuimba’e áraity iñe’ẽrendu pe marandu ojoajúva pe ykua guasu ndive. Jesús oguenohẽ Hembiguáigui peteĩ parte Idiavidátagui, ojehechaukáva “tyvýi” ramo, ha ombojoaju ñai’ũ ndive, ohechaukáva pe ñembojoaju Divinidad ha humanidad rehegua Cristo rupive oñemohu’ãva pe Tenda Marangatúvape.</w:t>
      </w:r>
    </w:p>
    <w:p>
      <w:pPr>
        <w:pStyle w:val="ArticleBody"/>
        <w:jc w:val="left"/>
      </w:pPr>
      <w:r>
        <w:rPr>
          <w:rFonts w:ascii="Times New Roman" w:hAnsi="Times New Roman" w:eastAsia="Times New Roman" w:cs="Times New Roman"/>
        </w:rPr>
        <w:t>Cristo oñe’ẽ yvýpe ha ombojehe’a Itykuéra ojapo hag̃ua ñai’ũ. Ha’e oiporu pe marandu oñemoheñóiva Tupã reko ha yvypóra reko joaju rehe, oñohẽ hag̃ua pe ohecha’ỹva resa rehe. Pe marandu ojehechaukáva Tupã reko ha yvypóra reko joaju rupive ha’e pe marandu 1888 pegua, ha ojejapo oñemoambue hag̃ua peteĩ tapicha Laodicea rekogui Philadelphia rekópe. Péro pe marandu oikotevẽ yvypóra rembiapo joaju. Ha’ekuéra oho va’erã pe yvupe, upéi ojohéi.</w:t>
      </w:r>
    </w:p>
    <w:p>
      <w:pPr>
        <w:pStyle w:val="ArticleBody"/>
        <w:jc w:val="left"/>
      </w:pPr>
      <w:r>
        <w:rPr>
          <w:rFonts w:ascii="Times New Roman" w:hAnsi="Times New Roman" w:eastAsia="Times New Roman" w:cs="Times New Roman"/>
        </w:rPr>
        <w:t>Opavave angaipa ha ndaikatúi ohupyty Tupã mimbipa; ha Jesús he’i pe kuimba’e ohecha’ỹvape ha itúva sy ndaha’éi hague angaipáva. Jesús omboyke mba’épa máva rembiapo térã máva ojei hag̃ua pe kuimba’e ohecha’ỹva rekove añetegua rehe, ha ohechauka chupe peteĩ kuimba’e oñemopu’ãva’ekue ombojeguaru hag̃ua Ñandejárape; ha pe kuimba’e profético marandu’ípe Ñandejára Ñe’ẽme oñemopu’ãva “ohechauka hag̃ua Tupã rembiapokue” ha’e pe techaukaha, ojejapóva kuimba’e ha kuña-kuéragui ohasa va’ekue Laodiceágui Filadelfiápe. Pe techaukaha hína pe renda ojehechaukahápe Tupã rembiapokue, pórke Hembiapo va’ekue ombojoaju hag̃ua Tupãreko yvypóra rekóndi (oñetehẽháicha ñai’ũ pohã ñemohendápe), ha umi hembiapo jehechaukarã hína umi ndaha’éi pe Laodicea marandu añónte ohendúva, síno umi oseguíva upe ñe’ẽme oĩva pohã ñeme’ẽ. Pe pohã ñeme’ẽ pe kuimba’e ohecha’ỹvape g̃uarã ha’e va’ekue toho ha tojepo. Ohecha rire, noikotevẽi va’erãmo’ã oñeha’ã hag̃uáicha ombojeguaru Tupãme; umi mba’e oikóva ijerére voi ojapo upéva.</w:t>
      </w:r>
    </w:p>
    <w:p>
      <w:pPr>
        <w:pStyle w:val="ArticleBody"/>
        <w:jc w:val="left"/>
      </w:pPr>
      <w:r>
        <w:rPr>
          <w:rFonts w:ascii="Times New Roman" w:hAnsi="Times New Roman" w:eastAsia="Times New Roman" w:cs="Times New Roman"/>
        </w:rPr>
        <w:t>Oñepyrũ Cristo oñemboja hag̃ua, upéi oúvo Cristo rembiapo. Cristo rembiapo paha pe santuario yvagapeguápe yvypóra rehegua ha’e jahechajey hag̃ua peteĩ yvypórape peteĩ ñu kanguéta omanóva ha ipirúva guive, térã oĩ hag̃uáicha omanóva tape mbytépe, térã oĩ hag̃uáicha ohecha’ỹva mbopi háicha. Hembiapo paha ha’e omoheñoijey hag̃ua Ipuévlope Ta’angápe, ha upévaite pe tembiapo ojapova’ekue omoheñóirõ guare Adánpe yvyku’i yvýgui, upéi opytu’ũvo ipype tekove pytu. Pe tembiapo paha ha’e pe peteĩha tembiapo, ypy hag̃uáicha ojapo va’ekue ñai’ũ, ha upéi omoĩ hese Hespíritu rekove. Adán rehe, pe Espíritu ha’e va’ekue Ipytu; pe kuimba’e ohecha’ỹva rehe katu, pe y. Ezequiel ñu kanguéta omanóva rehe katu, peteĩ marandu ombyatýva ha’e pe omoheñóiva’ekue hete. Upéi peteĩ marandu irundy yvytu rehegua oñepytu hese pe rete ári, ha upéi opu’ã peteĩ ehérsito mbareteetéramo.</w:t>
      </w:r>
    </w:p>
    <w:p>
      <w:pPr>
        <w:pStyle w:val="ArticleBody"/>
        <w:jc w:val="left"/>
      </w:pPr>
      <w:r>
        <w:rPr>
          <w:rFonts w:ascii="Times New Roman" w:hAnsi="Times New Roman" w:eastAsia="Times New Roman" w:cs="Times New Roman"/>
        </w:rPr>
        <w:t>Pe kuimba'e ohecha'ỹva gueteri oiko hag̃uaicha, Jesús ohecha chupe ha upéi oñemboja hese. Ha'e oñemboja pe kuimba'e ohecha'ỹvape peteĩ porandu ijapo va'ekue idiscípulo kuéra ryepýpe, upéicha rupi ome'ẽvo chupe pa'ũ omopyenda hag̃ua pe marco profético añetéva ko techaukápe g̃uarã. Umi “tembiapo Tupã rehegua” ha'e peteĩ símbolo profético heta testígo rehegua rupive la Biblia-pe. Opa peteĩteĩ jehechauka umi “tembiapo Tupã rehegua” Escritura-kuérape oñemboguata hag̃ua pe ára ama ypykue paha peguápe. Jesús omoĩ pe tembiasakue contexto-pe pe marandu pahápe guarãicha, ojehechaukaháicha Elías rupive Malaquías rembiapokue paha versículo-kuérape.</w:t>
      </w:r>
    </w:p>
    <w:p>
      <w:pPr>
        <w:pStyle w:val="ArticleBody"/>
        <w:jc w:val="left"/>
      </w:pPr>
      <w:r>
        <w:rPr>
          <w:rFonts w:ascii="Times New Roman" w:hAnsi="Times New Roman" w:eastAsia="Times New Roman" w:cs="Times New Roman"/>
        </w:rPr>
        <w:t>Tuvakuéra ha pe mitã ára hũ ndojejaíri angaipa apohára ramo, ko árape ningo ojejapo hag̃ua Ñandejára rembiapo hechapyrãva, ha upe árape tuvakuéra py’a ha ta’ýra kuéra py’a oñemoambue hag̃ua ohecha hag̃ua pe mba’e oĩva tenondépe. Pe mba’e ningo kóva—pe kuimba’e Laodiceagua ára hũpa oñemoambuéma peteĩ kuimba’e Filadelfiagua oñehenóiva ramo. Upéva hína pe mba’e ombohováiva tuvakuérape ha pe mitãme ama paha ára jave, upéva niko avei pe huísio ára. Ha pe huísio ára oñemboguata mbohapyha ha irundyha ñemoñare pukukue rupi, Abraham ñemoñe’ẽme’ẽ maranduháicha. Pe kuimba’e ára hũ hína pe pahague ha irundyha ñemoñare, ha ituvakuéra hína mbohapyha. Upe periodo-pe pe marandu Elías rehegua omoĩ familias-kuérape umi circunstancia-pe, upépe ojejopy hag̃ua omoneĩ térã omboyke hag̃ua pe marandu Siloam ykuápegua. Pe rréi Ahaz, itavýva ha añáva, omboyke pe marandu upe ykuágui, ha pe kuimba’e ára hũ katu omoneĩ. Pe marandu Elías rehegua Malaquíaspe oñemoĩ peteĩ jeikoha ñe’ẽme’ẽ vai rehegua ryepýpe, Ñandejára ára guasu ha kyhyjehápe mboyve.</w:t>
      </w:r>
    </w:p>
    <w:p>
      <w:pPr>
        <w:pStyle w:val="ArticleBody"/>
        <w:jc w:val="left"/>
      </w:pPr>
      <w:r>
        <w:rPr>
          <w:rFonts w:ascii="Times New Roman" w:hAnsi="Times New Roman" w:eastAsia="Times New Roman" w:cs="Times New Roman"/>
        </w:rPr>
        <w:t>Jesús omohenda rire pe tekoveha jahesa’ỹijohína, omoinge avei pe mbykyhápe hembiapokue ko milágro rembipotáre ha’éva tekotevẽha omba’apo upérõ, og̃uahẽtaha peteĩ ára avave ndaikatumo’ãi omba’apo hag̃ua. Pe tembiapo ha’e oñe’ẽhague oikóma áraresakãme, ha tembiapo paha ojehechauka pyhare ramo. Iñe’ẽrã ohechauka pe tiempo de gracia ñemohu’ã.</w:t>
      </w:r>
    </w:p>
    <w:p>
      <w:pPr>
        <w:pStyle w:val="ArticleBody"/>
        <w:jc w:val="left"/>
      </w:pPr>
      <w:r>
        <w:rPr>
          <w:rFonts w:ascii="Times New Roman" w:hAnsi="Times New Roman" w:eastAsia="Times New Roman" w:cs="Times New Roman"/>
        </w:rPr>
        <w:t>Ha’e omohu’ãvo pe tembiapo huísio rehegua, oipe’a ijehegui ipa’i rembiporu ha omonde ijehegui py’aro ao. Ha’e omohu’ãvo upe tembiapo oĩva omboyke haguã umi okañývape umi ojesalvávagui, pe salvasiõ rembiapo opa. Upe aravo pe gracia rokẽ oñemboty, ha ko’ág̃a pyhare, avave ndaikatúi omba’apo. Cristo marandu ndaha’éi va’ekue añoite pe marandu Laodicea pegua peteĩ kuimba’e ohecha’ỹvape g̃uarã, síno ha’e va’ekue pe marandu Elías rehegua, oñemoĩmbyréva pe contexto ohechaukáva hi’aguĩha pe gracia ñemboty, upéva hína Cristo motivasiõ oñemomarangatúva omba’apo haguã ánga ñesalvárã.</w:t>
      </w:r>
    </w:p>
    <w:p>
      <w:pPr>
        <w:pStyle w:val="ArticleBody"/>
        <w:jc w:val="left"/>
      </w:pPr>
      <w:r>
        <w:rPr>
          <w:rFonts w:ascii="Times New Roman" w:hAnsi="Times New Roman" w:eastAsia="Times New Roman" w:cs="Times New Roman"/>
        </w:rPr>
        <w:t>Tenonderã Cristo oñemboja pe kuimba’e pytũ rehegua rendápe, upéi ombosako’i ha omoĩ pe pohã ñandy, upéi ome’ẽ chupe ñe’ẽmondo peteĩ tembiaporã rehegua pe kuimba’e pytũva ojejapova’erã ijehegui; ha upéicha avei, tuicha mba’éva ha’e oñepyrũvo ojapo pe tembiapo, ojevyjey ijecháva chupe. Oguerekóma rire jecha, oñemoambue peteĩ Laodiceagua pytũgui peteĩ Filadelfiagua ramo. Pe ára ñemoambue umi mokõi iglesia rehegua oñekumpli iñepyrũmby guive ary 1856 guive 1863 peve.</w:t>
      </w:r>
    </w:p>
    <w:p>
      <w:pPr>
        <w:pStyle w:val="ArticleBody"/>
        <w:jc w:val="left"/>
      </w:pPr>
      <w:r>
        <w:rPr>
          <w:rFonts w:ascii="Times New Roman" w:hAnsi="Times New Roman" w:eastAsia="Times New Roman" w:cs="Times New Roman"/>
        </w:rPr>
        <w:t>Upéva ohechauka pe trigo ha ñana ñemombojoavy, ha pe ñemboty paha umi cien cuarenta y cuatro mil rehegua, upéi oñemopu’ãva peteĩ poyvi ramo. Pe kuimba’e ohecha’ỹva pya’eite oiko opa mba’e rendaite ojehechavéva—oñemoambue rire peteĩ Laodiceagua guive peteĩ Filadelfiagua ramo. Pe kuimba’e ohecha’ỹva ha’e umi cien cuarenta y cuatro mil, ha pe mburuvicha guasu heko aña ha vyro Ahaz ha’e umi tavaygua pe ñe’ẽme’ẽ yma guarégui, oñemombova Ñandejára jurúgui. Upe peteĩ tembiasakuepe, Jesús térã oipuru hína Itindy omoĩ hag̃ua mba’emo’ã I tavaygua ñe’ẽme’ẽ pyahu rehe, térã omosẽ hína umi tavaygua ñe’ẽme’ẽ yma guare I jurúgui.</w:t>
      </w:r>
    </w:p>
    <w:p>
      <w:pPr>
        <w:pStyle w:val="ArticleBody"/>
        <w:jc w:val="left"/>
      </w:pPr>
      <w:r>
        <w:rPr>
          <w:rFonts w:ascii="Times New Roman" w:hAnsi="Times New Roman" w:eastAsia="Times New Roman" w:cs="Times New Roman"/>
        </w:rPr>
        <w:t>Koʼã pensamiento ñamotenondéta pe artíkulo oúvape.</w:t>
      </w:r>
    </w:p>
    <w:p>
      <w:pPr>
        <w:pStyle w:val="ArticleScripture"/>
        <w:jc w:val="left"/>
      </w:pPr>
      <w:r>
        <w:rPr>
          <w:rFonts w:ascii="Times New Roman" w:hAnsi="Times New Roman" w:eastAsia="Times New Roman" w:cs="Times New Roman"/>
        </w:rPr>
        <w:t>“Pe Apañuã oúva”</w:t>
      </w:r>
    </w:p>
    <w:p>
      <w:pPr>
        <w:pStyle w:val="ArticleScripture"/>
        <w:jc w:val="left"/>
      </w:pPr>
      <w:r>
        <w:rPr>
          <w:rFonts w:ascii="Times New Roman" w:hAnsi="Times New Roman" w:eastAsia="Times New Roman" w:cs="Times New Roman"/>
        </w:rPr>
        <w:t>“Marã ndojejavýi hag̃ua pe Ijapyra’ỹva oreko peteĩ kuatiañe’ẽ opa tetã ndive. Iporiahuvereko oñekuave’ẽ aja ñehenói rupive oñearrepenti hag̃ua, ko kuatiañe’ẽ opytáta abierto; ha katu og̃uahẽ vove peteĩ límite Tupã omoĩmava, oñepyrũ hembiapo ipochy rehegua. Upérõ pe kuatiañe’ẽ oñemboty; opa pe paciencia divina; ndaipóri véima jerure poriahuvereko rehe hag̃ua hesekuéra.”</w:t>
      </w:r>
    </w:p>
    <w:p>
      <w:pPr>
        <w:pStyle w:val="ArticleScripture"/>
        <w:jc w:val="left"/>
      </w:pPr>
      <w:r>
        <w:rPr>
          <w:rFonts w:ascii="Times New Roman" w:hAnsi="Times New Roman" w:eastAsia="Times New Roman" w:cs="Times New Roman"/>
        </w:rPr>
        <w:t>“Pe proféta, ohechávo umi ára pukukue rupi, ore ára ojechauka hag̃ua chupe iñepysãme. Umi tetã ko ára rehegua ohupyty vaʼekue poriahuvereko ndaijojaháiva. Umi jehovasa yvagagua iporãvéva oñemeʼẽ chupekuéra; ha oñembokuatia hesekuéra oñembohetavévo ñemombaʼeguasu, mbaʼerechaha, taʼãnga ñemombaʼe, Tupãre jehecharamoʼỹ, ha aguyjeʼỹ vaiete. Pyaʼe hikuái ombotypa hag̃ua ikuenta Tupã ndive.”</w:t>
      </w:r>
    </w:p>
    <w:p>
      <w:pPr>
        <w:pStyle w:val="ArticleScripture"/>
        <w:jc w:val="left"/>
      </w:pPr>
      <w:r>
        <w:rPr>
          <w:rFonts w:ascii="Times New Roman" w:hAnsi="Times New Roman" w:eastAsia="Times New Roman" w:cs="Times New Roman"/>
        </w:rPr>
        <w:t>“Hi’ãgui pya’e umi ára oĩtaha peteĩ tuicha jepy’apy ha sarambi pe mundo religioso-pe. Oĩta heta tupa, ha heta karaikuéra; opaichagua doctrina yvytu ombopu hag̃uáicha; ha Satanás, oñemondeva’ekue ánhel ao rehe, ombotavyséne, ikatúrire, umi poravopyreite voi.</w:t>
      </w:r>
    </w:p>
    <w:p>
      <w:pPr>
        <w:pStyle w:val="ArticleScripture"/>
        <w:jc w:val="left"/>
      </w:pPr>
      <w:r>
        <w:rPr>
          <w:rFonts w:ascii="Times New Roman" w:hAnsi="Times New Roman" w:eastAsia="Times New Roman" w:cs="Times New Roman"/>
        </w:rPr>
        <w:t>Pe ñembohory opavavépe oñemombo hag̃ua piedad añetévare ha marangatu rekóre, ogueraha umi ndorekóivape peteĩ joaju oikovéva Tupã ndive oñembogue hag̃ua ipy’a guasu hembiapoukapýre. Ha pe ñemomirĩ’ỹ léi divina rehe ojehechave ohóvo, pe línea ombojoavy hag̃ua umi omoĩva hese pene’ẽrendu ha pe mundo, ha peteĩ iglesia ohayhúva pe mundo, ojekuaavéta porã. Mborayhu Tupã rembiapoukapýre okakuaavéta peteĩ aty apytépe, háicha pe ñemomba’e’ỹ hese okakuaa avei ambue aty apytépe.</w:t>
      </w:r>
    </w:p>
    <w:p>
      <w:pPr>
        <w:pStyle w:val="ArticleScripture"/>
        <w:jc w:val="left"/>
      </w:pPr>
      <w:r>
        <w:rPr>
          <w:rFonts w:ascii="Times New Roman" w:hAnsi="Times New Roman" w:eastAsia="Times New Roman" w:cs="Times New Roman"/>
        </w:rPr>
        <w:t>“Pe Gran YO HA’ÉVA ohechauka hína he léi tekojojaha. Ha’e oñe’ẽ umi omboja’óva upéva mba’e’ỹrõ yvytu vai guasúpe, ysyry guasúpe, ama aratirípe, yvyryrýipe, ha umi jejopy vai yvýre ha yguasu ári rupive. Ko’ág̃a ha’e itiempo ipuévlope ohechauka hag̃ua ijehekuéra añeteteha principio-pe.”</w:t>
      </w:r>
    </w:p>
    <w:p>
      <w:pPr>
        <w:pStyle w:val="ArticleScripture"/>
        <w:jc w:val="left"/>
      </w:pPr>
      <w:r>
        <w:rPr>
          <w:rFonts w:ascii="Times New Roman" w:hAnsi="Times New Roman" w:eastAsia="Times New Roman" w:cs="Times New Roman"/>
        </w:rPr>
        <w:t>“Ñaimo ñande jarýi mba’e guasu ha marangatuetéva oikótavape. Ñandejára hi’aguĩma okẽme. Olivoty yvytýpe pe Salvador omombe’u jey umi mba’e oikótava ko tembiapo guasu mboyve: ‘Pehendúta ñorairõ rehegua ha ñorairõ rehegua ñe’ẽngue,’ he’i. ‘Peteĩ tetã opu’ãta ambue tetã rehe, ha peteĩ mburuvicharenda ambue mburuvicharenda rehe; ha oikóta ñembyahýi, mba’asy vai ha yvyryrýi opa hendápe. Ko’ã mba’e opavave niko ñepyrũnte jehasa asy rehegua.’ Jepémo ko’ã profesía oñekumpli va’ekue peteĩ hendáicha Jerusalén ñehundípe, oguereko peteĩ aplicación hag̃ua iporãvéva ára pahápe.”</w:t>
      </w:r>
    </w:p>
    <w:p>
      <w:pPr>
        <w:pStyle w:val="ArticleScripture"/>
        <w:jc w:val="left"/>
      </w:pPr>
      <w:r>
        <w:rPr>
          <w:rFonts w:ascii="Times New Roman" w:hAnsi="Times New Roman" w:eastAsia="Times New Roman" w:cs="Times New Roman"/>
        </w:rPr>
        <w:t>“Juan ha ambue maranduhára kuéra avei ohecha va’ekue umi mba’e vaietereíva oikótava Cristo jeju rechaukaha ramo. Ha’ekuéra ohecha ehérsito-kuéra oñembyatyha ñorairõrã, ha tapicha kuéra korasõ ikangyha kyhyjégui. Ohecha hikuái yvy oñemongu’eha hendágui, yvytykuéra ojeguerahaha para mbytépe, y rembe’ykuéra osapukái ha ojepy’apyha, ha yvytykuéra oryrýiha y opu’ã rasy reheve. Ohecha avei Tupã pochy ryru-kuéra ojepe’aha, ha mba’asy vai, ñembyahýi ha mano ou yvy ári oikóva kuéra ári.”</w:t>
      </w:r>
    </w:p>
    <w:p>
      <w:pPr>
        <w:pStyle w:val="ArticleScripture"/>
        <w:jc w:val="left"/>
      </w:pPr>
      <w:r>
        <w:rPr>
          <w:rFonts w:ascii="Times New Roman" w:hAnsi="Times New Roman" w:eastAsia="Times New Roman" w:cs="Times New Roman"/>
        </w:rPr>
        <w:t>“Ñandejára Espíritu ojokóva voi ojeipe’ahína ko múndogui. Ha yvytu guasu, tormenta, mba’e vai yguasúpe ha yvýpe, ojoapykuéri pya’e. Arandu rehegua oñeha’ã omyesakã opa ko’ã mba’e. Umi techaukaha oñembohetavéva ñande jerére, oikuaaukáva Ñandejára Ra’y hi’aguĩmaha, oñemoĩ ambue mba’ére añeteguáva káusagui. Yvypóra ndaikatúi ohechakuaa umi ánhel ñangarekoha ojokóva umi irundy yvytu ani hag̃ua oipeju peve Ñandejára rembiguái kuéra oñesegaha; ha Ñandejára he’ívo ita’ãngakuérape oheja hag̃ua umi yvytu, oikóta peteĩ hendáicha ipochy jehepyme’ẽ rehegua ndaikatúiva peteĩ jehaipyrãha omombe’u hag̃ua.”</w:t>
      </w:r>
    </w:p>
    <w:p>
      <w:pPr>
        <w:pStyle w:val="ArticleScripture"/>
        <w:jc w:val="left"/>
      </w:pPr>
      <w:r>
        <w:rPr>
          <w:rFonts w:ascii="Times New Roman" w:hAnsi="Times New Roman" w:eastAsia="Times New Roman" w:cs="Times New Roman"/>
        </w:rPr>
        <w:t>“Peteĩ krísis hi’aguĩma ñande rehe; ha Tupã rembiguái ndohupytyva’erãi jerovia ijehekuéra ko tembiapo guasu pohýipe. Umi visión oñeme’ẽ vaʼekuépe Isaías, Ezequiel ha Juan-pe, jahecha mbaʼeichaitépa yvága oñembojoaju porã umi mbaʼe oikóva ko yvy ári ndive. Jahecha Tupã ñangareko umi hese jerovia hag̃ua ipy’aite guive rehehápe. Ko mundo ndahaʼéi peteĩ mburuvichaʼỹre. Umi mbaʼe oikótava rape oĩ Ñandejára pópe. Yvágapegua Mburuvicha Guasu oguereko ipópe tetãnguéra rape, ha avei hekohaʼepegua umi mbaʼe oguerekóva iglesia rehe.”</w:t>
      </w:r>
    </w:p>
    <w:p>
      <w:pPr>
        <w:pStyle w:val="ArticleScripture"/>
        <w:jc w:val="left"/>
      </w:pPr>
      <w:r>
        <w:rPr>
          <w:rFonts w:ascii="Times New Roman" w:hAnsi="Times New Roman" w:eastAsia="Times New Roman" w:cs="Times New Roman"/>
        </w:rPr>
        <w:t>“Tupã ohechauka vaekue mba’épa oikótava umi ára pahápe, ikatu hag̃uáicha ipuévlo oñembosako’i oñembo’y hag̃ua umi yvytu’atã joavy ha pochy renondépe. Umi oñemomarandúva umi mba’e oútavare ndoguapýiva’erã py’a guapýpe oha’arõvo pe ama’ẽ guasu oútava, ombopy’aguapývo ijupekuéra Ñandejára omo’ãtaha hembiguái jeroviapýpe ára jejopy vai jave. Ñande jaikova’erã kuimba’e kuéraicha oha’arõva Ijára, ndaha’éi tekorei rupi oha’arõ hag̃uáicha, síno tembiapo kyre’ỹme, jerovia ndopyrýivape. Ko’ág̃a ndaha’éi ára jaheja hag̃uáicha ñane akã oñembopy’ahatã umi mba’e michĩva rehe.”</w:t>
      </w:r>
    </w:p>
    <w:p>
      <w:pPr>
        <w:pStyle w:val="ArticleScripture"/>
        <w:jc w:val="left"/>
      </w:pPr>
      <w:r>
        <w:rPr>
          <w:rFonts w:ascii="Times New Roman" w:hAnsi="Times New Roman" w:eastAsia="Times New Roman" w:cs="Times New Roman"/>
        </w:rPr>
        <w:t>“Kuimbaʼe kuéra oke aja, Satanás kyre’ỹme omohenda opa mba’e ikatu hag̃uáicha Ñandejára tavayguakuérape ndaipóri hag̃ua poriahuvereko térã tekojoja. Ko’ág̃a pe movimiento domingo rehegua oike ohóvo pytũmbýpe. Umi mburuvichakuéra omokañy pe cuestión añeteguáva, ha heta umi oñembojoajúva pe movimiento ndive ha’e kuéra voi ndohechái moõpa pe corriente kañymby ogueraha. Iñe’ẽporã ha ipyahúva, ha ojehecha hag̃ua cristiano; ha katu oñe’ẽ vove, ohechaukáta dragón espíritu. Ore rembiaporã hína jajapo opa mba’e ikatúva ñamboyke hag̃ua pe peligro ojevy’áva. Ñamoĩva’erã tavayguakuéra renondépe pe porandu añeteguáva oñeñe’ẽva hese, péicha ñamoĩ hag̃ua pe protesta ipokatuvéva umi medida oñembosako’íva tekosãso py’aguapy rehegua jejoko hag̃ua rovake. Jahekava’erã Ñandejára Ñe’ẽme, ha jajekuaauka hag̃uáicha mba’érepa jaguereko pe jerovia. He’i pe maranduhára, ‘Umi hekoañáva ojapóta hekoañáme, ha avave umi hekoañávagui noikũmbymo’ãi; ha katu umi arandúva oikũmbýta.’”</w:t>
      </w:r>
    </w:p>
    <w:p>
      <w:pPr>
        <w:pStyle w:val="ArticleScripture"/>
        <w:jc w:val="left"/>
      </w:pPr>
      <w:r>
        <w:rPr>
          <w:rFonts w:ascii="Times New Roman" w:hAnsi="Times New Roman" w:eastAsia="Times New Roman" w:cs="Times New Roman"/>
        </w:rPr>
        <w:t>“Pe tenonderã iñimportantetere oĩ ñande renondépe. Jahasávo umi jehasa asy ha ñepytyvõrã vai, ha japorokuera hag̃ua hembiaporãnguéra, oikotevẽta jerovia tuicha, mbarete ha py’aguasu opa’ỹva. Péro ikatu jajepo hag̃ua ñande pu’aka porãiterei; pórke ni peteĩ ánga oma’ẽ porãva, oñembo’éva, ha ogueroviáva ndojejokomo’ãi pe enemigo rembipota ñuhãme. Opa yvága oñeinteresa ñande rekove porã rehe, ha oha’arõ ñandejerure hag̃ua iñarandu ha imbarete rehe. Oimeraẽ pu’aka ñane mbohováiva, tojehecha hag̃uáicha térã kañymíme, ikatu oñemoĩ hag̃ua yvýre hekopete, ‘ndaha’éi mbarete rupive, ni pu’aka rupive, che Espíritu rupive katu, he’i Ñandejára de los ejércitos.’ Tupã ko’ág̃a avei oĩite voi oipotáva yma guaréicha omba’apo yvypóra rembiapo rupive, ha ojapo hag̃ua mba’e guasu tembiporu kangýva rupive. Ndajajuhumo’ãi pe pu’aka papapy rupive, síno ñaime jey hag̃ua ñande ánga pukukue Jesús pópe.”</w:t>
      </w:r>
    </w:p>
    <w:p>
      <w:pPr>
        <w:pStyle w:val="ArticleScripture"/>
        <w:jc w:val="left"/>
      </w:pPr>
      <w:r>
        <w:rPr>
          <w:rFonts w:ascii="Times New Roman" w:hAnsi="Times New Roman" w:eastAsia="Times New Roman" w:cs="Times New Roman"/>
        </w:rPr>
        <w:t>“Koʼág̃a, pe poriahuvereko gueteri opyta aja, pe Jesús ojapo aja ñanderehe ipyʼaguapy hag̃ua, jajapo toguereko hag̃ua peteĩ tembiapo porãite opa mbaʼe rehegua tekove opaveʼỹ hag̃uarã.” Southern Watchman, diciembre 25,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Tupao Adventista del Séptimo Día Laodiceagua - Papapy Papoapy}</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