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Papykue Pa Mokõipa}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Papapy Pa Siete}</w:t>
      </w:r>
    </w:p>
    <w:p>
      <w:pPr>
        <w:pStyle w:val="ArticleBody"/>
        <w:jc w:val="left"/>
      </w:pPr>
      <w:r>
        <w:rPr>
          <w:rFonts w:ascii="Times New Roman" w:hAnsi="Times New Roman" w:eastAsia="Times New Roman" w:cs="Times New Roman"/>
        </w:rPr>
        <w:t>Mboyve tembiapokue pahápe ñamohu’ã peteĩ ñeñandu ndojejapopáivape Abram ha Pablo marandu hag̃uáre, ha umi ñe’ẽ jo’a jo’ápe oguenohẽ peteĩ 430 ary pukukue, ojapóva 30 ary ha upéi 400 ary. Aiméne oĩ oĩva upépe, teología ryepýpe, ikatúva ohecha umi 30 aryramo peteĩ periodo oúva 400 ary rire; hákatu, jepiveguáicha oñeñe’ẽ jave hese, umi treinta ary oñemoĩ pe periodo ñepyrũme. ¿Ha’épa 400 upéi 30, térã 30 upéi 400? Ha’e treinta upéi cuatrocientos, heta testígo rupi, omopyendáva peteĩ periodo treinta ary pukúva, ojoajúva ha ojehupytýva hapykuéri peteĩ mokõiha periodo profético rehe.</w:t>
      </w:r>
    </w:p>
    <w:p>
      <w:pPr>
        <w:pStyle w:val="ArticleBody"/>
        <w:jc w:val="left"/>
      </w:pPr>
      <w:r>
        <w:rPr>
          <w:rFonts w:ascii="Times New Roman" w:hAnsi="Times New Roman" w:eastAsia="Times New Roman" w:cs="Times New Roman"/>
        </w:rPr>
        <w:t>José oreko vaʼekue mbohapy pa ary oñepyrũrõ guare oservi hag̃ua Faraón-pe Génesis 41:46-pe. Upérõ oñepyrũ kuri poapy ary heta mbaʼereko rehegua, ha upéi ou poapy ary ñembyahýi rehegua. José, Cristo rehegua taʼanga ramo, oguerekóramo mbohapy pa ary, upéi ojehu mokõi periodo 2520 ára pukukue. Cristo oguerekórõ guare mbohapy pa ary, upéi ou mokõi periodo 1260 ára pukukue, ha mokõivéva oñondivepa omyatyrõ 2520; ha upéva katu oñembojoaju poapy jey mokõi rréino ári.</w:t>
      </w:r>
    </w:p>
    <w:p>
      <w:pPr>
        <w:pStyle w:val="ArticleBody"/>
        <w:jc w:val="left"/>
      </w:pPr>
      <w:r>
        <w:rPr>
          <w:rFonts w:ascii="Times New Roman" w:hAnsi="Times New Roman" w:eastAsia="Times New Roman" w:cs="Times New Roman"/>
        </w:rPr>
        <w:t>David oguereko vaʼekue treinta áño oiko hag̃ua rréi ramo, ha ogoverna cuarenta áño, heʼiháicha 2 Samuel 5:4-pe. David ohechauka Cristo-pe, ha Cristo oguerekórõ guare treinta áño, oñemongarai, ha upéi Ñandejára Espíritu rupive oguerahaha desiértope cuarenta ára pukukue; ha upéi, Ijapysévo jeikove jey, pe oñemongarai vaʼekue ohechauka haguéicha, opyta ha omboʼe umi temimboʼépe hetepy guive cuarenta ára pukukue. Kurusúre, Jerusalén ñehundi oñembotapykue poriahuvereko rupi cuarenta áño, ojoajúvo umi cuarenta áño omanóva desiértope iñepyrũrãme hekove joaju rembiasápe.</w:t>
      </w:r>
    </w:p>
    <w:p>
      <w:pPr>
        <w:pStyle w:val="ArticleBody"/>
        <w:jc w:val="left"/>
      </w:pPr>
      <w:r>
        <w:rPr>
          <w:rFonts w:ascii="Times New Roman" w:hAnsi="Times New Roman" w:eastAsia="Times New Roman" w:cs="Times New Roman"/>
        </w:rPr>
        <w:t>Ezequiel oguereko vaʼekue mbohapypa ary oñehenóirõ guare chupe proféta hag̃ua Ezequiel 1:1-pe. Koʼág̃a ndahaʼéi ahesapeʼáta hag̃ua pe ára pukukue oúva Ezequiel rembiapo mbohapypa ary rire, ha katu amoinge hag̃ua peteĩ mbykymi AI-mombyky umi mbaʼe añeteguáva oñemopyendáva rehe, mbaʼeichaitépa ipuku vaʼekue hembiapo. “Ezequiel marandu hag̃ua profecía kuéra haʼe hína umi ojehechauka porãve hag̃ua arange rehegua Antiguo Testamento-pe, 13 ára peteĩteĩva oñemeʼẽva opaite kuatiañeʼẽ ryepýpe. Koʼãva maymáva oñeñehaʼã arange hag̃ua Jehoiaquín ñemosẽgui tetãgui (597 a.C. ary 1-rõ), omeʼẽvo peteĩ marco cronológico hesakã porãva ojepyso hag̃ua 22 ary rupi.”</w:t>
      </w:r>
    </w:p>
    <w:p>
      <w:pPr>
        <w:pStyle w:val="ArticleBody"/>
        <w:jc w:val="left"/>
      </w:pPr>
      <w:r>
        <w:rPr>
          <w:rFonts w:ascii="Times New Roman" w:hAnsi="Times New Roman" w:eastAsia="Times New Roman" w:cs="Times New Roman"/>
        </w:rPr>
        <w:t>Jesús oreko vaʼekue mbohapypa ary oñemongarai jave, ha upe rire omboaje pe pacto heta ndive, peteĩ semánarõ.</w:t>
      </w:r>
    </w:p>
    <w:p>
      <w:pPr>
        <w:pStyle w:val="ArticleBody"/>
        <w:jc w:val="left"/>
      </w:pPr>
      <w:r>
        <w:rPr>
          <w:rFonts w:ascii="Times New Roman" w:hAnsi="Times New Roman" w:eastAsia="Times New Roman" w:cs="Times New Roman"/>
        </w:rPr>
        <w:t>Anticristo oisãmbyhyje proféticamente Cristo ra’ãnga rehe, ha Cristo oĩ haguéicha mbohapypa ary pukukue oñembosako’ívo oipyhy hag̃ua Hembiapo Sumo Sacerdote Yvagapeguáramo, péicha avei pe período profético mbohapypa ary oñembosako’i hag̃uarã, ojehechakuaáva anticristo rehe, oho pe “ara ha ára” ñemboguégui ary 508-pe guive, peve ary 538. Upe jave papado oñemombarete ramo guare peteĩ sumo sacerdote japuva ramo, Cristo oñeñohẽ haguéicha poder rehe Ibautísmope, umi 1260 ary pytũmby papal rehegua ombojojáva’erã Cristo rembiapo 1260 ára tesakã potĩ rehegua, Ibautísmogui pe kurusu peve, upéva oĩporã papado kyhyjevai hag̃ua hekorã vaípe ary 1798-pe.</w:t>
      </w:r>
    </w:p>
    <w:p>
      <w:pPr>
        <w:pStyle w:val="ArticleBody"/>
        <w:jc w:val="left"/>
      </w:pPr>
      <w:r>
        <w:rPr>
          <w:rFonts w:ascii="Times New Roman" w:hAnsi="Times New Roman" w:eastAsia="Times New Roman" w:cs="Times New Roman"/>
        </w:rPr>
        <w:t>Mavave umi mokõi periodo mokõigua oñepyrũva peteĩ periodo mbohapypa ary reheve, ndoikovéi Abrám rembiapo peteĩha mboyve, upe proceso pacto rehegua mbohapy jepytaso apytépe. Upévare, Abrám rehegua hína pe peteĩha oñemombeʼúva, jepe haʼéva ikatu hag̃uáicha péicha añoite, ojehechauka rire Pablo mokõiha testimonio rupive. Pablo ohai ramo guare iñeʼẽnguéra, pe profecía 400 ary rehegua oiko peteĩ profecía 430 ary rehegua, orekóva pe 30 ary peteĩhaguáva oñembojaʼóva pe ipahagua periodo aravo reheguágui.</w:t>
      </w:r>
    </w:p>
    <w:p>
      <w:pPr>
        <w:pStyle w:val="ArticleBody"/>
        <w:jc w:val="left"/>
      </w:pPr>
      <w:r>
        <w:rPr>
          <w:rFonts w:ascii="Times New Roman" w:hAnsi="Times New Roman" w:eastAsia="Times New Roman" w:cs="Times New Roman"/>
        </w:rPr>
        <w:t>Che’ípa adefende Cristo rekokatu rehe, ojehechaukaháicha Alpha ha Omega ramo, pe proceso del pacto-pe umi ciento cuarenta y cuatro mil rehegua, ha’éva omega Abram ha Pablo kuéra marandu’ypy mokõive rehegua peteĩ treinta ary pukukue—upéi oúvo cuatrocientos ary—orekova’erã ijojaha omega-pe pe tembiasakue del pacto rehegua, ha’éva pe tembiasakue del sellado umi ciento cuarenta y cuatro mil rehegua. Peteĩ periodo de treinta ary, ha upéi ambue periodo iñambuéva porãva, oñekumpliva’erã peteĩ hendáicha ndoipurúiva aravo, ha katu omboaje Abram marandu’ypy ypykue 430 ary rehegua. Iporãiterei va’erãmo’ã remoñe’ẽ jey pe ñe’ẽ oje’éva’ekue mboyve, ha upéi reju jey ko punto-pe ha resegi hag̃ua tenonderã.</w:t>
      </w:r>
    </w:p>
    <w:p>
      <w:pPr>
        <w:pStyle w:val="ArticleBody"/>
        <w:jc w:val="left"/>
      </w:pPr>
      <w:r>
        <w:rPr>
          <w:rFonts w:ascii="Times New Roman" w:hAnsi="Times New Roman" w:eastAsia="Times New Roman" w:cs="Times New Roman"/>
        </w:rPr>
        <w:t>Jesús, José, David ha Ezequiel opavave ohasa mbohapypa ary oñembosakoʼi hag̃ua peteĩ tembiaporã ohechaukátava Tupã tavayguakuérape ára pahápe. Ezequiel maranduhára, José ohechaukáva Cristo paʼí ramo, ha David mburuvicha guasu. Irundy techaukaha, hákatu peteĩva umi techaukaha apytégui, ohechaukáva Saserdóte Guasu Yvagapegua, oguereko peteĩ representante yvypóra ha peteĩ representante Tupãgua. Umi irundy testígo opavave oñemoĩ peteĩ ñeʼẽme Abram rehegua mbohapypa ary rire oúva peteĩ ára pukukue maranduhára rehegua.</w:t>
      </w:r>
    </w:p>
    <w:p>
      <w:pPr>
        <w:pStyle w:val="ArticleBody"/>
        <w:jc w:val="left"/>
      </w:pPr>
      <w:r>
        <w:rPr>
          <w:rFonts w:ascii="Times New Roman" w:hAnsi="Times New Roman" w:eastAsia="Times New Roman" w:cs="Times New Roman"/>
        </w:rPr>
        <w:t>Anticristo oĩkókuri mbohapypa ary oñembosakoʼívo, ha upéi oñemombarete 1260 ary aja peve omoguahẽ meve iñemano peteĩha ary 1798-pe. Haʼe hína pe ñemano mokõiha símbolo, pórke omano jey pe ára de gracia oñemboty vove. Pe ñemano mokõiha haʼe ñemano tapia guaréva. Ñande jaservi peteĩ Salvador oikove jey vaʼekuépe, pórke Cristo nomanói arakaʼe hag̃uáicha, ndomanói pe ñemano mokõiha. Umi papado rehegua herida omano hag̃uáicha oñemonguera jey vove, Apocalipsis 13 ohechauka haʼe oguerekóta jey ipoguýpe mburuvicha hag̃ua 42 mése, upéva orrepresenta peteĩ período profético, ndaipóri hag̃ua pype peteĩ elemento de tiempo.</w:t>
      </w:r>
    </w:p>
    <w:p>
      <w:pPr>
        <w:pStyle w:val="ArticleBody"/>
        <w:jc w:val="left"/>
      </w:pPr>
      <w:r>
        <w:rPr>
          <w:rFonts w:ascii="Times New Roman" w:hAnsi="Times New Roman" w:eastAsia="Times New Roman" w:cs="Times New Roman"/>
        </w:rPr>
        <w:t>Haʼe oñemopuʼã jey vove pe léi domingo aja, pe ehérsito oñemoĩva hembiapo rehe haʼe umi oñemopuʼã jeýva mbohapy ára ha mbyte paha-pe, Apocalipsis capítulo once-pe. Mokõi puʼaka oñemopuʼã jeýva, mokõivéva techaukaha, peteĩ ára poapyha sábado rehegua ha ambue kuarahy rehegua, oiko opa yvy ape ári jehechaukaha ramo; upérõ yvyporakuéra ojapo hikuái ipahaite jeporavo tekove térã ñemano rehegua.</w:t>
      </w:r>
    </w:p>
    <w:p>
      <w:pPr>
        <w:pStyle w:val="ArticleBody"/>
        <w:jc w:val="left"/>
      </w:pPr>
      <w:r>
        <w:rPr>
          <w:rFonts w:ascii="Times New Roman" w:hAnsi="Times New Roman" w:eastAsia="Times New Roman" w:cs="Times New Roman"/>
        </w:rPr>
        <w:t>Pe léi dominikal, anticristo, ha’éva avei pe mymba, ohechaukáta pe mbohapy joaju: dragón, ha’e voi (pe mymba), ha proféta japu. Umi mbohapy pokatu oñondivepa opu’ãta Tupã iglesia rehe, upéva hína oñemopu’ã va’erã opa yvyty ári. Tupã iglesia ipu’akapáva oĩ mbohapypa ary pukukue oñembosako’ípe, ndaha’éi mbohapypa ary tee, síno peteĩ ára profétika oñemopyenda porãva, oguerekóva mbohapypa oñembojoaju hag̃ua hese, ha gueteri oĩ peteĩ profesía ramo pe mandamiento rire ary 1844-pe, ojekuaaukáva pe tiempo profético jeporu ndaikatuiha véima ojejapo va’erã. Hasý’ỹ ojehechakuaa hag̃ua pe mbohapypa ary ohechauka hague peteĩ arange oñembosako’i hag̃ua proféta, pa’i ha mburuvicha guasu, ha’éva iglesia ipu’akapáva ramo ohechaukátava pe mborayhuete ñemoñare. Umi irundy testígo Ezequiel, Cristo, José ha David rehegua ohechauka Tupã reino autoridad pe mismo arangepe pe papado ha pe mbohapy joaju ogueraha aja ko yvy Armagedón-pe.</w:t>
      </w:r>
    </w:p>
    <w:p>
      <w:pPr>
        <w:pStyle w:val="ArticleBody"/>
        <w:jc w:val="left"/>
      </w:pPr>
      <w:r>
        <w:rPr>
          <w:rFonts w:ascii="Times New Roman" w:hAnsi="Times New Roman" w:eastAsia="Times New Roman" w:cs="Times New Roman"/>
        </w:rPr>
        <w:t>Pe iglésia ñepuʼãmbáva oñemopuʼãta pe léi arapokõindýpegua Estados Unidos-pe, ha pe Antiguo ha Nuevo Testamento kuéra rembiguái heʼiháicha, pe tavaygua joajupyrépe oĩva, ha’éva umi cien cuarenta y cuatro mil, oikóta peteĩ mburuvicha guasu paʼikuéra rehegua.</w:t>
      </w:r>
    </w:p>
    <w:p>
      <w:pPr>
        <w:pStyle w:val="ArticleScripture"/>
        <w:jc w:val="left"/>
      </w:pPr>
      <w:r>
        <w:rPr>
          <w:rFonts w:ascii="Times New Roman" w:hAnsi="Times New Roman" w:eastAsia="Times New Roman" w:cs="Times New Roman"/>
        </w:rPr>
        <w:t>Peẽ avei, ita oikovéva ramo, oñemopu’ã peteĩ óga espiritual ramo, peteĩ pa’i aty marangatu ramo, peikuave’ẽ hag̃ua mymbajuka espiritual, Tupãme oguerohorýva Jesucristo rupive. 1 Pedro 2:5.</w:t>
      </w:r>
    </w:p>
    <w:p>
      <w:pPr>
        <w:pStyle w:val="ArticleBody"/>
        <w:jc w:val="left"/>
      </w:pPr>
      <w:r>
        <w:rPr>
          <w:rFonts w:ascii="Times New Roman" w:hAnsi="Times New Roman" w:eastAsia="Times New Roman" w:cs="Times New Roman"/>
        </w:rPr>
        <w:t>Pa’i kuéra oguerekova’erã mokõi pa ary oikévove oñepyrũ hag̃ua omba’apo pe témplope, upévare oĩ peteĩ ára pukukue pe léi domingo mboyve, upépe peteĩ saserdócio oñembosako’i hag̃ua oservi hag̃ua yva tenondegua oñemyakãvevéva ramo. Pa’i kuéra, ha’éva umi cien cuarenta y cuatro mil, oñerrepresenta levita-kuéra ramo pe ñemopotĩme ojejapóva pe Marandu Rerahára del Pacto rupive. Oĩ peteĩ período profético ogueraháva pe léi domingo peve, upépe peteĩ proceso ñemopotĩ rehegua ombosako’i peteĩ ministerio oñesantifikáva pe ama qhe’ẽ paha ára pukukuépe g̃uarã. Pe ñembosako’i opa pe léi domingo-pe, upévare pe período mokõi pa ary rehegua orrepresenta pa’i kuéra ñembosako’i, ha upéicha oñembojoja pe edad oñeikotevẽva peteĩ pa’i-pe g̃uarã. Cristo, Sumo Sacerdote ramo, oñepyrũ Iministerio 30 ary-pe, ha José oguereko rupi Cristo reko techaukaha, ha’e avei oñepyrũ hembiapo 30 ary-pe. Pe Cristo japu oĩkuri 30 ary oñembosako’ívo, upévare jaguereko mbohapy testígo ohechaukáva peteĩ período 30 ary rehegua orrepresentaha peteĩ saserdócio ñembosako’i.</w:t>
      </w:r>
    </w:p>
    <w:p>
      <w:pPr>
        <w:pStyle w:val="ArticleScripture"/>
        <w:jc w:val="left"/>
      </w:pPr>
      <w:r>
        <w:rPr>
          <w:rFonts w:ascii="Times New Roman" w:hAnsi="Times New Roman" w:eastAsia="Times New Roman" w:cs="Times New Roman"/>
        </w:rPr>
        <w:t>“Pe mba’e guasu oĩmava hi’aguĩtére oikytĩmbáta umi ndohupytýivape Tupã omboykéva, ha Ha’e oguerekóta peteĩ ministerio ipotĩva, añeteguáva, oñemomarangatúva oñembosako’íva ama pahápe guarã.” Mensajes Selectos, aranduka 3, 385.</w:t>
      </w:r>
    </w:p>
    <w:p>
      <w:pPr>
        <w:pStyle w:val="ArticleBody"/>
        <w:jc w:val="left"/>
      </w:pPr>
      <w:r>
        <w:rPr>
          <w:rFonts w:ascii="Times New Roman" w:hAnsi="Times New Roman" w:eastAsia="Times New Roman" w:cs="Times New Roman"/>
        </w:rPr>
        <w:t>Hermána White ombo’e hag̃ua hesakã porãva, pe iglesia ipotĩ jave, upéicha jave voi pe Espíritu de Profecía oĩ tembiapópe. Pe tuicha mba’e oipe’a vove umi cizaña, reguerekóta peteĩ ministerio santifikádova ojejapóva Jesús ha José pa’i reheve, ha’éva mokõivéva Divino ha humano, Jesús ha Ezequiel proféta reheve, Jesús ha David mburuvicha guasu reheve. Umi oñembosako’íva peteĩ ára pukukue ojehechauka hag̃ua mbohapypa ary rupive, oĩ va’erã umi cien cuarenta y cuatro mil apytépe ha ojehechauka chupekuéra proféta, pa’i ha mburuvicha guasu ramo. Ko’ã mbohapy yvypóra hína símbolo bíblico Cristo rembiapo rehegua proféta, pa’i ha mburuvicha guasu ramo; upévare pe papapy mbohapypa ome’ẽ ñandéve pa’ũ ñamyesakã hag̃ua, ko’ã mbohapy categoría peteĩteĩme, umi ojeheñóiva umi símbolo bíblico rupive oñembosako’íva’ekue mbohapypa ary aja, oñembojoajúvo Cristo ndive, ohechauka hague pe joaju Divinidad rehegua humanidad ndive. Péicha rupi, umi pa’i oñembosako’íva pe período simbólico mbohapypa ary aja ojehechauka pe señál ramo pe Divinidad ojoajúva humanidad ndive.</w:t>
      </w:r>
    </w:p>
    <w:p>
      <w:pPr>
        <w:pStyle w:val="ArticleBody"/>
        <w:jc w:val="left"/>
      </w:pPr>
      <w:r>
        <w:rPr>
          <w:rFonts w:ascii="Times New Roman" w:hAnsi="Times New Roman" w:eastAsia="Times New Roman" w:cs="Times New Roman"/>
        </w:rPr>
        <w:t>Umi 42 jasy pahápegua tuguy ryry paha papal oiko aja Cristo oguata kuimba’e apytépe 42 jasy pukukue, Hemimbo’e kuéra rehe ae. Umi 42 jasy tembiguái rekópe ha jejopy vaíva oñemohu’ã pe jepe’a rupive, ojehechaukaháicha umi 430 ary profecía mokõiva Abram rehegua rupive. Abram rembiprofesía irundy sua ary rehegua oñemohu’ã pe ñepysyrõ Mar Rojo-pe, ha upéva hína peteĩ techaukaha bíblico clásico pe gracia ára ñemboty rehegua, pe pápa rembokuatia’ỹva 42 jasy simbólico pahaite guive.</w:t>
      </w:r>
    </w:p>
    <w:p>
      <w:pPr>
        <w:pStyle w:val="ArticleBody"/>
        <w:jc w:val="left"/>
      </w:pPr>
      <w:r>
        <w:rPr>
          <w:rFonts w:ascii="Times New Roman" w:hAnsi="Times New Roman" w:eastAsia="Times New Roman" w:cs="Times New Roman"/>
        </w:rPr>
        <w:t>Umi cuarenta y dos jasy ohechauka pe ára ñeha’ãrõmegua oñepyrũva pe léi domingo-gui Estados Unidos-pe pe ára jeikove yvypóra pegua oñemboty peve. Upéicharõ jepe, umi 42 jasy ryepýpe, peteĩ periodo treinta ary pukukue ñembosako’i rire, Cristo omombarete pe ñe’ẽme’ẽ pe hembýva persona-pe. Pe sacerdote añetegua’ỹ anticristo guigua oguahẽ ipaha hag̃ua, upe hendápe Cristo omano haguéicha ilíneape, ha upéva hína upe hendápe Faraón, Egipto ruvicha, omano hague ilíneape. Monte Carmelo-pe umi proféta Baal guigua oñejukapa, upéicha rupi ojehechakuaa pe proféta japu ñemano pe léi domingo-pe. Pe léi domingo-pe, reime peteĩ proféta japu ndive upéi oñejukáva, pe dragón ojehechaukáva Faraón rupive, ha pe mymba ojehechaukáva papado rupive. Ko’ãmbaite ojehechauka pe léi domingo-pe oñorairõvo Tupã sacerdóte, mburuvicha ha profétakuéra ndive. Pe iglesia oñemopotĩmi pe léi domingo mboyve ha pe don de profecía oñemyatyrõ jey—upe hendápe voi pe proféta japu omanohápe. Upe guive tenonderãme, pe ñorairõ hína pe marandu profético añetegua térã japu rehe.</w:t>
      </w:r>
    </w:p>
    <w:p>
      <w:pPr>
        <w:pStyle w:val="ArticleBody"/>
        <w:jc w:val="left"/>
      </w:pPr>
      <w:r>
        <w:rPr>
          <w:rFonts w:ascii="Times New Roman" w:hAnsi="Times New Roman" w:eastAsia="Times New Roman" w:cs="Times New Roman"/>
        </w:rPr>
        <w:t>Pe pehẽgua 30 ary ojehechaukáva peteĩ símbolo ramo ohechauka peteĩ ára pehẽ omotenondéva pe léi domingo-pe. Ko pehẽgua ha’e peteĩ ára ñembosako’i hag̃ua pa’i-kuérape g̃uarã, Cristo niko iñe’ẽme’ẽ hag̃ua chupekuéra opa mba’épe, ko’ãva hína umi oho hag̃ua pe Ovecha Ra’y rapykuéri. Umi 30 ary peteĩha Abram profecía-pe, pe ñe’ẽme’ẽ oñemoĩ hag̃ua ipyenda, upéicha ojehechauka hag̃ua mba’épa he’ise pe ára ñembosako’i umi pa’i-kuérape g̃uarã: ha’e pe ára Ñandejára ombopyahu jeyhápe Iñe’ẽme’ẽ umi cien cuarenta y cuatro mil ndive, ojehechaukaramóva Abram rembiasakue alfa rupive. Upéva ha’e peteĩ ára ñembosako’i umi pa’i-kuérape g̃uarã, umi oñepyrũtava oservi pe léi domingo-pe, oguahẽvo hikuái treinta ary-pe, oñohẽvo hesekuéra pe Espíritu Santo Cristo ári oñehẽ haguéicha Iñemongarai jave. Ambue añetegua ikatúva oñeguenohẽ Abram rembiasakue alfa-gui ha’e kóva: taha’e ha’éva pe pehẽgua oguerúva pe léi domingo peve, tekotevẽ ha’e peteĩ mba’e guasuete, pe omega akóinte imbaretevégui pe alfa-gui. Pe léi domingo hína pe omega ojehechaukáva 22 jasypa 1844 rehe, pe kurusu, pe Páskua Egipto-pe, ha upéicha avei ambuéva.</w:t>
      </w:r>
    </w:p>
    <w:p>
      <w:pPr>
        <w:pStyle w:val="ArticleBody"/>
        <w:jc w:val="left"/>
      </w:pPr>
      <w:r>
        <w:rPr>
          <w:rFonts w:ascii="Times New Roman" w:hAnsi="Times New Roman" w:eastAsia="Times New Roman" w:cs="Times New Roman"/>
        </w:rPr>
        <w:t>Pe léi dominical ohechauka pe pahápe pe ára pukukue ojehechaukáva mokõipa pa ára ary rupive. Ojehechaukáma vaʼekue tenonderãite opaichagua tembiasakue tuichavéva salvación rehegua rupive, ha upéicha avei haʼe pe pahápe pe ñemoñeʼẽjoaju rembiasakue peteĩ tetã ojeporavovaʼekuéva rehegua, oñepyrũvaʼekue Abram ndive. Koichagua pohýi profético guive pe techaukaha rehegua pe período paháre, ha pe propósito serio rehegua pe período voi, mbaʼépa vaʼerãmoʼã pe ñepyrũha?</w:t>
      </w:r>
    </w:p>
    <w:p>
      <w:pPr>
        <w:pStyle w:val="ArticleBody"/>
        <w:jc w:val="left"/>
      </w:pPr>
      <w:r>
        <w:rPr>
          <w:rFonts w:ascii="Times New Roman" w:hAnsi="Times New Roman" w:eastAsia="Times New Roman" w:cs="Times New Roman"/>
        </w:rPr>
        <w:t>Oĩ peteĩ período profético ojehechaukáva mbohapypa ary rupive, ha heta testígo ñemoneĩme opa pe léi domingo-pe. Upe punto-pe oĩ peteĩ período oúva upe rire, ojehechaukáva heta valor numérico rupive, ha káda umi período omoĩ porã peteĩ testimonio peteĩ línea tembiasakue profético rehegua, oseguíva pe léi domingo rire. Oĩ umi período oguerekóva tekombo’e pe línea interna tembiasakue iglesia rehegua, ha oĩ ambue pe línea externa mundo rehegua, oho hag̃uáicha Armagedón-pe.</w:t>
      </w:r>
    </w:p>
    <w:p>
      <w:pPr>
        <w:pStyle w:val="ArticleBody"/>
        <w:jc w:val="left"/>
      </w:pPr>
      <w:r>
        <w:rPr>
          <w:rFonts w:ascii="Times New Roman" w:hAnsi="Times New Roman" w:eastAsia="Times New Roman" w:cs="Times New Roman"/>
        </w:rPr>
        <w:t>Ikatu hag̃uáicha iporã ko’ápe ñanemandu’a jey hag̃ua ñamboykeha oimeraẽ marandu ára rehegua umi ára pahápe, ndajahechái hag̃ua ipype mba’eveichagua ára ikatúva jaikuaa porã, pe ára ha aravo oñemombe’u peve umi mba’asy guasu paha rire. Aipurúta Daniel, capítulo doce, ahechauka hag̃ua che punto, ha ndaiporiveimaha jaiporu hag̃ua tiempo profético. Pe capítulo doce-pe oĩ mbohapy versíkulo omombe’úva tiempo profético.</w:t>
      </w:r>
    </w:p>
    <w:p>
      <w:pPr>
        <w:pStyle w:val="ArticleScripture"/>
        <w:jc w:val="left"/>
      </w:pPr>
      <w:r>
        <w:rPr>
          <w:rFonts w:ascii="Times New Roman" w:hAnsi="Times New Roman" w:eastAsia="Times New Roman" w:cs="Times New Roman"/>
        </w:rPr>
        <w:t>Ha ahendu pe kuimba’e ao líno-gui ojaho’íva, pe ysyry y ári oĩva, ha’e ohupi ramo hekatu ha ijasu gotyo yvága peve, ha oñe’ẽ hatã pe Oikovévare opa ára g̃uarã, ko’ã mba’e oikótaha peteĩ ára, mokõi ára ha mbyte; ha marãvete oguahẽ vove hu’ã hag̃ua pe puvaka pe tavaygua marangatupegua, opa ko’ã mba’e oñemohu’ãta. Daniel 12:7.</w:t>
      </w:r>
    </w:p>
    <w:p>
      <w:pPr>
        <w:pStyle w:val="ArticleScripture"/>
        <w:jc w:val="left"/>
      </w:pPr>
      <w:r>
        <w:rPr>
          <w:rFonts w:ascii="Times New Roman" w:hAnsi="Times New Roman" w:eastAsia="Times New Roman" w:cs="Times New Roman"/>
        </w:rPr>
        <w:t>Ha guive pe ára ojeipeʼátagui pe mymbajuka ára ha ára guive, ha oñemoĩ guive pe mbaʼe ñemokañy ojapo hag̃ua ñehundi, oĩta mil mokõi ciento noventa ára. Daniel 12:11.</w:t>
      </w:r>
    </w:p>
    <w:p>
      <w:pPr>
        <w:pStyle w:val="ArticleScripture"/>
        <w:jc w:val="left"/>
      </w:pPr>
      <w:r>
        <w:rPr>
          <w:rFonts w:ascii="Times New Roman" w:hAnsi="Times New Roman" w:eastAsia="Times New Roman" w:cs="Times New Roman"/>
        </w:rPr>
        <w:t>Ojehovasáva pe oha'arõva ha oguahẽva mil trescientos cinco ha treinta ára peve. Daniel 12:12.</w:t>
      </w:r>
    </w:p>
    <w:p>
      <w:pPr>
        <w:pStyle w:val="ArticleBody"/>
        <w:jc w:val="left"/>
      </w:pPr>
      <w:r>
        <w:rPr>
          <w:rFonts w:ascii="Times New Roman" w:hAnsi="Times New Roman" w:eastAsia="Times New Roman" w:cs="Times New Roman"/>
        </w:rPr>
        <w:t>Umi Millerita oguereko pe entendimiento hekopete peteĩteĩ ko'ã mbohapy versíkulo rehegua. Ko'ã mbohapy profesía oĩ umi añeteguápe ohechaukáva umi pyenda. Upéicharõ jepe, pe entendimiento Millerita ko'ã versíkulo rehegua oñemopyenda kuri pe principio ára peteĩ arýramo rehe. Oje'évo “tiémpo ndaiporivemo'ãi”, ko'ã versíkulo tekotevẽ oguereko ambue aplicación, opaite umi profesía niko oñe'ẽ pe tiémpo pe ama riregua rehegua. Ko'ã versíkulo tekotevẽ oguereko peteĩ entendimiento ama riregua rehegua ndoipurúiva tiémpo omoheñói hag̃ua peteĩ marandu, ha ndojoavyiva pe entendimiento Millerita rehe ko'ã versíkulo gui. Pe visión Millerita hekopete pe versíkulo mbytegua ko'ã mbohapy versíkulo apytépe, (versíkulo once), ha'eha ohechaukáva peteĩ período mokõi hendáva, oñepyrũva peteĩ período mbohapypa arýgui, upéi oúva 1260 ary. Versíkulo once ohechauka hína pe período mbohapypa arygua oĩva pe léi domingogua mboyve, ojehechaukaháicha pe ñemopu'ã rupive pe mba'e oporomboavai hag̃ua ñehundi rehegua.</w:t>
      </w:r>
    </w:p>
    <w:p>
      <w:pPr>
        <w:pStyle w:val="ArticleBody"/>
        <w:jc w:val="left"/>
      </w:pPr>
      <w:r>
        <w:rPr>
          <w:rFonts w:ascii="Times New Roman" w:hAnsi="Times New Roman" w:eastAsia="Times New Roman" w:cs="Times New Roman"/>
        </w:rPr>
        <w:t>Daniel doceha pe capítulo Ñandejára Ñe’ẽme omoĩva hag̃ua tenonde gotyo Ñandejára tavayguakuéra ñemopotĩ rape, oikóva ipahaitépe, ára pahápe, peteĩ profesía Daniel arandukágui ojeipe’ávo imbotyha. Versíkulo once-pe jajuhu peteĩ profesía umi pionéro oikuaa porã va’ekue peteĩ período treinta ary pukukue ramo, ogueraháva peteĩ período 1260 ary pukukuépe. Capítulo doce-pe, umi mbohapy profesía versíkulo siete, once ha doce pegua opyta oñembotýva ára pahápe peve. Ára pahápe umi mbohapy profesía tekotevẽ ojeipe’a imbotyha, Ñandejára Ñe’ẽ araka’eve ndojevy mo’ãi hag̃ua. Upe capítulo-pe voi oñemoĩ tenondete hag̃ua Biblia ryepýpe ta’ãnga hesakãvéva yvypóra oportunidad de gracia ñembotýre; upévare, capítulo doce katuete, ha añetehápe hekopeteve, ohechauka Adventismo paha, ndaha’éi Adventismo ñepyrũ.</w:t>
      </w:r>
    </w:p>
    <w:p>
      <w:pPr>
        <w:pStyle w:val="ArticleBody"/>
        <w:jc w:val="left"/>
      </w:pPr>
      <w:r>
        <w:rPr>
          <w:rFonts w:ascii="Times New Roman" w:hAnsi="Times New Roman" w:eastAsia="Times New Roman" w:cs="Times New Roman"/>
        </w:rPr>
        <w:t>Mbohapy profesía Daniel 12-pe ojekyhyjepyréva upe jehaipy marangatuete rupive, upépe voi pe jeity ha pe jeipe’a oñemyesakã tenondegua profesíape. Umi mbohapy profesía ojeipe’a umi cien cuarenta y cuatro mil rembiasakuepe, Alpha ha Omega akóinte ohechauka hag̃ua peteĩ mba’e paha, upe mba’e ñepyrũ ndive. Pe ojeipe’áva kapítulo 12-pe umi mbohapy ára ñemohenda profesiagua rupive ohechauka Tupã Ñe’ẽ profesiagua jeipe’a pahaite. Upe jeipe’a oñemohenda Apocalipsis kapítulo peteĩme, Jesucristo Revelación ojeipe’ávo, pe gracia rembe’y oñemboty mboyve. Daniel 12 versíkulo 11 ha’e Abram ha Pablo ñehesa’ỹijo peteĩha rehegua joaju, peteĩ profesía mokõiva rehegua oñepyrũva’ekue peteĩ arýpe oguerekóva treinta ary.</w:t>
      </w:r>
    </w:p>
    <w:p>
      <w:pPr>
        <w:pStyle w:val="ArticleBody"/>
        <w:jc w:val="left"/>
      </w:pPr>
      <w:r>
        <w:rPr>
          <w:rFonts w:ascii="Times New Roman" w:hAnsi="Times New Roman" w:eastAsia="Times New Roman" w:cs="Times New Roman"/>
        </w:rPr>
        <w:t>Mbohapy Daniel doce-pegua, mbohapy profecía ha’e umi período simbólico ojeipe’áva pahápe, ára pahávo, ha upe ojeipe’a rupi ogueru Tupã tavayguakuéra ñemopotĩ paha. Umi mbohapy profecía apytépe pe peteĩha ome’ẽ Cristo voi, ha Ha’e omoĩvo pe profecía, oĩ y ári ao lino reheve, ohechauka hag̃ua peteĩ período profético paha ojehechaukáva 1260 ary ramo, ha omyesakã hag̃ua upe período paha ha’eha Tupã tavayguakuéra pu’aka isarambíva paha. Tupã tavayguakuéra ára pahápe ha’e umi cien cuarenta y cuatro mil, ha ha’ekuéra oñemosarambi kuri.</w:t>
      </w:r>
    </w:p>
    <w:p>
      <w:pPr>
        <w:pStyle w:val="ArticleBody"/>
        <w:jc w:val="left"/>
      </w:pPr>
      <w:r>
        <w:rPr>
          <w:rFonts w:ascii="Times New Roman" w:hAnsi="Times New Roman" w:eastAsia="Times New Roman" w:cs="Times New Roman"/>
        </w:rPr>
        <w:t>Ndaha’éi Cristo año reínte y ári ombohováiva peteĩ porandu año; upe porandu oñepyrũ avei ko’ã ñe’ẽ reheve: “Araka’e peve?”. “Araka’e peve?” ha’e peteĩ símbolo profético, ha upe porandu voi oñeporandu avei Jesúspe, Daniel 8:13-pe, oñeporandúramo: “Araka’e peve?”.</w:t>
      </w:r>
    </w:p>
    <w:p>
      <w:pPr>
        <w:pStyle w:val="ArticleScripture"/>
        <w:jc w:val="left"/>
      </w:pPr>
      <w:r>
        <w:rPr>
          <w:rFonts w:ascii="Times New Roman" w:hAnsi="Times New Roman" w:eastAsia="Times New Roman" w:cs="Times New Roman"/>
        </w:rPr>
        <w:t>Ha peteĩ he’i pe kuimba’épe oñemonde vaʼekuépe ao líno-gui, oĩ vaʼekuépe pe ysyrýpe hiʼári, mboy ára peve piko oikóta koʼã mbaʼe hechapyrãva paha peve?</w:t>
      </w:r>
    </w:p>
    <w:p>
      <w:pPr>
        <w:pStyle w:val="ArticleScripture"/>
        <w:jc w:val="left"/>
      </w:pPr>
      <w:r>
        <w:rPr>
          <w:rFonts w:ascii="Times New Roman" w:hAnsi="Times New Roman" w:eastAsia="Times New Roman" w:cs="Times New Roman"/>
        </w:rPr>
        <w:t>Ha ahendu pe kuimba’e ao líno reheguáva, oĩva ysyry y ári, ohupi ramo ipo akatúa ha ipo asu yvágape, ha oñe’ẽ mbarete pe oikovéva opa ára g̃uarã rérape, péva ha’éta peteĩ ára, ára kuéra, ha mbyte; ha omohu’ã vove omyasãi hag̃ua tetã marangatu pu’aka, opa ko’ã mba’e oñemohu’ãta. Daniel 12:6, 7.</w:t>
      </w:r>
    </w:p>
    <w:p>
      <w:pPr>
        <w:pStyle w:val="ArticleBody"/>
        <w:jc w:val="left"/>
      </w:pPr>
      <w:r>
        <w:rPr>
          <w:rFonts w:ascii="Times New Roman" w:hAnsi="Times New Roman" w:eastAsia="Times New Roman" w:cs="Times New Roman"/>
        </w:rPr>
        <w:t>Pe porandu ojejapóva Jesúspe, ojehechaukáva kuimba’e ao líno rehegua ramo, pe visión ysyry Hiddekel-pe, ha’e: “Araka’e peve piko og̃uahẽta ko’ã mba’e hechapyrãva pahápe?”; ha pe visión ysyry Ulai-pe Jesúspe, ojehechaukáva ramo Palmoni (upe marangatu katuetéva) ramo, ojeporandu chupe: “Araka’e peve piko pe visión oikóta pe sacrificio ára ha ára rehegua, ha pe ñembyai oporomombyrýva rehegua, oñeme’ẽ hag̃ua mokõivéva pe santuario ha pe ehérsito toñembohasapa yvýre?”</w:t>
      </w:r>
    </w:p>
    <w:p>
      <w:pPr>
        <w:pStyle w:val="ArticleBody"/>
        <w:jc w:val="left"/>
      </w:pPr>
      <w:r>
        <w:rPr>
          <w:rFonts w:ascii="Times New Roman" w:hAnsi="Times New Roman" w:eastAsia="Times New Roman" w:cs="Times New Roman"/>
        </w:rPr>
        <w:t>Hermana White he’i umi visión oñeme’ẽva’ekue Daniel-pe umi ysyry guasu Shinar rembe’ýpe ko’ág̃a oĩ hína iñemyenyhẽ rapépe, ha mokõive ysyry rehegua visión ndive joajúpe, Jesúspe oñeporandu pe “porandu” profético, ha upéva tapiaite ogueru pe léi dominical ramo pe “mbohovái”. Upéicharamo jepe, mokõive mbohovái oñepresenta pe aravo profético ryepýpe, pe opáva’ekue 1844-pe. Umi pionero oikuaa porã pe mbohovái capítulo ocho pegua porandúpe ha pe visión ysyry Ulái rehegua, ha oikuaa hikuái 1798 ha’e hague pe ára opa haguépe pe isarambi Tupã tavayguakuéra pokatu. Péro 1844 rire, opa rire Tupã Ñe’ẽ profético “aravo jeporu”, pe porandu profético “Mboy araka’e peve?” omombe’ujevy pe entendimiento umi pionero rehegua kóicha: “peve 2300 ára, upéi pe santuario oñemopotĩta pe léi dominical oúta hag̃uápe”, ha “opaite” umi “mba’e hechapyrãva” Daniel visión paha pegua oñemboguapýta, opa vove pe isarambi umi tavaygua marangatu rehegua mbohapy ha mbyte ára simbólico pukukue.</w:t>
      </w:r>
    </w:p>
    <w:p>
      <w:pPr>
        <w:pStyle w:val="ArticleBody"/>
        <w:jc w:val="left"/>
      </w:pPr>
      <w:r>
        <w:rPr>
          <w:rFonts w:ascii="Times New Roman" w:hAnsi="Times New Roman" w:eastAsia="Times New Roman" w:cs="Times New Roman"/>
        </w:rPr>
        <w:t>Pe visión ysyry Hiddekel rehegua, oĩva Daniel rembiapokue mbohapy kapítulo pahápe, ha pe visión ysyry Ulai rehegua, oĩva kapítulo siete guive nueve peve, Hermana White ombohéra “Sinar ysyry guasu”. Opa umi aranduka aty ha umi ñehesaʼỹijoha tekohistóriagua ha bíblicogua omoneĩ oĩha mokõi ysyry añoite, ha mokõivéva ysyry guasu, ojoajúva Sinar ndive. Umi mokõi ysyry hína Tigris (Hiddekel) ha Éufrates. Ysyry Ulai ndahaʼéi pe Éufrates Sinar pegua; haʼe peteĩ ysyry michĩva, yvypórape ojapopyre, Persia pegua, ndahaʼéi Sinar pegua. Pe ysyry Ulai ojehechaukáva pe visiónpe, oguerekóva Adventismo pyenda ha itavusu mbytéva, ndojejuhúi Sinar-pe; upéicharõ jepe, pe profetisa omombeʼu Ulaiha pe Éufrates, peteĩva umi ysyry guasu Sinar pegua.</w:t>
      </w:r>
    </w:p>
    <w:p>
      <w:pPr>
        <w:pStyle w:val="ArticleBody"/>
        <w:jc w:val="left"/>
      </w:pPr>
      <w:r>
        <w:rPr>
          <w:rFonts w:ascii="Times New Roman" w:hAnsi="Times New Roman" w:eastAsia="Times New Roman" w:cs="Times New Roman"/>
        </w:rPr>
        <w:t>Pe visión Hiddekel rehechauka pe tembiasakue okapegua dragón, mymba ñarõ ha proféta japu rehegua, omotenondéva ko yvy Armagedón peve, ha pe visión Ulai rehegua orrepresenta Cristo rembiapo, ombojoajúvo Idivinidad yvypóra reko yvypóra ndive. Pe ñe’ẽñemi marangatúpe inspiración oipuru pe ysyrýi Ulai peteĩ mokõiha testígo ramo, pe ysyrýi Éufrates ndive, ohechauka hag̃ua pe tembiapo Cristo ojapóva ombojoajúvo Idivinidad yvypóra reko ndive.</w:t>
      </w:r>
    </w:p>
    <w:p>
      <w:pPr>
        <w:pStyle w:val="ArticleBody"/>
        <w:jc w:val="left"/>
      </w:pPr>
      <w:r>
        <w:rPr>
          <w:rFonts w:ascii="Times New Roman" w:hAnsi="Times New Roman" w:eastAsia="Times New Roman" w:cs="Times New Roman"/>
        </w:rPr>
        <w:t>Éufrates ha Tígris mokõivéva oñepyrũ vaekue Edénpe ha osyry ñembyatypyre pukukue pe ñe’ẽme’ẽ rembiasakue rupive. Oike jave hikuái Adventísmo yta guasu mbytépe ára 22 jasypa 1844-pe, Éufrates oñembojoaju pe yvypóra ojapóva ysyry’i Ulai reheve ohechauka hag̃ua Tupã reko oñembojoajuha yvypóra rekóndi; upéva ojejapo jerovia rembiporu rupive umi ojehechaukávape cien cuarenta y cuatro mil ramo. Ulai ohechauka peteĩ prueba Tupã ñe’ẽ maranduhára pokatu rehegua, pórke omoĩ Ellen White pokatu, omombe’úvo Persia pegua ysyry Ulaiha peteĩva umi ysyry guasu Sinar pegua, ojoavy hag̃uáicha umi mba’ekuaahára arapýpeguándi.</w:t>
      </w:r>
    </w:p>
    <w:p>
      <w:pPr>
        <w:pStyle w:val="ArticleBody"/>
        <w:jc w:val="left"/>
      </w:pPr>
      <w:r>
        <w:rPr>
          <w:rFonts w:ascii="Times New Roman" w:hAnsi="Times New Roman" w:eastAsia="Times New Roman" w:cs="Times New Roman"/>
        </w:rPr>
        <w:t>Pe ysyry Ulái rehegua ohechauka peteĩ prueba yvypóra ñe’ẽ térã Ñandejára Ñe’ẽ rehe. ¿Kuimba’ekuérapa hekoitépe, térãpa hekoitépe umi ñe’ẽ Sister White omoĩva’ekue tenonderã? ¿Pe ysyry Ulái piko ohechauka peteĩnte ysyry Persia-pe, térãpa ohechauka peteĩ ysyry profético oguerekóva y ýva Edén-gui oñembojehe’áva y men nguéndi?</w:t>
      </w:r>
    </w:p>
    <w:p>
      <w:pPr>
        <w:pStyle w:val="ArticleBody"/>
        <w:jc w:val="left"/>
      </w:pPr>
      <w:r>
        <w:rPr>
          <w:rFonts w:ascii="Times New Roman" w:hAnsi="Times New Roman" w:eastAsia="Times New Roman" w:cs="Times New Roman"/>
        </w:rPr>
        <w:t>Ikatu hag̃uáicha oĩ heta tape ko apañuãi amopuʼã vaʼekuépe ĝuarã, hákatu amoĩta peteĩ mbovymi ñemimoʼã pehecha hag̃ua che remiandu. ¿Añetépa umi historiadór ha teólogokuerá ko yvy arigua hekoitépe ha Sister White ojavy? Avave ndoikóiri oñembotavy hag̃ua umi “tuicha ysyrýkue Shinar pegua” haʼeha Tigris ha Éufrates. Upévare, Sister White omombeʼúramo ysyrýi Ulai, Persia retãme oĩva, haʼeha peteĩ tuicha ysyrýi Shinar pegua, ¿haʼépa peteĩ maranduhára japu? térã, ¿haʼépa peteĩ maranduhára añetegua, ojapo vaʼekue peteĩ jejavy? ¿Mbovy jejavy piko peteĩ maranduhára añetegua ikatu ojapo mboyve ohasa pe límite ha oiko hag̃ua maranduhára japu? Térã, ¿umi historiadórpa ojavy? Térã, ¿haʼe añetehápe piko hekoitépe? Térã, ¿umi historiadór ha Sister White mokõivéva piko hekoitépe? Amopuʼã ko apañuãi ajeporu hag̃uáicha pe hesakãporã ko apañuãi rehegua peteĩ punto oñembojoapýva ramo upe kuimbaʼépe ao líno peguápe, oĩvape ysyrýi ári, ojejerurévape: “Arakaʼe peve?” mokõivéva pe Hiddekel ha Ulai ysyrykuéra visión-pe.</w:t>
      </w:r>
    </w:p>
    <w:p>
      <w:pPr>
        <w:pStyle w:val="ArticleBody"/>
        <w:jc w:val="left"/>
      </w:pPr>
      <w:r>
        <w:rPr>
          <w:rFonts w:ascii="Times New Roman" w:hAnsi="Times New Roman" w:eastAsia="Times New Roman" w:cs="Times New Roman"/>
        </w:rPr>
        <w:t>Daniel kapítulo ocho-pe, Daniel oĩ Susa-pe, Persia-pe, ha Susa oĩ ysyry Ulai ári; ko Ulai, temitỹ rembiapo rupi, oguereko ysyry tee ha avei peteĩ aty yrape yvypóra ojapova’ekue. Ulai oseguívo oguejy ambue cien cincuenta milla rupi, ojoaju pe Tigris ha Éufrates ysyrykuéra oñembojoajúva rendápe. Tigris ha Éufrates, oñepyrũva’ekue Edén-pe, ipahápe ojoaju; ha upe ojoajúvo, Ulai ysyry Persia-gua ojoaju avei upe punto-pe. Ulai ysyry og̃uahẽvo pe ysyrypype guasu ha yvykũmi rehegua Tigris mba’évape, pe Tigris ha Éufrates oñembojoajúva rendápe, Ulai oike umi y rehegua apytépe omohendáva pe ysyry guasu kuéra Sinar-pe. Umi historiadorkuéra he’i porã, ha péicha avei, Hermana White.</w:t>
      </w:r>
    </w:p>
    <w:p>
      <w:pPr>
        <w:pStyle w:val="ArticleBody"/>
        <w:jc w:val="left"/>
      </w:pPr>
      <w:r>
        <w:rPr>
          <w:rFonts w:ascii="Times New Roman" w:hAnsi="Times New Roman" w:eastAsia="Times New Roman" w:cs="Times New Roman"/>
        </w:rPr>
        <w:t>Ár Sister White omombe’úvo pe visión pe Ulai rehegua capítulo ocho-pe, ha’e ohechauka peteĩ ysyry ojekuaáva isistema acueducto ojejapova’ekue yvypórape rupive ombojoajúva ysyry Tigris ha Éufrates, ohechaukáva mokõi período 2520 ary rehegua, opa va’ekue 1798 ha 1844-pe.</w:t>
      </w:r>
    </w:p>
    <w:p>
      <w:pPr>
        <w:pStyle w:val="ArticleBody"/>
        <w:jc w:val="left"/>
      </w:pPr>
      <w:r>
        <w:rPr>
          <w:rFonts w:ascii="Times New Roman" w:hAnsi="Times New Roman" w:eastAsia="Times New Roman" w:cs="Times New Roman"/>
        </w:rPr>
        <w:t>Tígris réra yma guare hérava hína Hiddekel, ha Éufrates rehehápe mokõivéva ysyry oñemoĩ porãma profétikamente ojejoaju hag̃ua Asiria ha Babilonia ndive, ha umíva avei oñekuaa mokõi león ramo oñenupã hag̃uáva Tupã ovecha kuérape. Umi mokõi mbarete ombyaíva oporombohape raẽ vaʼekue umi mokõi mbarete ombyaíva Romágui pagáno ha Romágui papal rehegua, ha umíva techaukaha peteĩ kuimbaʼe ha peteĩ kuña rehegua, térã peteĩ iglesia ha peteĩ tetã rehegua. Roma pagána hína pe kuimbaʼe ohechaukáva mburuvicharã rembiapo tetãygua, ha Roma papal hína pe kuña kyʼaʼỹvaʼỹ iglesia rembiapo rehegua. Asiria hína pe kuimbaʼe ha Babilonia pe kuña ijoajúpe profétikape, upéicha rupi oñemombeʼu porã Tígris pe kuimbaʼeha ha Éufrates pe kuñaha.</w:t>
      </w:r>
    </w:p>
    <w:p>
      <w:pPr>
        <w:pStyle w:val="ArticleBody"/>
        <w:jc w:val="left"/>
      </w:pPr>
      <w:r>
        <w:rPr>
          <w:rFonts w:ascii="Times New Roman" w:hAnsi="Times New Roman" w:eastAsia="Times New Roman" w:cs="Times New Roman"/>
        </w:rPr>
        <w:t>Ysyry Tígris ha’e pe ysy tembiapo estado rehegua oguahẽva’ekue 1798 peve, ha pe Éufrates, tembiapo tupao rehegua, oguahẽ va’ekue 1844 peve. Pe Éufrates oguahẽ va’erãkuri 1844 peve, pe marandu 1844 gua rehegua niko Babilonia rehegua, (pe Éufrates), ho’a jeýva’ekue 1844-pe. Pe Éufrates oguenohẽrõ guare peteĩ ysyry ho’a 1844-pe, pe ysyry Ulai, ojoajúma va’ekue avei pe joajuhape tembiapo yvypóra rehegua símbolo ramo, ombojehe’a imýi ambue ysy pe ndive. Pe ysy tembiapo estado rehegua ojokopa va’ekue 1798-pe, mburuvicha hag̃ua civil ojeipe’a ramo guare pe pokatu papal-gui. Upe aryte voi Estados Unidos oñepyrũ ogoverna mymbaguasu yvy rehegua ha poteĩha mburuvichaguasu Biblia maranduhára ñe’ẽme. Ysyry Tígris ojokopa 1798-pe, pe hendápe voi estado ipahápe ombojere hag̃ua opaite yvóra oity hag̃ua pe jokoha, ko’ág̃a ojokóva pe y papapy jehasa asy papal rehegua oitypaitéva ko yvy ári peteĩ ysy guasu ipyahẽvaicha. Upe tápia térã jokoha ha’e pe tápia omboja’óva tupao ha estado.</w:t>
      </w:r>
    </w:p>
    <w:p>
      <w:pPr>
        <w:pStyle w:val="ArticleBody"/>
        <w:jc w:val="left"/>
      </w:pPr>
      <w:r>
        <w:rPr>
          <w:rFonts w:ascii="Times New Roman" w:hAnsi="Times New Roman" w:eastAsia="Times New Roman" w:cs="Times New Roman"/>
        </w:rPr>
        <w:t>Áño 1844-pe, mokõivéva, Éufrates ha Ulai, ohechauka pe marandu 1844 gua ha’eha Babilonia ho’a, ha avei pe tembiapoite Cristo omoñepyrũva 1844-pe, araka’e pe Pacto Maranduhára ramo omopotĩ Babilonia ykuéra ha tembiapo yvypóra guigua peteĩ tavayguakuéragui oike va’erãva Isantuario-pe—peteĩ tavayguakuéra tekotevẽva oñemopotĩ oikemboyve pe Tenda Santísimo-pe. Pe ipahapegua ñemopotĩ umi tavayguakuéra rehegua ojejapo pe ama oguejyva’ekue pe Midnight Cry marandu guýpe rupive, ha umi ama rykykue pe Midnight Cry marandu rehegua oñemboy’u térã ojeguenohẽ Tigris ykuéragui, péicha umi Millerita-kuéra ohechakuaa haguéicha Roma papal ha 1798, ha péicha avei ohechakuaa haguéicha Babilonia ho’a ha oñemopotĩ oñembotygue mboyve pe okẽguapy pe marandu rupive, térã ikatu hag̃uáicha ere—oñemopotĩ pe ama oúva’ekue Ulai, Tigris ha Éufrates ysyrýgui oñemboy’úva rupive, ha’ekuéra oñemoĩvo Daniel 8:14 marandu, ha omohu’ãvo pe Midnight Cry marandu pe ára antitípico de la Expiación ojepe’a mboyve.</w:t>
      </w:r>
    </w:p>
    <w:p>
      <w:pPr>
        <w:pStyle w:val="ArticleBody"/>
        <w:jc w:val="left"/>
      </w:pPr>
      <w:r>
        <w:rPr>
          <w:rFonts w:ascii="Times New Roman" w:hAnsi="Times New Roman" w:eastAsia="Times New Roman" w:cs="Times New Roman"/>
        </w:rPr>
        <w:t>Cristo oñembo’ývo Hiddekel y ári Daniel capítulo doce versículo siete-pe, ha’e oñembo’y Tigris y ári, umi y tetã rembiapo ypykue rehegua visión-pe, omyesakãva umi pahápegua ku’e hag̃ua yvypóra rembiapo tetãmegua ogueraháva gracia ára paha peve. Ha’e oñembo’y upépe ombohováivo pe porandu versículo mboyveguápe, peteĩchaite Ulai ysyrýpe pe visión-pe, kuimba’e lino ao reheve, upépe ha’éva Palmoni, pe Papaha Hechapyrãva, ome’ẽ peteĩ mbohovái pe porandu versículo mboyveguápe. Mokõivéva kásope pe ñomongeta ha’e ñomongeta yvagapegua ánhel ha Cristo apytépe, ha mokõivévape pe porandu ha’e: “Mboy araka’e peve?”</w:t>
      </w:r>
    </w:p>
    <w:p>
      <w:pPr>
        <w:pStyle w:val="ArticleBody"/>
        <w:jc w:val="left"/>
      </w:pPr>
      <w:r>
        <w:rPr>
          <w:rFonts w:ascii="Times New Roman" w:hAnsi="Times New Roman" w:eastAsia="Times New Roman" w:cs="Times New Roman"/>
        </w:rPr>
        <w:t>Pe mbohovái ha’e peve 2300 ára, capítulo 8 ha capítulo 12-pe katu ha’e “peteĩ ára, ára-kuéra ha mbyte.” Pe mbohovái oñentende 2300 ary ha 1260 ary ramo, ha katu 1844-pe Tupã omoĩ peteĩ ñembotove ára jeporu rehe pe marandu profético ryepýpe, pórke aravo ndahaʼevéima. Mba’épa hína Palmoni, pe kuimba’e ao líno rehegua, ombohovái Hembiapokue pahápe g̃uarã? Pe porandu “Arakaʼe peve?” ojehechauka heta testígo ári ohechauka hag̃ua pe léi domingo rehegua haʼeha pe mbohovái pe porandúpe, upéicharõ, ¿pe santuario oñemopotĩpa pe léi domingo rehegua jave, ha “opa koʼã mbaʼe hechapyrãva” opa hag̃ua pe léi domingo rehegua jave? Mba’épa umi “mbaʼe hechapyrãva” opáva pe léi domingo rehegua jave, ha arakaʼe piko oñepyrũ umi “mbaʼe hechapyrãva”?</w:t>
      </w:r>
    </w:p>
    <w:p>
      <w:pPr>
        <w:pStyle w:val="ArticleScripture"/>
        <w:jc w:val="left"/>
      </w:pPr>
      <w:r>
        <w:rPr>
          <w:rFonts w:ascii="Times New Roman" w:hAnsi="Times New Roman" w:eastAsia="Times New Roman" w:cs="Times New Roman"/>
        </w:rPr>
        <w:t>Upéi che Daniel ama’ẽ, ha, péina, opyta mokõi ambue: peteĩ ko ysyry rembe’y peteĩ gotyo, ha ambue pe ysyry rembe’y ambue gotyo. Ha peteĩ he’i pe kuimba’e ao líno rehegua oñemonde va’ekuépe, oĩ va’ekuépe ysyry y ári: Mboy arépa og̃uahẽta ko’ã mba’e hechapyrãva paha peve?</w:t>
      </w:r>
    </w:p>
    <w:p>
      <w:pPr>
        <w:pStyle w:val="ArticleScripture"/>
        <w:jc w:val="left"/>
      </w:pPr>
      <w:r>
        <w:rPr>
          <w:rFonts w:ascii="Times New Roman" w:hAnsi="Times New Roman" w:eastAsia="Times New Roman" w:cs="Times New Roman"/>
        </w:rPr>
        <w:t>Ha ahendu pe kuimba'e ao líno-gui oñemonde vaekue, ysyry y ári oĩ vaekuépe, ha'e omopu'ã ramo ijyva akatúa ha ijyva asu yvágape, ha oñe'ẽ hag̃ua Ñandejára oikovéva opa ára g̃uarã rérape, ko'ã mba'e oikótaha peteĩ ára, ára kuéra ha mbyte ára pukukue; ha ha'e omohu'ã vove omyasãi hag̃ua ipypekuéra imbaretéva tavayguakuéra marangatupegua, upérõ opa ko'ã mba'e oñemohu'ãta. Daniel 12:5–7.</w:t>
      </w:r>
    </w:p>
    <w:p>
      <w:pPr>
        <w:pStyle w:val="ArticleBody"/>
        <w:jc w:val="left"/>
      </w:pPr>
      <w:r>
        <w:rPr>
          <w:rFonts w:ascii="Times New Roman" w:hAnsi="Times New Roman" w:eastAsia="Times New Roman" w:cs="Times New Roman"/>
        </w:rPr>
        <w:t>Pe porandu mba’éichapa ipukúta “Araka’épa?” ohechauka pe léi domingo rehegua, ha pe ánhel ndojeruréi araka’épa pe léi domingo, síno araka’épa opa pe hechapyrãnguéra. Pe “hechapyrãnguéra” opa pe léi domingo-pe; upévare, mba’épa umi hechapyrã nguéra ogueraha pe léi domingo peve? Térã, hag̃uã hag̃uáicha hekopeteve, mba’épa umi “hechapyrã” ojehechaukáva pe visión oñeme’ẽva Hiddekel ykére, ojehechaukáva capítulo diez guive doce peve? Ikatúramo ñamyesakã mba’épa umi “hechapyrãnguéra”, ikatu jahupyty araka’épa oñepyrũ umi “hechapyrãnguéra”. Daniel capítulo diez-pe Gabriel hesakã porã ohechauka mba’épa raka’e iporãrã hembiaporã ijeheguívo Daniel ndive pe visión aja.</w:t>
      </w:r>
    </w:p>
    <w:p>
      <w:pPr>
        <w:pStyle w:val="ArticleScripture"/>
        <w:jc w:val="left"/>
      </w:pPr>
      <w:r>
        <w:rPr>
          <w:rFonts w:ascii="Times New Roman" w:hAnsi="Times New Roman" w:eastAsia="Times New Roman" w:cs="Times New Roman"/>
        </w:rPr>
        <w:t>Ko'ág̃a aju nde rendápe romoĩ hag̃ua ndéve reikuaa hag̃ua mba'épa ojehútava nde retãygua kuérape umi ára pahápe; pe visión niko gueteri heta ára peve guarã. Daniel 10:14.</w:t>
      </w:r>
    </w:p>
    <w:p>
      <w:pPr>
        <w:pStyle w:val="ArticleBody"/>
        <w:jc w:val="left"/>
      </w:pPr>
      <w:r>
        <w:rPr>
          <w:rFonts w:ascii="Times New Roman" w:hAnsi="Times New Roman" w:eastAsia="Times New Roman" w:cs="Times New Roman"/>
        </w:rPr>
        <w:t>Gabriel oúta oñentenduka hag̃ua Tupã tavayguápe mbaʼépa oikóta hesekuéra ára pahápe. Oñemoĩ hag̃uáicha umi profesía Daniel doce-pe, umi Millerita-kuéra ontende porã vaʼekue, ha upéva rehe oñemoneĩ hag̃ua upe kapítulo ndojeporúiha ára pahápe, upéva hína ojeity hag̃ua yvýre Gabriel hembipota ojeʼe vaʼekue. Guive Gabriel oñepyrũvo pe mombeʼu profesiagua versíkulo peteĩme kapítulo once-pe ha oho hag̃ua pe versíkulo mbohapýpe kapítulo doce-pe, pe tembiasakue ojehechaukáva hína umi detalle profesiagua okapeguáva, mbaʼéichapa pe dragón, pe mymba ha pe maranduhára japu ogueraha yvy tuichakue Armagedón-pe. Oĩ pasáhekuéra pe kapítulo ryepýpe omombeʼúva Tupã tavayguakuéra ojejopy asyha, péro pe tembiasakue kapítulo once-pegua haʼe tenonderãite peteĩ jehechauka okapeguáva. Kóva heʼise kapítulo diez ha kapítulo doce ohechaukaha peteĩ alfa ha peteĩ omega Daniel jehecha paha ryepýpe, mbaʼérepa, kapítulo once-ichaʼỹre, mokõivéva omombeʼu peteĩ marandu hyepypegua ohechaukaséva oñesella hag̃ua umi cien cuarenta y cuatro mil. Pe kapítulo mbytegua haʼe yvyporakuéra puʼaka hag̃ua Tupã rehe, ojehechaukáva pe mburuvicha yvate gotyo pegua rupive, Roma pápape, ha pe alfa kapítulo diez, omega kapítulo doce ndive, ohechauka umi cien cuarenta y cuatro mil jehasa hyepypegua ára pahápe. Umi mbohapy kapítulo ogueraha opa hag̃uáicha pe tiempo de gracia, pe alfa kapítulo oñepyrũ Tupã kyhyjégui omboykéva mokõi aty oporombojeroviáva, ha pe kapítulo paha gotyo Daniel oñemeʼẽ chupe peteĩ mbarete mokõivéva, upéicha ojehechauka hag̃ua pe marandu ángel peteĩha ha mokõiha rehegua. Kapítulo doce haʼe pe omega kapítulo ha upéva ohechauka pe juicio marandu pe ángel mbohapyha rehegua.</w:t>
      </w:r>
    </w:p>
    <w:p>
      <w:pPr>
        <w:pStyle w:val="ArticleBody"/>
        <w:jc w:val="left"/>
      </w:pPr>
      <w:r>
        <w:rPr>
          <w:rFonts w:ascii="Times New Roman" w:hAnsi="Times New Roman" w:eastAsia="Times New Roman" w:cs="Times New Roman"/>
        </w:rPr>
        <w:t>Kapítulo once omombeʼu porã yvyporakuéra puʼakareko hag̃ua oñemoĩ hag̃ua Ñandejára rehe Jerusalén ñehundipa guive pe jeporavo arekue ñemohuʼã peve, ha upéva, Sister White heʼiháicha, haʼe peteĩ taʼanga ohechaukáva pe jeporavo arekue ñemohuʼã ko yvy ape ári pahápe. Daniel kapítulo once oñepyrũ Jerusalén ñehundipa guive, Daniel niko peteĩ umi ojereraháva Babilóniape pe mbohapy jey Jerusalén ñehundipe, upéva omohechauka hag̃ua pe táva peteĩchagua ñehundi oikovaʼekue ary 70 d.C.-pe, ha upéi jey umi ára pahápe, ko yvy rehegua mundo ohechaukaháicha.</w:t>
      </w:r>
    </w:p>
    <w:p>
      <w:pPr>
        <w:pStyle w:val="ArticleBody"/>
        <w:jc w:val="left"/>
      </w:pPr>
      <w:r>
        <w:rPr>
          <w:rFonts w:ascii="Times New Roman" w:hAnsi="Times New Roman" w:eastAsia="Times New Roman" w:cs="Times New Roman"/>
        </w:rPr>
        <w:t>Mokõi ñehundiete tee Jerusalén rehe oikova’ekue pe ára peteĩchahápe pe aryme, seiscientos sesenta y cinco ary ojuehegui mombyry. Umi mokõi ñehundiete oiko pe táva rehe, pe Arca oĩ va’erãhágui. Shilo oguerekókuri umi mba’e’ete profético peteĩchagua ha ohechauka pe ñehundiete peteĩha peteĩ táva rehe, Tupã renondépe oĩhague térã oĩ va’erãhague. Hermana White oiporúramo Jerusalén ñehundiete símbolo ramo umi ára pahápe guare ñehundieterã rehe, ha’e ocomentahaína Cristo sermón rehe Jerusalén ñehundi rehegua.</w:t>
      </w:r>
    </w:p>
    <w:p>
      <w:pPr>
        <w:pStyle w:val="ArticleBody"/>
        <w:jc w:val="left"/>
      </w:pPr>
      <w:r>
        <w:rPr>
          <w:rFonts w:ascii="Times New Roman" w:hAnsi="Times New Roman" w:eastAsia="Times New Roman" w:cs="Times New Roman"/>
        </w:rPr>
        <w:t>Silo, pe ñehundi Jerusalén-gua Nabucodonosor ha Tito poguýpe, ha’e mbohapy testígo umi ára pahápe guáre, oñerrepresentaháicha Tupã táva ñehundípe. Silo ha’e pe ánhel peteĩha marandu, ombo’éva ñakyhyje hag̃ua Tupãgui, mba’e Eli ndojapóiva’ekue, ha ñame’ẽ hag̃ua ichupe glória, mba’e Eli ndojapóiva’ekue, pe ára ijuísiogua og̃uahẽma rupi. Pe ánhel mokõiha marandúpe jajuhu peteĩ jo’a, oñerrepresentaháicha Nabucodonosor ha Tito rupive. Pe mbohapyha ñehundi Jerusalén-gua, umi ára pahápe, ha’e pe gracia ára ñembotýpe, upéva ha’éva pe juísio ñemboty.</w:t>
      </w:r>
    </w:p>
    <w:p>
      <w:pPr>
        <w:pStyle w:val="ArticleBody"/>
        <w:jc w:val="left"/>
      </w:pPr>
      <w:r>
        <w:rPr>
          <w:rFonts w:ascii="Times New Roman" w:hAnsi="Times New Roman" w:eastAsia="Times New Roman" w:cs="Times New Roman"/>
        </w:rPr>
        <w:t>Pe kapítulo onceha hína umi mbohapy ánhel marandu rembiasakue okápe ojehecháva. Oĩ mbytépe pe kapítulo diez visión jehecháva ñemombyrýre ha mbohapy pokatu ñemombarete rehegua, oikóva pe mokõipa mokõiha árape Daniel visión ryepýpe. Kóva he’ise pe kapítulo doce avei oñe’ẽtaha pe rembiasakue hyepypeguáre, mba’épa oiko Tupã tavayguakuérape ára pahápe. Avei he’ise pe tesape oĩva kapítulo doce ryepýpe ha’eha mokõipa mokõi jey hesakãvéva pe tesape kapítulo diezpe oĩvagui.</w:t>
      </w:r>
    </w:p>
    <w:p>
      <w:pPr>
        <w:pStyle w:val="ArticleBody"/>
        <w:jc w:val="left"/>
      </w:pPr>
      <w:r>
        <w:rPr>
          <w:rFonts w:ascii="Times New Roman" w:hAnsi="Times New Roman" w:eastAsia="Times New Roman" w:cs="Times New Roman"/>
        </w:rPr>
        <w:t>Pe visión Ulaípe, Cristope avei oñeporandu: “Araka’e peve?” Umi doce versículo mboyvegua, ogueraháva pe porandu pe versículo trecepe, ohechauka hína kuri tembiasakue profétika okáguio orepresentáva umi detalle iñimportánteva umi poder profecía bíblicagua rehegua. Umi doce versículo ndojapói kuri ambue mba’e ndaha’éiramo omombe’u jey ha omyasãi hag̃ua pe tembiasakue ojehechaukáva capítulo sietépe. Pe tembiasakue profétika oñemoĩva umi versículope oñemombe’u jey ha oñembotuichave capítulo oncépe, oñepyrũvo medos ha persas ára guive. Pe pahague gotyo capítulo ochope ha opaite capítulo nuevépe oñerrepresenta Tupã tavayguakuéra ára pahapegua maranduhára Daniel rupive. Pe visión tembiasakue profétikagua ojejuhúva pe visión ysyrykuéra Ulaípegua mbohapy capítulope, oñondive pe representación Tupã tavayguakuéra rehegua umi capítulope Daniel oñemongetávo Gabriel ndive, ha’e pe alfa guive pe omega peve umi capítulo diez guive doce peve.</w:t>
      </w:r>
    </w:p>
    <w:p>
      <w:pPr>
        <w:pStyle w:val="ArticleBody"/>
        <w:jc w:val="left"/>
      </w:pPr>
      <w:r>
        <w:rPr>
          <w:rFonts w:ascii="Times New Roman" w:hAnsi="Times New Roman" w:eastAsia="Times New Roman" w:cs="Times New Roman"/>
        </w:rPr>
        <w:t>Heta Hidékel hína pe ómega ha pe Ulái pe alfa, pe pokatu ojehechaukáva pe tesape rupive ojeipe’áva sello guive capítulo doce-pe, og̃uahẽvo pe ára paha, mokõi-pa mokõi jey hesakãve pe visión-gui, ha’éva pe yvyra guasu mbytegua ha pe fundamento Adventismo rehegua. Upéicha rupi, Daniel visión paha rehegua tesape ojehechakuaa hag̃ua directamente tesape ramo oñembojoajúva Tupã tavayguakuéra rehe umi ára pahápe. Pe ánhel oporandúramo pe kuimba’épe ao líno guigua rehe, “Araka’e peve?” opa hag̃ua ko’ã mba’e hechapyrã, umi mba’e hechapyrã hína umi omimbi va’erã mbyjakuéraicha opa ára g̃uarã, Abram ñe’ẽme’ẽ rembiasakue ombohyapývo peteĩ tembiapoukapy Abram-pe oma’ẽ hag̃ua mbyjakuérare. Pe mba’e hechapyrã Daniel doce-pe hína yvyporakuéra ñemoambue oñemoĩ hag̃ua pe estandarte ramo umi cien cuarenta y cuatro mil rehegua.</w:t>
      </w:r>
    </w:p>
    <w:p>
      <w:pPr>
        <w:pStyle w:val="ArticleBody"/>
        <w:jc w:val="left"/>
      </w:pPr>
      <w:r>
        <w:rPr>
          <w:rFonts w:ascii="Times New Roman" w:hAnsi="Times New Roman" w:eastAsia="Times New Roman" w:cs="Times New Roman"/>
        </w:rPr>
        <w:t>Peteĩ punto ymaveguápe jahechakuaa Daniel doce, versículo once-pe ojehechauka peteĩ período profético oguerekóva mokõi período, ha pe peteĩha umívagui ha’e mbohapypa ary. Ikatu hag̃uáicha ñamoĩ pe énfasis hekopete versículo once ári, aha versículo siete-pe; ahechauka hag̃ua Cristo jeike hag̃ua ijeheguiete umi mba’e hechapyrãva Ha’e ojapóva Itavayguakuéra apytépe umi ára pahápe.</w:t>
      </w:r>
    </w:p>
    <w:p>
      <w:pPr>
        <w:pStyle w:val="ArticleBody"/>
        <w:jc w:val="left"/>
      </w:pPr>
      <w:r>
        <w:rPr>
          <w:rFonts w:ascii="Times New Roman" w:hAnsi="Times New Roman" w:eastAsia="Times New Roman" w:cs="Times New Roman"/>
        </w:rPr>
        <w:t>Ajevy jey jevykuéra once-pe, aipota amomandu’a peẽme capítulo doce oñembohéra hag̃uáicha directamente “ára pahápe” Gabriel rupive. Umi ciento cuarenta y cuatro mil árape, umi ára oñembosellahápe ha oike hag̃ua hikuái peteĩ pacto-pe Tupã ndive; Daniel kuatia he’iháicha, oĩta peteĩ marandu oñeñapytĩ’ỹva oñembotuicháva hag̃uáicha peteĩ sapukái hatãva. Upe marandu ojehechauka capítulo doce-pe mbohapy período profético iñambuéva rupive, umi mba’e oñemyesakãmava’ekue Millerita-kuéra rupive, ha upéi oñemoneĩva’ekue Espíritu de Profecía rupive. Umi mbohapy período ndorekói he’iséva tiempo, pe ángel voi omoĩva mokõi ipo yvága gotyo capítulo doce-pe, omoĩkuri peteĩ ipo yvága gotyo Apocalipsis diez-pe, ha oñe’ẽ mbarete vaʼekue ndaiporimoʼãvéi hag̃ua tiempo. Upe ñeʼẽmombeʼu ary 1844-pe heʼise umi mbohapy período profético Daniel doce-pe haʼeha período simbólico ndahaʼéiva hag̃ua orepresenta tiempo.</w:t>
      </w:r>
    </w:p>
    <w:p>
      <w:pPr>
        <w:pStyle w:val="ArticleBody"/>
        <w:jc w:val="left"/>
      </w:pPr>
      <w:r>
        <w:rPr>
          <w:rFonts w:ascii="Times New Roman" w:hAnsi="Times New Roman" w:eastAsia="Times New Roman" w:cs="Times New Roman"/>
        </w:rPr>
        <w:t>Upévare, pe período profético simbólico mbytegua Daniel doce-pe ha’égui peteĩ período mokõi hendáicha, oñepyrũva mbohapypa ary reheve upe capítulo voi-pe Miguel opuʼãhápe, upéicharõ reikuaa pe período mokõi hendáicha oñepyrũva mbohapypa ary reheve haʼeha Abram profecía alfa ñembyaty porãite. Pe omega pe profecía aravo rehegua, oñepyrũva pe ñeʼẽmeʼẽ rembiasakue peteĩ tetã ojeporavopyréva rehe, oguahẽ iñembyaty porãitépe upe capítulo peteĩme, haʼéva Daniel testimonio ruʼãite mbaʼépa oikótava Tupã retãygua rehe ára pahápe.</w:t>
      </w:r>
    </w:p>
    <w:p>
      <w:pPr>
        <w:pStyle w:val="ArticleBody"/>
        <w:jc w:val="left"/>
      </w:pPr>
      <w:r>
        <w:rPr>
          <w:rFonts w:ascii="Times New Roman" w:hAnsi="Times New Roman" w:eastAsia="Times New Roman" w:cs="Times New Roman"/>
        </w:rPr>
        <w:t>Ipaha pahápe, Daniel kuatiañe’ẽ ojepe’a, ha pe tesakã osẽva oseella Tupã tavayguakuérape. Ipaha pahápe, Daniel kuatiañe’ẽ ojepe’a, ha pe tesakã osẽva ojehechauka mbohapy ára profétiko rupive Daniel kapítulo pahapegua ryepýpe. Upe kapítulo ha’e pe omega umi mbohapy kapítulo apytépe ombohekóva pe visión Hiddekel rehegua, ha pe visión Hiddekel rehegua ha’e pe omega umi mbohapy kapítulo rehegua ohechaukáva pe alpha umi visión ysyry rehegua Daniel-pe. Umi ysyry oñepyrũva’ekue Edénpe ipahápe og̃uahẽ Daniel rendápe, ha upéi Tupã Ñe’ẽ profétika ogueru chupekuéra pe movimiento Millerita pe ánhel peteĩha ha mokõiha rehegua, pe movimiento alpha umi mbohapy ánhel mokõi movimiento apytépe. Pe 1290 ary versíkulo 11-pe oĩva ha’e pe omega Abram ha Pablo kuéra profesía 430 ary rehegua.</w:t>
      </w:r>
    </w:p>
    <w:p>
      <w:pPr>
        <w:pStyle w:val="ArticleBody"/>
        <w:jc w:val="left"/>
      </w:pPr>
      <w:r>
        <w:rPr>
          <w:rFonts w:ascii="Times New Roman" w:hAnsi="Times New Roman" w:eastAsia="Times New Roman" w:cs="Times New Roman"/>
        </w:rPr>
        <w:t>Ñande jaikuaave hag̃ua Daniel doce rehe ha ijoaju Abrán profecía ndive, iporã ñanemanduʼa hag̃ua mávapa vaʼekue Pablo. Pablo ndahaʼéi vaʼekue pe apóstol umi gentilkuérape g̃uarã añoite, síno avei, ha péva iñimportanteiterei, omombeʼu imarandu Tupã Ñeʼẽ profética rupive. Ha tuichave mbaʼe guive upévagui, Pablo vaʼekue peteĩ proféta dispensasional. Peteĩ proféta dispensasional haʼe peteĩ proféta Tupã omoingovéva ogia hag̃ua Itavayguakuérape peteĩ dispensación guive ambuépe, Moisés-icha, pe altar-pe ñemombaʼeguasu guive pe santuario-pe ñemombaʼeguasúpe; Juan el Bautista; pe santuario yvy arigua guive pe Santuario Yvágape. Pablo ohai hetave marandu ha tembiapoukapy mbaʼéichapa ojeporuvaʼerã pe literal pe espiritual-pe, opa umi ambue Biblia haihára oñondivepa guive, hetaiterei! Haʼe oñemopuʼã vaʼekue omyesakã hag̃ua pe ñembohasa literal guive espiritual-pe Tupã tavaygua ñemoñeʼẽme’ẽ ryepýpe.</w:t>
      </w:r>
    </w:p>
    <w:p>
      <w:pPr>
        <w:pStyle w:val="ArticleBody"/>
        <w:jc w:val="left"/>
      </w:pPr>
      <w:r>
        <w:rPr>
          <w:rFonts w:ascii="Times New Roman" w:hAnsi="Times New Roman" w:eastAsia="Times New Roman" w:cs="Times New Roman"/>
        </w:rPr>
        <w:t>Páulo ha’e pe joajuha apytépe oĩva Abraham retaygua ojeporavóva ñe’ẽme’ẽnguéra ñemoñepyrũme, upe tetã ojeporavóva oñembohasávo literal-gui espiritual-pe. Nde ndereikuaaporãiramo mba’épa raka’e Páulo rembiapo ñe’ẽme’ẽ rembiasakue ryepýpe, ikatu nderehechakuaái mba’éichaitépa Tupãgui ou porãite, Tupã ñe’ẽme’ẽ retaygua profesía peteĩhaha ha’eha peteĩ profesía aravo rehegua mokõivehendáicha oñepyrũva peteĩ 30 ary pukukue reheve. Peteĩ profesía omoĩva’ekue tetã ojeporavóva ru; ha upe tetã oñembohasávo retaygua espiritual-pe, oñemopu’ã peteĩ maranduhára dispensasional ohechauka ha omyesakã hag̃ua upe ñembohasa, ha avei omoneĩ hag̃ua Abram aravo-profesía peteĩ mokõiha testígo rupive Testamento Pyahu-gui, ojoajúva peteĩha testígo rehe Testamento Tuja-gui. Abram ñepyrũme, ha upéi Páulo paha gotyo, mokõivéva ohechauka hag̃ua mba’e tuichaitépa he’ise 1290 ára pahaguérape.</w:t>
      </w:r>
    </w:p>
    <w:p>
      <w:pPr>
        <w:pStyle w:val="ArticleBody"/>
        <w:jc w:val="left"/>
      </w:pPr>
      <w:r>
        <w:rPr>
          <w:rFonts w:ascii="Times New Roman" w:hAnsi="Times New Roman" w:eastAsia="Times New Roman" w:cs="Times New Roman"/>
        </w:rPr>
        <w:t>Jaseguéta pe artíkulo oúvape.</w:t>
      </w:r>
    </w:p>
    <w:p>
      <w:pPr>
        <w:pStyle w:val="ArticleScripture"/>
        <w:jc w:val="left"/>
      </w:pPr>
      <w:r>
        <w:rPr>
          <w:rFonts w:ascii="Times New Roman" w:hAnsi="Times New Roman" w:eastAsia="Times New Roman" w:cs="Times New Roman"/>
        </w:rPr>
        <w:t>“Zacarías visión Josué ha pe Ángel rehe ojejapo hag̃ua mbarete ijojaha’ỹva Tupã tavayguakuéra jehasápe umi tembiapo paha guasúpe pe ára guasu ñemopotĩ rehegua. Pe tupao rembyre upérõ oñemoinge va’erã tuicha jehasa asýpe ha py’atarovápe. Umi oñongatúva Tupã mandamiénto ha Jesús jerovia oikuaáta dragón pochy ha iñehérsito-kuéra pochy. Satanás oipapa ko yvy ape ári oikóvape imba’erã ramo; oguereko ipópe heta oje’eva cristiano apytépe jepe. Ha ko’ápe oĩ peteĩ aty michĩva oñemoĩva hese ani hag̃ua oguereko ipu’aka. Ikatúrire ombogue chupekuéra ko yvy ape ári guive, ipu’akaite hag̃ua hi’aguĩta oñemohu’ã hag̃ua. Oinfluensiaháicha umi tetãnguéra pagano-pe ohundi hag̃ua Israel, upéicha avei mbykymi hag̃ua ko’águi omokyre’ỹta umi yvy ape ári mba’epu’akapáva heko vaíva ohundi hag̃ua Tupã tavayguakuérape. Yvyporakuérape ojejeruréta toñemoĩ hag̃ua yvypóra léi poguýpe, oikuaa hag̃uáicha yvypóra kuatiañe’ẽnguéra, oñemoĩvo Tupã léi rehe.”</w:t>
      </w:r>
    </w:p>
    <w:p>
      <w:pPr>
        <w:pStyle w:val="ArticleScripture"/>
        <w:jc w:val="left"/>
      </w:pPr>
      <w:r>
        <w:rPr>
          <w:rFonts w:ascii="Times New Roman" w:hAnsi="Times New Roman" w:eastAsia="Times New Roman" w:cs="Times New Roman"/>
        </w:rPr>
        <w:t>“Umi oĩva añete Tupã reheve oñemongyhyjéta, oñedenunsiáta, ha oñembotovéta. Oñemeʼẽta “itúva ha isy, ha ijoykeʼykuéra, ha ihentekuéra, ha iñirũnguéra rupive”, pe ñemano peve. Lucas 21:16. Haʼekuéra ñahaʼarõ peteĩnte orekóva hína Tupã poriahuvereko rehe; ha iñemoʼã peteĩnte hína ñemboʼe. Josué ojerure haguéicha pe Ángel renondépe, upéicha avei pe tupaogua remanénteva, ipyʼapy vaiete reheve ha jerovia ndoikéiva, ojeruréta ñyrõ ha jepeʼa Jesús rupive, haʼe hína iDefensor. Haʼekuéra oikuaa porãiterei hekovekuéra angaipa hague, ohecha ikangyha ha ndoikekuaáiha mbaʼeve; ha oĩma hag̃uáicha oñembyasy hag̃uaete.”</w:t>
      </w:r>
    </w:p>
    <w:p>
      <w:pPr>
        <w:pStyle w:val="ArticleScripture"/>
        <w:jc w:val="left"/>
      </w:pPr>
      <w:r>
        <w:rPr>
          <w:rFonts w:ascii="Times New Roman" w:hAnsi="Times New Roman" w:eastAsia="Times New Roman" w:cs="Times New Roman"/>
        </w:rPr>
        <w:t>Pe tentadór oĩ hi’aguĩ ombojere hag̃ua chupekuéra, oĩ haguéicha ombohovái hag̃ua Josuépe. Ha’e ohechauka ijao ky’a va’ekue, ikaraktere ndoikoporãiva. Omoĩ henondépe ikangyha ha itavyha, ipekádo tekove’ẽ’ỹ rehegua, Cristoicha’ỹha oitymbo va’ekue Ijopoiharépe. Ha’e oñeha’ã omongyhyje chupekuéra pe pensamiento reheve ikáso ndaipohýiha, ha ipotĩ’ỹha ky’a araka’eve ndojejohéimo’ãiha. Ha’e oha’arõ péicha ombyai hag̃ua jerovia, ikatu hag̃uáicha oñeme’ẽ hikuái itemptasiónkuérape, ha ojevy hag̃ua iñe’ẽrendúgui Tupãme.</w:t>
      </w:r>
    </w:p>
    <w:p>
      <w:pPr>
        <w:pStyle w:val="ArticleScripture"/>
        <w:jc w:val="left"/>
      </w:pPr>
      <w:r>
        <w:rPr>
          <w:rFonts w:ascii="Times New Roman" w:hAnsi="Times New Roman" w:eastAsia="Times New Roman" w:cs="Times New Roman"/>
        </w:rPr>
        <w:t>“Satana oguereko peteĩ conocimiento hekopeteva’ekue umi angaipa rehe, ha’e oity hag̃ua Ñandejára tavayguakuérape ojapo haguã; ha omyesakã hatã iñembojaru hesekuéra, he’ívo, iñangaipakuéra rupi omboyke hague ijehegui pe ñangareko Tupãgui ouva’ekue, ha ojerurévo oguerekoha derecho ohundi hag̃ua chupekuéra. Ha’e he’i hesekuéra omereseha, ha’e voiichaite, oñemboyke hag̃ua Ñandejára favor-gui. ‘Ko’ãva piko,’ he’i, ‘umi tetãgua oikétava che rendaguépe yvágape, ha umi ánhel kuéra oñemoirũ va’ekue chendive rendaguépe? Ha’ekuéra he’i ojapóha Ñandejára léi; péro, ¿oñongatu piko hikuái umi hembiapoukapy? ¿Ndohayhúi piko hikuái ijeheguínte Tupã-gui hetave? ¿Nomoĩri piko hikuái imba’erã tee Iservísio ári? ¿Ndojohayhúi piko hikuái ko yvy arigua mba’e? Ema’ẽ umi angaipa omarkáva hekove. Ehecha ijeheguinte hag̃ua oikóva, imba’evai, joayhu’ỹ orekóva peteĩteĩ ambue rehe. ¿Tupã piko chemosẽta ha che ánhel kuérape Irenondégui, ha upéicharõ ome’ẽta jepe jehovasa umi hembiapo vai va’ekuépe umi angaipa peteĩchagua rehe? Nde ningo nderejapokuaái kóva, che Ruvicha, tekojoja rehehápe. Tekojoja ojerure oñemoĩ hag̃ua sentencia hesekuéra.’”</w:t>
      </w:r>
    </w:p>
    <w:p>
      <w:pPr>
        <w:pStyle w:val="ArticleScripture"/>
        <w:jc w:val="left"/>
      </w:pPr>
      <w:r>
        <w:rPr>
          <w:rFonts w:ascii="Times New Roman" w:hAnsi="Times New Roman" w:eastAsia="Times New Roman" w:cs="Times New Roman"/>
        </w:rPr>
        <w:t>“Ha katu Cristo rapykuehára kuéra opeka ramo jepe, ndojehejáikuri ijupekuéra oñeme’ẽ hag̃ua control satánico rembigua pópe. Ha’ekuéra oñearrepenti ipekádo kuéragui ha oheka Ñandejárape humildad ha py’añembyasy reheve, ha pe Abogado divino oñe’ẽ hesekuéra rehehápe. Pe ojeapo va’ekue ivaivéva hesekuéra ingrátitud rehe, pe oikuaáva ipekádo ha avei iñearrepentimi, he’i: ‘Toñemoñe’ẽ nde rehe Ñandejára, Satanás. Che ame’ẽ che rekove ko’ã ánga rehehápe. Oñeha’ãnga che po apekuérare. Ikatu oreko carácter-pe imperfección; ikatu ofalla hikuái hembiaporãme; péro oñearrepenti hikuái, ha che aperdona ha amoneĩma chupekuéra.’”</w:t>
      </w:r>
    </w:p>
    <w:p>
      <w:pPr>
        <w:pStyle w:val="ArticleScripture"/>
        <w:jc w:val="left"/>
      </w:pPr>
      <w:r>
        <w:rPr>
          <w:rFonts w:ascii="Times New Roman" w:hAnsi="Times New Roman" w:eastAsia="Times New Roman" w:cs="Times New Roman"/>
        </w:rPr>
        <w:t>“Satana rembiguai ipu’aka, hembotavykue katu iñembykyha guype; ha Ñandejára resa oĩ Itavayguakuéra ári. Ijejopy ha’e tuicha, tatakuágui tataendykuéra ha’ete ku oha’upotaitéva chupekuéra; Jesús katu oguenohẽta chupekuéra óroicha oñembyjekopyre tata rupi. Iyvypórape ojepytasóva ojeipe’áta, ikatu hag̃uáicha hesekuéra Cristo ra’ãnga ojehechauka hag̃ua hendaitépeite.</w:t>
      </w:r>
    </w:p>
    <w:p>
      <w:pPr>
        <w:pStyle w:val="ArticleScripture"/>
        <w:jc w:val="left"/>
      </w:pPr>
      <w:r>
        <w:rPr>
          <w:rFonts w:ascii="Times New Roman" w:hAnsi="Times New Roman" w:eastAsia="Times New Roman" w:cs="Times New Roman"/>
        </w:rPr>
        <w:t>“Sapy’ánte pe Ñandejára ha’ete ku omboykere haguéicha Itupão ohasa’asyha ha mba’e vai ojejapóva hese iñenemigokuéra rupi. Ha katu Tupã ndohesarái. Ko yvy ape ári ndaipóri mba’e iporãvéva Tupã korasõme g̃uarã Itupão-gui. Ndaha’éi hína Ivoluntad umi política yvyporéva omongy’a hag̃ua hembiapo rembiasa. Ndohejái Itavayguakuérape oñemomba hag̃ua Satanás ñemo’ãme. Oinupãta umi ombojehe’áva chupe, ha katu ohechaukáta ipy’a porã opa umi añetehápe oñembyasývape. Umi ohenóiva chupe mbareterã oikakuaa hag̃ua pe carácter cristiano, ome’ẽta chupekuéra opa pytyvõ oñeikotevẽva.”</w:t>
      </w:r>
    </w:p>
    <w:p>
      <w:pPr>
        <w:pStyle w:val="ArticleScripture"/>
        <w:jc w:val="left"/>
      </w:pPr>
      <w:r>
        <w:rPr>
          <w:rFonts w:ascii="Times New Roman" w:hAnsi="Times New Roman" w:eastAsia="Times New Roman" w:cs="Times New Roman"/>
        </w:rPr>
        <w:t>“Paha ipahápe Tupã tavaygua osuspiro ha hasẽta umi ñaña ojejapóva tetãme rehe. Tesay reheve omomarandúta umi iñañávape pe ivaíre oĩha hikuái opyrũramo Tupã léi ári, ha ñembyasy ndaikatúiva oñemombe’u reheve oñemomichĩta Ñandejára renondépe ñembyasy añetépe. Umi iñañáva oñembohorýta ijayhu’ỹ reheve iñembyasy, ha opukavyta iñembo’e guasu ha marangatu rehe. Péro pe jehasa asy ha pe ñemomichĩ Tupã tavayguakuéra rehegua hína peteĩ techaukaha hesakã porãva oikuaa hag̃ua hikuái oguerujeyha pe mbarete ha teko porã yvate okañýva’ekue angaipa rupi. Ha’e kuéra oñemboja’ypágui Cristo rehe, ha hesa kuéra ojepytasógui Ipytã joa’ỹva potĩmbaitére, upévare ohecha hesakã porãite pe angaipa ñañaha guasuetereiha. Py’aguapy ha ñemomichĩ hína umi condición oguerúva hag̃ua jehupyty ha pu’aka. Peteĩ akã rehegua jeguaka mimbipa oha’arõ umi oñesũvape kurusu py gotyo.”</w:t>
      </w:r>
    </w:p>
    <w:p>
      <w:pPr>
        <w:pStyle w:val="ArticleScripture"/>
        <w:jc w:val="left"/>
      </w:pPr>
      <w:r>
        <w:rPr>
          <w:rFonts w:ascii="Times New Roman" w:hAnsi="Times New Roman" w:eastAsia="Times New Roman" w:cs="Times New Roman"/>
        </w:rPr>
        <w:t>“Umi ijeroviáva ha oñembo’éva hína, ku ojoguáicha, oñembotypa Hendive. Ha’ekuéra voi ndoikuaái mba’éichapa añetehápe oñeñangareko porã hese kuéra. Satanás omokyre’ỹ rupi, ko yvy arigua mburuvichakuéra oheka ohundi hag̃ua chupekuéra; ha katu, ikatúramo oñepe’a Tupã ra’ykuéra resa, Eliseo rembiguái resa oñepe’ahaguéicha Dotánpe, ha’ekuéra ohecháta Tupã remimboukuérape oñemohenda hag̃ua ijerére, ojokóvo pytũmby atýrape.”</w:t>
      </w:r>
    </w:p>
    <w:p>
      <w:pPr>
        <w:pStyle w:val="ArticleScripture"/>
        <w:jc w:val="left"/>
      </w:pPr>
      <w:r>
        <w:rPr>
          <w:rFonts w:ascii="Times New Roman" w:hAnsi="Times New Roman" w:eastAsia="Times New Roman" w:cs="Times New Roman"/>
        </w:rPr>
        <w:t>“Oĩmba Ñandejára rehegua ojepy’apy asy jave iñe’ẽngue rehe Henondépe, ojerure py’a potĩ rehe, upévare oñeme’ẽ pe tembiapoukapy: ‘Peipe’a umi ao ky’a,’ ha oñeñe’ẽ umi ñe’ẽ ñemokyre’ỹ rehegua: ‘Pema’ẽke, aipe’apa ndehegui nde rembiapo vai, ha amonde ndéve ao pyahu.’ Zacarías 3:4. Pe ao marã’ỹva Cristo tekojoja rehegua oñemoĩ Ñandejára ra’ykuéra rehe, umi ohasa’asyva’ekue, oñeha’ãva’ekue, ha jeroviapýpe opytáva. Pe hembýva ojejahéiva oñemondévo ao porãete reheve, araka’eve hag̃ua ojeky’a jey ko yvy reko oñembyaíva rupi. Héra kuéra oñeñongatu Cordero kuatiañe’ẽ tekove reheguápe, ojehai hag̃ua umi jeroviapýva apytépe opa ára ypy guive. Ha’ekuéra ombohovái pe mbotavyhára ñuhãnguéra; ndajehejáiri ijerovia mbarete pe teju jagua ryapu rupi. Ko’ág̃a opyta hag̃ua opa ára guarã ñeñangarekópe pe tentador ñuhãgui. Iñangaipakuéra oñembohasa pe angaipa moñepyrũhára ári. Oñemoĩ ijakã ári peteĩ ‘mitra porãite.’”</w:t>
      </w:r>
    </w:p>
    <w:p>
      <w:pPr>
        <w:pStyle w:val="ArticleScripture"/>
        <w:jc w:val="left"/>
      </w:pPr>
      <w:r>
        <w:rPr>
          <w:rFonts w:ascii="Times New Roman" w:hAnsi="Times New Roman" w:eastAsia="Times New Roman" w:cs="Times New Roman"/>
        </w:rPr>
        <w:t>“Satana omokyre’ỹ aja he’ẽme’ẽ hag̃ua iñembojovakekuéra, ánhel marangatu, ojehecha’ỹva, ohasa ha ou vaʼekue, omoĩvo umi jerovia hag̃uare pe Tupã oikovéva sello. Koʼãva hína umi oñemboʼyvape Sión Yvyty ári pe Ovecha Ra’y ndive, ha oreko Túva réra jehaipy ipykua kuérare. Haʼekuéra opurahéi pe purahéi pyahu pe trono renondépe, upe purahéi avave ndaikatúiva oikuaa ndahaʼéiramo umi cien cuarenta y cuatro mil oñesãmbyhýva ko yvygui. ‘Koʼãva hína umi oseguíva pe Ovecha Raʼýpe mamove ohóvape. Koʼãva oñesãmbyhýkuri yvypóra apytégui, oĩ hag̃ua ypykue peteĩha Tupãme ha pe Ovecha Raʼýpe guarã. Ha ijurupe ndojejuhúi vaʼekue mbaʼeve japu: haʼekuéra ningo imarãʼỹva Tupã trono renondépe.’ Apocalipsis 14:4, 5.”</w:t>
      </w:r>
    </w:p>
    <w:p>
      <w:pPr>
        <w:pStyle w:val="ArticleScripture"/>
        <w:jc w:val="left"/>
      </w:pPr>
      <w:r>
        <w:rPr>
          <w:rFonts w:ascii="Times New Roman" w:hAnsi="Times New Roman" w:eastAsia="Times New Roman" w:cs="Times New Roman"/>
        </w:rPr>
        <w:t>“Koʼág̃a ojehupyty hína pe ñeʼẽngue Ángel rehegua ñemboaje añetéva: ‘Ehendu koʼág̃a, nde Josué, paʼi guasu, nde ha ne irũnguéra oguapýva nde renondépe; haʼekuéra niko kuimbaʼe ñemondýiha; péina, aguenohẽta Che Rembijokuái, pe Yvyra Rakaʼe.’ Zacarías 3:8. Cristo ojehechauka ñandejára retãygua rembiapo pysyrõhára ha mosẽhára ramo. Koʼág̃a añetehápe pe hembyrekuéra hína ‘kuimbaʼe ñemondýiha’, umi hesay ha ñemotĩ ohasavaʼekue ijeiko-puku aja oñemoambuévo vyʼa ha terakuã porãme Tupã ha pe Ovecha Raʼy renondépe. ‘Upe árape Ñandejára Rakaʼe iporã ha hechapyrãta, ha yvy aʼa porãite ha jeguakata umi Israelgui oikove hag̃uápe g̃uarã. Ha oikóta, upe opytáva Siónpe ha upe hembýva Jerusalénpe oñehenóita marangatu, maymáva ojehaíva umi oikovéva apytépe Jerusalénpe.’ Isaías 4:2, 3.” Profetas y Reyes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Papykue Pa Mokõipa}</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