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Tupao Adventista del Séptimo Día Laodiceagua - Papapy Mokõipa Irundy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Papapy Mokõipa Irundy hag̃ua</w:t>
      </w:r>
    </w:p>
    <w:p>
      <w:pPr>
        <w:pStyle w:val="ArticleBody"/>
        <w:jc w:val="left"/>
      </w:pPr>
      <w:r>
        <w:rPr>
          <w:rFonts w:ascii="Times New Roman" w:hAnsi="Times New Roman" w:eastAsia="Times New Roman" w:cs="Times New Roman"/>
        </w:rPr>
        <w:t>Mboguehague ore artículo pahápe roñemboja’imi kuri umi mbohapy línea joja maranduhára rehegua ojehechaukáva Génesis, Testamento Tuja aranduka peteĩha, capítulo once guive mokõi ha mokõipa peve; Mateo, Testamento Pyahu aranduka peteĩha; ha Apocalipsis, Testamento Pyahu ha opaite Biblia aranduka paha. Génesis línea omombe’u pe ñe’ẽme’ẽ Abram ndive; Mateo línea omombe’u pe ñe’ẽme’ẽ tupao cristiana ndive, Pedro rehe ojeipurúvo techaukaha ramo Israel espiritual moderno ñepyrũ ha paha rehegua. Mokõivéva línea mbytépe umi versículo ohechauka Ñandejára sello: Abram ndive, upéva vaekue “circuncisión”, ha Pedro ndive katu héra ñemoambue. Pe línea Apocalipsis-pegua versículo mbyte ha’e capítulo diecisiete, versículo doce.</w:t>
      </w:r>
    </w:p>
    <w:p>
      <w:pPr>
        <w:pStyle w:val="ArticleScripture"/>
        <w:jc w:val="left"/>
      </w:pPr>
      <w:r>
        <w:rPr>
          <w:rFonts w:ascii="Times New Roman" w:hAnsi="Times New Roman" w:eastAsia="Times New Roman" w:cs="Times New Roman"/>
        </w:rPr>
        <w:t>Ha umi ñu recha vaekue ha’e pa mburuvicha, ndoguerekói gueteri mburuvicharenda; ha katu oguereko pokatu mburuvichaicha peteĩ aravo pe mymba ndive. Apocalipsis 17:12.</w:t>
      </w:r>
    </w:p>
    <w:p>
      <w:pPr>
        <w:pStyle w:val="ArticleBody"/>
        <w:jc w:val="left"/>
      </w:pPr>
      <w:r>
        <w:rPr>
          <w:rFonts w:ascii="Times New Roman" w:hAnsi="Times New Roman" w:eastAsia="Times New Roman" w:cs="Times New Roman"/>
        </w:rPr>
        <w:t>Génesis ha Mateo ohechauka Tupãrekotee oñembojoajuha yvypóra ndive, ha Apocalipsis ohechauka mbói guasu ha dragón ñemenda pe léi domingope. Ko’ã mbohapy línea ohechauka peteĩchapa pe léi domingo gotyo, upépe peteĩ aty ohechauka pe mymba ñemongu’e, ha ambue aty katu Tupã sellorã. Pe mymba ha dragón japuete, versíkulo doce-pe, ha’e pe omega ñehenói Nimrod róga guasu rehegua Génesis capítulo once-pe. Upépe pe pacto religión japuete ohupyty ihustísia, ha Apocalipsis capítulo diecisiete-pe pe kuña rekovéva vai —ha’éva Babilonia guasu— oñehusga. Nimrod ha’e pe alfa Vaticano omega-pe g̃uarã, ha upévare papado ha’e Babilonia guasu, pe omega Nimrod Babel alfa rehegua.</w:t>
      </w:r>
    </w:p>
    <w:p>
      <w:pPr>
        <w:pStyle w:val="ArticleBody"/>
        <w:jc w:val="left"/>
      </w:pPr>
      <w:r>
        <w:rPr>
          <w:rFonts w:ascii="Times New Roman" w:hAnsi="Times New Roman" w:eastAsia="Times New Roman" w:cs="Times New Roman"/>
        </w:rPr>
        <w:t>Ko’ã mbohapy téra mbytepegua rehe ojehechakuaa hag̃ua, pe testimónio oguerekóva káda punto mbytegua pe línea-pe añetehápe ha’e mbohapy versíkulo.</w:t>
      </w:r>
    </w:p>
    <w:p>
      <w:pPr>
        <w:pStyle w:val="ArticleScripture"/>
        <w:jc w:val="left"/>
      </w:pPr>
      <w:r>
        <w:rPr>
          <w:rFonts w:ascii="Times New Roman" w:hAnsi="Times New Roman" w:eastAsia="Times New Roman" w:cs="Times New Roman"/>
        </w:rPr>
        <w:t>Kóva hína che ñe'ẽme'ẽ, peẽ peguerekótava, che ha pende apytépe ha nde ñemoñare nde rire: opa kuimba'e mitã pende apytépe toñesirkunsida. Ha peẽ peikytĩva'erã pende pire'i ro'o; ha upéva ha'éta peteĩ techaukaha pe ñe'ẽme'ẽ rehegua che ha pende apytépe. Ha pe mitãkuimba'e oguerekóva poapy ára oñesirkunsidáva'erã pende apytépe, opa kuimba'e mitã pende ñemoñare apytépe, pe ogapýpe heñoíva térã pirapire rehe ojoguapýva ambue tetãygua nde ñemoñare'ỹvagui. Génesis 17:10–12.</w:t>
      </w:r>
    </w:p>
    <w:p>
      <w:pPr>
        <w:pStyle w:val="ArticleScripture"/>
        <w:jc w:val="left"/>
      </w:pPr>
      <w:r>
        <w:rPr>
          <w:rFonts w:ascii="Times New Roman" w:hAnsi="Times New Roman" w:eastAsia="Times New Roman" w:cs="Times New Roman"/>
        </w:rPr>
        <w:t>Ha Jesús he'i chupe: “Ojehovasa nde, Simón Barjona; ndaha'éi niko so'o ha tuguy ombojekuaáva ndéve ko mba'e, che Ru oĩva yvágape katu. Ha che avei ha'e ndéve: nde hína Pedro, ha ko ita ári amopu'ãta che iglesia; ha añaretã rokẽnguéra ndaikatumo'ãi ipu'aka hese. Ha ame'ẽta ndéve yvága pegua mburuvicharenda llávekuéra; ha opa mba'e rehejokóva ko yvy ári, ojejokóta yvágape; ha opa mba'e rembojoráva ko yvy ári, ojejoráta yvágape.” Mateo 16:17–19.</w:t>
      </w:r>
    </w:p>
    <w:p>
      <w:pPr>
        <w:pStyle w:val="ArticleScripture"/>
        <w:jc w:val="left"/>
      </w:pPr>
      <w:r>
        <w:rPr>
          <w:rFonts w:ascii="Times New Roman" w:hAnsi="Times New Roman" w:eastAsia="Times New Roman" w:cs="Times New Roman"/>
        </w:rPr>
        <w:t>Ha pe mymba guasu oĩ vaekue ha ko'ág̃a ndaiporivéiva, upéva voi hína pe poapyha, ha osẽ umi siete-gui, ha ohóta ñehundi hag̃uápe. Ha umi pa hu'y reikuaa vaekue hína pa mburuvicha guasu, og̃uahẽ'ỹva gueteri chupekuéra mborayhu renda; ha katu oñeme'ẽ chupekuéra pokatu mburuvicha guasu ramo peteĩ aravo pukukue pe mymba guasu ndive. Ko'ãva peteĩ akãme oĩ, ha ome'ẽta hikuái ijarakatu ha imbarete pe mymba guasúpe. Apocalipsis 17:11–13.</w:t>
      </w:r>
    </w:p>
    <w:p>
      <w:pPr>
        <w:pStyle w:val="ArticleBody"/>
        <w:jc w:val="left"/>
      </w:pPr>
      <w:r>
        <w:rPr>
          <w:rFonts w:ascii="Times New Roman" w:hAnsi="Times New Roman" w:eastAsia="Times New Roman" w:cs="Times New Roman"/>
        </w:rPr>
        <w:t>Pe ñemombe’u pe ñemoĩjey ñe’ẽme’ẽ guigua ojehechaukáva Nimrod ladríllokuéra ha argamasa rupive, ha isistema gua’u iglésia ha Estado rehegua, ojehechaukáva pe tórre ha pe táva rupive, ohechauka pe sistema gua’u pe mymba ra’anga rehegua ojehechaukáva pe omega-pe pe Nimrod rembiasakue rehe. Mbohapy línea, mbohapy mbytepegua ndive mbohapy versíkulope, opavave ohechaukáva tekove ñe’ẽme’ẽ ha mano ñe’ẽme’ẽ. Pe cien cuarenta y cuatro mil ha’e hína pe poapyha añetegua osẽva umi siete-gui, ha pe papado ha’e mante pe ñemoĩjey gua’u. Pe aty Nimrod rehegua oguereko peteĩnte apytu’ũ imendahápe, peteĩ ñemoĩjey gua’u ramo pe cien cuarenta y cuatro mil rehegua, umi oñemojoajúva Cristo apytu’ũ ndive. Pe mymba gua’u “oĩ va’ekue, ha ndaipóri”, ha’e peteĩ ñemoĩjey gua’u Cristo rehegua, pe oĩ va’ekue, ha oĩva, ha oútava gueteri. Pe versíkulo ocho-pe oñemyesakã pe ñemoĩjey gua’u henyhẽmbáva ojehechaukáva papado rupive.</w:t>
      </w:r>
    </w:p>
    <w:p>
      <w:pPr>
        <w:pStyle w:val="ArticleScripture"/>
        <w:jc w:val="left"/>
      </w:pPr>
      <w:r>
        <w:rPr>
          <w:rFonts w:ascii="Times New Roman" w:hAnsi="Times New Roman" w:eastAsia="Times New Roman" w:cs="Times New Roman"/>
        </w:rPr>
        <w:t>Pe mymba rechéva, ha ndaipóri, ha ojupi vaʼerã yvykua pypukúgui, ha oho hag̃ua ñehundípe; ha umi oikóva ko yvy ári opyta hag̃ua ñemondýipe, umi héra nojehaírivaʼekue tekove kuatiañeʼẽme yvy ñepyrũmby guive, ohechávo pe mymba oĩ vaʼekue, ha ndaipóri, ha upéicharõ jepe oĩ. Apocalipsis 17:8.</w:t>
      </w:r>
    </w:p>
    <w:p>
      <w:pPr>
        <w:pStyle w:val="ArticleBody"/>
        <w:jc w:val="left"/>
      </w:pPr>
      <w:r>
        <w:rPr>
          <w:rFonts w:ascii="Times New Roman" w:hAnsi="Times New Roman" w:eastAsia="Times New Roman" w:cs="Times New Roman"/>
        </w:rPr>
        <w:t>Jesús ha’e pe oĩ va’ekue, ha oĩva, ha oútava gueteri, ha papado, pe poapyha oúva umi siete-gui, ha’e pe mymba ñarõha “oĩ va’ekue, ha ndoĩvéima, ha upéicharõ jepe oĩ.” Pe “peteĩ aravo” pe mbóicha ha pe mymba ñarõha ñemendareko ohechaukáva, orrepresenta tembiasakue pe léi domingo guive, amo pe cien mil oñerepresentáva Pedro ha Abram rehe, ojupi yvágape peteĩ techaukaha ramo, upe javeitépe papado avei ojupi.</w:t>
      </w:r>
    </w:p>
    <w:p>
      <w:pPr>
        <w:pStyle w:val="ArticleBody"/>
        <w:jc w:val="left"/>
      </w:pPr>
      <w:r>
        <w:rPr>
          <w:rFonts w:ascii="Times New Roman" w:hAnsi="Times New Roman" w:eastAsia="Times New Roman" w:cs="Times New Roman"/>
        </w:rPr>
        <w:t>Roheka hína ñañehaʼã hag̃ua ñambohovái hag̃ua Joel aranduka Pedro heʼi haguéicha Pentekostépe, omombeʼúvo imarandu Pentekostal haʼeha Joel ñeʼẽ oñekumplíva. Umi mbohapy línea paktoguigua, peteĩteĩva doce kapítulogui, rupi, peteĩteĩ línea mbytetepegua mbohapy versíkulo oñeʼẽ peteĩchagua tembiasáre; ha Pedro ojehechauka upe tembiasápe oĩha Jesús ndive Cesarea de Filipospe, haʼéva Panium, ha upépe ko yvy arapy koʼág̃a oĩma oñemoaguĩ hag̃uáicha ohasa hag̃ua. Paniumpe, Pedro avei oĩ Jerusalénpe Pentekostés ñehẽgui ojehekuavo jave. Umi mbohapy línea doce kapítulogua oñembyaty Panium ha Pentekostéspe, Tupã sellokuéra oñeimprimi jave Cristo novia ári, ha mymba ñarõ marca oñeimprimi jave Satanás novia ári. Joel aranduka ohechauka pe momýi ñepyrũ ñehenóiva paʼũ umi diez kuñataĩ marangatu parávolape, upérõ pe iglesia Adventista del Séptimo Día Laodiceagua opáy oikuaa hag̃ua okañy hague.</w:t>
      </w:r>
    </w:p>
    <w:p>
      <w:pPr>
        <w:pStyle w:val="ArticleBody"/>
        <w:jc w:val="left"/>
      </w:pPr>
      <w:r>
        <w:rPr>
          <w:rFonts w:ascii="Times New Roman" w:hAnsi="Times New Roman" w:eastAsia="Times New Roman" w:cs="Times New Roman"/>
        </w:rPr>
        <w:t>Joel kuatia oñemoĩ irundy ñemoñare ryepýpe.</w:t>
      </w:r>
    </w:p>
    <w:p>
      <w:pPr>
        <w:pStyle w:val="ArticleScripture"/>
        <w:jc w:val="left"/>
      </w:pPr>
      <w:r>
        <w:rPr>
          <w:rFonts w:ascii="Times New Roman" w:hAnsi="Times New Roman" w:eastAsia="Times New Roman" w:cs="Times New Roman"/>
        </w:rPr>
        <w:t>Ñandejára ñeʼẽ ou vaʼekue Joel-pe, Petuel raʼy.</w:t>
      </w:r>
    </w:p>
    <w:p>
      <w:pPr>
        <w:pStyle w:val="ArticleScripture"/>
        <w:jc w:val="left"/>
      </w:pPr>
      <w:r>
        <w:rPr>
          <w:rFonts w:ascii="Times New Roman" w:hAnsi="Times New Roman" w:eastAsia="Times New Roman" w:cs="Times New Roman"/>
        </w:rPr>
        <w:t>Pehendu kóva, peẽ kuimba’e tuja, ha pehendu porã, opa peẽ peikóva ko yvy ári.</w:t>
      </w:r>
    </w:p>
    <w:p>
      <w:pPr>
        <w:pStyle w:val="ArticleScripture"/>
        <w:jc w:val="left"/>
      </w:pPr>
      <w:r>
        <w:rPr>
          <w:rFonts w:ascii="Times New Roman" w:hAnsi="Times New Roman" w:eastAsia="Times New Roman" w:cs="Times New Roman"/>
        </w:rPr>
        <w:t>¿Piko ojehu ra’e pende árape, térã pende ru ypykuéra árape jepe? Pemombe’u kóva pene ra’ykuérape, ha pene ra’ykuéra tomombe’u imembykuérape, ha ha’ekuéra avei ambue ñemoñarépe. Umi tukú rembyre ho’u va’ekue pe ñakyra; ha pe ñakyra rembyre ho’u va’ekue pe ysó; ha pe ysó rembyre ho’u va’ekue pe tatarẽ. Joel 1:1–4.</w:t>
      </w:r>
    </w:p>
    <w:p>
      <w:pPr>
        <w:pStyle w:val="ArticleBody"/>
        <w:jc w:val="left"/>
      </w:pPr>
      <w:r>
        <w:rPr>
          <w:rFonts w:ascii="Times New Roman" w:hAnsi="Times New Roman" w:eastAsia="Times New Roman" w:cs="Times New Roman"/>
        </w:rPr>
        <w:t>Umi “kuimba’e itujáva” ha’e umi mburuvicha pe iglésia Adventista del Séptimo Día Laodiceagua pe ára ñemboty rehegua umi cien cuarenta y cuatro mil rehe, ha pe ñemboty oñemboguata pe Espíritu Santo oñehẽmbávo jave. Umi “kuimba’e itujáva” Ezequiel ohechauka “umi kuimba’e yma guaréva” ramo.</w:t>
      </w:r>
    </w:p>
    <w:p>
      <w:pPr>
        <w:pStyle w:val="ArticleScripture"/>
        <w:jc w:val="left"/>
      </w:pPr>
      <w:r>
        <w:rPr>
          <w:rFonts w:ascii="Times New Roman" w:hAnsi="Times New Roman" w:eastAsia="Times New Roman" w:cs="Times New Roman"/>
        </w:rPr>
        <w:t>Ha upéi he’i chéve: Mba’éicha, yvypóra ra’y, nde rehechápa mba’épa ojapo Israel róga kuéra yma guare pytũmbýpe, peteĩteĩva ta’ãngamýi kotykuérape? Ha’e kuéra niko he’i: “Ñandejára ndohechái ñandéve; Ñandejára oheja rei yvy.” Ezequiel 8:12.</w:t>
      </w:r>
    </w:p>
    <w:p>
      <w:pPr>
        <w:pStyle w:val="ArticleBody"/>
        <w:jc w:val="left"/>
      </w:pPr>
      <w:r>
        <w:rPr>
          <w:rFonts w:ascii="Times New Roman" w:hAnsi="Times New Roman" w:eastAsia="Times New Roman" w:cs="Times New Roman"/>
        </w:rPr>
        <w:t>Pe ñe’inspirasión ohechauka hesakã porã Ezequiel kapítulo nueve pe sellamiento ha’eha pe sellamiento peteĩcha Apocalipsis kapítulo siete pegua. Avei hesakã porã umi “kuimba’e yma guare” kapítulo ocho pegua, umi irundy mba’e vai ojeporavéva ohóvo ipohýive hag̃ua, ojehechauka hag̃ua papapy 25 rupive. Mokõipa po “kuimba’e yma guare”, oĩ va’erã kuri Ñandejára ovechakuéra ñangarekorã, ha’e umi kuimba’e ombo’éva kuarahýpe. Ha’ekuéra añoite ojehusgáva tenonderã. Pe santuario rehegua contexto-pe, ha’ekuéra ohechauka mokõi aty pa’i kuéra rehegua, peteĩteĩ doce pa’i ndive, ha pe pa’i guasu. Pe léi dominical jave, ha’ekuéra ombo’e kuarahýpe ha omoneĩ pe mymba marka, ome’ẽvo iñe’ẽ ome’ẽ hag̃ua ijoaju dragón, pe mymba ha pe proféta japu ndive. Umi 25 ojehechauka va’ekue umi 250 rupive Coré, Datán ha Abiram opu’ãrõ guare, ha’ekuéra ohechaukáva pe joaju mbohapy hendáicha umi 250 kuimba’e insiénso oguerúva oñondive ojepokuaáva. Umi mbohapy tenondegua apostasia rehegua omanókuri yvy ojuruja jave ha omokõmba chupekuéra.</w:t>
      </w:r>
    </w:p>
    <w:p>
      <w:pPr>
        <w:pStyle w:val="ArticleScripture"/>
        <w:jc w:val="left"/>
      </w:pPr>
      <w:r>
        <w:rPr>
          <w:rFonts w:ascii="Times New Roman" w:hAnsi="Times New Roman" w:eastAsia="Times New Roman" w:cs="Times New Roman"/>
        </w:rPr>
        <w:t>Ha Moisés he'i: Péicha peikuaáta Ñandejára chembou hague ajapo hag̃ua opa ko'ã tembiapo; ndaha'éi ajapo va'ekue che akãgui. Ko'ã kuimba'e omanóramo opa yvypóra omanoháicha, térã ojevisitáramo chupekuéra opa yvypóra ojevisita háicha; upéicharõ Ñandejára ndachembouiva'ekue. Ha Ñandejára ojapóramo peteĩ mba'e pyahu, ha yvy oipe'áramo ijuru ha omokõramo chupekuéra, opa mba'e imba'éva ndive, ha oguejy hag̃ua oikovéva yvykua pýpe; upéicharõ peikuaáta ko'ã kuimba'e ombopochy hague Ñandejárape.</w:t>
      </w:r>
    </w:p>
    <w:p>
      <w:pPr>
        <w:pStyle w:val="ArticleScripture"/>
        <w:jc w:val="left"/>
      </w:pPr>
      <w:r>
        <w:rPr>
          <w:rFonts w:ascii="Times New Roman" w:hAnsi="Times New Roman" w:eastAsia="Times New Roman" w:cs="Times New Roman"/>
        </w:rPr>
        <w:t>Ha ojehuvo, omombeʼupa rire opa koʼã ñeʼẽ, pe yvy oĩva guýpekuéra ojeke mbytépe; ha yvy oipeʼa ijuru, ha omokõ chupekuéra, hógaikuéra, opa kuimbaʼe Coré rehegua, ha opa mbaʼe oguerekóva. Haʼekuéra, ha opa umi mbaʼe chupekuéra rehegua, oguejy oikovéva yvykua pýpe, ha yvy oñemboty hiʼári; ha oñehundi hikuái pe aty apytégui.</w:t>
      </w:r>
    </w:p>
    <w:p>
      <w:pPr>
        <w:pStyle w:val="ArticleScripture"/>
        <w:jc w:val="left"/>
      </w:pPr>
      <w:r>
        <w:rPr>
          <w:rFonts w:ascii="Times New Roman" w:hAnsi="Times New Roman" w:eastAsia="Times New Roman" w:cs="Times New Roman"/>
        </w:rPr>
        <w:t>Ha opaite Israel oĩ vaʼekue ijerérekuéra oha ñane moĩ hag̃ua okañy hag̃ua, haʼekuéra osapukáirõ guare; heʼígui hikuái: Ani hag̃ua pe yvy ñanemokõ avei ñandéve. Upéi osẽ tata Ñandejáragui, ha ojukapa umi mokõi sua po ojapo vaʼekue insiénso. Números 16:28–35.</w:t>
      </w:r>
    </w:p>
    <w:p>
      <w:pPr>
        <w:pStyle w:val="ArticleBody"/>
        <w:jc w:val="left"/>
      </w:pPr>
      <w:r>
        <w:rPr>
          <w:rFonts w:ascii="Times New Roman" w:hAnsi="Times New Roman" w:eastAsia="Times New Roman" w:cs="Times New Roman"/>
        </w:rPr>
        <w:t>Pe rrebelión oikovaʼekue ary 1888-pe oñembojoguáma Coré, Datán, Abiram ha umi 250 kuimbaʼe ombohováiva insiénso rrebelión rehe. Umi 250 kuimbaʼe ojapo vaʼekue peteĩ joaju peteĩ konfederasión mbohapyve hendápe, og̃uahẽva pe léi domingo-pe, Estados Unidos, pe mymba yvy rehegua, oipeʼa ijuru ha oñeʼẽ ramo peteĩ dragónicha. Upérõ pe ama pyahu pahápegua oñeñohẽ ndorekói hag̃ua medida, peteĩchaite umi 250 kuimbaʼe ombohováiva insiénso oñehundihaguéicha tata oguejýva yvágagui rupive. Umi 250 kuimbaʼe orrepresenta peteĩ sistema religioso japu rehegua, oñehundíva pe ama pahápegua ñeñohẽ jave pe léi domingo-pe. Yvy ojepeʼávo Coré ha umi irũ rehe, upéva hína pe yvyryrýi Apocalipsis kapítulo 11-pe, ohechaukáva Estados Unidos oipeʼaha ijuru ha oñeʼẽha peteĩ dragónicha. Pe tata oguejývo yvágagui umi 250 ári, upéva ohechauka Elías tata Monte Carmelo-pe, upérõ umi proféta japu ojeyukákuri. Elías tata Monte Carmelo-pe ojoja pe léi domingo rehe, upévare pe tata umi 250 kuimbaʼe ári hína pe léi domingo rehegua tata pe ama pahápegua rehegua.</w:t>
      </w:r>
    </w:p>
    <w:p>
      <w:pPr>
        <w:pStyle w:val="ArticleBody"/>
        <w:jc w:val="left"/>
      </w:pPr>
      <w:r>
        <w:rPr>
          <w:rFonts w:ascii="Times New Roman" w:hAnsi="Times New Roman" w:eastAsia="Times New Roman" w:cs="Times New Roman"/>
        </w:rPr>
        <w:t>Pe pasaje Números-pe oñe’ẽva Coré ñepu’ã rehe, proféticamente ojoja pe ñepu’ã ndive oñemoĩva pe Marangatu Yvy ñemombe’u rehe, oñepresentaháicha Josué ha Caleb rupive. Umi ñepu’ã ohechauka pe “ára ñembopochy” bíblico. Pe pasaje Coré ñepu’ã rehe he’i: “peikuaáta ko’ã kuimba’e ombopochy hague Ñandejárape.”</w:t>
      </w:r>
    </w:p>
    <w:p>
      <w:pPr>
        <w:pStyle w:val="ArticleBody"/>
        <w:jc w:val="left"/>
      </w:pPr>
      <w:r>
        <w:rPr>
          <w:rFonts w:ascii="Times New Roman" w:hAnsi="Times New Roman" w:eastAsia="Times New Roman" w:cs="Times New Roman"/>
        </w:rPr>
        <w:t>Ha’e umi iñarandúva oikũmbyva, ha umi iñarandúva oikũmbyva’erã Coré pu’aka vai rembiasakue oñembojoja va’erãha pe pu’aka vai oñemoĩva Josué marandu, yvy Ñe’ẽme’ẽmby rehe. Upéva oiko va’ekue Cades-pe, ha mokõivéva, Cades ha Coré pu’aka vai, ha’e Adventismo del Séptimo Día rembipu’aka vai pe léi domingo jave. Coré ha umi 250 kuimba’e oikuave’ẽ va’ekue insiénso, oñemoha’ãnga kuri umi 25 kuimba’ére oñesũva kuarahýpe Ezequiel 8-pe. Umi kuimba’e yma guaréva Ezequiel ocho-pe ohechauka irundyha umi irundy ñañarõ mbaretevévagui, oñemyasãiva Jerusalén-pe, Tupã iglesia ra’ãngáramo.</w:t>
      </w:r>
    </w:p>
    <w:p>
      <w:pPr>
        <w:pStyle w:val="ArticleBody"/>
        <w:jc w:val="left"/>
      </w:pPr>
      <w:r>
        <w:rPr>
          <w:rFonts w:ascii="Times New Roman" w:hAnsi="Times New Roman" w:eastAsia="Times New Roman" w:cs="Times New Roman"/>
        </w:rPr>
        <w:t>Pe peteĩha ñembojeguaru vaiha pe ta'ãnga ñemyrõ rehegua, pe mokõiha katu umi koty ñemi, pe mbohapyha hína jasẽ hag̃ua Tamúz rehe, ha upéi umi 25 kuimba'e oñesũ kuarahy renondépe. Upéi, kapítulo porundyha ohechauka mávapa umi osuspiráva ha hasẽva umi ñembojeguaru vai rehe, oñerrepresentáva kapítulo poapyhápe. Umi osuspiráva ha hasẽva oñeseñala pe ánhel ojupíva kuarahyresẽ gotyo rupive. Peteĩ ánhel hína peteĩ marandu rerahaha, ha orrepresenta peteĩ marandu.</w:t>
      </w:r>
    </w:p>
    <w:p>
      <w:pPr>
        <w:pStyle w:val="ArticleBody"/>
        <w:jc w:val="left"/>
      </w:pPr>
      <w:r>
        <w:rPr>
          <w:rFonts w:ascii="Times New Roman" w:hAnsi="Times New Roman" w:eastAsia="Times New Roman" w:cs="Times New Roman"/>
        </w:rPr>
        <w:t>Pe marandu ñemboty rehegua oúva kuarahyresẽ gotyo guive, ha’e pe yvytu kuarahyresẽgua marandu, ha upéva hína Islam marandu. Ojeñembotývo umi cien cuarenta y cuatro mil, umi ánhel ombyai hag̃uáva oñepyrũ hembiapo, peteĩchaite pe línea externa de profecía ombo’éva: “apostasía nacional rire ou ruina nacional.” Ojejapopa mboyve pe juicio umi Coré ohechaukapývare ári, umi opuʼãva oguenohẽpyre Jerusalén okápe. Umi iñañáva ojeipeʼa Jerusaléngui, ndaha’éigui umi ijojáva hína umi okañýva Jerusaléngui.</w:t>
      </w:r>
    </w:p>
    <w:p>
      <w:pPr>
        <w:pStyle w:val="ArticleScripture"/>
        <w:jc w:val="left"/>
      </w:pPr>
      <w:r>
        <w:rPr>
          <w:rFonts w:ascii="Times New Roman" w:hAnsi="Times New Roman" w:eastAsia="Times New Roman" w:cs="Times New Roman"/>
        </w:rPr>
        <w:t>Upéi pe espíritu chehupi, ha chegueraha Ñandejára róga rokẽ gotyo pe kuarahyresẽ gotyoguápe; ha péina ápe, pe okẽ jeikérupi oĩ mokõipa po hombre; ha ijapytépe ahecha Jaazanías, Azur ra'y, ha Pelatías, Benaías ra'y, tetãygua ruvicha kuéra.</w:t>
      </w:r>
    </w:p>
    <w:p>
      <w:pPr>
        <w:pStyle w:val="ArticleScripture"/>
        <w:jc w:val="left"/>
      </w:pPr>
      <w:r>
        <w:rPr>
          <w:rFonts w:ascii="Times New Roman" w:hAnsi="Times New Roman" w:eastAsia="Times New Roman" w:cs="Times New Roman"/>
        </w:rPr>
        <w:t>Upéi he’i chéve: Nde, yvypóra ra’y, ko’ãva hína umi kuimba’e ojapóva mba’evai ha ome’ẽva ñemoñe’ẽ aña ko távape; he’íva: “Nda’ag̃uĩri gueteri; jajapo óga. Ko táva hína pe japepo, ha ñande hína so’o.”</w:t>
      </w:r>
    </w:p>
    <w:p>
      <w:pPr>
        <w:pStyle w:val="ArticleScripture"/>
        <w:jc w:val="left"/>
      </w:pPr>
      <w:r>
        <w:rPr>
          <w:rFonts w:ascii="Times New Roman" w:hAnsi="Times New Roman" w:eastAsia="Times New Roman" w:cs="Times New Roman"/>
        </w:rPr>
        <w:t>Upévare emarandu hag̃ua hesekuéra, emarandu, yvypóra ra’y. Ha Ñandejára Espíritu oguejy che ári, ha he’i chéve: Eñe’ẽ; péicha he’i Ñandejára;</w:t>
      </w:r>
    </w:p>
    <w:p>
      <w:pPr>
        <w:pStyle w:val="ArticleScripture"/>
        <w:jc w:val="left"/>
      </w:pPr>
      <w:r>
        <w:rPr>
          <w:rFonts w:ascii="Times New Roman" w:hAnsi="Times New Roman" w:eastAsia="Times New Roman" w:cs="Times New Roman"/>
        </w:rPr>
        <w:t>Péicha peje, peẽ Israel róga; che aikuaa niko umi mba'e pende apytépe oikéva, peteĩ-teĩva. Peẽ pembohetave umi omanóva ko távape, ha pemyenyhẽ umi tape ipypekuéra umi omanóva reheve. Upévare péicha he'i Ñandejára Tupã; Umi pende rehe omano vaekue peẽ pemoĩva ipytépe, ha'ekuéra hína so'o, ha ko táva hína mba'yru jyryviha; che katu poguenohẽta ipytégui. Peẽ pekyhyje vaekue kyse puku-gui; ha che amondoíta peẽ ári kyse puku, he'i Ñandejára Tupã. Ha che poguenohẽta ipytégui, ha ame'ẽta peẽme ambue tetãygua pópe, ha ajapóta pene apytépe umi jehusga. Peẽ pe'a hag̃ua kyse puku rupi; ahusgáta peẽme Israel rembe'ýpe; ha peikuaáta che hague Ñandejára. Ko táva ndaha'éimo'ãi pene mba'yru jyryviha, ha peẽ ndapeikomo'ãi so'o ramo ipytépe; che katu ahusgáta peẽme Israel rembe'ýpe: Ha peikuaáta che hague Ñandejára; peẽ ndapeikói rupi che tembiapoukapykuéra rehehápe, ni ndapejapói rupi che jehusgakuéra, síno pejapo umi tetã ambuekuéra pende jerére oikóva rekokuaa hag̃uáicha.</w:t>
      </w:r>
    </w:p>
    <w:p>
      <w:pPr>
        <w:pStyle w:val="ArticleScripture"/>
        <w:jc w:val="left"/>
      </w:pPr>
      <w:r>
        <w:rPr>
          <w:rFonts w:ascii="Times New Roman" w:hAnsi="Times New Roman" w:eastAsia="Times New Roman" w:cs="Times New Roman"/>
        </w:rPr>
        <w:t>Ha oiko vaekue, che aprofetisávo, omanoha Pelatías, Benáya ra’y. Upémarõ che aikúi che rova rehe, ha asapukái hatã, ha ha’e: “¡A, Ñandejára Tupã! ¿Pahápe remombaitéta piko Israel rembyrekue?” Ezequiel 11:1–13.</w:t>
      </w:r>
    </w:p>
    <w:p>
      <w:pPr>
        <w:pStyle w:val="ArticleBody"/>
        <w:jc w:val="left"/>
      </w:pPr>
      <w:r>
        <w:rPr>
          <w:rFonts w:ascii="Times New Roman" w:hAnsi="Times New Roman" w:eastAsia="Times New Roman" w:cs="Times New Roman"/>
        </w:rPr>
        <w:t>Jerusalén oñemopotĩ pe léi domingo-pe, trígo oñemboja’o jave cizaña-gui. Umi kuimba’e ojehechaukáva 25 rupive, térã Coré remimbo’e 250 rupive, oñeguenohẽ okápe, Jerusalén “rembe’ýpe”, omano hag̃ua. 25 ha’e pe papakuéra papapy omba’apóva peteĩ arapokõindy aja, ha oñembohechaukáramo pe papapy joyke’y 250 rupive, ohechauka pe iglesia mundial, 10 ha’égui peteĩ símbolo mundial rehegua. Pe iglesia militante oñemyesakã pe iglesia ojejapóva trígo ha cizaña-gui, ha pe iglesia triunfante ohechauka pe iglesia ha’éva trígo añónte.</w:t>
      </w:r>
    </w:p>
    <w:p>
      <w:pPr>
        <w:pStyle w:val="ArticleScripture"/>
        <w:jc w:val="left"/>
      </w:pPr>
      <w:r>
        <w:rPr>
          <w:rFonts w:ascii="Times New Roman" w:hAnsi="Times New Roman" w:eastAsia="Times New Roman" w:cs="Times New Roman"/>
        </w:rPr>
        <w:t>“¿Ndápa Tupã oguereko peteĩ tupao oikovéva? Oguereko peteĩ tupao, ha upéva hína pe tupao oñorairõva, ndaha’éi pe tupao ipu’akapa vaekue. Rombyasy oĩgui ipype umi miembro ndoikoporãmbáiva, oĩha ñana vai trígo apytépe. Jesús he’i: ‘Yvagagua rréino ojoguaiterei peteĩ kuimba’épe oñotỹ vaekue ñemoñãi porã hekohápe; ha umi kuimba’e oke aja, iñenemigo ou ha oñotỹ ñana vai trígo apytépe, ha ohojey…. Upémarõ pe óga jára rembiguái ou ha he’i chupe, Karai, ndépa nereñotỹi ra’e ñemoñãi porã nde kokuépe? moõgui piko upéicharõ oguereko ñana vai? Ha’e he’i chupekuéra, Peteĩ enemigo ojapo kóva. Umi rembiguái he’i chupe, Reipotátapa upéicharõ roho rombyaty hag̃ua? Ha ha’e he’i, Nahániri; ani hag̃uáicha, peẽ pembyaty aja ñana vai, pehapo’o avei trígo hendive. Peheja okakuaa oñondive pe cosecha peve; ha pe cosecha árape ha’éta umi segadórpe, Pembyaty raẽ ñana vai, ha pejokua atykuérape pe’ẽ hag̃ua; ha pemyatyrõ trígo che ryru guasúpe.’”</w:t>
      </w:r>
    </w:p>
    <w:p>
      <w:pPr>
        <w:pStyle w:val="ArticleScripture"/>
        <w:jc w:val="left"/>
      </w:pPr>
      <w:r>
        <w:rPr>
          <w:rFonts w:ascii="Times New Roman" w:hAnsi="Times New Roman" w:eastAsia="Times New Roman" w:cs="Times New Roman"/>
        </w:rPr>
        <w:t>“Pe trigo ha ñana rehegua ñe’ẽnga’úpe jahecha mba’érepa umi ñana ndojeityiva’erãmo’ãi; ani hag̃ua pe trigo oñemondoro umi ñana ndive. Yvypóra remiandu ha huísio ojapóta jejavy vaieterei. Ha katu, ojejavy rangue, ha peteĩ trigo rogue’i jepe oñemondoro rangue, pe Mbo’ehára he’i: ‘Peheja mokõivéva okakuaa oñondive pe cosecha peve’; upéi umi ánhel oipe’áta umi ñana, oñemoĩtava ñehundi hag̃ua. Jepémo ñane tupao kuérape, he’íva ogueroviaha pe añetegua tenondevegua, oĩ umi ivaíva ha ojavýva, ñanaicha trigo apytépe, Tupã ipuku hag̃uáicha oñembyasy’ỹva ha ipasiénte. Ha’e omoñe’ẽmbáy ha omomarandu umi ojavývape, ha katu nomohundíri umi are oguerekóva oikuaa hag̃ua pe mbo’epy ha’e ombo’éseva chupekuéra; ndoipe’ái pe ñana pe trigo apytégui. Ñana ha trigo okakuaava’erã oñondive pe cosecha peve; ha pe trigo oguahẽvo henyhẽmba hag̃ua ha oñemoakãrapu’ã hag̃ua, ha ijekopyrã rupi hi’ajuvo, ojehechakuaáta porãite pe ñanágui.”</w:t>
      </w:r>
    </w:p>
    <w:p>
      <w:pPr>
        <w:pStyle w:val="ArticleScripture"/>
        <w:jc w:val="left"/>
      </w:pPr>
      <w:r>
        <w:rPr>
          <w:rFonts w:ascii="Times New Roman" w:hAnsi="Times New Roman" w:eastAsia="Times New Roman" w:cs="Times New Roman"/>
        </w:rPr>
        <w:t>“Pe iglesia Cristo rehegua ko yvy ape ári ndoikomo’ãi peteĩchaguaite; upéicharamo jepe, Tupã ndohundíri Ijlesia iimperfección rehehápe. Oĩma kuri ha oĩta umi henyhẽva kyre’ỹ reheve, ndaha’éiva arandu hekopete guáicha, oipotáva omopotĩ pe iglesia ha oipe’a hag̃ua ñana vai trigo apytégui. Péro Cristo ome’ẽkuri tesape hag̃ua mba’éichapa ojeporavo va’erã ojejapo hag̃ua umi oikóva jejavy ryepýpe ndive, ha umi ndojekonvertíiva iglesia-pe ndive. Ndaikatúi oĩ tembiapo pya’e rei, kyre’ỹ rehegua ha pya’eterei ojapóva umi iglesia pegua, oipe’a hag̃uáicha umi ha’ekuéra oimo’ãva oĩha ivaíva ikarákterape. Ñana vai ojehecháta trigo apytépe; péro pe jeipe’a ñana vai rehegua ojapóta hetave mba’e vai, ndaha’éiramo Tupã omoĩ hag̃uáicha tape rupive, peteĩháicha ohejáramo chupekuéra oĩ hag̃uáicha. Ñandejára ogueru aja iglesia-pe umi añetehápe ojekonvertíva, Satanás upe jave avei ogueru tapicha ndojekonvertíiva oike hag̃ua ipytyvõhápe. Cristo oñotỹ aja pe ñemitỹ porã, Satanás oñotỹ pe ñana vai. Oĩ mokõi pu’aka ojoavyetereíva tapiaite omba’apóva iglesia peguakuéra ári. Peteĩ pu’aka omba’apo iglesia ñemopotĩrã, ha ambue katu omba’apo oñembyaívo Tupã retãygua.” Testimonies to Ministers, 45, 46.</w:t>
      </w:r>
    </w:p>
    <w:p>
      <w:pPr>
        <w:pStyle w:val="ArticleBody"/>
        <w:jc w:val="left"/>
      </w:pPr>
      <w:r>
        <w:rPr>
          <w:rFonts w:ascii="Times New Roman" w:hAnsi="Times New Roman" w:eastAsia="Times New Roman" w:cs="Times New Roman"/>
        </w:rPr>
        <w:t>Umi iñaña oñeguenohẽ Jerusalén okápe oñehundi hag̃ua. Oñemomombyry hikuái pe ñemono’õ ára jave, ha upéva avei pe trigo hi’aguĩmbáva aravo; pévare upérõ pe trigo oñembyaty oñeikuave’ẽ hag̃ua ypykue yva’i ryruicha umi mokõi Pentecostés mbujape oñemomyĩva apytépe. Pe trigo ypykue ñemono’õ ha’e peteĩ mbo’e porãite marandu profétiko bíblico rehegua. Pe ñemboja’o trigo ha ñana vai apytépe oñeñe’ẽ ko mba’eete rehe, ha heta Cristo ñe’ẽnga omombe’u ko techaukaha profétiko tuicha mba’éva.</w:t>
      </w:r>
    </w:p>
    <w:p>
      <w:pPr>
        <w:pStyle w:val="ArticleScripture"/>
        <w:jc w:val="left"/>
      </w:pPr>
      <w:r>
        <w:rPr>
          <w:rFonts w:ascii="Times New Roman" w:hAnsi="Times New Roman" w:eastAsia="Times New Roman" w:cs="Times New Roman"/>
        </w:rPr>
        <w:t>“Jey, koʼã parábola omboʼe ndahaʼeiha oĩtaha peteĩ tiémpo de prueba pe huísio rire. Oñemohuʼã vove pe tembiapo pe evangelio rehegua, upepete voi ou pe jeipeʼa umi imarangatúva ha umi ivaíva apytégui, ha peteĩteĩ aty rekove rape opyta opa ára guarã oñemohendapyre.” Lecciones de Cristo sobre las parábolas, 123.</w:t>
      </w:r>
    </w:p>
    <w:p>
      <w:pPr>
        <w:pStyle w:val="ArticleBody"/>
        <w:jc w:val="left"/>
      </w:pPr>
      <w:r>
        <w:rPr>
          <w:rFonts w:ascii="Times New Roman" w:hAnsi="Times New Roman" w:eastAsia="Times New Roman" w:cs="Times New Roman"/>
        </w:rPr>
        <w:t>Pe ofréva trígo-gui ha’e umi cien cuarenta y cuatro mil, ha pe ángel mbohapyha oipe’a pe trígo umi ñana vai apytégui.</w:t>
      </w:r>
    </w:p>
    <w:p>
      <w:pPr>
        <w:pStyle w:val="ArticleScripture"/>
        <w:jc w:val="left"/>
      </w:pPr>
      <w:r>
        <w:rPr>
          <w:rFonts w:ascii="Times New Roman" w:hAnsi="Times New Roman" w:eastAsia="Times New Roman" w:cs="Times New Roman"/>
        </w:rPr>
        <w:t>“Upéi ahecha pe ánhel mbohapyha. He’i che rendive oho va’ekue pe ánhel: ‘Kyhyjetéva hína iñe’ẽ, ha pohýi ha ñemondýiva imisión. Kóva hína pe ánhel oiporavóva trigo ñanaígui, ha oselláva térã oñapytĩva pe trigo pe ñembyatyha yvágapeguápe guarã.’ Ko’ã mba’e ojejokuaava’erã opaite apytu’ũme, opaite ñangarekópe. Jey avei ojehechauka chéve tekotevẽha umi ogueroviáva jahasaha pe marandu pahaguéva poriahuvereko rehegua, oñemboja’o hag̃ua umi tapicha ára ha ára ohupyty térã omoinge hag̃ua ijehepyépe jejavy pyahu. Ahecha ndovaléiha mitã térã tuja oho umi atyhápe umi oĩva jejavýpe ha pytũmbýpe. He’i pe ánhel: ‘Tojoko pe apytu’ũ oiko hag̃ua oimo’ã meme umi mba’e ndaiporimo’ãiva mba’everã.’” Manuscript Releases, volúmen 5, 425.</w:t>
      </w:r>
    </w:p>
    <w:p>
      <w:pPr>
        <w:pStyle w:val="ArticleBody"/>
        <w:jc w:val="left"/>
      </w:pPr>
      <w:r>
        <w:rPr>
          <w:rFonts w:ascii="Times New Roman" w:hAnsi="Times New Roman" w:eastAsia="Times New Roman" w:cs="Times New Roman"/>
        </w:rPr>
        <w:t>Pe ángel mbohapyha omoĩ sello trígo ári ha avei ombojoavy trígo ñana vaigui. Pe ángel mbohapyha ohechauka pe léi domingo rehegua, upépe umi 25 kuimba’e, ohechaukáva liderazgo tupao Adventista del Séptimo Día Laodiceagua rehegua, oguenohẽka Jerusalén okápe ha oñehusga. Upérõ pe tupao militante oñemoambue pe tupao triunfante-pe.</w:t>
      </w:r>
    </w:p>
    <w:p>
      <w:pPr>
        <w:pStyle w:val="ArticleScripture"/>
        <w:jc w:val="left"/>
      </w:pPr>
      <w:r>
        <w:rPr>
          <w:rFonts w:ascii="Times New Roman" w:hAnsi="Times New Roman" w:eastAsia="Times New Roman" w:cs="Times New Roman"/>
        </w:rPr>
        <w:t>“Tembiapo oñemboty hag̃uáma pya’e. Tupao ñorairõhápe oĩva membykuéra, ojehechaukáva jerovia hag̃ua, oikóta pe tupao ipu’akáva. Ahechávo jey ñande rembiasakue yma guare, ahasa rire opaite tape ñemotenonde reheve pe ñaimeha ko’ág̃a peve, ikatu ha’e: ¡Tomimbipa Tupã! Ahechávo mba’e Tupã ojapóva’ekue, chemyenyhẽ hag̃ua ñemondýi porãme ha jerovia reheve Cristo rehe, Sãmbyhyhára ramo. Ndaipóri mba’eve ñande mongyhyjéva tenonderãme g̃uarã, ndaha’éiramo ñanderesarái pe tape Ñandejára ñanegueraha hague, ha iñembo’e ha’eva’ekue ñande rembiasakue yma guarépe.” General Conference Bulletin, January 29, 1893.</w:t>
      </w:r>
    </w:p>
    <w:p>
      <w:pPr>
        <w:pStyle w:val="ArticleBody"/>
        <w:jc w:val="left"/>
      </w:pPr>
      <w:r>
        <w:rPr>
          <w:rFonts w:ascii="Times New Roman" w:hAnsi="Times New Roman" w:eastAsia="Times New Roman" w:cs="Times New Roman"/>
        </w:rPr>
        <w:t>Pe téma profético ñemboja’o rehegua ñuatĩgui trígogui ha’e peteĩ téma tuichaiteva profecía bíblica-pe. Cristo omopotĩvo pe témplo ha’e peteĩ techaukaha ko tembiapo rehegua; hu’ã peteĩva oiko pe léi domingo-pe, upépe jahecha umi ojehusgáva oguerahaha hag̃ua Jerusalén rembe’ýpe omano hag̃ua.</w:t>
      </w:r>
    </w:p>
    <w:p>
      <w:pPr>
        <w:pStyle w:val="ArticleScripture"/>
        <w:jc w:val="left"/>
      </w:pPr>
      <w:r>
        <w:rPr>
          <w:rFonts w:ascii="Times New Roman" w:hAnsi="Times New Roman" w:eastAsia="Times New Roman" w:cs="Times New Roman"/>
        </w:rPr>
        <w:t>“Oñepyrũrõ guare Jesús hembiapo hag̃ua opavavépe, omopotĩ pe Templo iprofanasión sacrílega-gui. Ha umi tembiapo paha apytépe hembiapopegua oĩkuri pe mokõiha ñemopotĩ Templo-pe. Péicha avei, pe tembiapo paha ojejapóvape hag̃ua peteĩ ñeñandu hag̃ua ko múndo, ojejapo mokõi henondivegua ñehenói iñambuéva umi iglésia-kuérape. Pe mokõiha ánhel marandu ha’e: ‘Babylonia ho’a, ho’a, pe táva guasu, ha’e rupi omongaru opa tetãnguérape pe víno ipokarẽ pochyva hekovai rehegua’ (Apocalipsis 14:8). Ha pe sapukái hatãme pe mbohapyha ánhel marandupegua, oñehendu peteĩ ñe’ẽ yvágagui he’íva: ‘Pesẽ chugui, che retãyguakuéra, ani hag̃ua peike ipochýpe iñangaipakuéra rehe, ha ani hag̃ua pejapyhy umi mba’asy oúva hese. Pórke iñangaipakuéra oguahẽ yvágape, ha Tupã imandu’a hekovaíre’ (Apocalipsis 18:4, 5).” Selected Messages, aranduka 2, 118.</w:t>
      </w:r>
    </w:p>
    <w:p>
      <w:pPr>
        <w:pStyle w:val="ArticleBody"/>
        <w:jc w:val="left"/>
      </w:pPr>
      <w:r>
        <w:rPr>
          <w:rFonts w:ascii="Times New Roman" w:hAnsi="Times New Roman" w:eastAsia="Times New Roman" w:cs="Times New Roman"/>
        </w:rPr>
        <w:t>Pe tupaó trigo ha ñana vai rehegua oĩ pe léi domingo apañuãi peve, upérõ oñemboyke pe ñana vai, ndaha’éi yvypóra mbarete rupive, síno pe mbohapyha ánhel rupive — upéva ohechauka pe léi domingo, ha avei pe marandu ama pyhareve riregua upérõ oñembotuicha hag̃ua peteĩ sapukái hatãme. Pe ñana vai ha’e peteĩ mba’e pe testimonio proféticopegua, oĩháicha avei pe trigo. Tupã providénsia oguahẽ pe léi domingo peve, ha pe mbohapyha ánhel omopotĩ pe tupaó mokõihápe. Ha’e omopotĩkuri chupe 22 jasypa 1844-pe, ha pe mokõiha ñemopotĩ tupaó rehegua ha’e pe léi domingo.</w:t>
      </w:r>
    </w:p>
    <w:p>
      <w:pPr>
        <w:pStyle w:val="ArticleBody"/>
        <w:jc w:val="left"/>
      </w:pPr>
      <w:r>
        <w:rPr>
          <w:rFonts w:ascii="Times New Roman" w:hAnsi="Times New Roman" w:eastAsia="Times New Roman" w:cs="Times New Roman"/>
        </w:rPr>
        <w:t>Umi elemento tuichagua historia pegua ogueraháva pe léi domingo peve ha’e peteĩ mba’e tuicháva pe testimonio iglesia triunfante-gua rehegua, upéicha avei pe ñana vai, pe trígo ha mokõive aty ñembojoaju rehegua. Pe Apocalipsis marandu paha ha’e umi mbohapy ánhel marandu, ha umíva omboyke ha ombojoaju mokõive aty; hákatu iñimportánte jahecha Sister White ohechauka porãha umi “marandu paha” “omongakuaa hi’aguĩ pe cosecha.” Pe marandu paha omongakuaáva pe cosecha ha’e pe ama paha, ha ha’e pe tata ombojoajúva umi 250 kuimba’e “mymbakuéra tata ñehundípe guarã ramo.”</w:t>
      </w:r>
    </w:p>
    <w:p>
      <w:pPr>
        <w:pStyle w:val="ArticleScripture"/>
        <w:jc w:val="left"/>
      </w:pPr>
      <w:r>
        <w:rPr>
          <w:rFonts w:ascii="Times New Roman" w:hAnsi="Times New Roman" w:eastAsia="Times New Roman" w:cs="Times New Roman"/>
        </w:rPr>
        <w:t>“Juanpe ojehechauka mba’e oikóva ipypuku ha omokyre’ỹva tuicha interés pe iglesia rekovepýpe. Ha’e ohecha moõpa oĩ, umi mba’e vai omongyhyjéva, umi ñorairõ, ha ipahápe pe ñemosãsõ Ñandejára retãyguakuérape g̃uarã. Ha’e ohai umi marandu pahaguéva omongakuaátava yvy ñemitỹngue, taha’e mandu’a yvagapegua ñongatuhápe g̃uarã térã jehapy pegua yvyra’aty ramo ñehundipápe g̃uarã. Mba’e porãiterei tuicha mba’éva ojehechauka chupe, ko’ýte pe iglesia paha rehegua, ikatu hag̃uáicha umi ojere va’erã jejavýgui añeteguápe oñembo’e hag̃ua chupekuéra umi kyhyje ha ñorairõ oútava henondépe rehe. Avave natekotevẽi opyta pytũmbýpe mba’épa oútava yvy ári rehegua.” The Great Controversy, 341.</w:t>
      </w:r>
    </w:p>
    <w:p>
      <w:pPr>
        <w:pStyle w:val="ArticleBody"/>
        <w:jc w:val="left"/>
      </w:pPr>
      <w:r>
        <w:rPr>
          <w:rFonts w:ascii="Times New Roman" w:hAnsi="Times New Roman" w:eastAsia="Times New Roman" w:cs="Times New Roman"/>
        </w:rPr>
        <w:t>Pe Templo ñemopotĩ ohechauka avei pe tembiapo ojapóva pe kuimba’e “Dirt Brush”, upe Juan el Bautista oikuaaukáva pe Oúva hapykuéri hembiapo rire. Ha’e hína upe omopotĩva ha oityva pe gua’u aty Miller képe.</w:t>
      </w:r>
    </w:p>
    <w:p>
      <w:pPr>
        <w:pStyle w:val="ArticleScripture"/>
        <w:jc w:val="left"/>
      </w:pPr>
      <w:r>
        <w:rPr>
          <w:rFonts w:ascii="Times New Roman" w:hAnsi="Times New Roman" w:eastAsia="Times New Roman" w:cs="Times New Roman"/>
        </w:rPr>
        <w:t>“Ñandejára oikuaauka hag̃uáicha hina pe joavy oĩva hekojojáva ha tekovaívape apytépe; pórke i ‘aventador oĩ ipope, ha omopotĩmbáta porã ikorapy, ha ombyatýta itrígo ikaruha rógape; ha pe ñana-kapi’i ombokusuguéta tata ndaikatúivape oñembogue hag̃ua.’” Review and Herald, 8 de noviembre de 1892.</w:t>
      </w:r>
    </w:p>
    <w:p>
      <w:pPr>
        <w:pStyle w:val="ArticleBody"/>
        <w:jc w:val="left"/>
      </w:pPr>
      <w:r>
        <w:rPr>
          <w:rFonts w:ascii="Times New Roman" w:hAnsi="Times New Roman" w:eastAsia="Times New Roman" w:cs="Times New Roman"/>
        </w:rPr>
        <w:t>Isaías ojehechauka Hermana White rupive, ha’e omombe’u rire 1849-pe Ñandejára ombojyva jey hague ipo mokõiha jey ombyaty hag̃ua hembyre Itávagui; ha Isaías ha Hermana White mokõivéva ohechauka pe ñembyaty paha umi cien cuarenta y cuatro mil rehegua. Pe proceso ñembyaty rehegua oike avei pe ñemosarambi ha pe ñembyaty, ojehechaukáva pe peteĩha ñembotavy guasu ramo, ogueraháva pe ñembyatýpe peteĩ tiempo de espera paha rupi. Ko’ã peteĩteĩva umi elemento pe sellamiento umi cien cuarenta y cuatro mil rehegua ha’e peteĩ tema específico profecía bíblica rehegua. Pe tembiasakue okápe oiporúva Ñandejára tembiporu ramo ogueru hag̃ua pe angaipa ipahápe ojehechauka Daniel 11:11-pe; ha pe ñembyaty paha ojejuhu Isaías 11:11-pe; ha pe tiempo de espera paha ojejuhu Apocalipsis 11:11-pe, ha pe ñemboyke trigo ha cizaña rehegua pe léi dominical jave ojejuhu Ezequiel 11:11-pe:</w:t>
      </w:r>
    </w:p>
    <w:p>
      <w:pPr>
        <w:pStyle w:val="ArticleScripture"/>
        <w:jc w:val="left"/>
      </w:pPr>
      <w:r>
        <w:rPr>
          <w:rFonts w:ascii="Times New Roman" w:hAnsi="Times New Roman" w:eastAsia="Times New Roman" w:cs="Times New Roman"/>
        </w:rPr>
        <w:t>Ko táva ndaha'éi peẽme g̃uarã pe kambuchi guasu, ha peẽ ndaha'éi pe so’o ipypegua; ha che pehusgáta Israel rembe’ýpe. Ezequiel 11:11.</w:t>
      </w:r>
    </w:p>
    <w:p>
      <w:pPr>
        <w:pStyle w:val="ArticleBody"/>
        <w:jc w:val="left"/>
      </w:pPr>
      <w:r>
        <w:rPr>
          <w:rFonts w:ascii="Times New Roman" w:hAnsi="Times New Roman" w:eastAsia="Times New Roman" w:cs="Times New Roman"/>
        </w:rPr>
        <w:t>Joel-pe, pe “víno pyahu” oñeikytĩ umi karai itujávagui yma guaréva, ha’ekuéra va’ekue pe tenda marangatu ñangarekorã. Pe marandu “Pyhare Mbyte Sapy’a” rehegua ha’e pe víno pyahu Joel-pe guare, ha pe tata oguejýva pe léi domingo jave ojehechauka raẽ va’ekue pe tata Pentecostés-pegua rupi. Upe tata orrepresenta peteĩ marandu, ha’éva pe víno pyahu, ha avei ha’e pe marandu ohundíva umi 250 kuimba’e oikuave’ẽ va’ekue insiénso. Pe tupao Adventista del Séptimo Día Laodicea-gua opa pe léi domingo jave, upérõgui pe tata oñehẽ oguereko’ỹre medida ha ohundi umi 250 kuimba’e oikuave’ẽ va’ekue insiénso; upévare ohundi avei isistema de adoración.</w:t>
      </w:r>
    </w:p>
    <w:p>
      <w:pPr>
        <w:pStyle w:val="ArticleBody"/>
        <w:jc w:val="left"/>
      </w:pPr>
      <w:r>
        <w:rPr>
          <w:rFonts w:ascii="Times New Roman" w:hAnsi="Times New Roman" w:eastAsia="Times New Roman" w:cs="Times New Roman"/>
        </w:rPr>
        <w:t>Pe Iglesia Adventista del Séptimo Día oĩramo jerovia hag̃uáicha pe léi domingope, pe mbarete ha pe pokatu Tetã peteĩ reko Amérika Joajupegua-gui omoñembotýta chupe. Ha ndaijeroviái ramo, omoambuénteta rei héra Iglesia Adventista del Primer Día térã ambue héra hi’aguĩva pévagui. Hekojojáva térã hekojojáva’ỹva, pe Iglesia Adventista del Séptimo Día ndohasái pe léi domingo-gui. Pe testimonio profético ohechauka Adventismo omboyke hague pe marandu tape yma guare rehegua 9/11-pe, ha umi tape yma guare ogueraha pe okẽ ñemboty pe léi domingope. Umi 25 kuimba’e ojehechauka Ezequiel jehaípe “Jaazanías, Azur ra’y, ha Pelatías, Benaías ra’y, tavaygua ruvicha kuéra” ramo.</w:t>
      </w:r>
    </w:p>
    <w:p>
      <w:pPr>
        <w:pStyle w:val="ArticleBody"/>
        <w:jc w:val="left"/>
      </w:pPr>
      <w:r>
        <w:rPr>
          <w:rFonts w:ascii="Times New Roman" w:hAnsi="Times New Roman" w:eastAsia="Times New Roman" w:cs="Times New Roman"/>
        </w:rPr>
        <w:t>Héra oje’e umi tekotevẽ ohechaukáva Tupã tavayguakuéra rehegua, ha katu péva ha’e peteĩ ñe’ẽnte. Jaazaniah he’ise Tupã ohendu, ha ha’e hína Azur ra’y, ha upéva he’ise pytyvõ ha ñangareko. Hermana White he’i umi 25 kuimba’e oikova’erãha ñangarekohára ramo, ojehechaukaháicha “Azur” rupive. Ita’ýra oñemombe’u ohendúva Tupãme, ha katu ha’e pe aty oje’éva hese: ohecháramo jepe, ndohechái, ha ohendúramo jepe, nohendúi. Pelatiah he’ise ojepe’a Tupã rupive, ha itúva “Benaiah” he’ise Tupã omopu’ã. Ezequiel omboapývo imarandu ñe’ẽ ñemongyhyje rehegua, Pelatiah omano.</w:t>
      </w:r>
    </w:p>
    <w:p>
      <w:pPr>
        <w:pStyle w:val="ArticleScripture"/>
        <w:jc w:val="left"/>
      </w:pPr>
      <w:r>
        <w:rPr>
          <w:rFonts w:ascii="Times New Roman" w:hAnsi="Times New Roman" w:eastAsia="Times New Roman" w:cs="Times New Roman"/>
        </w:rPr>
        <w:t>Ko táva ndaha’éimo’ãi peẽme g̃uarã pypegua ryru, ni peẽ peiko hag̃ua so’o ipype; ha che pendejuzgáta Israel rembe’ýpe. Ha peikuaáta chehaha Ñandejára; pende reiko’ỹgui che léipe, ni pejapo hag̃ua che rembiapoukapykuéra, ha pejapo umi tetã ambuekuéra pende jerére oikóva rekoháicha. Ha ojehu, che aprofetisávo, omano hague Pelatías, Benaías ra’y. Upévare ha’a che rovayvýre, asapukái hatã ha ha’e: ¡A, Ñandejára Tupã! ¿piko rejapopaitéta Israel rembyre rehe? Ezequiel 11:11–13.</w:t>
      </w:r>
    </w:p>
    <w:p>
      <w:pPr>
        <w:pStyle w:val="ArticleBody"/>
        <w:jc w:val="left"/>
      </w:pPr>
      <w:r>
        <w:rPr>
          <w:rFonts w:ascii="Times New Roman" w:hAnsi="Times New Roman" w:eastAsia="Times New Roman" w:cs="Times New Roman"/>
        </w:rPr>
        <w:t>Pelatía omano Ezequiel sapukái hatã rupi. Trígo omano tape mbytépe ára 18 jasypokõi 2020-pe Apocalipsis 11 ñembopaje hag̃ua. Pe trígo ha’e Moisés ha Elías, Tupã Ñe’ẽhaihára peteĩha, ha pe ñe’ẽme’ẽ Elías ou va’erã rehegua ha’e pe je’e paha Antiguo Testamento-pe. Alfa ha Omega jejuka tape mbytépe Sodoma ha Egipto-pe, ha katu oikove jey 2024-pe, oñerrepresentaháicha Apocalipsis 11:11-pe. Omano aja, Sodoma ha Egipto ovy’a. Ezequiel omoĩ Pelatía ñemano pe remanente ára-pe he’ívo: “¡Ah, Señor Jehová! ¿repahapátapa pe remanente Israelgua?” Sodoma ha’e pe iglesia Adventista del Séptimo Día pe remanente ára-pe, Isaías he’iháicha.</w:t>
      </w:r>
    </w:p>
    <w:p>
      <w:pPr>
        <w:pStyle w:val="ArticleScripture"/>
        <w:jc w:val="left"/>
      </w:pPr>
      <w:r>
        <w:rPr>
          <w:rFonts w:ascii="Times New Roman" w:hAnsi="Times New Roman" w:eastAsia="Times New Roman" w:cs="Times New Roman"/>
        </w:rPr>
        <w:t>Pehendu, yvága, ha ehendumi, yvy: Ñandejára niko oñe’ẽ; “Che amongakuaa ha amongaru ta’ýra kuérape, ha haʼekuéra opuʼã che rehe. Tóro oikuaa ijára, ha mburika oikuaa ijára karuguasu; Israel katu ndoikuaái, che retãgua noñemoarandúi.”</w:t>
      </w:r>
    </w:p>
    <w:p>
      <w:pPr>
        <w:pStyle w:val="ArticleScripture"/>
        <w:jc w:val="left"/>
      </w:pPr>
      <w:r>
        <w:rPr>
          <w:rFonts w:ascii="Times New Roman" w:hAnsi="Times New Roman" w:eastAsia="Times New Roman" w:cs="Times New Roman"/>
        </w:rPr>
        <w:t>¡Ay tetã angaipáva, tavayguakuéra hembiapo vaikue pohýigui henyhẽva, ñemoñare mba’evapo vaíva, ta’ýra ombyaihárape guarã! Ha’ekuéra oheja Ñandejárape, ombopochy Israel Imarangatuetépe, ojere tapykuépe. Mba’ére piko pejeinupãve va’erã gueteri? Peẽ pepu’ãta gueteri hetave ha hetave. Opaite akã hasy, ha opaite py’a ikangy. Py guive akã peve ndaipóri ipype mba’e hesãiva; oĩnte ñekytĩ, ai ha kuru ipyturũva; ndojejokói, noñembojoajúi, ni noñemongu’e ñandy pohã reheve. Pende retã oĩ nandi, pende táva kuéra hapy tata reheve; pende yvy, pende renondépe, umi pytagua ho’u; ha opyta nandi, pytagua kuéra ombyaipa haguéicha. Ha Sión rajy opyta peteĩ óga’i ramo parrálpe, peteĩ róga’i pepíno ñemitỹhápe, peteĩ táva oñemongoráva ramo.</w:t>
      </w:r>
    </w:p>
    <w:p>
      <w:pPr>
        <w:pStyle w:val="ArticleScripture"/>
        <w:jc w:val="left"/>
      </w:pPr>
      <w:r>
        <w:rPr>
          <w:rFonts w:ascii="Times New Roman" w:hAnsi="Times New Roman" w:eastAsia="Times New Roman" w:cs="Times New Roman"/>
        </w:rPr>
        <w:t>Pe Ñandejára de los ejércitos ndohejái vaʼekue ñandéve peteĩ mbovymi remanénte michĩetereíva, ñande jaiko vaʼerãmoʼã Sodómaicha, ha ñande jajoguáta moʼã Gomórra rehe. Pehendúke Ñandejára ñeʼẽ, peẽ Sodóma mburuvichakuéra; pejapysáka ñande Jára léi rehe, peẽ Gomórra retayguakuéra. Isaías 1:2–10.</w:t>
      </w:r>
    </w:p>
    <w:p>
      <w:pPr>
        <w:pStyle w:val="ArticleBody"/>
        <w:jc w:val="left"/>
      </w:pPr>
      <w:r>
        <w:rPr>
          <w:rFonts w:ascii="Times New Roman" w:hAnsi="Times New Roman" w:eastAsia="Times New Roman" w:cs="Times New Roman"/>
        </w:rPr>
        <w:t>Moisés ha Elías oñemano Sodóma ha Egípto-pe umi hembýva tiémpope. Egípto ha’e peteĩ símbolo gobernación oñembyaíva rehegua, ha Sodóma, iglesia rembiapo oñembyaíva rehegua. Pelatías, Benaya ra’y, omano pe léi domingo-pe, upéva Isaías ombojoaju pe ára bíblico ñeprovokasión rehegua ndive, ha upéva ikatu hag̃ua 1863 térã pe léi domingo. Pelatías, Benaya ra’y, ohechauka peteĩ mba’e gua’u umi añetetépe ohendúva Ñandejára Ñe’ẽ rehegua. Umi hembýva tiémpope umi ojehechaukáva Moisés ha Elías rupive oñemano ha upéi oñemoingove jey. Upe jeikove jey oñepyrũ vaekue peteĩ ñe’ẽ osapukáiva desiérto-pe julio jasypópe ary 2023-pe. Ary 2024 guive pe mbyja’o paha trígo ha ñana vai apytépe oiko hína.</w:t>
      </w:r>
    </w:p>
    <w:p>
      <w:pPr>
        <w:pStyle w:val="ArticleBody"/>
        <w:jc w:val="left"/>
      </w:pPr>
      <w:r>
        <w:rPr>
          <w:rFonts w:ascii="Times New Roman" w:hAnsi="Times New Roman" w:eastAsia="Times New Roman" w:cs="Times New Roman"/>
        </w:rPr>
        <w:t>Pe léi domingo guýpe, pe tupaotý Adventista del Séptimo Día oikuaáta okañyha hikuái.</w:t>
      </w:r>
    </w:p>
    <w:p>
      <w:pPr>
        <w:pStyle w:val="ArticleScripture"/>
        <w:jc w:val="left"/>
      </w:pPr>
      <w:r>
        <w:rPr>
          <w:rFonts w:ascii="Times New Roman" w:hAnsi="Times New Roman" w:eastAsia="Times New Roman" w:cs="Times New Roman"/>
        </w:rPr>
        <w:t>Ko táva ndaha’éimo’ãi peẽme g̃uarã pe mba’yru guasu, ha peẽ katu ndaha’éimo’ãi pe so’o ipype; che katu pohusgáta peẽme Israel rembe’ýpe. Ha peikuaáta cheha hína Ñandejára; pórke ndapeikói kuri che tembiapoukapykuérape, ni pejapo che huísio kuéra, síno pejapo umi tetã ambuegua pende jerére oikóva jepokuaa rupi. Ha ojehu, che aprofetisárõ guare, omanoha Pelatías, Benaías ra’y. Ezequiel 11:11–13.</w:t>
      </w:r>
    </w:p>
    <w:p>
      <w:pPr>
        <w:pStyle w:val="ArticleBody"/>
        <w:jc w:val="left"/>
      </w:pPr>
      <w:r>
        <w:rPr>
          <w:rFonts w:ascii="Times New Roman" w:hAnsi="Times New Roman" w:eastAsia="Times New Roman" w:cs="Times New Roman"/>
        </w:rPr>
        <w:t>Pelatías remano, héra téra he’iséva Tupã rupi, he’ise ko contexto-pe, oñeme’ẽha omano hag̃ua, upe jave ete umi tembiapohára pa’ũpahápegua oñemosãsõháicha mburuvicha yvate gotyogua póguype Daniel 11:41-pe. Pelatías oñeme’ẽ mburuvicha yvate gotyogua pópe pe léi domingo guýpe. Pelatías, Benaías ra’y, he’iséva “upe Tupã omopu’ã va’ekue.” Pe punto etepe, Tupã omopu’ã jeyhína peteĩ templo, oñemopu’ã hag̃ua iglesia ipu’akapáva ramo pe léi domingo guýpe, umi Pelatías rehe ojehechauka va’ekue oñeme’ẽ omano hag̃uáicha; omba’apo rangue omopu’ã jeývo umi tenda ymaguare oñehundiva’ekue, ha’ekuéra omopu’ãhína ijeheguiete Tobías sepultura. Pelatías ohechauka Isaías akã guive py peve, peteĩ tete tuichakue henyhẽmbaitéva angaipágui. Upe tete hína pe iglesia Adventista del Séptimo Día Laodicea pegua, irundy generación oñemotenondehápe ñemboyke mbeguekatúva pahaitepe, Isaías ohechaukáva peteĩ ñemboyke oñembotuichavéva ramo he’ívo: “peñemboyke hetave ha hetave.” Pe proceso pahaite jehechapyre oñepyrũ va’ekue 2024-pe, trigo omanomba’e mbohapy ára ha mbyte pukukue, upéi oñemopu’ã jeýta; upe jave oikuaáta hikuái Ñandejára ha’eha Tupã.</w:t>
      </w:r>
    </w:p>
    <w:p>
      <w:pPr>
        <w:pStyle w:val="ArticleScripture"/>
        <w:jc w:val="left"/>
      </w:pPr>
      <w:r>
        <w:rPr>
          <w:rFonts w:ascii="Times New Roman" w:hAnsi="Times New Roman" w:eastAsia="Times New Roman" w:cs="Times New Roman"/>
        </w:rPr>
        <w:t>Upévare, eprofetisa ha ere chupekuéra: Péicha he’i Ñandejára Tupã; Péina ápe, che retãygua kuéra, ahasáta pene yvyra kuéra, ha rojeguenohẽta pene yvyra kuéragui, ha roguerúta Israel retãme. Ha peikuaáta che ha’eha Ñandejára, ahasávo pene yvyra kuéra, che retãygua kuéra, ha rojeguenohẽvo pene yvyra kuéragui, ha amoĩta pende pype che Espíritu, ha peikovéta, ha pemoĩta pende yvýpe voi; upérõ peikuaáta che, Ñandejára, ha’emaha upe ha’éva ha ajapóva, he’i Ñandejára. Ezequiel 37:12–14.</w:t>
      </w:r>
    </w:p>
    <w:p>
      <w:pPr>
        <w:pStyle w:val="ArticleBody"/>
        <w:jc w:val="left"/>
      </w:pPr>
      <w:r>
        <w:rPr>
          <w:rFonts w:ascii="Times New Roman" w:hAnsi="Times New Roman" w:eastAsia="Times New Roman" w:cs="Times New Roman"/>
        </w:rPr>
        <w:t>Paʼi rekovia japu ojehechauka hag̃ua 25 rupive pe léi domingo-pe, upérõ oikuaáta Ñandejára haʼeha Tupã. Pe trígo oikuaa Ñandejára haʼeha Tupã ary 2024-pe, ha umi ñana vai opáy ko jeikuaápe pe léi domingo-pe, arakaʼe hag̃ua itaréma. Pe ára paha oñepyrũ peteĩ tyvýpe ha peteĩ jeikove jevy reheve, ha opa peteĩ tyvýpe ha ndaipóri jeikove jevy. Pe trígo iñepyrũme oikuaa Tupãme, Haʼe omboaje jave pe jeikove jevy Apocalipsis once-pe, ha umi ñana vai oikuaa pe yvyryrýi léi domingo-pegua upe capítulo-pe voi. Mokõi techaukaha apytépe, pe peteĩcha ojehecháva ñemongakuaa ñehesaʼỹijo ama paha rehegua rupive ogueru mokõive atykuérape hiʼaju hag̃uáicha pe ñemonoʼõrãme g̃uarã.</w:t>
      </w:r>
    </w:p>
    <w:p>
      <w:pPr>
        <w:pStyle w:val="ArticleBody"/>
        <w:jc w:val="left"/>
      </w:pPr>
      <w:r>
        <w:rPr>
          <w:rFonts w:ascii="Times New Roman" w:hAnsi="Times New Roman" w:eastAsia="Times New Roman" w:cs="Times New Roman"/>
        </w:rPr>
        <w:t>Pe mensáhe Joel rehegua ha’e parrálty purahéi, ha pe mba’e peteĩha omoingéva tenonderã ha’e ojekuaa hag̃uapa umi ára pahápeguáva, umi ára yma guare rupive. Umi “kuimba’e itujáva” Joel-pe ndaikatúi ojapo upéva, pórke pe ñehenói omombáy hag̃ua og̃uahẽ vove pyhare mbyte jave, ha’ekuéra oñekytĩmba—oñemosẽ Ñandejára jurúgui, upe hendápe voi pe mymba yvy arigua ojurupe’a hag̃ua oñe’ẽ, ha upéva avei hína pe hendápe Balaam mburika oñe’ẽ hague, ha pehendápe Juan Bautista ru oñe’ẽ hague.</w:t>
      </w:r>
    </w:p>
    <w:p>
      <w:pPr>
        <w:pStyle w:val="ArticleBody"/>
        <w:jc w:val="left"/>
      </w:pPr>
      <w:r>
        <w:rPr>
          <w:rFonts w:ascii="Times New Roman" w:hAnsi="Times New Roman" w:eastAsia="Times New Roman" w:cs="Times New Roman"/>
        </w:rPr>
        <w:t>Pe huísio umi “karai tuja ymaguaréva” ári oñemopyenda pe porandu rehe: “Ko mba’e piko ojehu raka’e pende ru ypykuéra árape?” Pe jehaipyre oñepyrũ he’ívo: “Pehendu ko mba’e.” Upéi omoĩ mokõi testígo, peteĩva irundy generación kuimba’égui ha ambuéva irundyichagua mymbachu’ígui. Upéi oñemombáy hikuái Pyharepyte Sapy’aitépe, ha ohechakuaa ojeheja hag̃uáicha ohasávo chupekuéra Tupã retãgua poravopyre ñemoñare joajupegua ramo. Ndojehejáiramo ohasa chupekuéra ndaha’éi ndoikói haguére vino, ojeheja ohasa chupekuéra oguerekógui vino vai. Pe ñe’ẽtekovekuépe umi diez vírgenes rehegua, Joel vino pyahu ha’e aséite.</w:t>
      </w:r>
    </w:p>
    <w:p>
      <w:pPr>
        <w:pStyle w:val="ArticleBody"/>
        <w:jc w:val="left"/>
      </w:pPr>
      <w:r>
        <w:rPr>
          <w:rFonts w:ascii="Times New Roman" w:hAnsi="Times New Roman" w:eastAsia="Times New Roman" w:cs="Times New Roman"/>
        </w:rPr>
        <w:t>Ijehesalvación oñemoĩ umi ñe’ẽme, ohupyty térã nahániri hag̃ua hikuái pe “vino pyahu” marandu ama paha rehegua. Umi “itujáva ha yma guare kuimba’e” avei Isaías ohechauka “Efraín oka’úva” ramo, ha Efraín ndojehechaukái umi oñembyasývape Apocalipsis siete-pe. Hendaguépe oñemoĩ ijoyke’y Manasés. Hasýkuri ojuhu hag̃ua peteĩ mburuvicha guasu Manasés-gui hembiapo vaivéva, hákatu ha’e omyengovia Efraín oka’úvape.</w:t>
      </w:r>
    </w:p>
    <w:p>
      <w:pPr>
        <w:pStyle w:val="ArticleScripture"/>
        <w:jc w:val="left"/>
      </w:pPr>
      <w:r>
        <w:rPr>
          <w:rFonts w:ascii="Times New Roman" w:hAnsi="Times New Roman" w:eastAsia="Times New Roman" w:cs="Times New Roman"/>
        </w:rPr>
        <w:t>“Umi ndovyʼáva iñembyasyʼỹva ijehegui iñemboguejy rehe yvypóra rekove marangatúpe, ha ndojaheʼóiva ambuekuéra angaipa rehe, opytáta Tupã selloʼỹre. Ñandejára omondo hembiguáikuérape, umi kuimbaʼe orekóva poapýpe tembiporu ojuka hag̃ua: ‘Tapeho hapykuéri táva rupi, ha pejapi; ani pende resa poriahuvereko, ni peiporiahuverekói: pejukaite tuja ha imitãva, kuñataĩnguéra, mitãnguéra michĩva, ha kuñanguéra; ha ani peñemoaguĩ avavépe oĩ hag̃uáicha hiʼári pe marca; ha peñepyrũ Che santuario guive. Upérõ oñepyrũ umi kuimbaʼe itujávagui oĩva pe óga renondépe.’”</w:t>
      </w:r>
    </w:p>
    <w:p>
      <w:pPr>
        <w:pStyle w:val="ArticleScripture"/>
        <w:jc w:val="left"/>
      </w:pPr>
      <w:r>
        <w:rPr>
          <w:rFonts w:ascii="Times New Roman" w:hAnsi="Times New Roman" w:eastAsia="Times New Roman" w:cs="Times New Roman"/>
        </w:rPr>
        <w:t>“Ko’ápe jahecha pe tupao — Ñandejára santuario — ha’e hague pe tenonderãite ohasa hag̃ua Tupã pochy ñenupã. Umi kuimba’e yma guare, umi Tupã ome’ẽ va’ekue tuicha tesape ha oñemoĩ va’ekue tavayguakuéra rekove espiritual rehe ñangarekohára ramo, ombotavy ijerovia oñeme’ẽ va’ekue chupekuéra. Ha’ekuéra oguereko va’ekue pe ñemoĩ: ndotekotevẽiha jahecha milágro ha Tupã pokatu jehechauka hesakãva yma guarérõguáicha. Ára kuéra iñambuéma. Ko’ã ñe’ẽ omombarete ijerovia’ỹ, ha he’i hikuái: Ñandejára ndojapomo’ãi mba’e porã, ni ndojapomo’ãi mba’e vai. Ha’e iporiahuvereko eterei hag̃ua ojehechávo itavayguakuérape juiciope. Péicha “Py’aguapy ha tekorosã” ha’e sapukái umi kuimba’égui araka’eve noñehendumo’ãvéiva iñe’ẽ trompétaicha ohechauka hag̃ua Tupã retãyguápe hembiapo vaikuéra ha Jacob rógape ipekadokuéra. Ko’ã jagua okirirĩva noñehenduiva oñehyvõ hag̃ua, ha’e umi ohupytyva Tupã ipochýva ñemyrõ joja. Kuimba’e, kuñataĩ ha mitãnguéra michĩva opavave oñehundi oñondivepa.”</w:t>
      </w:r>
    </w:p>
    <w:p>
      <w:pPr>
        <w:pStyle w:val="ArticleScripture"/>
        <w:jc w:val="left"/>
      </w:pPr>
      <w:r>
        <w:rPr>
          <w:rFonts w:ascii="Times New Roman" w:hAnsi="Times New Roman" w:eastAsia="Times New Roman" w:cs="Times New Roman"/>
        </w:rPr>
        <w:t>“Umi mba’e vaiete rehe umi jeroviapyréva osusupirárõ ha osapukáiva hína, ha’e vaekue opa mba’e ikatúva ojehechakuaa tesa yvypóra poguýpe; ha katu hetaiterei vai umi angaipa ivaivéva, umi ombopochýva pe Tupã potĩ ha marangatúpe iñakãraku reheve, ndojehechaukái vaekue. Pe Korasõ Kuéra Jehechaha Guasu oikuaa opa angaipa ojejapóva kañyhápe umi tekojoja’ỹ apoha rupive. Ko’ã tapicha oñepyrũ oñandu hag̃ua oĩ porãha hembotavýpe, ha, Ha’e ipasiénsia puku rupi, he’i: “Ñandejára ndohechái”; ha upéi ojapo ku oimérõguáicha Ha’e oheja rei yvy. Péro Ha’e oikuaáta porãta ijapupyrekuéra ha ohechaukáta ambuépe umi angaipa ha’ekuéra oñeha’ã mbarete haguépe okañy hag̃ua.”</w:t>
      </w:r>
    </w:p>
    <w:p>
      <w:pPr>
        <w:pStyle w:val="ArticleScripture"/>
        <w:jc w:val="left"/>
      </w:pPr>
      <w:r>
        <w:rPr>
          <w:rFonts w:ascii="Times New Roman" w:hAnsi="Times New Roman" w:eastAsia="Times New Roman" w:cs="Times New Roman"/>
        </w:rPr>
        <w:t>“Avave ndaipóri superioridáda rango-pe, dignidáda térã arandu yvyrigua rehegua, avave posición oficio sagrado-pe, oñongatútava kuimbaʼekuéra ani hag̃ua osakrifika pe principio ojehejávo ijehe umi ikorasõ mbotavyha poguýpe. Umi ojehechavaʼekue digno ha hekojojáva ramo ohechauka hikuái haʼeha tenondegua apostasia-pe ha techapyrã tekorei rehegua ha Tupã poriahuvereko jepuru vai-pe. Heko aña ndotoleramoʼãvéi Haʼe, ha ipochykuépe ojapo hendivekuéra poriahuverekoʼỹre.</w:t>
      </w:r>
    </w:p>
    <w:p>
      <w:pPr>
        <w:pStyle w:val="ArticleScripture"/>
        <w:jc w:val="left"/>
      </w:pPr>
      <w:r>
        <w:rPr>
          <w:rFonts w:ascii="Times New Roman" w:hAnsi="Times New Roman" w:eastAsia="Times New Roman" w:cs="Times New Roman"/>
        </w:rPr>
        <w:t>“Pyʼaguasúpe Ñandejára oipeʼa ijehegui ipresénsia umi ohupytývagui tuicha tesakã ha oikuaavaʼekue pe ñeʼẽ puʼaka ambuépe ombaʼapóramo guare. Haʼekuéra peteĩ jey niko hembiguái jeroviapýva vaʼekue, ohupytyvaʼekue ipresénsia ha igia; ha katu ojei chugui ha ogueraha ambuépe jejavy hag̃uáicha, ha upévare oñemoĩ hikuái pe Tupã ñembopochy guýpe.” Testimonies, volúmen 5, 211, 212.</w:t>
      </w:r>
    </w:p>
    <w:p>
      <w:pPr>
        <w:pStyle w:val="ArticleBody"/>
        <w:jc w:val="left"/>
      </w:pPr>
      <w:r>
        <w:rPr>
          <w:rFonts w:ascii="Times New Roman" w:hAnsi="Times New Roman" w:eastAsia="Times New Roman" w:cs="Times New Roman"/>
        </w:rPr>
        <w:t>Joel oñe'ẽ hína pe liderazgo iglesia Adventista del Séptimo Día Laodicense rehe ojapo jave pe identificación umi “kuimba'e tuja” rehe, ha katu Joel avei oñe'ẽ umi ndojekuaaporãiva rehe, Isaías he'iháicha umi oñembojojáva umi ojekuaapóvandi. Joel oñe'ẽ umi kuimba'e yma guaréva rehe ojeityvyróva kuarahýpe Ezequiel capítulo ocho-pe, ha ha'e kuéra hína umi tenondete ojehusgáva capítulo nueve-pe. Avei oñe'ẽ hína pe laicado iglesia Adventista del Séptimo Día Laodicense rehe he'ívo: “Pehendúke kóva, peẽ kuimba'e tuja, ha pejapysaka, opa peẽ pe yvyygua.”</w:t>
      </w:r>
    </w:p>
    <w:p>
      <w:pPr>
        <w:pStyle w:val="ArticleBody"/>
        <w:jc w:val="left"/>
      </w:pPr>
      <w:r>
        <w:rPr>
          <w:rFonts w:ascii="Times New Roman" w:hAnsi="Times New Roman" w:eastAsia="Times New Roman" w:cs="Times New Roman"/>
        </w:rPr>
        <w:t>Umi 25 kuimba’e oĩva pe capítulo ocho-pe ojejuhu pe léi domingope, moõ ha’ekuéra oñesũ kuarahýre hapykuévo pe santuário rehe. Ha’ekuéra hína peteĩ “diezmo” pe ñemopu’ãgui umi 250-pegua, umi oñembo’ýva Coré, Datán ha Abiram ndive. Umi 25 kuimba’e ha’e peteĩ símbolo pe ñemopu’ã oñembopyahúva rehegua, he’iháicha pe inspiración ary 1888-pe, upéva ohechauka hag̃ua pe ñemopu’ã pe liderásgo rehegua pe iglesia Adventista del Séptimo Día Laodicense-pegua 9/11 guive, ha peve pe léi domingo. Ha’ekuéra orrepresenta peteĩ “diezmo” ñemopu’ã rehegua upe período peteĩchaitévape Isaías, pe capítulo seis-pe, ohechauka haguépe umi aranduetéva peteĩ “diezmo” ramo, oguerekóva sustánsia ipype.</w:t>
      </w:r>
    </w:p>
    <w:p>
      <w:pPr>
        <w:pStyle w:val="ArticleBody"/>
        <w:jc w:val="left"/>
      </w:pPr>
      <w:r>
        <w:rPr>
          <w:rFonts w:ascii="Times New Roman" w:hAnsi="Times New Roman" w:eastAsia="Times New Roman" w:cs="Times New Roman"/>
        </w:rPr>
        <w:t>Joel niko marandu Adventismo-pe g̃uarã, ikatu hag̃uáicha ojekuaa ipaháma hikuái pe tiempo de prueba, omyenyhẽgui hikuái ikupea pe tiempo de prueba rehegua angaipápe; ha pe henyhẽmbaitéva ojehechauka mba'asy ramo iñakã guive ipyapy peve, oikuaaukáva pe marandu ama pahaguéva rehegua oñeikytĩma hague ijuru-gui. Isaías omombe'u pe añetegua peteĩchagua capítulo veintinueve-pe.</w:t>
      </w:r>
    </w:p>
    <w:p>
      <w:pPr>
        <w:pStyle w:val="ArticleScripture"/>
        <w:jc w:val="left"/>
      </w:pPr>
      <w:r>
        <w:rPr>
          <w:rFonts w:ascii="Times New Roman" w:hAnsi="Times New Roman" w:eastAsia="Times New Roman" w:cs="Times New Roman"/>
        </w:rPr>
        <w:t>Pejepy’a, ha peñepyrũ peñemoñe’ẽrã; pesapukái ha pesapukái: oka’u, ha ndaha’éi víno reheve; oñepyso, ha ndaha’éi kaguy mbarete reheve. Ñandejára niko ombojy va’ekue pende ári peteĩ espíritu oke pypuku hag̃uáicha, ha omboty pende resa; umi marandu hag̃uáva, ha pene ruvicha kuéra, umi ohecha hag̃uáva, chupekuéra ojaho’i. Ha opa visión oiko peẽme guarã peteĩ kuatiañe’ẽ mboty hag̃uáicha ñe’ẽramo, ome’ẽva peteĩ arandúvape, he’ívo: Emoñe’ẽna ko mba’e, ajerure ndéve; ha ha’e he’i: Ndaikatúi; oñemboty rupi. Upéi pe kuatiañe’ẽ ome’ẽ peteĩ ndoikuaáivape omoñe’ẽ hag̃ua, he’ívo: Emoñe’ẽna ko mba’e, ajerure ndéve; ha ha’e he’i: Che ndachekatupyryi amoñe’ẽ hag̃ua.</w:t>
      </w:r>
    </w:p>
    <w:p>
      <w:pPr>
        <w:pStyle w:val="ArticleScripture"/>
        <w:jc w:val="left"/>
      </w:pPr>
      <w:r>
        <w:rPr>
          <w:rFonts w:ascii="Times New Roman" w:hAnsi="Times New Roman" w:eastAsia="Times New Roman" w:cs="Times New Roman"/>
        </w:rPr>
        <w:t>Upévare Ñandejára he'i: Ko tavayguakuéra oñemboja che rehe ijuru rupive, ha hendyva rupive chemomba'eguasu; ipy'a katu omomombyryite chehegui, ha cherehe kyhyje oguerekóva hikuái yvypóra rembiapoukapy oñembo'éva rupive año. Upévare, péina ápe, ajapóta ko tavayguakuéra apytépe peteĩ tembiapo hechapyrãva, hechapyrã ha mba'e hag̃ua; umíva iñarandúva arandu ohundíta, ha umi iñakãguapýva kuaapy oñemokañýta. Áicha toiko umi oñeha'ãvape oñemokañy pypuku hag̃ua Ñandejáragui hembipota, ha hembiapokuéra oĩ pytũmbýpe, ha he'i: Mávapa orehecha? ha mávapa oreikuaa? Añetehápe, pene mba'e mbojerovia hag̃uáicha pemoambuepa umi mba'e oñeñandu va'erã ñai'ũ ñembiasáicha; mba'éicha piko pe tembiapo he'íta upe ojapóvare: Nachejapói va'ekue? térã pe mba'e oñemboheko pyre he'íta upe ombohekóvare: Ndaikuaái mba'eve? Isaías 29:9–16.</w:t>
      </w:r>
    </w:p>
    <w:p>
      <w:pPr>
        <w:pStyle w:val="ArticleBody"/>
        <w:jc w:val="left"/>
      </w:pPr>
      <w:r>
        <w:rPr>
          <w:rFonts w:ascii="Times New Roman" w:hAnsi="Times New Roman" w:eastAsia="Times New Roman" w:cs="Times New Roman"/>
        </w:rPr>
        <w:t>“Arandukuaa” kuimbaʼekuérape guarã oñemopyenda Tupã Ñeʼẽ marandu hag̃uápe oñembotyvaʼekue oñepeʼávo. Umi oñembokatupyrýva Adventismo rembiguái temimoĩmby oñembyaíva rupi ndaikatúi omoñeʼẽ marandu hag̃ua kuatiañeʼẽ, haʼekuéra katu ombojovake Tupãme ndoguerekóiha aranduka hag̃ua. Pe marandu hag̃uápe oñepeʼa jave, ndaikatúi oikũmby chupe, upévare ombojovake Tupãme haʼeha pe ndoguerekóiva aranduka hag̃ua, ha upéicha ojapóvo ombojere opa mbaʼe iñakãre. Adventismo pegua arandupy ha umi ndorekóiva arandupy ndaikatúi oikũmby pe marandu hag̃uápe oñepeʼáva pe ára ñembojovake oñembotýta mboyve, ha Joel kuatiañeʼẽ omanda umi “kuimbaʼe tujápe” ohendu hag̃ua, péro haʼekuéra hína peteĩ aty, ohendúramo jepe, nohendúiva, ha ohecháramo jepe, ndohecháiva.</w:t>
      </w:r>
    </w:p>
    <w:p>
      <w:pPr>
        <w:pStyle w:val="ArticleBody"/>
        <w:jc w:val="left"/>
      </w:pPr>
      <w:r>
        <w:rPr>
          <w:rFonts w:ascii="Times New Roman" w:hAnsi="Times New Roman" w:eastAsia="Times New Roman" w:cs="Times New Roman"/>
        </w:rPr>
        <w:t>Pe mbytépe voi iñemoĩva’ekue rehegua ojehechauka iñakãhatãme ndaikatúi hag̃uáicha oikuaa Cristo ha’eha pe peteĩha ha pe pahague. Kóva hína pe capítulo ryepýpe, upe contextope oñeporanduha: “¿Péicha piko oiko pene ára-pe, térã pende ru kuéra ára-pe jepe?”</w:t>
      </w:r>
    </w:p>
    <w:p>
      <w:pPr>
        <w:pStyle w:val="ArticleBody"/>
        <w:jc w:val="left"/>
      </w:pPr>
      <w:r>
        <w:rPr>
          <w:rFonts w:ascii="Times New Roman" w:hAnsi="Times New Roman" w:eastAsia="Times New Roman" w:cs="Times New Roman"/>
        </w:rPr>
        <w:t>¿Oĩpa raka’e nde ru kuéra rembiasakue ryepýpe peteĩ tetã opu’ãva Pyhare Mbyte Sapy’ápe, ha upéi oikuaáva ha’eha kuñataĩ arandupyréva’ỹ? Pe “tuja kuéra” oñembo’e hag̃ua “opáy hag̃ua”, peteĩchaite umi Millerita Exeter táva ñembyatyhápe ary 1844-pe. Umi pa kuñataĩ rembiasakue ñemoha’ãnga niko Adventista retãyguakuéra jehasa asy rehegua, oñekumpli va’ekue letra rupiite Millerita rembiasakuépe, ha oñekumplíta jey letra rupiite ára pahápe. Laodicea-pegua Adventista Ára Sieteha rembo’e ndaikatúi rehechakuaa hag̃ua itupao rembiasakue ypykue oñeha’ã jeyha ára pahápe, omomba’eguasu pe principio profético ha’éva pe llave oipe’áva pe marandu profético. Ndaha’éi añoite pe tembiapoukapy bíblico, ha katu avei Jesucristo carácter Revelación mbytépe oĩva, oñemboty’ỹva mbovymi oime mboyve pe tiempo de gracia oñemboty.</w:t>
      </w:r>
    </w:p>
    <w:p>
      <w:pPr>
        <w:pStyle w:val="ArticleBody"/>
        <w:jc w:val="left"/>
      </w:pPr>
      <w:r>
        <w:rPr>
          <w:rFonts w:ascii="Times New Roman" w:hAnsi="Times New Roman" w:eastAsia="Times New Roman" w:cs="Times New Roman"/>
        </w:rPr>
        <w:t>Joel oporandu: “¿Péva piko oiko pende árape, térã pende ru ypykuéra árape?” Térã ikatu oñeporandu: “Pende ru ypykuéra árape, piko oĩ ra’e peteĩ proceso de prueba omboyke hag̃ua peteĩ pueblo pyahu pe pacto pyahúpe guarã, peteĩ pueblo pe pacto tuja guápe gui?” Oĩ kuri, ha upe ñemboja’o ojejapo kuri pe marandu profétiko rupive, oñerrepresentáva aséite ramo pe parábola-pe. “¿Péva piko oiko pende árape térã pende ru ypykuéra árape?” pya’e ohechauka hag̃ua mba’épa oiko kuri pende ru ypykuéra árape: peteĩ ñemombáy, irundy generación ñehundi ojupi ohóvo rire, oñerrepresentaháicha pe tembiapoukapy marandu ñemosarambi hag̃ua irundy generación ári, ha umi irundy mymba’i ñehundi ojupi ohóvo rupive. Joel ha’e pe ñemombe’u juicio rehegua peteĩ iglesia ojeheja va’ekue ha apostata rehe, Midnight Cry-pe. Ndaipóri iglesia tembiasakue marangatu ryepýpe opu’ã va’ekue tesape tuichavéva rehe pe iglesia Adventista del Séptimo Día-gui. Pe símbolo upeichagua pu’aka ñemboyke añeteguágui rehegua oñerrepresenta “Capernaum” ramo.</w:t>
      </w:r>
    </w:p>
    <w:p>
      <w:pPr>
        <w:pStyle w:val="ArticleBody"/>
        <w:jc w:val="left"/>
      </w:pPr>
      <w:r>
        <w:rPr>
          <w:rFonts w:ascii="Times New Roman" w:hAnsi="Times New Roman" w:eastAsia="Times New Roman" w:cs="Times New Roman"/>
        </w:rPr>
        <w:t>Ñakontinuáta pe artíkulo oúvape.</w:t>
      </w:r>
    </w:p>
    <w:p>
      <w:pPr>
        <w:pStyle w:val="ArticleScripture"/>
        <w:jc w:val="left"/>
      </w:pPr>
      <w:r>
        <w:rPr>
          <w:rFonts w:ascii="Times New Roman" w:hAnsi="Times New Roman" w:eastAsia="Times New Roman" w:cs="Times New Roman"/>
        </w:rPr>
        <w:t>“Capernáumpe Jesús oiko umi intervalope Ijehokuéra oho ha ou jave, ha upéicha oñepyrũ ojekuaa hag̃ua ‘Itáva tee’ ramo. Oĩkuri mar Galilea rembeʼýpe, ha hiʼag̃ui Gennesaret ñu porãite rembeʼýre, ndahaʼéiramo jepe upépe voi.” El Deseado de Todas las Gentes, 252.</w:t>
      </w:r>
    </w:p>
    <w:p>
      <w:pPr>
        <w:pStyle w:val="ArticleScripture"/>
        <w:jc w:val="left"/>
      </w:pPr>
      <w:r>
        <w:rPr>
          <w:rFonts w:ascii="Times New Roman" w:hAnsi="Times New Roman" w:eastAsia="Times New Roman" w:cs="Times New Roman"/>
        </w:rPr>
        <w:t>“Umi umi mitã oje’e hag̃uáicha Tupã ra’ykuéra apytépe, mbovyite paciencia ojehechauka, mboy ñe’ẽ ro’yrõ ha haku vaíva oñeñe’ẽ, ha mboy jehovaíva oje’e umi ndaha’éivare ñande jeroviapy rehegua. Heta ohecha ambue iglésiapegua kuérape pekadór guasu ramo, ha Ñandejára katu ndohéchai chupekuéra péicha. Umi péicha omañáva ambue iglésiapegua kuérare, tekotevẽ oñemomichĩ Tupã po mbarete guýpe. Umi ha’ekuéra okondenáva ikatu orekónte kuri tesape michĩmi, sa’i oportunidad ha privilehio. Oguerekóramo kuri hikuái pe tesape heta ñande iglésiakuéra miembro oguerekóva’ekue, ikatu hag̃uáicha oñemotenonde mombyryvéma ha ohechaukave porã ijeroviapy yvórape. Umi oñemomba’eguasúva itesape rehe, ha upéicharõ jepe ndoikói ipype, Cristo he’i: ‘Che katu ha’e peẽme, Tiro ha Sidónpe g̃uarã ojehasa hag̃uáita hag̃uave pe ára huísiope penégui. Ha nde, Capernaum [Adventista del Séptimo Día, oguerekova’ekue tesape guasu], yvága peve reñemopu’ãva [privilehio rehegua], añaretã peve reguejyta: pórke umi tembiapo mbarete ojejapova’ekue nderehe, ojejapo va’erãmo’ã Sodómape, opytáta mo’ã kuri ko ára peve. Che katu ha’e ndéve, Sodoma retãme g̃uarã ojehasa hag̃uáita hag̃uáicha pe ára huísiope ndégui.’ Upérõ Jesús ombohovái ha he’i: ‘Aagradese ndeve, che Ru, yvága ha yvy Jára, reñomi haguére ko’ã mba’e umi arandu ha ñemoarandúvagui [ha’ekuéra voi oimo’ãháicha], ha reikuaaukágui mitã’ípe.’”</w:t>
      </w:r>
    </w:p>
    <w:p>
      <w:pPr>
        <w:pStyle w:val="ArticleScripture"/>
        <w:jc w:val="left"/>
      </w:pPr>
      <w:r>
        <w:rPr>
          <w:rFonts w:ascii="Times New Roman" w:hAnsi="Times New Roman" w:eastAsia="Times New Roman" w:cs="Times New Roman"/>
        </w:rPr>
        <w:t>“‘Ha ko'ág̃a, peẽ pejapo haguére opa ko'ã tembiapo, he'i Ñandejára, ha che añe'ẽ peẽme, pyhareve guive apu'ãvo ha añe'ẽvo, péro peẽ ndapehendúi; ha ahenói peẽme, péro peẽ ndacherespondéi; upévare ajapóta ko óga rehe, che rérape oñembohérava, pype pejeroviáva, ha upe tenda ame'ẽ va'ekue peẽme ha pende ru kuérape, ajapo haguéicha Siló rehe. Ha poi peẽme che renondégui, apoí haguéicha opa pene ryvy kuérape, Efraín ñemoñare pukukue reheve.’”</w:t>
      </w:r>
    </w:p>
    <w:p>
      <w:pPr>
        <w:pStyle w:val="ArticleScripture"/>
        <w:jc w:val="left"/>
      </w:pPr>
      <w:r>
        <w:rPr>
          <w:rFonts w:ascii="Times New Roman" w:hAnsi="Times New Roman" w:eastAsia="Times New Roman" w:cs="Times New Roman"/>
        </w:rPr>
        <w:t>“Ñandejára omopyenda ñande apytépe temimoĩmbykuéra tuichaitereíva iñimportánciape, ha umíva oñemboguata vaerã, ndaha’éi umi temimoĩmby yvyrigua oñemboguatahaguéicha, síno Tupã rembiapoukapy he’iháicha. Oñemboguata vaerã hikuái hesa peteĩnte rupi iñemomba’eguasúre, ikatu hag̃uáicha opa mba’e rupive oñesalva umi ánga okañymbáva. Tupã tavayguakuérape ou kuri Espíritu rembiapokue tee, ha upéicharamo jepe heta ndaikatúi térã ndojapysakái hag̃ua umi ñemoñe’ẽ asýre, ñemomarandúre ha ñemongetáre.”</w:t>
      </w:r>
    </w:p>
    <w:p>
      <w:pPr>
        <w:pStyle w:val="ArticleScripture"/>
        <w:jc w:val="left"/>
      </w:pPr>
      <w:r>
        <w:rPr>
          <w:rFonts w:ascii="Times New Roman" w:hAnsi="Times New Roman" w:eastAsia="Times New Roman" w:cs="Times New Roman"/>
        </w:rPr>
        <w:t>“‘Pehendúke ko’ág̃a kóva, peẽ tavýva ha ndapeikuaáiva mba’eve; peẽ peguerekóva tesa ha ndapehecháiva; peẽ peguerekóva apysa ha ndapehendúiva: nda chekyhyjéi piko peẽ, he’i Ñandejára; ndapejerokyhýi piko che renondépe, che amoĩva yvyku’i para rembe’ýpe opa ára hag̃uaicha, ani hag̃ua ohasa hag̃ua upépe; ha ijy omýirõ jepevérõ, ndaikatúi ipu’aka; oguarahéi hatã jepevérõ, ndaikatúi ohasa hese? Ha ko tetãguápe oĩ peteĩ py’a oñembotovéva ha opu’ãva; oñembotove ha oho. Ha nde’íri hikuái ipy’apýpe: Jaikyhyje ko’ág̃a Ñandejára ñande Jára rehe, pe ome’ẽva ama ypy ha ama pahápe hi’aravoitépe; ha’e ñandéve guarã oñongatu pe arapokõindykuéra oñemoĩva ñemono’õrã. Pende tekoañáva omomombyry ko’ã mba’e, ha pende angaipa ojoko mba’e porãgui penehegui.... Nohusgái hikuái pe káusa, mitã tyre’ỹ rembikotevẽ; upéicharõ jepe, oñakãrapu’ã; ha imboriahu rembikotevẽ ndojuzgái hikuái. Ndaipóri piko che ajepy’apýva ko’ã mba’ére, he’i Ñandejára; nda che ánga piko oñemoĩva hag̃ua jehepyme’ẽ peteĩ tetã koichaguáre?’”</w:t>
      </w:r>
    </w:p>
    <w:p>
      <w:pPr>
        <w:pStyle w:val="ArticleScripture"/>
        <w:jc w:val="left"/>
      </w:pPr>
      <w:r>
        <w:rPr>
          <w:rFonts w:ascii="Times New Roman" w:hAnsi="Times New Roman" w:eastAsia="Times New Roman" w:cs="Times New Roman"/>
        </w:rPr>
        <w:t>“¿Piko Ñandejára oñembopochýta he’i hag̃uáicha: ‘Ani rejerure ko tetãygua rehe, ani rehupi sapukái térã ñembo’e hesekuéra, ani avei reje’epota che rendápe hesekuéra: ndaikatu mo’ãi niko ahendu ndeve’? ‘Upévare ama oñembotove, ha ndaipóri ama pahague.... Nde nderehasýi piko ko’ágã guive resapukái hag̃ua chéve: Che Ru, nde niko che mitãrusu araka’evepegua moakãhára?’” Review and Herald, 1 de agosto de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Tupao Adventista del Séptimo Día Laodiceagua - Papapy Mokõipa Irundy hag̃ua</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