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Aranduka ha pe Iglesia Adventista del Séptimo Día Laodiceagua - Papapy Mokõipa Po Rupa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Papapy Mokõi Pa’ẽndy Riregua</w:t>
      </w:r>
    </w:p>
    <w:p>
      <w:pPr>
        <w:pStyle w:val="ArticleBody"/>
        <w:jc w:val="left"/>
      </w:pPr>
      <w:r>
        <w:rPr>
          <w:rFonts w:ascii="Times New Roman" w:hAnsi="Times New Roman" w:eastAsia="Times New Roman" w:cs="Times New Roman"/>
        </w:rPr>
        <w:t>Joel kuatia ombohovái pe tenda mburuvichakuérape pe tupao Adventista del Séptimo Día Laodiceagua rehegua, hepyme’ẽ hag̃ua chupekuéra pe testimonio iñemoĩ hag̃ua peteĩ ñemboyke ohóvo hetave hag̃ua irundy generación pukukue. Umi irundy generación avei ojehechauka Ezequiel kapítulo 8-pe, upépe umi mokõipa po kuimbaʼe pe irundyha generacióngua oñesũ kuarahýre. Áño 1901-pe, 13 ary rire pe ñemboyke 1888 guive, pe tupao Adventista omohenda peteĩ komité ikatu hag̃uáicha omoakã pe tupao.</w:t>
      </w:r>
    </w:p>
    <w:p>
      <w:pPr>
        <w:pStyle w:val="ArticleBody"/>
        <w:jc w:val="left"/>
      </w:pPr>
      <w:r>
        <w:rPr>
          <w:rFonts w:ascii="Times New Roman" w:hAnsi="Times New Roman" w:eastAsia="Times New Roman" w:cs="Times New Roman"/>
        </w:rPr>
        <w:t>Pe Comité Ejecutivo inicial de la Conferencia General oñemopyenda pe reorganización tuichakue aja pe Sesión de la Conferencia General ary 1901-pe, ha oguereko 25 miembro. Kóva ha’e va’ekue peteĩ tuicha ñembotuichave pe comité oĩ vaʼekue 1901 mboyvegui, oguerekóva añoite 13 miembro. Umi miembro heta hag̃ua ohóvo arýre, ha upéicharõ jepe Jesús akóinte ombojoja pe pahápe oĩva pe ñepyrũ ndive. Pe ñepyrũme oĩ vaʼekue 25 miembro, peteĩva tenondehára ramo, ojoja peteĩ tembiapo rape rehe pe santuario-pe, orekóva 24 pa’i ha peteĩ Pa’i Guasu.</w:t>
      </w:r>
    </w:p>
    <w:p>
      <w:pPr>
        <w:pStyle w:val="ArticleBody"/>
        <w:jc w:val="left"/>
      </w:pPr>
      <w:r>
        <w:rPr>
          <w:rFonts w:ascii="Times New Roman" w:hAnsi="Times New Roman" w:eastAsia="Times New Roman" w:cs="Times New Roman"/>
        </w:rPr>
        <w:t>Judas ha pe Sanedrín mokõi símbolo opu’ãva’ekue Cristo tiempo-pe. Pe Sanedrín orrepresenta pe iglesia Adventista del Séptimo Día Laodiceagua. Pe Sanedrín oikehague Cristo ñemosãingópe, ha’e peteĩ tipo ohechaukáva pe tembiapo Adventismo oguerekótava pe crisis léi domingo reheguape. Pe Sanedrín—pe consejo judío guasu Jerusalén-pe, omoheñóiva pa’i ruvichakuéra, ancianokuéra ha mbo’ehára kuatia rehegua, ha omoakãva’ekue Pa’i Guasu Caifás—oguereko peteĩ tembiapo mbytegua umi mba’e oiko va’ekuépe ogueraháva Jesús manóme.</w:t>
      </w:r>
    </w:p>
    <w:p>
      <w:pPr>
        <w:pStyle w:val="ArticleBody"/>
        <w:jc w:val="left"/>
      </w:pPr>
      <w:r>
        <w:rPr>
          <w:rFonts w:ascii="Times New Roman" w:hAnsi="Times New Roman" w:eastAsia="Times New Roman" w:cs="Times New Roman"/>
        </w:rPr>
        <w:t>Jesús ojejagarra rire Getsemanípe (Judas oñeme’ẽ rupi chupe), ojegueraha chupe pyharekue Sanedrín renondépe, Caifás rógape. Haʼekuéra oheka testimonio hag̃ua okondena hag̃ua chupe, oguerúvo testígo kuéra ombojávape hese oñe’ẽ vaiha Tupãre ha omoñepyrũha puʼakaʼỹrã.</w:t>
      </w:r>
    </w:p>
    <w:p>
      <w:pPr>
        <w:pStyle w:val="ArticleBody"/>
        <w:jc w:val="left"/>
      </w:pPr>
      <w:r>
        <w:rPr>
          <w:rFonts w:ascii="Times New Roman" w:hAnsi="Times New Roman" w:eastAsia="Times New Roman" w:cs="Times New Roman"/>
        </w:rPr>
        <w:t>Caifás oporandu hag̃ua Jesúspe ha’eha pe Mesías (térã Tupã Ra’y) hag̃uaite, Jesús ombohovái porãvo, “Nde ere upéicha”, upéva ogueru pa’i guasu he’ívo: “Ñe’ẽvai Tupãre!” Pe aty ombojekovia chupe omano hag̃ua ha’e porãha. Ndaikatúigui, Roma poguýpe oĩ rupi, omboguata jejuka hag̃ua ñemurã ojejapóvape, ome’ẽ Jesúspe Póncio Pilátope, mburuvicha romanope, omoĩ hag̃ua hese tetã reko rehe opu’ãha jekovia, ikatu hag̃uáicha ojeporu hese peteĩ jejuka romano. Pe kurusu rehe jejuka añetegua ojejapo soldádo romano kuéra rupive Piláto mandato guýpe, ha katu upéva oiko Piláto oñemoĩ mbarete hag̃ua umi pa’i ruvicha kuéra ha peteĩ aty guasu presiõme (ojeruréva Jesús omano hag̃ua ha Barrabás ojejora hag̃ua).</w:t>
      </w:r>
    </w:p>
    <w:p>
      <w:pPr>
        <w:pStyle w:val="ArticleScripture"/>
        <w:jc w:val="left"/>
      </w:pPr>
      <w:r>
        <w:rPr>
          <w:rFonts w:ascii="Times New Roman" w:hAnsi="Times New Roman" w:eastAsia="Times New Roman" w:cs="Times New Roman"/>
        </w:rPr>
        <w:t>“Cristo oĩrõ guare ko yvy ape ári, ko mundo oiporavo Barabáspe. Ha ko árape avei ko mundo ha umi tupao ojapo upe jeiporavo peteĩchagua. Umi escena ojehechava’ekue Cristo oñeme’ẽvo, oñemboykévo ha oñemosãingóvo kurusúre, ojejapo jeyma, ha ojejapóta jey peteĩ escala tuichaitére. Tapichakuéra henyhẽta enemigo reko rehegua mba’éguinte, ha hendivekuéra iñembotavykuéra oguerekóta pu’aka tuicha. Pe grado ojojaitehápe oñemboyke pe tesape, upépe voi oĩta jekuaa vai ha jekuaa’ỹ. Umi omboykéva Cristope ha oiporavóva Barabáspe omba’apo peteĩ ñembotavy vaiete poguýpe. Jehechauka japu ha testimonio japu okakuaáta peve oiko hag̃ua jeity joa. Pe tesa ivaígui, hete kompletoitéva henyhẽta pytũgui. Umi ome’ẽva imborayhu oimeraẽ mburuvichápe Cristo rangue, ojejuhúta oĩha peteĩ py’a kañy rupi ipoguýpe, hete, ánga ha espíritu reheve, ha pe py’a kañy niko iporãiterei ñembotavype, upévare ipu’aka guýpe ángakuéra ojere mombyry añetegua hendúgui ikatu hag̃uáicha oguerovia peteĩ japu. Ha’ekuéra oñemongo’a ha ojejapyhy, ha opa hembiapópe osapukái: Pemyasãi oréve Barabáspe, ha peñemosãingo kurusúre Cristope.”</w:t>
      </w:r>
    </w:p>
    <w:p>
      <w:pPr>
        <w:pStyle w:val="ArticleScripture"/>
        <w:jc w:val="left"/>
      </w:pPr>
      <w:r>
        <w:rPr>
          <w:rFonts w:ascii="Times New Roman" w:hAnsi="Times New Roman" w:eastAsia="Times New Roman" w:cs="Times New Roman"/>
        </w:rPr>
        <w:t>“Koʼág̃a ko árape voi ojejapo hína ko jeiporavo. Umi tembiasa oikovaʼekue kurusúre ojejapo jey hína. Umi tupãópe ojeheja vaʼekuépe añetegua ha tekojoja, ojehechauka hína mbaʼépa ikatu ojapo ha ojapóta yvypóra reko pe Tupã mborayhu ndahaʼéiramo peteĩ tekopyta opytáva tapia ángape. Natekotevẽi ñañemondýi mbaʼevére ikatúva oiko koʼág̃a. Natekotevẽi ñañepyrũ ñanemanduʼa hag̃ua mbaʼe vaiete ojehechaukáva rehe. Umi opyrũva ipy kyʼaʼỹme Tupã léi ári oguereko pe mismo espíritu oguerekovaʼekue umi kuimbaʼe ombohory ha otradisionáva Jesúspe. Oñanduʼỹre mbaʼeve hekopotýgui, ojapóta hikuái itúva, Aña, rembiapo. Oporandúta hikuái pe porandu osẽ vaʼekue Judas, pe traidor rembeʼýgui: Mbaʼe piko peẽ chemeʼẽta ambohasa hag̃ua peẽme Jesús pe Cristo? Koʼág̃a voi Cristo ojeitavy hína imarangatu kuéra retepýpe.” Review and Herald, January 30, 1900.</w:t>
      </w:r>
    </w:p>
    <w:p>
      <w:pPr>
        <w:pStyle w:val="ArticleBody"/>
        <w:jc w:val="left"/>
      </w:pPr>
      <w:r>
        <w:rPr>
          <w:rFonts w:ascii="Times New Roman" w:hAnsi="Times New Roman" w:eastAsia="Times New Roman" w:cs="Times New Roman"/>
        </w:rPr>
        <w:t>Pe jehasa pe pasáhe he’ise añetehápe he’íva, upéicharõ umi ojehechaukaramóva “oiporavóva Barrabáspe” ramo ndaikatumo’ãi ontende mba’épa ombo’e pe pasáhe. Umi tapicha hína umi oje’éva 2 Tesalonicenses-pe oguerohorýva mbotavy guasu, ndohecharamói haguére pe añetegua. Ha’e he’i umi oiporavóva Barrabás rehegua: “Umi ome’ẽva imborayhu oimeraẽ tendotápe Cristo ndaha’éivape, ojejuhúta oĩha, hete, ánga ha espíritu reheve, peteĩ tarova ombotavyetéva poguýpe, ha upéva pu’aka guýpe umi ánga ojere ohendu’ỹ hag̃ua pe añetegua ikatu hag̃uáicha oguerovia peteĩ japu.” Umi oiporavóva Barrabáspe oĩ Satanás poguýpe pe kurusu ha pe léi domingo rehegua techaukaha mboyve. Upéicha jave ndaikatúi añetehápe ontende mba’épa ombo’e pe pasáhe. Upévare he’íta hikuái: “umi condición Sister White ohai jave ko’ã ñe’ẽ, upéva ha’eva’ekue upe tembiasakue ijojaha’ỹvape g̃uarãnte, ndaha’éi ko’ág̃a guarã.” Ikatu hag̃uáicha avei he’i hikuái: “Ha’e oñe’ẽ cristianismo rehe iñambuéva’ỹ hag̃uáicha, ha kóva ndopytái directamente Adventista del Séptimo Día rehe.” Ñembotavy rei.</w:t>
      </w:r>
    </w:p>
    <w:p>
      <w:pPr>
        <w:pStyle w:val="ArticleBody"/>
        <w:jc w:val="left"/>
      </w:pPr>
      <w:r>
        <w:rPr>
          <w:rFonts w:ascii="Times New Roman" w:hAnsi="Times New Roman" w:eastAsia="Times New Roman" w:cs="Times New Roman"/>
        </w:rPr>
        <w:t>Añetehápe, umi circunstánsia ojehúva pe tembiasápe Sister White ohai ramo guare umi ñe'ẽ, añeteguápe ha'eva'ekue peteĩ comentario iñemoñare rehegua; ha upéichante avei Juan ndive Apocalípsis-pe, peteĩ proféta oñemanda jave chupe ohaívo, oñemanda chupe ohaívo “umi mba'e rehecha va'ekue, ha umi mba'e oĩva, ha umi mba'e oikótava ko'ág̃a rire.” Peteĩ proféta ohaírõ umi mba'e oĩva, upe jave avei ohaína umi mba'e oikótava.</w:t>
      </w:r>
    </w:p>
    <w:p>
      <w:pPr>
        <w:pStyle w:val="ArticleBody"/>
        <w:jc w:val="left"/>
      </w:pPr>
      <w:r>
        <w:rPr>
          <w:rFonts w:ascii="Times New Roman" w:hAnsi="Times New Roman" w:eastAsia="Times New Roman" w:cs="Times New Roman"/>
        </w:rPr>
        <w:t>Adventismo ruvicha kuéra ojehechauka Ezequiel rembiapokue 25 kuimba’épe, ha umíva avei proféticamente oñembojoaju umi 250 kuimba’e ndive oñembo’ýva Coré, Datán ha Abiram ndive. Péicha avei, tuicha mba’éva, umi opu’ãva ary 1888-pe ha Minneapolis Conferencia General-pe, Hermana White ohechauka chupekuéra ombohasávo jeyha Coré, Datán ha Abiram ñepu’ã. Hermana White ombo’e hag̃ua porãite, pe ángel Apocalipsis dieciocho-gua oguejy ha omyesakã jave yvy tuichakue heko mimbipáva rupive, upérõ oñepyrũ pe ama paha.</w:t>
      </w:r>
    </w:p>
    <w:p>
      <w:pPr>
        <w:pStyle w:val="ArticleScripture"/>
        <w:jc w:val="left"/>
      </w:pPr>
      <w:r>
        <w:rPr>
          <w:rFonts w:ascii="Times New Roman" w:hAnsi="Times New Roman" w:eastAsia="Times New Roman" w:cs="Times New Roman"/>
        </w:rPr>
        <w:t>“Oky rire paha ho’áva oúta Ñandejára retãyguakuéra ári. Peteĩ ánhel ipoderóso oguejyva’erã yvágagui, ha opa ko yvy tuichakue ohesapéva’erã iglóriagui.” Review and Herald, 21 de abril de 1891.</w:t>
      </w:r>
    </w:p>
    <w:p>
      <w:pPr>
        <w:pStyle w:val="ArticleBody"/>
        <w:jc w:val="left"/>
      </w:pPr>
      <w:r>
        <w:rPr>
          <w:rFonts w:ascii="Times New Roman" w:hAnsi="Times New Roman" w:eastAsia="Times New Roman" w:cs="Times New Roman"/>
        </w:rPr>
        <w:t>Hermana White ombo’e porãite hag̃ua pe ánhel Apocalipsis dieciochopegua oguejy hague pe Conferencia General 1888-pe, A. T. Jones ha E. J. Waggoner marandu ndive. Ha’e oĩ jave pe Conferencia-pe, oñembopy’aroryeterei pe ñemopu’ãgui ha odesidi omboapu’a hag̃ua imba’e ha oho hag̃uáicha; hákatu peteĩ ánhel he’i chupe opytava’erãha ha ohaíva’erãha upe tembiasakue, upéva niko peteĩ jevy pe Coré ñemopu’ã rehegua. Mba’ére piko pe ánhel oipota oñeñongatu hag̃ua kuatiareípe, ndaha’éiramo peteĩ testimonio umi ára pahápe g̃uarã? Ha’éramo peteĩ testimonio umi ára pahápe g̃uarã, mba’e ambuépa ikatu he’ise; ndaha’éi hag̃ua pe iglesia Adventista del Séptimo Día Laodiceaygua oguatataha pe Sanedrín pypore rupi pe léi domingo rehegua apañuãi aja, ha ko’ýte pe tembiasakue omotenondéva upéva.</w:t>
      </w:r>
    </w:p>
    <w:p>
      <w:pPr>
        <w:pStyle w:val="ArticleBody"/>
        <w:jc w:val="left"/>
      </w:pPr>
      <w:r>
        <w:rPr>
          <w:rFonts w:ascii="Times New Roman" w:hAnsi="Times New Roman" w:eastAsia="Times New Roman" w:cs="Times New Roman"/>
        </w:rPr>
        <w:t>Jones ha Waggoner marandu ojehechaukákuri pe “marandu jehechauka hag̃ua pe hekojojapy jerovia rupive, añetépe”, pe “marandu Laodiceagua”, pe “marandu Cristo rekojojaha rehegua” ha pe “mbohapyha ánhel marandu”. Umi opuʼãva oñemoĩ hag̃ua pe marandu rehe, ha avei omboyke pe Espíritu de Profecía sãmbyhy ha umi marandu rerahaha ojeporavóva pe aty guasúpe. Hermana White avei omboʼe hag̃ua, ág̃a umi óga tuichaitéva táva Nueva York pegua oñemboguejýramo Tupã puʼaka poko rupive, upéicharõ Apocalipsis 18:1–3 oñekumplíta. 9/11 guive pe Laodiceagua Iglesia Adventista del Séptimo Día mburuvichakuéra ojapo jey hína Coré ñemoĩ vai, umi 25 kuimbaʼe yma guare ñemoĩ vai, pe mburuvichakuéra ñemoĩ vai ary 1888-pe ha pe Sanedrín ñemoĩ vai pe kurusu mboyve gotyo. Umi 25 kuimbaʼe, haʼe peteĩ taʼanga profétika ohechaukáva peteĩ sacerdocio levítico japúva.</w:t>
      </w:r>
    </w:p>
    <w:p>
      <w:pPr>
        <w:pStyle w:val="ArticleBody"/>
        <w:jc w:val="left"/>
      </w:pPr>
      <w:r>
        <w:rPr>
          <w:rFonts w:ascii="Times New Roman" w:hAnsi="Times New Roman" w:eastAsia="Times New Roman" w:cs="Times New Roman"/>
        </w:rPr>
        <w:t>Peteĩ levita orekovaʼerã 25 ary oñepyrũvo iservísio hag̃ua.</w:t>
      </w:r>
    </w:p>
    <w:p>
      <w:pPr>
        <w:pStyle w:val="ArticleScripture"/>
        <w:jc w:val="left"/>
      </w:pPr>
      <w:r>
        <w:rPr>
          <w:rFonts w:ascii="Times New Roman" w:hAnsi="Times New Roman" w:eastAsia="Times New Roman" w:cs="Times New Roman"/>
        </w:rPr>
        <w:t>Ha Ñandejára oñeʼẽ Moiséspe, heʼívo: Kóva hína pe oikóva Levita kuérape g̃uarã: mokõipa po ary guive ha upéva ári oike hag̃ua ombaʼapo hag̃ua pe tavernákulo aty guápe. Ha po ary mokõipa guive opytáta ombaʼapo hag̃ua upépe, ha ndojapovéima moõve tembiapo. Ha katu oservíta ijoykeʼykuéra ndive pe tavernákulo aty guápe, oñangareko hag̃ua pe oñemeʼẽ vaʼekue rehe, ha ndojapomoʼãi tembiapo. Péicha rejapóta Levita kuérape, hembiaporã rehegua. Números 8:23–26.</w:t>
      </w:r>
    </w:p>
    <w:p>
      <w:pPr>
        <w:pStyle w:val="ArticleBody"/>
        <w:jc w:val="left"/>
      </w:pPr>
      <w:r>
        <w:rPr>
          <w:rFonts w:ascii="Times New Roman" w:hAnsi="Times New Roman" w:eastAsia="Times New Roman" w:cs="Times New Roman"/>
        </w:rPr>
        <w:t>Peteĩ levita oñepyrũ hembiapo oguerekóvo veinticinco ary ha omba’apo veinticinco ary aja, oguahẽ peve cincuenta ary. Pe Ñe’ẽrerahaha Pactopegua, Malaquías mbohapy-pe, omopotĩ ha avei omongy’a’ỹína umi levítape pe ley domingo jave, ojapo haguéicha 22 de octubre de 1844-pe.</w:t>
      </w:r>
    </w:p>
    <w:p>
      <w:pPr>
        <w:pStyle w:val="ArticleScripture"/>
        <w:jc w:val="left"/>
      </w:pPr>
      <w:r>
        <w:rPr>
          <w:rFonts w:ascii="Times New Roman" w:hAnsi="Times New Roman" w:eastAsia="Times New Roman" w:cs="Times New Roman"/>
        </w:rPr>
        <w:t>Péina, che amondo che mensahára, ha haʼe omoĩporãta tape che renondépe; ha Ñandejára, peẽ peheka vaʼekue, outa pyaʼe itupãópe, haʼe voi pe mensahéro pe ñeʼẽmeʼẽmegua, peẽ pevyʼaha hese: péina, haʼe outa, heʼi Ñandejára ipuʼakapáva.</w:t>
      </w:r>
    </w:p>
    <w:p>
      <w:pPr>
        <w:pStyle w:val="ArticleScripture"/>
        <w:jc w:val="left"/>
      </w:pPr>
      <w:r>
        <w:rPr>
          <w:rFonts w:ascii="Times New Roman" w:hAnsi="Times New Roman" w:eastAsia="Times New Roman" w:cs="Times New Roman"/>
        </w:rPr>
        <w:t>Ha máva ikatu opyta ijapu’a ára ou vove? ha máva opuʼãta ojechauka vove? haʼe niko ojogua peteĩ tatápe omopotĩ hag̃uáicha, ha peteĩ jabóni apỹharakuéra mbaʼépe: Haʼe oguapýta peteĩ omopotĩva ha omarangatúva plátape hag̃uáicha: ha omopotĩta Leví raʼykuérape, ha ombosakãta chupekuéra óro ha plátaicha, hag̃ua hag̃uaikuéra omeʼẽ Ñandejárape peteĩ ofrénda tekojoja reheve. Upéi Judá ha Jerusalén ofrénda iporãta Ñandejára renondépe, yma guarére guáicha, ha ára ypykueguareicha. Malaquías 3:1–4.</w:t>
      </w:r>
    </w:p>
    <w:p>
      <w:pPr>
        <w:pStyle w:val="ArticleBody"/>
        <w:jc w:val="left"/>
      </w:pPr>
      <w:r>
        <w:rPr>
          <w:rFonts w:ascii="Times New Roman" w:hAnsi="Times New Roman" w:eastAsia="Times New Roman" w:cs="Times New Roman"/>
        </w:rPr>
        <w:t>Pe papapy “25” símbolo ramo guáicha ndaha’éi peteĩ levita jerovia hag̃uánteva añónte, ha katu avei peteĩ levita japu. “25” símbolo ramo upévare ohechauka mokõi aty omomba’éva ñembo’eha rehegua oñemomombyrýva, taha’e umi virhen arandu ha tavy, ovecha ha kavara, trígo ha ñana. Papapy mokõipa po peteĩha símbolo ramo ndaha’éi levita añónte rehegua, síno, péichaite avei, ha’e umi levita ñemomombyryha (ñemopotĩha) símbolo. Upe ñemomombyry oiko pe léi domingo jave, ha upéva ha’e peteĩ tema tenondegua Tupã Ñe’ẽ profética-pe. Iporãiterei Mateo kapítulo mokõipa po peteĩha ha’e hag̃uáicha peteĩ ñembojere añoite Jesús profesía rehegua arapaha rehegua Mateo mokõipa irundyhápe.</w:t>
      </w:r>
    </w:p>
    <w:p>
      <w:pPr>
        <w:pStyle w:val="ArticleScripture"/>
        <w:jc w:val="left"/>
      </w:pPr>
      <w:r>
        <w:rPr>
          <w:rFonts w:ascii="Times New Roman" w:hAnsi="Times New Roman" w:eastAsia="Times New Roman" w:cs="Times New Roman"/>
        </w:rPr>
        <w:t>Ha Jesús osẽ, ha oheja pe tupao guasu; ha hemimbo'ekuéra ou hendápe ohechauka hag̃ua chupe pe tupao guasu rógaikuéra. Ha Jesús he'i chupekuéra: Ndapehechái piko opa ko'ã mba'e? Añetehápe ha'e peẽme, ndaipytamo'ãi ko'ápe peteĩ ita ambue ita ári, ndoitymo'ãiva. Mateo 24:1, 2.</w:t>
      </w:r>
    </w:p>
    <w:p>
      <w:pPr>
        <w:pStyle w:val="ArticleBody"/>
        <w:jc w:val="left"/>
      </w:pPr>
      <w:r>
        <w:rPr>
          <w:rFonts w:ascii="Times New Roman" w:hAnsi="Times New Roman" w:eastAsia="Times New Roman" w:cs="Times New Roman"/>
        </w:rPr>
        <w:t>Jesús osẽvo guive pe témplogui, araka’eve ndojevýi upépe. Pe mokõiha versíkulo paha kuéra capítulo veintitréspe, Jesús omombe’u vaʼekue huísio pe Sanedrín ári, ha upe huísio oñemyesakã “poapy” mbaʼeasy ramo, upéicha ojapo hag̃ua peteĩ ñembohovaike umi poapy ánga vaʼekue árka ári, pe ára poapýpe ñekytĩmby, pe ára poapýpe jeikove jevy, Abraham ñemoñare poapy 430 ary pukukue ha upe rire. Pe papapy “poapy” ñembohovaíva ojoavy pe levita ñembohovaívandi.</w:t>
      </w:r>
    </w:p>
    <w:p>
      <w:pPr>
        <w:pStyle w:val="ArticleScripture"/>
        <w:jc w:val="left"/>
      </w:pPr>
      <w:r>
        <w:rPr>
          <w:rFonts w:ascii="Times New Roman" w:hAnsi="Times New Roman" w:eastAsia="Times New Roman" w:cs="Times New Roman"/>
        </w:rPr>
        <w:t>Añetehápe ha’e peẽme: Opa ko’ã mba’e outa ko ñemoñare ári.</w:t>
      </w:r>
    </w:p>
    <w:p>
      <w:pPr>
        <w:pStyle w:val="ArticleScripture"/>
        <w:jc w:val="left"/>
      </w:pPr>
      <w:r>
        <w:rPr>
          <w:rFonts w:ascii="Times New Roman" w:hAnsi="Times New Roman" w:eastAsia="Times New Roman" w:cs="Times New Roman"/>
        </w:rPr>
        <w:t>Jerusalén, Jerusalén, nde rejukáva umi maranduhára ha nde itajúva umi oñemondóva ndéve, mbovy jeypa aikose ambyaty ne membykuérape, peteĩ ryguasu ombyatyháicha imembykuérape ipepo guýpe, ha peẽ ndapeipotái! Péina, pende róga ojeheja peẽme nandi hag̃uáicha.</w:t>
      </w:r>
    </w:p>
    <w:p>
      <w:pPr>
        <w:pStyle w:val="ArticleScripture"/>
        <w:jc w:val="left"/>
      </w:pPr>
      <w:r>
        <w:rPr>
          <w:rFonts w:ascii="Times New Roman" w:hAnsi="Times New Roman" w:eastAsia="Times New Roman" w:cs="Times New Roman"/>
        </w:rPr>
        <w:t>Ha che ha'e peẽme: Ko'ág̃a guive ndapechechamo'ãvéima, peje peve: Ojehovasáva pe oúva Ñandejára rérape. Mateo 23:36–39.</w:t>
      </w:r>
    </w:p>
    <w:p>
      <w:pPr>
        <w:pStyle w:val="ArticleBody"/>
        <w:jc w:val="left"/>
      </w:pPr>
      <w:r>
        <w:rPr>
          <w:rFonts w:ascii="Times New Roman" w:hAnsi="Times New Roman" w:eastAsia="Times New Roman" w:cs="Times New Roman"/>
        </w:rPr>
        <w:t>Mateo kapítulo veintidós opa peteĩ ta’anga reheve, ohechaukáva mba’éichapa oñeñapytĩ umi iñañáva apytépe atykuéra ramo, ha opa avei pe ñe’ẽjovái paha Cristo ha umi judío oñe’ẽreíva apytépe. Upéi, kapítulo 24-pe, Ha’e osẽ pe témplogui ipaha hag̃uáicha, ha oheja opa hembiapo Israel yma guarépe g̃uarã. Pe kapítulo opa pe oñepyrũ haguéicha, pe marandu py’aguasu reheve ojeheja hague chupekuéra hóga nandi hag̃uáicha; ha pe Ha’e ohenoiva’ekue Itúva róga ramo oñemopotĩ ypy jave pe témplo, upéva ko’ág̃a oiko pe hóga judío nandi hag̃uáicha.</w:t>
      </w:r>
    </w:p>
    <w:p>
      <w:pPr>
        <w:pStyle w:val="ArticleBody"/>
        <w:jc w:val="left"/>
      </w:pPr>
      <w:r>
        <w:rPr>
          <w:rFonts w:ascii="Times New Roman" w:hAnsi="Times New Roman" w:eastAsia="Times New Roman" w:cs="Times New Roman"/>
        </w:rPr>
        <w:t>Pe kapítulo 24-pe, Jesús ombohováita porandu kuéra pe témplo rehegua ha hi’aguĩva ñehundi rehegua. Pe ñehundi oikova’erãkuri upe generaciónitépe, ha upéva hína peteĩ generación mboi ñemoñaregua. Ha’e osẽkuri upe témplogui ani hag̃uáicha ojevy hag̃ua, upévare umi marandu pyharevegua omosẽva ojepytaso Israel espiritual rehe, ndaha’éi Israel literal rehe. Cristo osẽvo pe témplogui, ha’éva pe iglesia Adventista del Séptimo Día Laodiceagua, yma Israel yma guaréicha; upe jave voi, pe témplo yvypóra rehegua umi cien cuarenta y cuatro mil rehegua oñembojoajúta pe Témplo Divino rehe opa ára g̃uarã. Jesús osẽrõ guare pe témplo Israel yma guaréva rehegua, omboykekuri hekove ypykuegua pactopegua tavayguakuérape opa ára g̃uarã.</w:t>
      </w:r>
    </w:p>
    <w:p>
      <w:pPr>
        <w:pStyle w:val="ArticleBody"/>
        <w:jc w:val="left"/>
      </w:pPr>
      <w:r>
        <w:rPr>
          <w:rFonts w:ascii="Times New Roman" w:hAnsi="Times New Roman" w:eastAsia="Times New Roman" w:cs="Times New Roman"/>
        </w:rPr>
        <w:t>Mateo, capítulo once guive peve capítulo veintidós, ha’e pe omega pe línea capítulo once guive veintidós peve Génesispe. Umi línea oñepyrũ vove Génesis capítulo once-pe, upéva avei ohechauka Babel ñepyrũ ha Babel ñe’ẽme’ẽ ñemanóva rehegua, oguahẽva iñemohu’ã omega-pe Apocalipsis capítulo diecisiete, versículo once-pe, pe versículo oĩva mbyteite umi versículo apytépe omoheñóiva capítulo once guive veintidós peve. Mbytepe umi capítulo once guive veintidós peve Génesis, Mateo ha Apocalipsis-pe, peteĩteĩ omomba’e guasu pe techaukaha térã pe techaukaha japu. Génesispe upéva ha’e va’ekue pe circuncisión; Mateo-pe, Pedro ha pe Ita, hi’ári Cristo omopu’ãta hag̃ua itupao; ha Apocalipsis-pe, pe mymba japu oĩ va’ekue, oĩva ha ojupi va’erãva, ha’éva pe ochoha, oúva umi siete apytégui, ha upéi oñemenda pe dragón rehe.</w:t>
      </w:r>
    </w:p>
    <w:p>
      <w:pPr>
        <w:pStyle w:val="ArticleBody"/>
        <w:jc w:val="left"/>
      </w:pPr>
      <w:r>
        <w:rPr>
          <w:rFonts w:ascii="Times New Roman" w:hAnsi="Times New Roman" w:eastAsia="Times New Roman" w:cs="Times New Roman"/>
        </w:rPr>
        <w:t>Paapy peteĩ ha mokõipa mokõi ha’e techaukaha omombe’úva Tupãreko joaju yvypórarekóndi, ha upévaite voi pe mba’e ojehechaukáva Cristo ohai hag̃ua I léi ñane korasõ ha ñane apytu’ũre. 11 ha 22 ha’e techaukaha pe ñe’ẽme’ẽ rehegua umi cien kuarenta y cuatro mil-gui. Mateo-pe, capítulo mokõipa mbohapyhápe, pe pa’ikuéra gua’u oguerohory va’ekue poapy ñembyasy, ha upe jave eténte pe pa’ikuéra añetegua oñembohory. Umi pa’i oñemomarangatu kuri siete ára pukukue, ha pe ára poapyhápe oñepyrũ hikuái oservi.</w:t>
      </w:r>
    </w:p>
    <w:p>
      <w:pPr>
        <w:pStyle w:val="ArticleBody"/>
        <w:jc w:val="left"/>
      </w:pPr>
      <w:r>
        <w:rPr>
          <w:rFonts w:ascii="Times New Roman" w:hAnsi="Times New Roman" w:eastAsia="Times New Roman" w:cs="Times New Roman"/>
        </w:rPr>
        <w:t>Ndaha’éi peteĩ mba’e oikóva rei umi siete ára oñemarangatuhápe pa’i kuéra, ogueraháva chupekuéra oñepyrũ hag̃ua hembiapo ára poapýhápe, oñepyrũha Números capítulo 8, versíkulo 1-pe, pórke “81” ha’e peteĩ símbolo umi pa’i kuéra rehegua.</w:t>
      </w:r>
    </w:p>
    <w:p>
      <w:pPr>
        <w:pStyle w:val="ArticleScripture"/>
        <w:jc w:val="left"/>
      </w:pPr>
      <w:r>
        <w:rPr>
          <w:rFonts w:ascii="Times New Roman" w:hAnsi="Times New Roman" w:eastAsia="Times New Roman" w:cs="Times New Roman"/>
        </w:rPr>
        <w:t>Ha Ñandejára oñeʼẽ hag̃ua Moiséspe, heʼívo: Egueraha Aarón ha itaʼyrakuérape hendive, ha ao kuéra, ha pe ñandy ñemoĩ hag̃ua, ha peteĩ vakara’y kuimbaʼe pe mymbajuka hag̃ua angaipa rehe, ha mokõi ovecha mácho, ha peteĩ ajaka mbujape hag̃ua levadúra’ỹre; ha embyaty opa pe aty oñondive pe tavernákulo aty guasu rokẽme. Ha Moisés ojapo Ñandejára heʼi haguéicha ichupe; ha pe aty oñembyaty pe tavernákulo aty guasu rokẽme. Ha Moisés heʼi pe atyguasupe: Kóva hína pe mbaʼe Ñandejára omanda vaʼekue ojejapo hag̃ua. …</w:t>
      </w:r>
    </w:p>
    <w:p>
      <w:pPr>
        <w:pStyle w:val="ArticleScripture"/>
        <w:jc w:val="left"/>
      </w:pPr>
      <w:r>
        <w:rPr>
          <w:rFonts w:ascii="Times New Roman" w:hAnsi="Times New Roman" w:eastAsia="Times New Roman" w:cs="Times New Roman"/>
        </w:rPr>
        <w:t>Ha ani peẽ pesẽmo’ãi pe okẽgui pe tavernákulo atyguápegua seven ára aja, peẽ ñeñemomarangatuha ára opa peve; seven ára niko ha’e penemomarangatúta. Ko árape ojejapoháicha, péicha Tupã Ñandejára omanda tojapo hag̃ua, ojapo hag̃ua pende rehe peteĩ expiasiõ. Upévare peẽ peiko va’erã pe okẽme pe tavernákulo atyguápegua pyhare ha ára seven ára, ha peñangareko va’erã Tupã Ñandejára rembiapoukapy rehe, ani hag̃ua pemano; péicha niko che ajapouka hag̃ua amongetapyre. Upéicha Aarón ha ita’ýra kuéra ojapo opa mba’e Tupã Ñandejára omandáva’ekue Moisés po rupive. Ha ojehu, pe ára poapyhápe, Moisés ohenói Aarónpe ha ita’ýra kuérape, ha umi karai guasu Israelgua kuérape; ha he’i Aarónpe: Egueru ndejehe peteĩ vakara’y imitãva pekádo rehegua ofréndarã, ha peteĩ ovecha mácho mymba hag̃uarã ofréndarã, mba’eve vai’ỹre, ha eikuave’ẽ Tupã Ñandejára renondépe. … Ha Moisés he’i: Kóva hína pe mba’e Tupã Ñandejára omandáva pejapo hag̃ua; ha Tupã Ñandejára gloria ojehechaukáta peẽme. … Upérõ Aarón ohupi ipo tavayguakuéra gotyo, ha ohovasa chupekuéra, ha oguejy pekádo rehegua ofrénda, mymba hag̃uarã ofrénda, ha py’aguapy rehegua ofrénda oikuave’ẽ rire. Ha Moisés ha Aarón oike pe tavernákulo atyguápeguápe, ha osẽ rire, ohovasa tavayguakuérape; ha Tupã Ñandejára gloria ojehechauka opa tavayguakuérape. Upéi osẽ tata Tupã Ñandejára renondégui, ha ho’u pe altar ári pe mymba hag̃uarã ofrénda ha pe kyra; ha opa tavayguakuéra ohechávo upéva, osapukái hikuái, ha ho’a hova yvýre. Levítico 8:1–5, 33–36; 9:1, 2, 6, 22–24.</w:t>
      </w:r>
    </w:p>
    <w:p>
      <w:pPr>
        <w:pStyle w:val="ArticleBody"/>
        <w:jc w:val="left"/>
      </w:pPr>
      <w:r>
        <w:rPr>
          <w:rFonts w:ascii="Times New Roman" w:hAnsi="Times New Roman" w:eastAsia="Times New Roman" w:cs="Times New Roman"/>
        </w:rPr>
        <w:t>Pe kapítulo mokoĩpa poapyha ohechauka umi levíta japuva oñemyesakãva pe tiempo umi levíta añetéva oñembyasývo. Mateo kapítulo mokoĩpa mokõiha opa he’ívo avave noñeporanduveiha mba’eve Jesúspe; upéi, pe kapítulo mokoĩpa poapyha-pe, Ha’e omoĩ tenonde gotyo umi poapy vaiñe’ẽ, ohechaukávo pe Sanedrín tiémpo de gracia oñembotýma hague, ha pe juicio ejecutivo upérõ oñepyrũ va’erãha. Pe kapítulo mokoĩpa irundyha-pe, Ha’e ohechauka pe témploha umi judío róga ramo. Tuicha mba’e hína jahechakuaa hag̃ua pe secuencia oĩva umi kapítulo-kuérape.</w:t>
      </w:r>
    </w:p>
    <w:p>
      <w:pPr>
        <w:pStyle w:val="ArticleBody"/>
        <w:jc w:val="left"/>
      </w:pPr>
      <w:r>
        <w:rPr>
          <w:rFonts w:ascii="Times New Roman" w:hAnsi="Times New Roman" w:eastAsia="Times New Roman" w:cs="Times New Roman"/>
        </w:rPr>
        <w:t>Mateo capítulos once guive veintidós peve ojehechauka oñemohu’ãha pe ñesella umi cien cuarenta y cuatro mil rehe, Tupã ñe’ẽme’ẽ peteĩ tetã ojeporavo va’ekuépe ndive. Palmoni simbolismo pe alfa capítulo once-pe, ha Ijapytegua simbolismo pe omega capítulo veintidós-pe, ombojoapy pe tembiasakue oĩvape umi capítulo ryepýpe.</w:t>
      </w:r>
    </w:p>
    <w:p>
      <w:pPr>
        <w:pStyle w:val="ArticleBody"/>
        <w:jc w:val="left"/>
      </w:pPr>
      <w:r>
        <w:rPr>
          <w:rFonts w:ascii="Times New Roman" w:hAnsi="Times New Roman" w:eastAsia="Times New Roman" w:cs="Times New Roman"/>
        </w:rPr>
        <w:t>Pe kapítulo mokõipa ha mbohapyha ha’e pe ñemyatyro, pe Tupãgua ha umi yvypóraguáva joaju oñembohechaukaháicha pe papapy mokõipa ha mbohapy rupive. Hákatu pe kapítulo omombe’u pe huísio ejecutivova umi trigo apytépe oñemoĩva rehegua, pe sacerdocio japu, umi levita japu. Maymáva pa’i ha’eva’ekue peteĩ levita, hákatu ndaha’éi mayma levita peteĩ pa’i. Leví ñemoñare apytépe, Aarón ruguy rapykuere añoite oĩ porã va’ekue pe sacerdocio-rã. La Biblia he’i umi levita oñepyrũtaha omba’apo hag̃ua veinticinco ary-pe, hákatu Kohat ra’ykuéra omba’apotaha treinta ary-pe.</w:t>
      </w:r>
    </w:p>
    <w:p>
      <w:pPr>
        <w:pStyle w:val="ArticleScripture"/>
        <w:jc w:val="left"/>
      </w:pPr>
      <w:r>
        <w:rPr>
          <w:rFonts w:ascii="Times New Roman" w:hAnsi="Times New Roman" w:eastAsia="Times New Roman" w:cs="Times New Roman"/>
        </w:rPr>
        <w:t>Ha Ñandejára oñeʼẽ Moisés ha Aarónpe, heʼívo: “Peipapa Kehat raʼykuérape Leví raʼykuéra apytégui, hogayguakuéra rupive, itúva róga rehehápe, mbohapypa ary guive po ary paʼũ peve, opa umi oike hag̃ua atyhápe ombaʼapo hag̃ua pe tavernákulo atyguápe.” Números 4:1–3.</w:t>
      </w:r>
    </w:p>
    <w:p>
      <w:pPr>
        <w:pStyle w:val="ArticleBody"/>
        <w:jc w:val="left"/>
      </w:pPr>
      <w:r>
        <w:rPr>
          <w:rFonts w:ascii="Times New Roman" w:hAnsi="Times New Roman" w:eastAsia="Times New Roman" w:cs="Times New Roman"/>
        </w:rPr>
        <w:t>Pe número “30” ohechauka umi pa’i oĩva Kohat ruguápe, ha’éva Leví ra’y, ha Kohat ra’y va’ekue hína Amram, ha’éva Aarón ru. Leví he’ise “oñembojoaju térã oñemboja Tupã rehe”. Kohat he’ise “oñembyaty Ijovake”. Amram he’ise “tetãygua oñemopu’ãva”, ha Aarón he’ise “ohesapéva térã mediador oñemopu’ãva”. Oñondivepa, ko’ãva omyesakã peteĩ jeguata Yguasu Pytã guive Sinaí peve, upéicha rupi ohechaukáva pe ñe’ẽme’ẽ oĩva Tupã ha umi cien cuarenta y cuatro mil apytépe, ha’éva pe tupao yvypóra ojoajúva pe tupao divínondi, Cristo omyasãivove jey Ipo mokõiha hendáicha ombyaty hag̃ua hembýva tavayguakuérape Isantuario-pe, upépe upéi omopu’ã ha omomba’eguasu chupekuéra, ohesapévo chupekuéra pe Pa’i Guasu Yvagagua reheve, oguerekoháicha hesape Sadrac, Mesac ha Abed-nego.</w:t>
      </w:r>
    </w:p>
    <w:p>
      <w:pPr>
        <w:pStyle w:val="ArticleBody"/>
        <w:jc w:val="left"/>
      </w:pPr>
      <w:r>
        <w:rPr>
          <w:rFonts w:ascii="Times New Roman" w:hAnsi="Times New Roman" w:eastAsia="Times New Roman" w:cs="Times New Roman"/>
        </w:rPr>
        <w:t>Papapy “30” ohechauka peteĩ ára pukukue ñeñembosako’i rehegua pa’i kuérape g̃uarã; ha papapy 25, levita kuéra ary ramo, oñemoĩva’erã 30 rehe, peteĩ línea ári ambue líneaicha, pórke opaite pa’i ha’eva’ekue levita, ha ndaha’éi opaite levita pa’i. Mbohapypa ohechauka pe ára pukukue ñeñembosako’i rehegua oñepyrũ va’ekue 1989-pe, paha ára jave, ha opa pe léi domingo Estados Unidos-pe. Papapy mokõipa po, levita kuéra símbolo ramo, ha’e avei peteĩ símbolo ojeporavóva mokõi aty apytépe ñemboja’o rehegua, ha pa’i kuéra rehe oñeñe’ẽvo ohechauka peteĩ ñemboja’o. Mokõipa po omarká pe ñemboja’o levita kuéra ha levita japu apytépe pe léi domingo-pe, ha pa’i añeteguáva ha levita añeteguáva contexto-pe avei omoheñói peteĩ jehechakuaa ojoavyha, upéicharõ jepe, ndaha’éi peteĩ ñemboja’o vai, levita japu kuéra rehe oikoháicha.</w:t>
      </w:r>
    </w:p>
    <w:p>
      <w:pPr>
        <w:pStyle w:val="ArticleBody"/>
        <w:jc w:val="left"/>
      </w:pPr>
      <w:r>
        <w:rPr>
          <w:rFonts w:ascii="Times New Roman" w:hAnsi="Times New Roman" w:eastAsia="Times New Roman" w:cs="Times New Roman"/>
        </w:rPr>
        <w:t>Coat hína peteĩva umi mbohapy aty guasu levitakuéragui (Gersón ha Merari ndive). Pe línea saserdotál oukuri hekopete Coat ñemoñare Aarón rupive. Aarón ha’e Leví ñemoñare irundyha ñemoñarepy rehegua, ha pe saserdos rekoporã oñemoĩkuri peteĩchaite itañemoñare kuimba’e-kuérape ko aty coatita ryepýpe. Umi coatita opaite (opa umi Coat ñemoñare) oguerekókuri pe terakuã porã ogueraha hag̃ua umi mba’e iporãvéva ha imarangatuvéva, ha katu Aarón línea añoite ikatúkuri añetehápe omba’apo umi tembiapo saserdotál rehe altar-pe ha pe tupaópe. Aarón orrepresenta upe peteĩchaite ñemoñare irundyha Joel “kuimba’e tuja” ndive, térã umi “kuimba’e ymaguare” Ezequiel capítulo poapy-pe, omoakãityva kuarahýre.</w:t>
      </w:r>
    </w:p>
    <w:p>
      <w:pPr>
        <w:pStyle w:val="ArticleBody"/>
        <w:jc w:val="left"/>
      </w:pPr>
      <w:r>
        <w:rPr>
          <w:rFonts w:ascii="Times New Roman" w:hAnsi="Times New Roman" w:eastAsia="Times New Roman" w:cs="Times New Roman"/>
        </w:rPr>
        <w:t>Pe sistema 24 aty ojere hag̃ua umi pa’i atykuéra (división-kuéra) hag̃ua —ha péicha avei umi levita ndaha’éivape pa’i, oipytyvõva tembiapópe músiko ha okẽ rerekua ramo— omoĩkuri mburuvicha guasu David. David omohenda Aarón ñemoñarekuérape 24 aty (división) ramo hag̃ua omba’apo joavy hag̃ua iñehundipa rupi (1 Crónicas 24:1–19). David, umi pa’i Sadoc ndive (Eleazar líneagui) ha Ahimelec ndive (Itamar líneagui) pytyvõ reheve, omboja’o chupekuéra 24 aty-pe (16 Eleazar familia tuichavévagui, 8 Itamar-gui). Oñemombo suerte-kuéra ojekuaa hag̃ua mba’e orden-pepa oservíta.</w:t>
      </w:r>
    </w:p>
    <w:p>
      <w:pPr>
        <w:pStyle w:val="ArticleBody"/>
        <w:jc w:val="left"/>
      </w:pPr>
      <w:r>
        <w:rPr>
          <w:rFonts w:ascii="Times New Roman" w:hAnsi="Times New Roman" w:eastAsia="Times New Roman" w:cs="Times New Roman"/>
        </w:rPr>
        <w:t>Káda turno oservi peteĩ semana pukukue (Sábado guive Sábado peve), mokõi jey ary pukukue, ha opaite turno oservi oñondive umi arete guasu aja (Páskua, Pentecostés, Tabernáculos). David upéicha avei omohenda umi levita ndaha’éiva pa’i 24 turno-pe purahéi, okẽ ñangareko ha ambue tembiaporãrã (1 Crónicas 23–26). Ko sistema oñemoĩkuri omba’apópe Salomón poguýpe (2 Crónicas 8:14) ha osegi pe Templo Mokõiha ára peve. Zacarías, Juan Bautista ru, oĩkuri Abías turno-pe—Lucas 1:5; 1 Crónicas 24:10. Pe orden umi 24 turno pa’ikuéra rehegua ojeporavókuri suerte rupive, ha Zacarías oĩkuri Abías turno-pe, ha’éva, umi mokõipa irundy turno apytégui, pe turno “poapyha”. Zacarías he’ise “Tupã imandu’a”, ha itúva réra Abías he’ise “Tupã che Ru”.</w:t>
      </w:r>
    </w:p>
    <w:p>
      <w:pPr>
        <w:pStyle w:val="ArticleBody"/>
        <w:jc w:val="left"/>
      </w:pPr>
      <w:r>
        <w:rPr>
          <w:rFonts w:ascii="Times New Roman" w:hAnsi="Times New Roman" w:eastAsia="Times New Roman" w:cs="Times New Roman"/>
        </w:rPr>
        <w:t>Pe Túva yvagapegua imandu’a jey va’ekue Iñe’ẽme’ẽ rehe omoñepyrũ hag̃ua peteĩ mensahéro ombosako’íva pe tape pe Mesías-pe g̃uarã. Péro Zacarías avei ojoaju pe arapokõindy léi rehe, pépe niko pe sábado, pe ára yvyporakuéra akóinte imandu’ava’erã hese, oiko pe prueba paha ramo. Zacarías orrepresenta peteĩ pa’i, Abías atyguagua, ha upéva hína pe “poapyha” aty. Zacarías ndogueroviái pe marandu pe ánhel ome’ẽ va’ekue chupe, ha ojejapo ichupe ñe’ẽ’ỹ, pe ita’ýra Juan heñói peve. Juan heñói vove, Zacarías oike pe ñe’ẽjovakepe Juan réra rehegua, ha upéi oñe’ẽ. Pe ñe’ẽ profétika ára pahápegua hína peteĩ ára Estados Unidos oñe’ẽva dragónicha.</w:t>
      </w:r>
    </w:p>
    <w:p>
      <w:pPr>
        <w:pStyle w:val="ArticleScripture"/>
        <w:jc w:val="left"/>
      </w:pPr>
      <w:r>
        <w:rPr>
          <w:rFonts w:ascii="Times New Roman" w:hAnsi="Times New Roman" w:eastAsia="Times New Roman" w:cs="Times New Roman"/>
        </w:rPr>
        <w:t>Ha ojehu péicha, ára poapyhápe ou oñembosirkunsida hag̃ua mitãme; ha oñembohéra chupe Zacarías, itúva rérape. Ha isy ombohovái ha he'i: Nahániri; ha'e oñembohérata Juan. Ha he'i hikuái chupe: Ndaipóri nde rogaguápe avave oñembohérava ko téra rupi. Upéi ojapo señas itúvape, oikuaase hag̃ua mba'éichapa ha'e oipota oñembohéra chupe. Ha'e ojerure peteĩ tablilla ojeha hag̃ua, ha ohai he'ívo: Héra Juan. Ha maymáva oñemondýi. Upepete ijuru ojepe'a ha ikũ ojepoi, ha oñe'ẽ, ha omomba'eguasu Tupãme. Lucas 1:59–64.</w:t>
      </w:r>
    </w:p>
    <w:p>
      <w:pPr>
        <w:pStyle w:val="ArticleBody"/>
        <w:jc w:val="left"/>
      </w:pPr>
      <w:r>
        <w:rPr>
          <w:rFonts w:ascii="Times New Roman" w:hAnsi="Times New Roman" w:eastAsia="Times New Roman" w:cs="Times New Roman"/>
        </w:rPr>
        <w:t>Juan el Bautista ha’e pe ochoha aty Abías pegua, upéicha avei itúva. Juan oñemongarai’i guive, ára poapyhápe héra oñemoambue. Juan el Bautista ohechauka umi pa’i-kuérape, cuarta generación peguápe, oĩva peteĩ relación de pacto ryepýpe Tupã ndive, ha’e omoambuéva iéra (Laodicea guive Filadelfia peve), omoselláva chupekuéra pe pacto techaukaha reheve, Tetã Joaju oñe’ẽ jave dragónicha.</w:t>
      </w:r>
    </w:p>
    <w:p>
      <w:pPr>
        <w:pStyle w:val="ArticleBody"/>
        <w:jc w:val="left"/>
      </w:pPr>
      <w:r>
        <w:rPr>
          <w:rFonts w:ascii="Times New Roman" w:hAnsi="Times New Roman" w:eastAsia="Times New Roman" w:cs="Times New Roman"/>
        </w:rPr>
        <w:t>Ñande hína Tupã róga marangatu. Umi ñe’ẽ profétika oñe’ẽva pe tupaóre ojeporavo kuimba’e ha kuña rehe peteĩteĩva ramo, ha avei atyhápe, Tupã iglesia rehegua avei niko peteĩ tupaóicha. Ha, katuete, oĩ peteĩ tupaó yvagapegua, ha Cristo hína pe omopu’ãva Ñandejára róga marangatu. Ha’e voi omoĩ pe fundamento ha omoĩ pe ita paha pe tupaó ári. Pe papapy “25” rehegua símbolo ramo, 25 orrepresenta umi levítape, oñemopotĩva (oñembojoajúva’ỹ) umi levíta japu-gui Malaquías mbohapyha kapítulope, ha avei oñemopotĩ jeyva pe mismo pasáhepe. Ezequiel kapítulo 40 guive 48 peve oñemombe’u porãiterei peteĩ tupaó simbólico. Pe y oikovéva osẽ upe tupaógui ha omyenyhẽ yvy tuichakue.</w:t>
      </w:r>
    </w:p>
    <w:p>
      <w:pPr>
        <w:pStyle w:val="ArticleScripture"/>
        <w:jc w:val="left"/>
      </w:pPr>
      <w:r>
        <w:rPr>
          <w:rFonts w:ascii="Times New Roman" w:hAnsi="Times New Roman" w:eastAsia="Times New Roman" w:cs="Times New Roman"/>
        </w:rPr>
        <w:t>“Tuichaiterei pe tembiapo Tupã ojapose hag̃ua hembiguáikuéra rupive, ikatu hag̃uáicha hera toñemomba'eguasu. Tupã ojapo Josépe tekove yvu ramo Egipto retãme g̃uarã. José rupive oñeñongatu tekove opaite upe tetãyguakuérape. Ha Daniel rupive Tupã osalva opaite Babilonia arandukuéra rekove. Ha ko'ã jepe'a ha'e va'ekue mbo'epy techapyrã; ohechauka tavayguakuérape umi jehovasa hag̃uagua espíritu rehegua oñeme'ẽva chupekuéra iñemoirũ rupi pe Tupã José ha Daniel omomba'éva ndive. Péicha avei ko árape, hembiguái kuéra rupive Tupã oipota ogueru jehovasa arapýpe. Mayma omba'apóva ikorasõme Cristo oikóva, mayma ohechaukátava imborayhu yvórape, ha'e peteĩ omba'apóva Tupã ndive yvyporakuéra jehovasarã. Oguerekóvo pe Salvador-gui py'aporã ome'ẽ hag̃uáicha ambuépe, opa iñakãraguegui osyry pe y rape tekove espíritu rehegua. Cristo ou va'ekue Pohãnohára Guasu ramo omonguera hag̃ua umi herida angaipa ojapova'ekue yvypóra ñemoñare apytépe; ha Ijapytu'ũ, omba'apóva hembiguáikuéra rupive, ome'ẽ angaipa rasy rehe ohasávape, jehasa asýpe oikóvape, peteĩ pokatu guasu omongueráva, ipu'akáva hete ha ánga rehe. ‘Upe árape,’ he'i Ñandejára Ñe'ẽ, ‘oĩta peteĩ yvu ojepe'áva David róga peguarã ha Jerusalénpe oikóvape g̃uarã, angaipa ha ky'akue hag̃ua.’ Zacarías 13:1. Upe yvu y oguereko mba'e porã pohãrã ogueraháva, ikatúva omonguera mokõivéva mba'asy tete rehegua ha espíritu rehegua.”</w:t>
      </w:r>
    </w:p>
    <w:p>
      <w:pPr>
        <w:pStyle w:val="ArticleScripture"/>
        <w:jc w:val="left"/>
      </w:pPr>
      <w:r>
        <w:rPr>
          <w:rFonts w:ascii="Times New Roman" w:hAnsi="Times New Roman" w:eastAsia="Times New Roman" w:cs="Times New Roman"/>
        </w:rPr>
        <w:t>“Ko yvyra ykua-gui osyry pe yguasu mbarete ojehecháva Ezequiel visión-pe. ‘Ko y osẽ kuarahyresẽ gotyo, oguejy desiérto-pe ha oike yguasúpe; ha og̃uahẽvo yguasúpe, umi y ojekueraíta. Ha oikóta upéicha, opa mbaʼe oikovéva, okuʼéva, mamove peve osẽhápe umi ysyrýi, oikovéta…. Ha ysyry rembeʼýre, ko lado ha pe lado, okakuaáta opaichagua yvyramáta tembiʼurã, hokykue ndaipirumoʼãi, ha hiʼa ndopa moʼãi: hiʼa pyahu oguenohẽta káda jasy heʼiháicha, pórke i’y osẽ pe santuario-gui; ha hiʼa oikóta tembiʼurã, ha hokykue pohãrã.’ Ezequiel 47:8–12.” Testimonios, volúmen 6, 227.</w:t>
      </w:r>
    </w:p>
    <w:p>
      <w:pPr>
        <w:pStyle w:val="ArticleBody"/>
        <w:jc w:val="left"/>
      </w:pPr>
      <w:r>
        <w:rPr>
          <w:rFonts w:ascii="Times New Roman" w:hAnsi="Times New Roman" w:eastAsia="Times New Roman" w:cs="Times New Roman"/>
        </w:rPr>
        <w:t>Ezequiel rembiasakue ha’e marandu hechapyrã ijyvatevévaicha, ha Juanpe oñehenói Apocalipsis capítulo once-pe tomedi hag̃ua pe templo, ha katu toheja pe okápe oĩva. Jajapo ramo upe mba’eete Ezequiel rembiasakue rehe, jajuhu pe mokoĩ papapy ojehechaukavéva pe templo tupao tuichakuére ogueraha pe sacerdocio rehegua. 50 codo ha’e pe papapy ojehechaukavéva, ha oñembohasa jey 11 jey peteĩteĩ okẽ aty pukukue tuichakueháicha (Ezequiel 40:15, 21, 25, 29, 33, 36, hamba’e). 50 ojepuru avei ciertos muralla ha kotykuéra pukukue rehe (42:7–8). Ha’e omyesakã pe tape tuichakue kompletoite pe okẽ rupi pe okápegua guive pe hyepypegua peve.</w:t>
      </w:r>
    </w:p>
    <w:p>
      <w:pPr>
        <w:pStyle w:val="ArticleBody"/>
        <w:jc w:val="left"/>
      </w:pPr>
      <w:r>
        <w:rPr>
          <w:rFonts w:ascii="Times New Roman" w:hAnsi="Times New Roman" w:eastAsia="Times New Roman" w:cs="Times New Roman"/>
        </w:rPr>
        <w:t>25 cúbito ha’e pe mokõiha ojehechavéva porã porã. Oje’e jey 10 jey ipukukue ha ipekue ramo okẽ atykuéra rehegua (Ezequiel 40:13, 21, 25, 29, 30, 33, 36). Oñembojoajúvo, 50 ha 25 omoheñói umi ta’angahai joja meme 50 por 25-peguáva umi poteĩ okẽ guasúpe g̃uarã. Ko joaju 50 por 25 ojopy mbarete pe ñemombe’u arquitectónico umi okẽ ogueraháva umi henda hyepypeguápe. Ndaipóri ambue mokõi papapy oñeñe’ẽ jey hag̃uáicha péicha peteĩcha ha sistemáticamente pe tupão yvyraguépe voi.</w:t>
      </w:r>
    </w:p>
    <w:p>
      <w:pPr>
        <w:pStyle w:val="ArticleBody"/>
        <w:jc w:val="left"/>
      </w:pPr>
      <w:r>
        <w:rPr>
          <w:rFonts w:ascii="Times New Roman" w:hAnsi="Times New Roman" w:eastAsia="Times New Roman" w:cs="Times New Roman"/>
        </w:rPr>
        <w:t>Levita-kuéra oike jeýkuri tembiapópe 25 ary oguerekóvo (Números 8:24: “mokõi pa ary ha po guive yvate gotyo oike hag̃ua oñangareko hag̃ua pe tembiapo rehe”). Oservi hikuái 50 ary peve (Números 4:3, 39, 43; 8:25: “cincuenta ary peve”). Kóva ome’ẽ hendaitépe 25 ary de servicio activo (50 – 25 = 25).</w:t>
      </w:r>
    </w:p>
    <w:p>
      <w:pPr>
        <w:pStyle w:val="ArticleBody"/>
        <w:jc w:val="left"/>
      </w:pPr>
      <w:r>
        <w:rPr>
          <w:rFonts w:ascii="Times New Roman" w:hAnsi="Times New Roman" w:eastAsia="Times New Roman" w:cs="Times New Roman"/>
        </w:rPr>
        <w:t>Upéicha, pe 25 ary pukukue pe levita kuéra rembiapo rehegua oñehesape porãite umi medida 25 por 50 cúbito reheve oisãmbyhyva pe témplo rokẽ ha hekohápe voi—upe tendaitepe oservi hague umi levita kuéra. Umi dimensión principal pe témplo Ezequiel pegua, ha’éva pe iglesia ipu’akapáva témplo ha umi cien cuarenta y cuatro mil rehegua, oñemohenda arquitectónicamente pe témploitepe voi oservitahápe hikuái; PÉICHAITE avei umi cuarenta y seis cromosoma oñemopu’ã pe témploitepe voi oservitahápe Tupã tavayguakuéra. Palmoni omoĩ Iséllo pe témplo humano peteĩteĩva rehe ha pe rete aty guasu témplo rehe oikótava Chugui Hembirekorã.</w:t>
      </w:r>
    </w:p>
    <w:p>
      <w:pPr>
        <w:pStyle w:val="ArticleBody"/>
        <w:jc w:val="left"/>
      </w:pPr>
      <w:r>
        <w:rPr>
          <w:rFonts w:ascii="Times New Roman" w:hAnsi="Times New Roman" w:eastAsia="Times New Roman" w:cs="Times New Roman"/>
        </w:rPr>
        <w:t>Roha'akue jaseguíta ko'ã líneare pe artículo oúvape.</w:t>
      </w:r>
    </w:p>
    <w:p>
      <w:pPr>
        <w:pStyle w:val="ArticleScripture"/>
        <w:jc w:val="left"/>
      </w:pPr>
      <w:r>
        <w:rPr>
          <w:rFonts w:ascii="Times New Roman" w:hAnsi="Times New Roman" w:eastAsia="Times New Roman" w:cs="Times New Roman"/>
        </w:rPr>
        <w:t>“Umi oĩva tembiaporã rehegua renda iñimportántevape ndaikatúi oñemoambue ojeguerohory hag̃ua umi principio yvygua rehegua, jeheguigua ha hepyetereíva, ndoikatúigui ohepyme’ẽ upéva; ha ikatúramo jepe, Cristo joguaha principio ndoguerekói va’erã omoĩ hag̃ua chupekuéra upévape. Tekotevẽ oñeme’ẽ mbo’epy hetaichagua. ‘Mávapepa Ha’e ombo’éta arandu? ha mávape piko omoikũmbyta doctrina? umi oñemboja’o va’ekuépe kambýgui, ha ojeipe’a va’ekuépe pytãgui. Mbo’ejerure rehe niko oĩva’erã mbo’ejerure, mbo’ejerure ári mbo’ejerure; línea ári línea, línea ári línea; ko’ápe michĩmi, ha upépe michĩmi.’ Péicha Ñandejára Ñe’ẽ va’erã pacientemente oñemoĩ mitãnguérape renondépe ha oñemantene henondépekuéra, túva ha sy kuéra ogueroviáva Ñandejára Ñe’ẽ. ‘Pytu’ẽmbýva rembe’ýpe ha ñe’ẽ ambuépe ningo oñe’ẽta ko tetãme. Umipe he’i va’ekue: Kóva hína pe pytu’u ikatuhápe pemombytu’u pe ikane’õvape; ha kóva hína pe pytu’u pyahu: upéicharõ jepe ndaipotáikuri ohendu. Ha Ñandejára Ñe’ẽ oikókuri chupekuéra hag̃ua mbo’ejerure rehe mbo’ejerure, mbo’ejerure ári mbo’ejerure; línea ári línea, línea ári línea; ko’ápe michĩmi, ha upépe michĩmi; hag̃ua oho, ho’a hapykuére, oñembyai, ojepokuaa hag̃ua ñuhãme, ha ojapyhy hag̃ua chupekuéra.’ Mba’érepa?—ndojapysakáigui Ñandejára Ñe’ẽ rehe ou va’ekue chupekuéra hag̃ua.</w:t>
      </w:r>
    </w:p>
    <w:p>
      <w:pPr>
        <w:pStyle w:val="ArticleScripture"/>
        <w:jc w:val="left"/>
      </w:pPr>
      <w:r>
        <w:rPr>
          <w:rFonts w:ascii="Times New Roman" w:hAnsi="Times New Roman" w:eastAsia="Times New Roman" w:cs="Times New Roman"/>
        </w:rPr>
        <w:t>“Kóva he’ise umi ndohupytýivape mbo’e, hákatu omombarete hag̃ua iñarandu tee, ha oiporavo omba’apo hag̃ua ijehegui hikuái hekópe umi hi’idea tee rupive. Ñandejára ome’ẽ ko’ãvape pe prueba, ikatu hag̃uáicha taha’e oike hag̃ua hendápe hikuái ha oho hag̃ua Hembiapo pytyvõrape, térã omboyke hag̃ua ha ojapo hag̃ua umi hi’idea tee rupive; upéicharõ Ñandejára ohejáta chupekuéra upe resultado añetetépe. Opa ñande rape kuérape, opa ñane rembiapópe Ñandejárape guarã, Ha’e oñe’ẽ ñandéve: ‘Eme’ẽ Chéve nde py’a.’ Pe espíritu oñemoĩva iñakãgui ha ikatúva oñembo’e ha oñembo’e hag̃ua oikuaaukávo oñembo’éva, upéva hína Ñandejára oipotáva. Pe ome’ẽva ñembo’épe imba’eporãrã ha’e pe añetegua osẽha peteĩ py’a mborayhúgui ha iñe’ẽrendúvagui.”</w:t>
      </w:r>
    </w:p>
    <w:p>
      <w:pPr>
        <w:pStyle w:val="ArticleScripture"/>
        <w:jc w:val="left"/>
      </w:pPr>
      <w:r>
        <w:rPr>
          <w:rFonts w:ascii="Times New Roman" w:hAnsi="Times New Roman" w:eastAsia="Times New Roman" w:cs="Times New Roman"/>
        </w:rPr>
        <w:t>“Ñandejára ojerure mbaʼe peteĩteĩva Itavayguakuéragui; ha if they say, Ndameʼẽmoʼãi che pyʼa ajapo hag̃ua ko mbaʼe, Ñandejára oheja chupekuéra toho hag̃ua tenonde hag̃ua pe iñarandu hag̃uáicha oimoʼãvape yvágagui aranduʼỹre, pe Escritura [Isaías 28:13] oñemboguata peve. Nde ndereʼivaʼerã, Che asegíta Ñandejára ñemoakãrapuʼã peteĩ punto peve añemoĩ porãhápe che juicio ndive, ha upéi rejapyhy hatã nde idea tee, reroviaʼỹre reñemoheko hag̃ua Ñandejára joguaha rehe. Toñeporandu ko porandu: Kóva piko Ñandejára rembipota? ndahaʼéi: Kóva piko —– remiandu térã juicio?”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Aranduka ha pe Iglesia Adventista del Séptimo Día Laodiceagua - Papapy Mokõipa Po Rupa hag̃ua</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