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Aranduka ha pe Iglesia Adventista del Séptimo Día Laodiceagua - Papapy Mokõipa Pa</w:t>
      </w:r>
      <w:r>
        <w:rPr>
          <w:rFonts w:ascii="Microsoft YaHei" w:hAnsi="Microsoft YaHei" w:eastAsia="Microsoft YaHei" w:cs="Microsoft YaHei"/>
        </w:rPr>
        <w:t>七</w:t>
      </w:r>
      <w:r>
        <w:rPr>
          <w:rFonts w:ascii="Arial" w:hAnsi="Arial" w:eastAsia="Arial" w:cs="Arial"/>
        </w:rPr>
        <w: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Papapy Mokõi Pa Su Teĩha}</w:t>
      </w:r>
    </w:p>
    <w:p>
      <w:pPr>
        <w:pStyle w:val="ArticleBody"/>
        <w:jc w:val="left"/>
      </w:pPr>
      <w:r>
        <w:rPr>
          <w:rFonts w:ascii="Times New Roman" w:hAnsi="Times New Roman" w:eastAsia="Times New Roman" w:cs="Times New Roman"/>
        </w:rPr>
        <w:t>Oreko hag̃ua umi añetegua pe León Judá ñemoñaregua ko’ág̃a oikuaaukáva. Rombojoaju umi añetegua ikatu hag̃uáicha ñañemongeta Joel marandu rehe, Pedro ohechakuaava’ekue umi Hechos arandukápe pe marandu ama pahápegua ramo. Jahupyty hag̃uáicha umi añetegua ko’ág̃a oñekumplihína, ha’éva umi añetegua omohu’ãva pe paha jepe’a mokõi aty apytépe, umi akóinte ojehechaukáva peteĩ añetegua prueba rehegua ojeikuaaukávo. Avei ñañemongeta ko’ã añetegua ojeikuaaukáva rehe ndaha’éi hag̃ua añoite pe mbohapyha ánhel ñe’ẽ, pe omboja’óva, ha katu avei umi ñe’ẽ omohu’ãva pe sellado umi cien cuarenta y cuatro mil rehegua. Pe mbohapyha ánhel omopotĩ ha omongy’a’ỹ.</w:t>
      </w:r>
    </w:p>
    <w:p>
      <w:pPr>
        <w:pStyle w:val="ArticleBody"/>
        <w:jc w:val="left"/>
      </w:pPr>
      <w:r>
        <w:rPr>
          <w:rFonts w:ascii="Times New Roman" w:hAnsi="Times New Roman" w:eastAsia="Times New Roman" w:cs="Times New Roman"/>
        </w:rPr>
        <w:t>Jasy guive 2023-pe, Judá ñemoñareguáva León oikuaaukave ohóvo umi añetegua ojoajúva umi línea okápegua ha hyepypegua ndive Tupã rembyre tavayguakuéra rembiasakuépe. Koʼág̃a ñaime jajurávo Mateo aranduka, ñantende hag̃ua Pedro rembiapo. Pedro haʼe peteĩ techaukaha Cristo oñemoĩ hag̃ua iñemoĩmbyre rupive Hembireko cristiana ndive—pe iglesia haʼe omopuʼãtava ita ári. Pedro orrepresenta pe tenondegua ha avei pe pahaguáva Hembireko cristiana. Pedro ojehechauka upeichaitévaicha upe versíkulo mbytépe Mateo capítulos once ha veintidós-pe, ha umi capítulo haʼe Génesis ha Apocalipsis líneas paralelas capítulos once guive veintidós peve mbytépegua. Pedro orrepresenta umi cien cuarenta y cuatro mil ára pahápe, ha pe pasáhepe haʼe oĩ Cesarea de Filipo-pe, ha upéva hína Panio Daniel 11:13–15-pe.</w:t>
      </w:r>
    </w:p>
    <w:p>
      <w:pPr>
        <w:pStyle w:val="ArticleBody"/>
        <w:jc w:val="left"/>
      </w:pPr>
      <w:r>
        <w:rPr>
          <w:rFonts w:ascii="Times New Roman" w:hAnsi="Times New Roman" w:eastAsia="Times New Roman" w:cs="Times New Roman"/>
        </w:rPr>
        <w:t>Pedro oĩ Pániope, ha Ha’e avei oĩ Pentecostés árape, pe koty yvatepe aravo mbohapyhápe, ha upéi pe témplope aravo porundyhára. Umi seis aravo ohechauka pe tiempo oñembotyhápe umi cien cuarenta y cuatro mil pe léi domingo og̃uahẽ mboyve. Cristo kurusúre jejuka avei oñepyrũ aravo mbohapyhápe ha Ha’e omano aravo porundyhára, upéva ogueru jeikove jey, ha upéva oñepyrũ pe Pentecostés ára pukukue opáva Pedro reheve Pentecostéspe aravo mbohapyhápe ha porundyhára. Providencia omondo ramo guare pe evangelio umi gentil-kuérape, Cornelio ombou ohenói hag̃ua Pedrope aravo porundyhára. Aravo mbohapyhápe avei ohechauka pe kuave’ẽ pyharevegua ha aravo porundyhára pe kuave’ẽ ka’arupegua.</w:t>
      </w:r>
    </w:p>
    <w:p>
      <w:pPr>
        <w:pStyle w:val="ArticleBody"/>
        <w:jc w:val="left"/>
      </w:pPr>
      <w:r>
        <w:rPr>
          <w:rFonts w:ascii="Times New Roman" w:hAnsi="Times New Roman" w:eastAsia="Times New Roman" w:cs="Times New Roman"/>
        </w:rPr>
        <w:t>Pe seis óra pukukue ojehechauka Exeter Camp aty guasu pukukue rupive ha pe ñembyasy guasu 22 jasypa 1844-pe. Hechos-pe, Pedro ojehechauka oñemoĩ hag̃uáicha joajúpe umi ambue ndive omoheñóiva pe cien cuarenta y cuatro mil, capítulo peteĩ paha gotyo, Judas rendaguépe oñemoĩ jave Matías. Upérõ pe papapy oñekompleta. Oĩ peteĩ ñemotenonde tee ojehechaukáva pe tembiasápe.</w:t>
      </w:r>
    </w:p>
    <w:p>
      <w:pPr>
        <w:pStyle w:val="ArticleBody"/>
        <w:jc w:val="left"/>
      </w:pPr>
      <w:r>
        <w:rPr>
          <w:rFonts w:ascii="Times New Roman" w:hAnsi="Times New Roman" w:eastAsia="Times New Roman" w:cs="Times New Roman"/>
        </w:rPr>
        <w:t>Pedro oĩ tenonderã pe koty yvatepe, ha upéi pe témplope. Oĩ ramo pe koty yvatepe, ha’e hína mbohapyha aravope; ha témplope katu, porundyha aravope. Pe jechauka mbohapyha aravope ogueru mbohapy su alma ñemongarai.</w:t>
      </w:r>
    </w:p>
    <w:p>
      <w:pPr>
        <w:pStyle w:val="ArticleScripture"/>
        <w:jc w:val="left"/>
      </w:pPr>
      <w:r>
        <w:rPr>
          <w:rFonts w:ascii="Times New Roman" w:hAnsi="Times New Roman" w:eastAsia="Times New Roman" w:cs="Times New Roman"/>
        </w:rPr>
        <w:t>Upéi umi oguerohorýva vy’ápe iñe’ẽ oñemongarai; ha upe ára voi oñembojoapy hag̃ua hendivekuéra amo mbohapy mil ánga rupi. Hechos 2:41.</w:t>
      </w:r>
    </w:p>
    <w:p>
      <w:pPr>
        <w:pStyle w:val="ArticleBody"/>
        <w:jc w:val="left"/>
      </w:pPr>
      <w:r>
        <w:rPr>
          <w:rFonts w:ascii="Times New Roman" w:hAnsi="Times New Roman" w:eastAsia="Times New Roman" w:cs="Times New Roman"/>
        </w:rPr>
        <w:t>Pe capítulo peteĩ paha rykue oĩva papapy guive, pe témplo pe aravo porundyhápe peve, upe ára pukukue ohechauka pe sella ojejapóva umi cien cuarenta y cuatro mil rehe.</w:t>
      </w:r>
    </w:p>
    <w:p>
      <w:pPr>
        <w:pStyle w:val="ArticleBody"/>
        <w:jc w:val="left"/>
      </w:pPr>
      <w:r>
        <w:rPr>
          <w:rFonts w:ascii="Times New Roman" w:hAnsi="Times New Roman" w:eastAsia="Times New Roman" w:cs="Times New Roman"/>
        </w:rPr>
        <w:t>Umi cien cuarenta y cuatro mil opresentáta pe ñemomarandu mbojoja hag̃ua jeroviáre, ha’éva pe ángel mbohapyha ñemomarandu añetetépe. Pe ñembojoja ha’e Tupã rembiapo omoĩvo yvypóra gloria yvýpe, Hermana White he’iháicha porãite.</w:t>
      </w:r>
    </w:p>
    <w:p>
      <w:pPr>
        <w:pStyle w:val="ArticleScripture"/>
        <w:jc w:val="left"/>
      </w:pPr>
      <w:r>
        <w:rPr>
          <w:rFonts w:ascii="Times New Roman" w:hAnsi="Times New Roman" w:eastAsia="Times New Roman" w:cs="Times New Roman"/>
        </w:rPr>
        <w:t>“Mba’épa pe ñembojaje jeroviá rupive? Ha’e Ñandejára rembiapo omoĩvo kuimba’e mimbipa yvýpe, ha ojapóvo kuimba’ére upe ha’e voi ndaikatúiva ojapo ijehegui. Yvypóra ohechávo ijehegui mba’eveha, oñembosako’i oñemonde hag̃ua Cristo tekojoja rehe. Oñepyrũvo omomba’e ha ombotuicháva Ñandejárape ára pukukue, upévo omañávo hese hikuái oñemoambue hína upe ta’anga peteĩchape. Mba’épa pe jeypyahu? Ha’e ojekuaaukáva kuimba’épe mba’éichapa ha’e añetetépe ijeheguiete, ijeheguiete mba’eve’ỹha. Ko’ã mbo’epy nde nereaprendéi araka’eve. ¡Aikóta nde ikatu hag̃uáicha rehechakuaa pe alma humana repy!” Manuscript Releases, volumen 20, 117.</w:t>
      </w:r>
    </w:p>
    <w:p>
      <w:pPr>
        <w:pStyle w:val="ArticleBody"/>
        <w:jc w:val="left"/>
      </w:pPr>
      <w:r>
        <w:rPr>
          <w:rFonts w:ascii="Times New Roman" w:hAnsi="Times New Roman" w:eastAsia="Times New Roman" w:cs="Times New Roman"/>
        </w:rPr>
        <w:t>Peteĩ techapyrã marandu ñembojera rehegua oikuaauka háicha umi cien cuarenta y cuatro mil, ha’e Gedeón, peteĩ kuimba’e pactopegua, térãgui oñemoambuéva’ekue Jerobaalpe. Gedeón marandu oĩva’ekue hese ha’e omohenda hag̃ua peteĩ tata rendy hendyva peteĩ mba’yru yvygua ryepýpe, upéi omopẽ pe mba’yru, opu’ã trompéta rehe, ha osapukái: “Ñandejára kyse puku ha Gedeón.” Gedeón kyse puku ha’e va’ekue avei Ñandejára kyse puku, pe kyse puku niko Tupã Ñe’ẽ, ha’éva Tupã rekove joaju yvypóra rekóndi. Upéva marandu ojehechauka va’ekue pe trompéta ha isapukái rupive, omopẽ aja pe mba’yru. Pe mba’yru ha’e yvypóra reko, tekotevẽva oñemopẽ térã oñemomirĩ yvýpe, ikatu hag̃uáicha Tupã mimbipa tesape osẽ hag̃ua.</w:t>
      </w:r>
    </w:p>
    <w:p>
      <w:pPr>
        <w:pStyle w:val="ArticleBody"/>
        <w:jc w:val="left"/>
      </w:pPr>
      <w:r>
        <w:rPr>
          <w:rFonts w:ascii="Times New Roman" w:hAnsi="Times New Roman" w:eastAsia="Times New Roman" w:cs="Times New Roman"/>
        </w:rPr>
        <w:t>Oikuaaukávo pe marandu, Gedeón ombyaty mbohapy sa sykuéra peteĩ proceso de prueba rupive. Opa rire upe proceso, Gedeón oreko mbohapy sa kuimba’e. 300 ha’e pe décima parte umi mbohapy milgui Pentecostéspe. Ha’ekuéra ohechauka pe ehérsito oñemopu’ãva Ezequiel treinta y siete-pe, ha oikeva pe pacto opave’ỹvape.</w:t>
      </w:r>
    </w:p>
    <w:p>
      <w:pPr>
        <w:pStyle w:val="ArticleScripture"/>
        <w:jc w:val="left"/>
      </w:pPr>
      <w:r>
        <w:rPr>
          <w:rFonts w:ascii="Times New Roman" w:hAnsi="Times New Roman" w:eastAsia="Times New Roman" w:cs="Times New Roman"/>
        </w:rPr>
        <w:t>Upévare, che aprofetisa ha’e he’i haguéicha chéve; ha pe pytu oikéma ipypekuéra, ha’e kuéra oikovéma, ha opu’ã ipy rehe, peteĩ ehérsito tuichaitereíva. Upérõ he’i chéve: Yvypóra ra’y, ko’ã kangue ha’e Israel róga pukukue: péina ápe, ha’e kuéra he’i: Ore kangue kuéra ipirúma, ha ore esperánsa okañy; oñeikytĩma orehegui ñande réra. Ezequiel 37:10, 11.</w:t>
      </w:r>
    </w:p>
    <w:p>
      <w:pPr>
        <w:pStyle w:val="ArticleBody"/>
        <w:jc w:val="left"/>
      </w:pPr>
      <w:r>
        <w:rPr>
          <w:rFonts w:ascii="Times New Roman" w:hAnsi="Times New Roman" w:eastAsia="Times New Roman" w:cs="Times New Roman"/>
        </w:rPr>
        <w:t>Óga Israel róga ojepe’a hag̃ua ijapytepekuéra, ha Ezequiel ohechaukáta mba’éichapa umi pehẽngue Judá ha Efraín rehegua, ojepe’a va’ekue, oikóta peteĩ tetãnte. Upe ehérsito ojejapo mokõi yvyra’i oĩ va’ekue oñondive’ỹgui, ha oñembojoaju peteĩ yvyra’ípe, oike javekuéra pe ñe’ẽme’ẽme Tupã ndive.</w:t>
      </w:r>
    </w:p>
    <w:p>
      <w:pPr>
        <w:pStyle w:val="ArticleScripture"/>
        <w:jc w:val="left"/>
      </w:pPr>
      <w:r>
        <w:rPr>
          <w:rFonts w:ascii="Times New Roman" w:hAnsi="Times New Roman" w:eastAsia="Times New Roman" w:cs="Times New Roman"/>
        </w:rPr>
        <w:t>Ha avei ajapóta hendivekuéra peteĩ ñe’ẽme’ẽ py’aguapýpe guare; ha’éta peteĩ ñe’ẽme’ẽ opa’ỹva hendivekuéra: ha amoĩta chupekuéra, ha ambohetáta chupekuéra, ha amoĩta che tupaópe guare ijapytepekuéra opa ára g̃uarã. Che tavernákulo avei oĩta hendivekuéra: heẽ, che ha’éta Tupã chupekuéra g̃uarã, ha ha’ekuéra ha’éta che retã. Ha umi tetã ambue oikuaáta che, Ñandejára, amomarangatuha Israel-pe, che tupaópe guare oĩ jave ijapytepekuéra opa ára g̃uarã. Ezequiel 37:26–28.</w:t>
      </w:r>
    </w:p>
    <w:p>
      <w:pPr>
        <w:pStyle w:val="ArticleBody"/>
        <w:jc w:val="left"/>
      </w:pPr>
      <w:r>
        <w:rPr>
          <w:rFonts w:ascii="Times New Roman" w:hAnsi="Times New Roman" w:eastAsia="Times New Roman" w:cs="Times New Roman"/>
        </w:rPr>
        <w:t>“Umi tetã ambuegua oikuaáta Ñandejára” omongaraiha Israel-pe, ha’e omoĩ vove Iñongatuha hikuái apytépe. Ñandejára rógaguasu ojoajuha Ñandejára tavayguakuéra ndive ohechauka pe templo yvypóragua ojoajuha pe templo divíno ndive, ha upéva oiko vove, Ñandejára rembiayhu jeroviapýva 300 oñesella, ha ko yvy ape ári ndaikatúi oñemomarandu ambue hendáicha noiméirõ ojehechávo peteĩ tavaygua oñemongaraíva pe léi domingo rehegua apañuãi guasu jave.</w:t>
      </w:r>
    </w:p>
    <w:p>
      <w:pPr>
        <w:pStyle w:val="ArticleScripture"/>
        <w:jc w:val="left"/>
      </w:pPr>
      <w:r>
        <w:rPr>
          <w:rFonts w:ascii="Times New Roman" w:hAnsi="Times New Roman" w:eastAsia="Times New Roman" w:cs="Times New Roman"/>
        </w:rPr>
        <w:t>“Espíritu Santo rembiapo ha’e ko yvy arigua-kuérape oguerovia hag̃ua angaipa rehe, tekojoja rehe ha jehusia rehe. Ko yvy arigua-kuérape ikatu hag̃uánte oñemomarandu ohechávo umi ogueroviáva pe añetegua oñemboykéva añetegua rupive, ojapóvo umi mba’e yvate ha marangatu umi principio yvate ha marangatu ári, ohechaukávo peteĩ sentido yvate ha oñembojupi porãvape pe línea ombojoajúva’ỹva umi oñongatúva Tupã mandamiénto, ha umi ombyaíva umíva ipy guýpe. Espíritu ñembosanto ohechauka porã pe diferencia umi oguerekóva Tupã sello apytépe, ha umi oñongatúva peteĩ ára pytu’u japu. Oúvo pe prueba, ojehechaukáta hesakã porã mba’épa pe mymba ñemongu’e. Ha’e pe domingo ñongatu. Umi, ohendúma rire pe añetegua, oseguíva gueteri omoherakuã ko ára marangatu ramo, ogueraha pe kuimba’e angaipa rehegua firma, upe oimo’ãva omoambue hag̃ua ára ha léi-kuéra.” Bible Training School, December 1, 1903.</w:t>
      </w:r>
    </w:p>
    <w:p>
      <w:pPr>
        <w:pStyle w:val="ArticleBody"/>
        <w:jc w:val="left"/>
      </w:pPr>
      <w:r>
        <w:rPr>
          <w:rFonts w:ascii="Times New Roman" w:hAnsi="Times New Roman" w:eastAsia="Times New Roman" w:cs="Times New Roman"/>
        </w:rPr>
        <w:t>Tupã rerekohára ojoaju Itupao ndive pe tupao ojetransforma vove pe tupao oñorãirõvagui pe tupao ipu’akáva peve. Pe ñe’ẽme’ẽ oñeñe’ẽva hese Ezequiel rupi, oñemohenda umi mokõi yvyra ojoajúva rehe, omoheñóiva peteĩ tetã.</w:t>
      </w:r>
    </w:p>
    <w:p>
      <w:pPr>
        <w:pStyle w:val="ArticleScripture"/>
        <w:jc w:val="left"/>
      </w:pPr>
      <w:r>
        <w:rPr>
          <w:rFonts w:ascii="Times New Roman" w:hAnsi="Times New Roman" w:eastAsia="Times New Roman" w:cs="Times New Roman"/>
        </w:rPr>
        <w:t>Ere chupe, Péicha he'i Ñandejára Tupã: Péina, che aipe'áta José yvyra, oĩva Efraín popegua, ha Israel ñemoñare, iñirũnguéra, ha ambojoajúta chupe hendive, Judá yvyra reheve, ha ajapóta ichuguikuéra peteĩ yvyra, ha opytáta peteĩnte che pópe. Ha umi yvyra, rehehaíva, opytáta nde pópe hesakuéra renondépe. Ha ere chupekuéra,</w:t>
      </w:r>
    </w:p>
    <w:p>
      <w:pPr>
        <w:pStyle w:val="ArticleScripture"/>
        <w:jc w:val="left"/>
      </w:pPr>
      <w:r>
        <w:rPr>
          <w:rFonts w:ascii="Times New Roman" w:hAnsi="Times New Roman" w:eastAsia="Times New Roman" w:cs="Times New Roman"/>
        </w:rPr>
        <w:t>Péicha he’i Ñandejára Tupã; Péina ápe, che aipe’áta Israel ra’ykuérape umi tetã ambue apytégui, mamópa oho hikuái, ha ambyatýta chupekuéra opa hendágui, ha aguerúta chupekuéra ijyvy teepe: Ha ajapóta chupekuéra peteĩ tetãnte upe yvýpe, Israel yvytykuéra ári; ha peteĩ mburuvicha guasu añoite oisãmbyhýta chupekuéra opavavépe: ha ndaha’emo’ãvéima mokõi tetã, ha noñemboja’ovéima mokõi rréinope araka’eve: Ndojehe’amo’ãvéima avei hikuái umi ta’angakuéra rehe, ni umi mba’e jeguarúva rehe, ni peteĩve hembiapo vai rehegua ndive: upéicharõ jepe, che asalváta chupekuéra opa umi tenda oikohágui, upépe opeka hague, ha amopotĩta chupekuéra: upéicha hag̃ua ha’éta hikuái che retã, ha che ha’éta Ijarakuéra. Ezequiel 37:19–23.</w:t>
      </w:r>
    </w:p>
    <w:p>
      <w:pPr>
        <w:pStyle w:val="ArticleBody"/>
        <w:jc w:val="left"/>
      </w:pPr>
      <w:r>
        <w:rPr>
          <w:rFonts w:ascii="Times New Roman" w:hAnsi="Times New Roman" w:eastAsia="Times New Roman" w:cs="Times New Roman"/>
        </w:rPr>
        <w:t>Efraín yvyra ha Judá yvyra ha’e mokõi ñemosarambi 2520 ary pukukue oúva Efraín ha Judá ári, ha oguahẽ va’ekue iñemohu’ãme 1798-pe ha 22 jasypa 1844-pe, peteĩteĩ. Oiko hikuái tetã peteĩnte ramo, Israel espiritual ko’ãgagua, 22 jasypa 1844-pe, oñepyrũrõ guare tembiapo omopotĩ hag̃ua Itavayguakuérape, térã Isantuario. Upéva rembiasakue ohechauka peteĩ techaukaha ramo umi cien cuarenta y cuatro mil rembiasakue, ha’éva oñemboyke ha oñemopotĩtava (oñemopotĩva) Ñe’ẽrerahaha Ñe’ẽme’ẽgua rupive, ou hag̃uáicha pya’e itemplópe pe léi domingo jave. Upe ñemopotĩ oñekumplírõ, pe léi domingo mboyveite, pe iglesia triunfante oguerekóta mburuvicha hi’árikuéra, ha upe mburuvicha ha’e David, oñepyrũ va’ekue ipoguapy mburuvicha ramo mbohapypa ary oguerekóvo. Ha’e upe David peteĩnte, Mateo capítulo peteĩme, ha’éva generación paha irundyha Abraham guive. Kóva ohechauka mbohapyha testígo David rehegua pe léi domingo jave. Pe ehérsito mbarete oñembohapéva umi mokõi yvyra guive, oisãmbyhy mburuvicha David, pe iglesia oñemopotĩ jave ñana vai apytégui.</w:t>
      </w:r>
    </w:p>
    <w:p>
      <w:pPr>
        <w:pStyle w:val="ArticleScripture"/>
        <w:jc w:val="left"/>
      </w:pPr>
      <w:r>
        <w:rPr>
          <w:rFonts w:ascii="Times New Roman" w:hAnsi="Times New Roman" w:eastAsia="Times New Roman" w:cs="Times New Roman"/>
        </w:rPr>
        <w:t>Ha David, che rembiguái, oisãta mburuvicha guasu hi’ári kuéra; ha opavave oguerekóta peteĩ ñangarekoha. Oguatátata avei hikuái che juicio-kuérape, ha oñangarekóta che léi-kuéra rehe, ha ojapóta umíva. Ha oikóta hikuái pe yvýpe ame’ẽ va’ekue Jacob, che rembiguáipe, pype oiko hague pende ru ypykuéra; ha oikóta ipypekuéra, ha’ekuéra, ha ita’ýra kuéra, ha ita’ýra kuéra ra’y kuéra opa ára g̃uarã. Ha David, che rembiguái, ha’éta ipríncipe-kuéra opa ára g̃uarã. Ezequiel 37:24, 25.</w:t>
      </w:r>
    </w:p>
    <w:p>
      <w:pPr>
        <w:pStyle w:val="ArticleBody"/>
        <w:jc w:val="left"/>
      </w:pPr>
      <w:r>
        <w:rPr>
          <w:rFonts w:ascii="Times New Roman" w:hAnsi="Times New Roman" w:eastAsia="Times New Roman" w:cs="Times New Roman"/>
        </w:rPr>
        <w:t>Pe ehérsito ha’e avei umi pa’i 1 Pedro kapítulo mokõihápe oñeñe’ẽva rehe, oguerekóva treinta áño oñepyrũ jave hembiapo.</w:t>
      </w:r>
    </w:p>
    <w:p>
      <w:pPr>
        <w:pStyle w:val="ArticleScripture"/>
        <w:jc w:val="left"/>
      </w:pPr>
      <w:r>
        <w:rPr>
          <w:rFonts w:ascii="Times New Roman" w:hAnsi="Times New Roman" w:eastAsia="Times New Roman" w:cs="Times New Roman"/>
        </w:rPr>
        <w:t>Peẽ avei, ita oikovévaicha, peñemopuʼã óga espiritual ramo, peteĩ saserdóte marangatu ramo, peikuaveʼẽ hag̃ua mymbajuka espiritual, Ñandejárape ojereroviakuaáva Jesucristo rupive. 1 Pedro 2:5.</w:t>
      </w:r>
    </w:p>
    <w:p>
      <w:pPr>
        <w:pStyle w:val="ArticleBody"/>
        <w:jc w:val="left"/>
      </w:pPr>
      <w:r>
        <w:rPr>
          <w:rFonts w:ascii="Times New Roman" w:hAnsi="Times New Roman" w:eastAsia="Times New Roman" w:cs="Times New Roman"/>
        </w:rPr>
        <w:t>Umi saserdóte avei ojehechauka vaʼekue umi mbohapy sa Millerita maranduhára rupive, ojapyhývaʼekue umi mbohapy sa cuadro 1843-gua oñemoherakuã vaʼekue, ha oipuruvaʼekue umi cuadro ogueraha hag̃ua pe marandu ijatykuérape.</w:t>
      </w:r>
    </w:p>
    <w:p>
      <w:pPr>
        <w:pStyle w:val="ArticleScripture"/>
        <w:jc w:val="left"/>
      </w:pPr>
      <w:r>
        <w:rPr>
          <w:rFonts w:ascii="Times New Roman" w:hAnsi="Times New Roman" w:eastAsia="Times New Roman" w:cs="Times New Roman"/>
        </w:rPr>
        <w:t>“Upéi oñemongeta rire michĩmi ko mba’e rehe, peteĩ ñe’ẽme oñevota hag̃ua mbohapy sa’yteĩ jey ojeguereko hag̃ua kuatia ta’ãngáva ko’ãichagua ko peteĩvaicha, ha pya’e upéva ojejapo. Umíva oñembohéra vaʼekue ‘the ‘43 charts.’ Ko Conferencia tuichaiterei iñimportánteva.” The Autobiography of Joseph Bates, 263.</w:t>
      </w:r>
    </w:p>
    <w:p>
      <w:pPr>
        <w:pStyle w:val="ArticleScripture"/>
        <w:jc w:val="left"/>
      </w:pPr>
      <w:r>
        <w:rPr>
          <w:rFonts w:ascii="Times New Roman" w:hAnsi="Times New Roman" w:eastAsia="Times New Roman" w:cs="Times New Roman"/>
        </w:rPr>
        <w:t>“Koʼág̃a ñande rembiasakue ohechauka oĩhague cientos oporomboʼéva umi peteĩcha cuadro cronológico-gui William Miller ojapoháicha, opavave peteĩchagua. Upérõ pe marandu peteĩntevaʼekue, peteĩ tema año rehegua: Ñandejára Jesús ou hag̃ua peteĩ ára oñemohenda porãvape, 1844-pe.” Joseph Bates, Early SDA Pamphlets, 17.</w:t>
      </w:r>
    </w:p>
    <w:p>
      <w:pPr>
        <w:pStyle w:val="ArticleBody"/>
        <w:jc w:val="left"/>
      </w:pPr>
      <w:r>
        <w:rPr>
          <w:rFonts w:ascii="Times New Roman" w:hAnsi="Times New Roman" w:eastAsia="Times New Roman" w:cs="Times New Roman"/>
        </w:rPr>
        <w:t>Umi 300 predikadór milleríta ojapo hembiapo pe ángel peteĩha rembiasakue aja, ha pe inspiración ñandéve omomarandu pe ángel peteĩha ohechauka hag̃ua pe ángel mbohapyha. Haʼekuéra, Joseph Bates heʼiháicha, “opavave peteĩchagua.” Gedeón omboʼe iñehército de trescientos-pe ojapo hag̃ua haʼe ojapohaguéicha. Umi 300 predikadór milleríta, ojehechaukaramóva Gedeón ñehército de trescientos rupive, oñemohenda vaʼerã 9/11-pe, upépe pe marandu peteĩha oñemombareteha ha pe prueba oñepyrũ.</w:t>
      </w:r>
    </w:p>
    <w:p>
      <w:pPr>
        <w:pStyle w:val="ArticleScripture"/>
        <w:jc w:val="left"/>
      </w:pPr>
      <w:r>
        <w:rPr>
          <w:rFonts w:ascii="Times New Roman" w:hAnsi="Times New Roman" w:eastAsia="Times New Roman" w:cs="Times New Roman"/>
        </w:rPr>
        <w:t>Upéi Jerobaal, ha’éva Gedeón, ha opaite tavayguakuéra oĩva hendive opu’ã pyhareve voi, ha oñembohupa Harod ykuá ypýpe; upéicha rupi Madián ñorairõhára aty oĩ ijyvate gotyo, Móre yvyty ypýpe, pe ñu mbytépe. Ñandejára katu he’i Gedeónpe: Hetaiterei pe tavayguakuéra oĩva nendive, che ame’ẽ hag̃ua Madián guakuérape ipópekuéra, ani hag̃uáicha Israel oñemomba’eguasu che rovái ha he’i: Che po tee che salváma. Ko’ág̃a ningo tereho ha eikuaauka tavayguakuéra apysápe, erehápe: Oimeraẽ oĩva kyhyje ha okyhyjéva, tojere ha tojepe’a pyhareve Gilead yvytýgui. Upérõ tavayguakuéragui ojevy mokõi ha mokõipa mil, ha opyta diez mil. Ha Ñandejára he’i Gedeónpe: Gueteri hetaiterei tavayguakuéra; egueraha chupekuéra y rendápe, ha upépe ahechaukáta ndéve mávapa oho va’erã ne ndive; ha péicha oikóta, upe rehe che ha’éva ndéve: Kóva oho ne ndive, upéva oho ne ndive; ha upe rehe che ha’éva ndéve: Kóva ndohomo’ãi ne ndive, upéva ndohomo’ãi.</w:t>
      </w:r>
    </w:p>
    <w:p>
      <w:pPr>
        <w:pStyle w:val="ArticleScripture"/>
        <w:jc w:val="left"/>
      </w:pPr>
      <w:r>
        <w:rPr>
          <w:rFonts w:ascii="Times New Roman" w:hAnsi="Times New Roman" w:eastAsia="Times New Roman" w:cs="Times New Roman"/>
        </w:rPr>
        <w:t>Upémarõ ogueraha pe tavayguakuérape y rendápe; ha Ñandejára he’i Gedeónpe: Opaite umi oguapýva y’u hag̃ua hẽndive, jaguaicha, upéva remoĩva’erã ijehegui año; upéicha avei opaite umi oñesũva ikupytépe y’u hag̃ua. Ha umi y’u va’ekue, omoĩvo ipo ijurúpe, mbohapy sua kuimba’e; ha opaite ambue tavayguakuéra oñesũ ikupytépe y’u hag̃ua. Jueces 7:1–6.</w:t>
      </w:r>
    </w:p>
    <w:p>
      <w:pPr>
        <w:pStyle w:val="ArticleBody"/>
        <w:jc w:val="left"/>
      </w:pPr>
      <w:r>
        <w:rPr>
          <w:rFonts w:ascii="Times New Roman" w:hAnsi="Times New Roman" w:eastAsia="Times New Roman" w:cs="Times New Roman"/>
        </w:rPr>
        <w:t>Héra Guidéon réra oñemoambue Jerobaalpe, he’iséva “ñorairõ Baal ndive”. Guidéon he’ise “mboykuaha”, ha Juan Bautista omoĩ pe hacha yvyramáta rapópe. Juan ohechauka porã va’ekue William Millerpe, pe mensahéro ánhel peteĩha rehegua, upépe hína Guidéon oñembojoja. Guidéon ha’e Miller, pe Elías alfa, umi mbohapy ánhel rembiasakuépe.</w:t>
      </w:r>
    </w:p>
    <w:p>
      <w:pPr>
        <w:pStyle w:val="ArticleBody"/>
        <w:jc w:val="left"/>
      </w:pPr>
      <w:r>
        <w:rPr>
          <w:rFonts w:ascii="Times New Roman" w:hAnsi="Times New Roman" w:eastAsia="Times New Roman" w:cs="Times New Roman"/>
        </w:rPr>
        <w:t>Madián ñemoñarekuéra hína pe ñorairõhára yvate gotyogua, ha oñembohóga hikuái pe yvyty Moreh ypýpe, ha Gedeón katu pe ykua Harod ykére, he’iséva kyhyje ha ñemondýi. 9/11 ogueru terrorismo, ha pe marandu peteĩha ha’e peteĩ ñehenói jaikyhyje hag̃ua Tupãgui. Gedeón oĩ 9/11-pe, pe ykua Harod ykére (terrorismo), ha pe ñorairõhára yvate gotyogua pe ñu mbytépe pe yvyty Moreh ypýpe, he’iséva ama pyharevegua. 9/11-pe pe ñehypýi ama pahaguegua rehegua, ha’éva ama pyharevegua, oñepyrũ oky pe yvyty Moreh guive. Pe peteĩha mokõi prueba apytégui rire, umi mokõi pa mokõi sua tapicha oñemondo hógape yvyty Galaad guive. Galaad he’ise techaukaha tape rehegua, ha pe techaukaha upépe umi mokõi pa mokõi sua oñemondo hógape ha’e pe peteĩha ñembyasygua 19 jasyrundy 1844 térã 18 jasypokõi 2020. Mokõi pa mokõi omarkaha pe techaukaha peteĩha ñembyasygua rehegua, péicha avei 22 ohechauka pe ára oguahẽ haguépe pe tuicha ñembyasygua 22 jasypa 1844-pe.</w:t>
      </w:r>
    </w:p>
    <w:p>
      <w:pPr>
        <w:pStyle w:val="ArticleBody"/>
        <w:jc w:val="left"/>
      </w:pPr>
      <w:r>
        <w:rPr>
          <w:rFonts w:ascii="Times New Roman" w:hAnsi="Times New Roman" w:eastAsia="Times New Roman" w:cs="Times New Roman"/>
        </w:rPr>
        <w:t>Pe prueba rire vaʼekue pe y rehegua prueba, ojehechauka vaʼekue Millerita rembiasakuepe pe aty guasu Exeter-pe, upépe mokõi karpa oĩ vaʼekue y rehe ndive ojoajúva, upéicha rupi ohechaukáva mokõi clase omombaʼeguasúva. Exeter heʼise “mbarete renda y ári”, ha pe ambue karpa oĩkuri pype umi vírgen tarovakuéra Watertown-gua. Exeter ohechauka Gedeón y rehegua prueba, ha ndahaʼéi pe y añoite, síno pe método ojepurúva oñemboyʼu hag̃ua pe y. Peteĩ clase ikaneʼõ eterei vaʼekue ndaikatúi hag̃ua osegi oguata aja ombyaty pe y, ha pe ambue clase osegi tenonde gotyo. Peteĩ clase haʼe vaʼekue pe ikaneʼõva, ojehechaukáva Lea rupive, ojoavy hag̃ua Raquel-gui, pe tape rupi oho porãva.</w:t>
      </w:r>
    </w:p>
    <w:p>
      <w:pPr>
        <w:pStyle w:val="ArticleBody"/>
        <w:jc w:val="left"/>
      </w:pPr>
      <w:r>
        <w:rPr>
          <w:rFonts w:ascii="Times New Roman" w:hAnsi="Times New Roman" w:eastAsia="Times New Roman" w:cs="Times New Roman"/>
        </w:rPr>
        <w:t>Pe ministerio Future for America ha’e vaʼekue Gedeón rehegua 9/11-pe, upérõ pe peteĩha mokõi prueba apytégui omopotĩta kuri peteĩ aty tuicháva Gedeón atyguágui. Pe terrorismo oikovaʼekue 9/11-pe ohechauka Harod ykua kyhyje ha ñemondýi rehegua, ha pe cerro Moreh ohechauka pe ama ára pahápe gua ñepyrũ. Peteĩ ñembojaʼo oiko vaʼekue 18 jasypokõi 2020-pe, upérõ mokõi pa mokõi mil osẽ, upéicha oñemarka hag̃ua pe ára oñehaʼãrõva ñepyrũ pe papapy mokõi pa mokõi reheve. Gedeón rembiapoapy saʼi haʼe umi ohasa pe mokõiha prueba, ha upéva hína pe prueba pe metodología rehegua ama ára pahápe gua, ojehechakuaaháicha Isaías mokõi pa poapy-pe.</w:t>
      </w:r>
    </w:p>
    <w:p>
      <w:pPr>
        <w:pStyle w:val="ArticleBody"/>
        <w:jc w:val="left"/>
      </w:pPr>
      <w:r>
        <w:rPr>
          <w:rFonts w:ascii="Times New Roman" w:hAnsi="Times New Roman" w:eastAsia="Times New Roman" w:cs="Times New Roman"/>
        </w:rPr>
        <w:t>Pedro oĩ Pániope ha Pentekóstepe avei. Pentekóste ha’e pe léi domingo rehegua, ha Daniel capítulo 11, versíkulo 16, avei ha’e pe léi domingo rehegua. Umi versíkulo 13 guive 15 peve capítulo 11-pe Daniel-pe guare ha’e Pánio, ha umi versíkulo ohechauka pe tembiasakue profétika okáguio oúva ogueraha pe léi domingo peve; ha Pedro, Hechos-pe, pe aravo mbohapyha ha porundyha-pe, ohechauka pe tembiasakue profétika hyepypegua ogueraháva pe léi domingo peve. Pe línea okápe ohechauka pe tembiasakue ogueraháva pe mymba rapykue peve, ha pe línea hyepypegua ohechauka pe tembiasakue oñemokyre’ỹhague pe cien cuarenta y cuatro mil rehe. Pedro ha’égui peteĩ símbolo tuichaitereíva mokõivéva tembiasakuepe, okápe ha hyepýpe, ko’ág̃a oĩva ihupytyrãme, ojehecha porãkuri omoĩ hag̃ua Pedrope pe contexto profétikope oikóva Ñandejára Ñe’ẽ ñemoñe’ẽ yvypórape guýpe.</w:t>
      </w:r>
    </w:p>
    <w:p>
      <w:pPr>
        <w:pStyle w:val="ArticleBody"/>
        <w:jc w:val="left"/>
      </w:pPr>
      <w:r>
        <w:rPr>
          <w:rFonts w:ascii="Times New Roman" w:hAnsi="Times New Roman" w:eastAsia="Times New Roman" w:cs="Times New Roman"/>
        </w:rPr>
        <w:t>Umi doce profecía mesiánica ojehechaukáva oñekumpliha Mateo kuatiápe ohechauka tembiasakue umi ciento cuarenta y cuatro mil rehegua. “Aravo paha” ohechauka peteĩ movimiento reformador ñepyrũ, ha Aarón ha Moisés heñoikue ohechauka haguéicha “aravo paha” Moisés línea-pe, Cristo alfa-pe, upéicha avei Juan heñoikue, ha iñirũnguéra Jesús heñoikue ohechauka “aravo paha” ary 1989-pe. Opa mba’épe, iporãpa ñahesa’ỹijo umi doce profecía mesiánica niko iporãve ñañamindu’u hag̃ua hese, oñemoĩvo hekopete ambue porandu rupi. Mba’e ambue kuatia bíblico piko ohechauka hetaite umi cumplimiento mesiánico Mateo-pe ojejuhuháicha?</w:t>
      </w:r>
    </w:p>
    <w:p>
      <w:pPr>
        <w:pStyle w:val="ArticleScripture"/>
        <w:jc w:val="left"/>
      </w:pPr>
      <w:r>
        <w:rPr>
          <w:rFonts w:ascii="Times New Roman" w:hAnsi="Times New Roman" w:eastAsia="Times New Roman" w:cs="Times New Roman"/>
        </w:rPr>
        <w:t>“Yvy ape ári Tupã rembiapo ohechauka, ára guive ára peve, peteĩ joja porãite opaichagua tuicha ñemyatyrõ térã ñemongu’e religioso-pe. Umi principio Tupã oikuaa hag̃ua yvypórape ndive ha’e tapiaite peteĩcha. Umi ñemongu’e iñimportanteva ko’ág̃agua oreko hekojoja umi yma guarakuéra ndive, ha tupao jehasa asy ymavegua oreko mbo’epy tuicha mba’éva ñane árape g̃uarã.” The Great Controversy, 343.</w:t>
      </w:r>
    </w:p>
    <w:p>
      <w:pPr>
        <w:pStyle w:val="ArticleBody"/>
        <w:jc w:val="left"/>
      </w:pPr>
      <w:r>
        <w:rPr>
          <w:rFonts w:ascii="Times New Roman" w:hAnsi="Times New Roman" w:eastAsia="Times New Roman" w:cs="Times New Roman"/>
        </w:rPr>
        <w:t>Opaite ku’e oñemyatyrõ hag̃ua oguereko peteĩ ñepyrũha, ha upéva oñembohéra “paha ára” Daniel kuatiañe’ẽme. Paha ára Cristo rembiapo ñemyatyrõrãme ha’e va’ekue Hembiapo ypy, ha upéva ohechauka hag̃ua mokõivéva 1798 ha 1989,</w:t>
      </w:r>
    </w:p>
    <w:p>
      <w:pPr>
        <w:pStyle w:val="ArticleHeading"/>
        <w:jc w:val="left"/>
      </w:pPr>
      <w:r>
        <w:rPr>
          <w:rFonts w:ascii="Arial" w:hAnsi="Arial" w:eastAsia="Arial" w:cs="Arial"/>
        </w:rPr>
        <w:t>Pe Tape Mesiániko Ypykue — 1989</w:t>
      </w:r>
    </w:p>
    <w:p>
      <w:pPr>
        <w:pStyle w:val="ArticleScripture"/>
        <w:jc w:val="left"/>
      </w:pPr>
      <w:r>
        <w:rPr>
          <w:rFonts w:ascii="Times New Roman" w:hAnsi="Times New Roman" w:eastAsia="Times New Roman" w:cs="Times New Roman"/>
        </w:rPr>
        <w:t>Ha’e kuéra he’i chupe: “Belénpe, Judea retãme; péicha niko ojehai proféta rupive: ‘Ha nde, Belén, Judá yvýpe, ndaha’éi ni mba’eveichavéramo pe michĩvéva umi mburuvicha Judágua apytépe; ndehegui osẽta peteĩ Mburuvicha, omoakãva’ẽta che retã Israel-pe.’” Mateo 2:5, 6.</w:t>
      </w:r>
    </w:p>
    <w:p>
      <w:pPr>
        <w:pStyle w:val="ArticleHeading"/>
        <w:jc w:val="left"/>
      </w:pPr>
      <w:r>
        <w:rPr>
          <w:rFonts w:ascii="Arial" w:hAnsi="Arial" w:eastAsia="Arial" w:cs="Arial"/>
        </w:rPr>
        <w:t>Predicción</w:t>
      </w:r>
    </w:p>
    <w:p>
      <w:pPr>
        <w:pStyle w:val="ArticleScripture"/>
        <w:jc w:val="left"/>
      </w:pPr>
      <w:r>
        <w:rPr>
          <w:rFonts w:ascii="Times New Roman" w:hAnsi="Times New Roman" w:eastAsia="Times New Roman" w:cs="Times New Roman"/>
        </w:rPr>
        <w:t>Ha nde, Belén Efrata, nde michĩramo jepe Judá rehegua miles apytépe, ndehegui osẽta chéve pe oisãmbyhýtava Israel-pe; ha’e osẽmava yma guive, opa ára guive. Miqueas 5:2.</w:t>
      </w:r>
    </w:p>
    <w:p>
      <w:pPr>
        <w:pStyle w:val="ArticleBody"/>
        <w:jc w:val="left"/>
      </w:pPr>
      <w:r>
        <w:rPr>
          <w:rFonts w:ascii="Times New Roman" w:hAnsi="Times New Roman" w:eastAsia="Times New Roman" w:cs="Times New Roman"/>
        </w:rPr>
        <w:t>1989 ha’e va’ekue pe ára paha pe tembiapo rehegua pe ánhel mbohapývape g̃uarã. Oguahẽ 126 ary rire pe ñemoĩva’ekue 1863-pe, ha ojehechauka Ronald Reagan ha George Bush tuvicha kuéra rupive. Pe ára paha Moisés rembiasakuepe ha’e va’ekue Aarón ha Moisés ñemoñare, ha upéicha avei pe ára paha Cristo rembiasakuepe ha’e Juan Bautista ha Cristo ñemoñare. Daniel kuatiañe’ẽ ojeipe’áramo, oiko haguéicha 1989-pe, oĩ peteĩ arandu ñembohetave. Upe arandu ñembohetave ogueru pe mokõiha techaukaha, ojekuaaukávo araka’épa oñemoheñói peteĩ marandu ñeha’ãrãva pe arandu ojeipe’a va’ekuégui.</w:t>
      </w:r>
    </w:p>
    <w:p>
      <w:pPr>
        <w:pStyle w:val="ArticleBody"/>
        <w:jc w:val="left"/>
      </w:pPr>
      <w:r>
        <w:rPr>
          <w:rFonts w:ascii="Times New Roman" w:hAnsi="Times New Roman" w:eastAsia="Times New Roman" w:cs="Times New Roman"/>
        </w:rPr>
        <w:t>Opaite movimiento reformador ohechauka peteĩ punto pe marandu oñembohekoha forma oficial-pe ha upéi oiko hag̃ua peteĩ marandu de prueba. Cristo akóinte omyesakã pe prueba, tenonderãite ojerure mboyve kuimbaʼe ha kuñanguérape tojapo hag̃ua hembiapo porã pe prueba renondépe. Adán ha Eva-pe oñemombeʼu vaʼekue tenonderãite mbaʼeichaitépa oikóta ichupekuéra nohendúiramo; ha Tupã arakaʼeve ndoikói iñambue hag̃ua.</w:t>
      </w:r>
    </w:p>
    <w:p>
      <w:pPr>
        <w:pStyle w:val="ArticleScripture"/>
        <w:jc w:val="left"/>
      </w:pPr>
      <w:r>
        <w:rPr>
          <w:rFonts w:ascii="Times New Roman" w:hAnsi="Times New Roman" w:eastAsia="Times New Roman" w:cs="Times New Roman"/>
        </w:rPr>
        <w:t>Ha Ñandejára Tupã omanda vaʼekue kuimbaʼépe, heʼívo: Oimeraẽ yvyramáta pe yvotytýpe ikatu reʼu lívre hag̃uáicha; ha pe yvyramáta mbaʼe porã ha mbaʼe vai jeikuaa rehegua gui katu ani reʼu; nde reʼúramo chugui upe árape, añetehápe remanóta. Génesis 2:16, 17.</w:t>
      </w:r>
    </w:p>
    <w:p>
      <w:pPr>
        <w:pStyle w:val="ArticleBody"/>
        <w:jc w:val="left"/>
      </w:pPr>
      <w:r>
        <w:rPr>
          <w:rFonts w:ascii="Times New Roman" w:hAnsi="Times New Roman" w:eastAsia="Times New Roman" w:cs="Times New Roman"/>
        </w:rPr>
        <w:t>William Miller “omohenda mbarete” pe marandu porãha peteĩha ánga rehegua ára 1831 guive 1833 peve. Marandu umi cien cuarenta y cuatro mil rehegua omohenda mbarete hag̃ua ára 1996-pe, osẽrõ guare pe revista Time of the End, ogueraháva Daniel once paha seis versículo, umi oñemboty’ỹva’ekue ára 1989-pe. Upe aryvépe osẽ avei pe publicación hérava Prophetic Time Lines, ha upéva omyesakã pe metodología imbaretevéva mokõi pa mokõi jey umi regla William Miller omoneĩ vaʼekuégui. Umi regla koʼág̃a oñemohenda pe publicación Prophetic Keys-pe. Umi regla opavave umi omombeʼútava pe tercer ánga marandu porã oipurútava hína, haʼe hína Miller regla-kuéra.</w:t>
      </w:r>
    </w:p>
    <w:p>
      <w:pPr>
        <w:pStyle w:val="ArticleScripture"/>
        <w:jc w:val="left"/>
      </w:pPr>
      <w:r>
        <w:rPr>
          <w:rFonts w:ascii="Times New Roman" w:hAnsi="Times New Roman" w:eastAsia="Times New Roman" w:cs="Times New Roman"/>
        </w:rPr>
        <w:t>“Umi oñemoĩva hína omoherakuã hag̃ua pe tercer ánhel rembiguái marandu ohekávo Ñandejára Ñe’ẽryru umi Escritura pe tembiaporã rape rupive oguerekova’ekue Túva Miller.” Review and Herald, 25 de noviembre de 1884.</w:t>
      </w:r>
    </w:p>
    <w:p>
      <w:pPr>
        <w:pStyle w:val="ArticleBody"/>
        <w:jc w:val="left"/>
      </w:pPr>
      <w:r>
        <w:rPr>
          <w:rFonts w:ascii="Times New Roman" w:hAnsi="Times New Roman" w:eastAsia="Times New Roman" w:cs="Times New Roman"/>
        </w:rPr>
        <w:t>Miller rembiapoukapy kuéra hína alfa ha Lláve Profética kuéra hína omega. Peteĩnte tape ojejuhu hag̃uáicha oñehasa hag̃ua peteĩ marandu profético de prueba, ha’e jaiporu hag̃ua pe metodología de estudio oñemyesakãva Tupã Ñe’ẽme. Pe marandu añetegua ndaikatúi oñemboja’o pe metodología añeteguágui omopyendáva pe marandu. Opa movimiento de reforma-pe pe marandu de prueba upe generación-pe g̃uarã oñemoĩ tenondépe, ha upépe oike avei pe metodología hekopeteva peteĩ elemento ramo pe waymark-pe. Pe marandu Miller rehegua oñemopyenda va’ekue pe libro de Daniel ojeipe’a jeývo. Iñarandu ha’e va’ekue avei Gedeón marandu, péva avei oguenohẽ rupi peteĩ ehérsito mbohapy cientos-peguáva.</w:t>
      </w:r>
    </w:p>
    <w:p>
      <w:pPr>
        <w:pStyle w:val="ArticleScripture"/>
        <w:jc w:val="left"/>
      </w:pPr>
      <w:r>
        <w:rPr>
          <w:rFonts w:ascii="Times New Roman" w:hAnsi="Times New Roman" w:eastAsia="Times New Roman" w:cs="Times New Roman"/>
        </w:rPr>
        <w:t>Ha’e omboja’o umi mbohapysa cien kuimba’épe mbohapy atype, ha ome’ẽ peteĩ trompéta peteĩteĩ kuimba’épe pópe, yryru nandi ndive, ha tataendy umi yryru ryepýpe. Ha he’i chupekuéra: Pejesareko cherehe, ha pejapo péicha avei; ha, péina ápe, ag̃uahẽvo táva ñorairõhára renda okápe, oikóta péicha: ajapoháicha, péicha pejapóta peẽ avei. Apu’ãvo trompéta rehe, che ha opa umi oĩva che ndive, upéicharõ peẽ avei peipu’ãke trompéta opa hendáicha pe táva ñorairõhára renda jerére, ha peje: Ñandejára kyse puku, ha Gedeón mba’e. Jueces 7:16–18.</w:t>
      </w:r>
    </w:p>
    <w:p>
      <w:pPr>
        <w:pStyle w:val="ArticleBody"/>
        <w:jc w:val="left"/>
      </w:pPr>
      <w:r>
        <w:rPr>
          <w:rFonts w:ascii="Times New Roman" w:hAnsi="Times New Roman" w:eastAsia="Times New Roman" w:cs="Times New Roman"/>
        </w:rPr>
        <w:t>Miller marandu ha’eva’ekue pe “mbaraka”, ha pe “kyse puku”. Upéicharõ jepe, ha’eva’ekue pe kyse puku Gedeón ha Ñandejára rehegua mokõivéva. Ñandejára Ñe’ẽ oñemoherakuãkuri ary 1611-pe, ha 220 ary rire Miller omoherakuã imarandu pe ánhel peteĩha rehegua. Pe Tetã Jeheguigua Je’e oñemoherakuãkuri ary 1776-pe, ha 220 ary rire, 1996-pe, oñemoherakuã pe ánhel mbohapyha marandu. Miller rembiapo ha’eva’ekue pe ánhel peteĩha marandu hyepypegua Ñandejára tavayguakuéra rehegua, ojehechaukaháicha pe visión Ysyry Ulai rehegua, omombe’úva huísio ñepyrũ. Pe ánhel mbohapyha marandu Future for America rehegua ha’e Ñandejára tavayguakuéra marandu okapegua, ojehechaukaháicha pe visión Ysyry Hiddekel rehegua, omombe’úva huísio paha.</w:t>
      </w:r>
    </w:p>
    <w:p>
      <w:pPr>
        <w:pStyle w:val="ArticleBody"/>
        <w:jc w:val="left"/>
      </w:pPr>
      <w:r>
        <w:rPr>
          <w:rFonts w:ascii="Times New Roman" w:hAnsi="Times New Roman" w:eastAsia="Times New Roman" w:cs="Times New Roman"/>
        </w:rPr>
        <w:t>Pe metodología profética ojehechauka peteĩva umi profesía mesiánicagui Mateo ohechakuaáva oñekumpli hague Cristo rehe, ha upéicha rupi ohechaukaramo 1831, “túva” orepresentávo ita’ýrape 1996-pe. Mokõi testígo metodología rehegua ha’e peteĩ alfa ha omega, ha mensahéro yvypóra oike hag̃ua rupi, oñondive omoĩ peteĩ túva ha ta’ýra joaju, ha upéva hína Malaquías Elías marandu joaju. Umi túva korasõ ojere umi mitãnguéra gotyo, ha upéicha avei ambue hendáicha. Miller rembiapoukapykuéra oñembojoaju va’erã umi tembiapoukapy hérava Lláve Profética ndive. Pe tesape pyahu oñemopu’ã va’erã pe tesape tuja ári. Umi oiporavo’ỹva oiporu hag̃ua metodología 1831 ha 1996 rehegua oñemaldesi. Peteĩ aty oñemaldesi, ha ambue oñevendesi. ¿Nde pógui piko oĩ pe poravo?</w:t>
      </w:r>
    </w:p>
    <w:p>
      <w:pPr>
        <w:pStyle w:val="ArticleHeading"/>
        <w:jc w:val="left"/>
      </w:pPr>
      <w:r>
        <w:rPr>
          <w:rFonts w:ascii="Arial" w:hAnsi="Arial" w:eastAsia="Arial" w:cs="Arial"/>
        </w:rPr>
        <w:t>Pe Mokõiha Mesianogua —1996</w:t>
      </w:r>
    </w:p>
    <w:p>
      <w:pPr>
        <w:pStyle w:val="ArticleScripture"/>
        <w:jc w:val="left"/>
      </w:pPr>
      <w:r>
        <w:rPr>
          <w:rFonts w:ascii="Times New Roman" w:hAnsi="Times New Roman" w:eastAsia="Times New Roman" w:cs="Times New Roman"/>
        </w:rPr>
        <w:t>Ojehu hag̃ua pe oñeʼẽvaʼekue maranduhára rupive, heʼívo: Aipeʼáta che juru ñeʼẽngaʼupyrãme; amombeʼúta umi mbaʼe oñeñongatúvaʼekue yvóra ñepyrũmby guive. Mateo 13:35.</w:t>
      </w:r>
    </w:p>
    <w:p>
      <w:pPr>
        <w:pStyle w:val="ArticleHeading"/>
        <w:jc w:val="left"/>
      </w:pPr>
      <w:r>
        <w:rPr>
          <w:rFonts w:ascii="Arial" w:hAnsi="Arial" w:eastAsia="Arial" w:cs="Arial"/>
        </w:rPr>
        <w:t>Predicción</w:t>
      </w:r>
    </w:p>
    <w:p>
      <w:pPr>
        <w:pStyle w:val="ArticleScripture"/>
        <w:jc w:val="left"/>
      </w:pPr>
      <w:r>
        <w:rPr>
          <w:rFonts w:ascii="Times New Roman" w:hAnsi="Times New Roman" w:eastAsia="Times New Roman" w:cs="Times New Roman"/>
        </w:rPr>
        <w:t>Ajuráta che juru peteĩ ñe’ẽnga’upe; amombe’úta yma guare ñe’ẽ kañymby. Salmos 78:2.</w:t>
      </w:r>
    </w:p>
    <w:p>
      <w:pPr>
        <w:pStyle w:val="ArticleBody"/>
        <w:jc w:val="left"/>
      </w:pPr>
      <w:r>
        <w:rPr>
          <w:rFonts w:ascii="Times New Roman" w:hAnsi="Times New Roman" w:eastAsia="Times New Roman" w:cs="Times New Roman"/>
        </w:rPr>
        <w:t>Ñe’ẽnguéra iñypytũva; umi parábola León Judá ñemoñaregua “he’ẽva” ohechauka jehechauka-kuéra línea ári línea rehegua, añetegua-kuéra oñembotýva térã oñeñongatúva kañyhápe yvy oñemoñepyrũ guive. Peteĩ jey pe marandu oñemoheñóikuri hag̃ua peteĩ forma oficial-pe, upéi oñemombarete peteĩ profecía ñemyenyhẽ rupive, ha upéva ohechauka pe tiempo de prueba ñepyrũ.</w:t>
      </w:r>
    </w:p>
    <w:p>
      <w:pPr>
        <w:pStyle w:val="ArticleBody"/>
        <w:jc w:val="left"/>
      </w:pPr>
      <w:r>
        <w:rPr>
          <w:rFonts w:ascii="Times New Roman" w:hAnsi="Times New Roman" w:eastAsia="Times New Roman" w:cs="Times New Roman"/>
        </w:rPr>
        <w:t>Pe ama oky riregua oñepyrũrõ guare omimbi hag̃ua ára 11 jasyporundy 2001-pe, oñembopyahu jey vaʼekue pe puʼakaʼỹvaʼekue 1888-pe ha Coré rembipota vai. Pe puʼakaʼỹvaʼekue Minneapolis-pe ary 1888-pe, ha Coré rembipota vaípe, Ñandejára remimbou kuéra ojeporavóva oñemboyke vaʼekue pe marandu haʼekuéra ogueru vaʼekue ndive. Mokõivéva, pe mitã ha pe y ojahuhague, oñemombo vaʼekue oñondivepa. Oñemombo vaʼekue ko mbaʼe’ẽ guýpe: opa pe aty haʼeha imarangatu hag̃uáicha umi Ñandejára oiporavo vaʼekuéicha. Umi opuʼãva ndaikatúi vaʼekue ohechakuaa hag̃ua pe Divinidad umi maranduhára yvypóra ndive. Haʼekuéra ohecha mante vaʼekue ijehekuéra, yvyporakuéra ndaipóri hag̃uáicha Divinidad, upévare opensa vaʼekue opavave peteĩchanteha.</w:t>
      </w:r>
    </w:p>
    <w:p>
      <w:pPr>
        <w:pStyle w:val="ArticleScripture"/>
        <w:jc w:val="left"/>
      </w:pPr>
      <w:r>
        <w:rPr>
          <w:rFonts w:ascii="Times New Roman" w:hAnsi="Times New Roman" w:eastAsia="Times New Roman" w:cs="Times New Roman"/>
        </w:rPr>
        <w:t>Ko'ág̃a Coré, Izhar ra'y, Coat ra'y, Leví ra'y, ha Datán ha Abiram, Eliab ra'ykuéra, ha On, Pélet ra'y, Rubén ñemoñarekuéra, ojapyhy kuimba'ékuérape; ha opu'ã Moisés renondépe, Israel ra'ykuéra apytégui, mokõi sa po cinco dirigentes atyguápe, kuimba'e kuéra herakuã porãva aty pýpe, kuimba'e kuéra jehechakuaáva; ha oñembyaty hikuái Moisés rehe ha Aarón rehe, ha he'i chupekuéra: Peẽ pejapyhy heta iterei pende ári, opaite aty niko imarangatu, peteĩteĩva umíva, ha Ñandejára oĩ hendivekuéra; mba'ére piko upéicharõ peñemopu'ã Ñandejára aty ári? Números 16:1–3.</w:t>
      </w:r>
    </w:p>
    <w:p>
      <w:pPr>
        <w:pStyle w:val="ArticleBody"/>
        <w:jc w:val="left"/>
      </w:pPr>
      <w:r>
        <w:rPr>
          <w:rFonts w:ascii="Times New Roman" w:hAnsi="Times New Roman" w:eastAsia="Times New Roman" w:cs="Times New Roman"/>
        </w:rPr>
        <w:t>Coré ñemoĩmbaje, 1888 ha 9/11 ojehechauka peteĩ refusoramo oñemoĩ hag̃ua Tupã ojeporavo vaʼekue liderazgo poguýpe, ha upekuévo oñemoĩ jerovia peteĩ japu hag̃ua ñemyesakã Tupã kongregasión rehegua rehe. Jeremías ohechakuaa upe mbaʼe peteĩchaite umi opuʼãva heʼírõ guare: “Pe Tupã Róga, pe Tupã Róga koʼãva hína.”</w:t>
      </w:r>
    </w:p>
    <w:p>
      <w:pPr>
        <w:pStyle w:val="ArticleScripture"/>
        <w:jc w:val="left"/>
      </w:pPr>
      <w:r>
        <w:rPr>
          <w:rFonts w:ascii="Times New Roman" w:hAnsi="Times New Roman" w:eastAsia="Times New Roman" w:cs="Times New Roman"/>
        </w:rPr>
        <w:t>Ñe'ẽ ou va'ekue Jeremíaspe Ñandejáragui, he'ívo,</w:t>
      </w:r>
    </w:p>
    <w:p>
      <w:pPr>
        <w:pStyle w:val="ArticleScripture"/>
        <w:jc w:val="left"/>
      </w:pPr>
      <w:r>
        <w:rPr>
          <w:rFonts w:ascii="Times New Roman" w:hAnsi="Times New Roman" w:eastAsia="Times New Roman" w:cs="Times New Roman"/>
        </w:rPr>
        <w:t>Eñembo’y Jehová róga rokẽme, ha upépe emomarandu ko ñe’ẽ, ha ere: Pehendúke Jehová ñe’ẽ, peẽ mayma Judágua peikéva ko’ã rokẽ rupi pemomba’eguasu hag̃ua Jehovápe. Péicha he’i Jehová de los ejércitos, Israel Jára: Pemoambue pene rape ha pene rembiapo, ha che pohejáta peiko hag̃ua ko tenda-pe. Ani pejerovia ñe’ẽ japu rehe, peje hag̃ua: Jehová templo, Jehová templo, Jehová templo, ko’ãva.</w:t>
      </w:r>
    </w:p>
    <w:p>
      <w:pPr>
        <w:pStyle w:val="ArticleScripture"/>
        <w:jc w:val="left"/>
      </w:pPr>
      <w:r>
        <w:rPr>
          <w:rFonts w:ascii="Times New Roman" w:hAnsi="Times New Roman" w:eastAsia="Times New Roman" w:cs="Times New Roman"/>
        </w:rPr>
        <w:t>Peñemyatãramo añetehápe pende rape ha pene rembiapo; pejapóramo añetehápe tekojoja peteĩ kuimba’e ha iñirũ apytépe; pembojovaké’ỹramo pe pytagua, pe mitã oúva’ỹva túva rehegua ha pe viuda, ha peko’ẽramo’ỹ tuguy hekojojáva ko távape, ha ndapeikoírõ ambue tupãnguéra rapykuéri pende rehe iva hag̃uáicha: upéicharõ ambopytáta peẽme peiko hag̃ua ko távape, pe yvýpe ame’ẽ va’ekue pende ru kuéra ypykuépe, opa ára g̃uarã.</w:t>
      </w:r>
    </w:p>
    <w:p>
      <w:pPr>
        <w:pStyle w:val="ArticleScripture"/>
        <w:jc w:val="left"/>
      </w:pPr>
      <w:r>
        <w:rPr>
          <w:rFonts w:ascii="Times New Roman" w:hAnsi="Times New Roman" w:eastAsia="Times New Roman" w:cs="Times New Roman"/>
        </w:rPr>
        <w:t>Pema’ẽ, pejerovia ñe’ẽ japu rehe, ndaikatúiva oipytyvõ. Jeremías 7:1–8.</w:t>
      </w:r>
    </w:p>
    <w:p>
      <w:pPr>
        <w:pStyle w:val="ArticleBody"/>
        <w:jc w:val="left"/>
      </w:pPr>
      <w:r>
        <w:rPr>
          <w:rFonts w:ascii="Times New Roman" w:hAnsi="Times New Roman" w:eastAsia="Times New Roman" w:cs="Times New Roman"/>
        </w:rPr>
        <w:t>Umi ñe’ẽ japu umi judío rehegua Jeremías árape, ha’e umi ñe’ẽ japu Coré ha iñirũnguéra rehegua, umi opu’ãva ary 1888-pe ha, katuete, umi opu’ãva 9/11-pe. Ha’e umi japu umi ka’ẽva Efraín rehegua okañyha guýpe Isaías mokõipa poapy-pe.</w:t>
      </w:r>
    </w:p>
    <w:p>
      <w:pPr>
        <w:pStyle w:val="ArticleScripture"/>
        <w:jc w:val="left"/>
      </w:pPr>
      <w:r>
        <w:rPr>
          <w:rFonts w:ascii="Times New Roman" w:hAnsi="Times New Roman" w:eastAsia="Times New Roman" w:cs="Times New Roman"/>
        </w:rPr>
        <w:t>Upévare, pehendúke Ñandejára ñe'ẽ, peẽ kuimba'e puka-reíva, pejopyva ko tavayguakuéra oĩva Jerusalénpe. Pendejehe péicha piko peje: “Ore rojapo peteĩ ñe'ẽme'ẽ ñemano ndive, ha añaretã ndive roĩ peteĩ ñe'ẽme; ohasávo pe castígo osyryrymbáva, ndohumo'ãi ore ári. Japu niko rojapo ore ñemo'ãrã, ha mba'e gua'u guýpe roñemoñemi.” Isaías 28:14, 15.</w:t>
      </w:r>
    </w:p>
    <w:p>
      <w:pPr>
        <w:pStyle w:val="ArticleBody"/>
        <w:jc w:val="left"/>
      </w:pPr>
      <w:r>
        <w:rPr>
          <w:rFonts w:ascii="Times New Roman" w:hAnsi="Times New Roman" w:eastAsia="Times New Roman" w:cs="Times New Roman"/>
        </w:rPr>
        <w:t>Ha’e avei pe japu ohechaukáva ndaiporiha mborayhu pe Añeteguáre, upéva oguerúva jejavy mbarete 2 Tesalonicenses-pe.</w:t>
      </w:r>
    </w:p>
    <w:p>
      <w:pPr>
        <w:pStyle w:val="ArticleScripture"/>
        <w:jc w:val="left"/>
      </w:pPr>
      <w:r>
        <w:rPr>
          <w:rFonts w:ascii="Times New Roman" w:hAnsi="Times New Roman" w:eastAsia="Times New Roman" w:cs="Times New Roman"/>
        </w:rPr>
        <w:t>Ha upévare Tupã omondóta chupekuéra mbotavy mbarete, ogueroviá hag̃uáicha peteĩ japuva: opavave umi ndogueroviáiva’ekue pe añetegua, ha oipotava’ekue tekoñaña, oñehundí hag̃uáicha. 2 Tesalonicenses 2:11, 12.</w:t>
      </w:r>
    </w:p>
    <w:p>
      <w:pPr>
        <w:pStyle w:val="ArticleBody"/>
        <w:jc w:val="left"/>
      </w:pPr>
      <w:r>
        <w:rPr>
          <w:rFonts w:ascii="Times New Roman" w:hAnsi="Times New Roman" w:eastAsia="Times New Roman" w:cs="Times New Roman"/>
        </w:rPr>
        <w:t>Umi “ñe’ẽ japú” ohechauka pe temimo’ã tavy pe tupaópe ojejuhuha pe pysyrõ, ha ndaha’éi umi marandu rerahaha ojeporavóva ha umi marandu ojeporavo vaʼekuépe. Pe joaju Ñandejára ha yvypóra apytépe ojejapo ha oñeñangareko hag̃ua hese peteĩnte Iñeʼẽ rupive. Haʼe hína pe Ñeʼẽ, ha avave ndoumoʼãi Túva rendápe ndahaʼéiramo pe Ñeʼẽ rupive. Cristo ojehechauka umi marandu rerahaha ojeporavóva rupive ha pe marandu haʼekuéra oguerúva rupive. Ojeguerovia hag̃ua ambue mbaʼe, haʼe hína ñañemotĩ hag̃ua pe Añetegua renondépe ha jaguerovia hag̃ua peteĩ japú. Jeremías ombojaʼo umi hudío kuérape ojeroviáva pe tupaóre, imanduʼávo chupekuéra Silo rehe, upépe oñemoĩ hague Ñandejára Arca pe Yvy Ñeprometidágui oike guive.</w:t>
      </w:r>
    </w:p>
    <w:p>
      <w:pPr>
        <w:pStyle w:val="ArticleScripture"/>
        <w:jc w:val="left"/>
      </w:pPr>
      <w:r>
        <w:rPr>
          <w:rFonts w:ascii="Times New Roman" w:hAnsi="Times New Roman" w:eastAsia="Times New Roman" w:cs="Times New Roman"/>
        </w:rPr>
        <w:t>Upévare ajapóta ko óga rehe, ojehérava che rérape, peẽ pejeroviáva hese, ha upe tenda ame'ẽva peẽme ha pende ru kuérape, ajapoháicha Silópe. Ha poipe'áta peẽme che renondégui, apoihaguéicha opa pene ryvykuérare, Efraín ñemoñarekuéra kompletoitépe. Upévare ani reñembo'e ko tetãygua rehe, ani rehupi sapukái ni ñembo'e hesekuéra, ani avei che rendápe rejerure asy hesekuéra; ndahendumo'ãi niko ndéve. Jeremías 7:14–16.</w:t>
      </w:r>
    </w:p>
    <w:p>
      <w:pPr>
        <w:pStyle w:val="ArticleBody"/>
        <w:jc w:val="left"/>
      </w:pPr>
      <w:r>
        <w:rPr>
          <w:rFonts w:ascii="Times New Roman" w:hAnsi="Times New Roman" w:eastAsia="Times New Roman" w:cs="Times New Roman"/>
        </w:rPr>
        <w:t>Elí iñaña ha mokõi itaʼýra iñañáva, Hofni ha Finees, ojoja ha oñemboja peteĩcha Coré, Datán ha Abiram ndive, ohejávo oñembotuicha hag̃ua pe apostasía oñembotuichavéva pe tiempo de gracia oñemboty peve ha opavave mbohapy omano peteĩ árape, péicha avei Coré, Datán ha Abiram. ¡Opavave omano pe léi domingo-pe!</w:t>
      </w:r>
    </w:p>
    <w:p>
      <w:pPr>
        <w:pStyle w:val="ArticleBody"/>
        <w:jc w:val="left"/>
      </w:pPr>
      <w:r>
        <w:rPr>
          <w:rFonts w:ascii="Times New Roman" w:hAnsi="Times New Roman" w:eastAsia="Times New Roman" w:cs="Times New Roman"/>
        </w:rPr>
        <w:t>9/11-pe Coré ñe’ẽrendu’ỹ, ha Elí ñe’ẽrendu’ỹ, judío-kuéra ñe’ẽrendu’ỹ Jeremías testimoniope, ha umi rebelde 1888-pegua omboyke ha opu’ã pe marandu ha umi maranduhára ko periodopegua rehe. Upe periodo oñemboty pe léi domingope mokõi prueba rire. Pe prueba peteĩha oho 9/11 guive 18 jasypokõi 2020 peve, ha pe mokõiha prueba ha’e pe ñemopotĩ ha ñembyesakã ojehechauka hag̃ua Pyhare Mbyte Sapukái marandu rupive. Upe ñemopotĩ rape guive Gedeón ha Ijeguigua mbohapyciento oñembosako’i ombopu hag̃ua itrompéta-kuéra, ha ojapo upéva Samuel oñemopu’ã jave pe léi domingope, upéva ha’e jave pe Arca ojejapyhy Filisteo-kuéra pópe. Upéi pe iglesia triunfante oñehupi peteĩ poyvi ramo.</w:t>
      </w:r>
    </w:p>
    <w:p>
      <w:pPr>
        <w:pStyle w:val="ArticleBody"/>
        <w:jc w:val="left"/>
      </w:pPr>
      <w:r>
        <w:rPr>
          <w:rFonts w:ascii="Times New Roman" w:hAnsi="Times New Roman" w:eastAsia="Times New Roman" w:cs="Times New Roman"/>
        </w:rPr>
        <w:t>Pe iglésia oguereko peteĩ mburuvicha guasu, David hérava, ha peteĩ proféta ojehechaukáva Ezequiel ha Samuel rupive, Silo ñehundípe. Pe iglésia avei oguerekóta pe sacerdócio ojehechaukáva José rupive. Pe aravo de prueba léi domingo rehegua ha’e pe tenda pe Tata Espíritu Santo rehegua oñeñohẽhápe mba’eve’ỹme guáicha, ojehechaukaháicha pe séptimo sello rupive. Upe tata ombyaipa umi kuimba’e hérava renombrados, opu’ã va’ekue Coré, Datán, Abiram, Elí, Hofni, Finees ha umi opu’ã va’ekue 1888-pe ndive.</w:t>
      </w:r>
    </w:p>
    <w:p>
      <w:pPr>
        <w:pStyle w:val="ArticleBody"/>
        <w:jc w:val="left"/>
      </w:pPr>
      <w:r>
        <w:rPr>
          <w:rFonts w:ascii="Times New Roman" w:hAnsi="Times New Roman" w:eastAsia="Times New Roman" w:cs="Times New Roman"/>
        </w:rPr>
        <w:t>Pe Espíritu Santo oñeñohẽ vaʼekue tataete voi haʼe pe tuguai ojehechaukahápe pe tupaogua ipuʼakapáva rembiasy guasu. Pe tupaogua ojehechauka ruvicha guasu David rupive, maranduhára Ezequiel ha paʼi José rupive. Umi mbohapy oĩ pe tatápe ohundíva umi 250 kuimbaʼe herakuãguasúpe, upéicha avei Nabucodonosor tata ohundi haguéicha umi kuimbaʼépe omombo vaʼekue umi mbohapy ijojahaʼỹvape pe tatakua guasúpe. Pe tupaogua ipuʼakapáva ramo, opa yvóra omaña ojeity jave hikuái pe tatakua guasúpe, ha sapyʼaitépe, Tupã Raʼy ojechauka pe tupaokuéra maranduhára, paʼi ha mburuvicha ndive—ojehechaukáva Sadrac, Mesac ha Abed-nego rupive. Irundy orekóva treinta ary pe tatakua guasúpe ohechaukáva pe añetegua: Tupã reko oñembojoajúvo yvypóra rekóre ndojapói angaipa!</w:t>
      </w:r>
    </w:p>
    <w:p>
      <w:pPr>
        <w:pStyle w:val="ArticleBody"/>
        <w:jc w:val="left"/>
      </w:pPr>
      <w:r>
        <w:rPr>
          <w:rFonts w:ascii="Times New Roman" w:hAnsi="Times New Roman" w:eastAsia="Times New Roman" w:cs="Times New Roman"/>
        </w:rPr>
        <w:t>Coré, Datán ha Abiram, ha’éva avei Elí, Hofní ha Finees, ha’e hína pe japu guigua pe iglesia triunfante rehegua, ojejapóva peteĩ proféta, peteĩ pa’i ha peteĩ mburuvicha guasu reheve. Ko’ã mbohapy ha’e Gedeón rembiguái 300, pe mbohapy mil anga Pentecostéspe, pe 300 predikadór Millerita, umi gráfico 300 ary 1843-gua, oguerekóva treinta ary pe léi domingo oguahẽ vove ha tata oguejy yvágagui. Elías ndive, pe tata ojehechauka hag̃uáicha máva proféta añetegua ha máva proféta japu. Pe tata oguejýva Levíticope pe ára “poapyha” jave, Aarón oñepyrũ ramo oservi, ohapypa Aarón ofrénda, ha’éva pe ofrénda Malaquías mbohapy-peguáva, iporã hag̃uáicha yma guaréramo guare. Upe tata voi ohundipa umi oikuave’ẽva tata extraño térã tata común, ojehechaukaháicha Hofní ha Finees, Aarón ra’ykuéra.</w:t>
      </w:r>
    </w:p>
    <w:p>
      <w:pPr>
        <w:pStyle w:val="ArticleBody"/>
        <w:jc w:val="left"/>
      </w:pPr>
      <w:r>
        <w:rPr>
          <w:rFonts w:ascii="Times New Roman" w:hAnsi="Times New Roman" w:eastAsia="Times New Roman" w:cs="Times New Roman"/>
        </w:rPr>
        <w:t>Tupã omboaje hag̃ua pe maranduhára añeteguáva Elías ndive, térã pa’i añeteguáva Aarón ndive, tata ogueru umi maranduhára japu Baal guigua mano, haʼekuéra avei Hophni ha Finees. Hophni ha Finees niko Aarón raʼykuéra; haʼekuéra hína pe pahague ñemoñare peteĩ tetã joajupy rehegua ojeity hag̃uáicha Ñandejára jurúgui pe léi domingo-pe.</w:t>
      </w:r>
    </w:p>
    <w:p>
      <w:pPr>
        <w:pStyle w:val="ArticleScripture"/>
        <w:jc w:val="left"/>
      </w:pPr>
      <w:r>
        <w:rPr>
          <w:rFonts w:ascii="Times New Roman" w:hAnsi="Times New Roman" w:eastAsia="Times New Roman" w:cs="Times New Roman"/>
        </w:rPr>
        <w:t>“Ko'ãva ndaha'éi Hermana White ñe'ẽ, ha katu Ñandejára ñe'ẽ, ha Ijerahára ome'ẽ chéve ame'ẽ hag̃ua peẽme. Tupã penehenói ani hag̃ua peiko véima Hendive ojoavy hag̃uáicha pene rembiapo. Hetaiterei mbo'epyrã oñeme'ẽ umi kuimba'e rehegua he'íva ha'eha cristiano, péro ohechaukáva Satanás rekome'ẽ, ha espíritu, ñe'ẽ ha tembiapópe ojokóva añetegua ñemotenonde, ha añetehápe oho hína tape Satanás oguerahaháre chupekuéra. Ipy'ahatãme oguereko mburuvicha hag̃ua pokatu mba'eveichavérõ ndaha'éiva imba'e, ha ndovaléiva chupekuéra oiporu. He'i Mbo'ehára Guasu: ‘Aitypa, aitypa, aitypa’. Umi kuimba'e he'i Battle Creek-pe: ‘Ñande hína Ñandejára tupaó, Ñandejára tupaó’, péro oiporu hína tata común. Ipy'akuéra noñembopy'aguapyri ha noñemomichĩri Tupã gracia rupive.” Manuscript Releases, volúmen 13, 222.</w:t>
      </w:r>
    </w:p>
    <w:p>
      <w:pPr>
        <w:pStyle w:val="ArticleBody"/>
        <w:jc w:val="left"/>
      </w:pPr>
      <w:r>
        <w:rPr>
          <w:rFonts w:ascii="Times New Roman" w:hAnsi="Times New Roman" w:eastAsia="Times New Roman" w:cs="Times New Roman"/>
        </w:rPr>
        <w:t>“Tata peteĩchagua” ha’e pe ojeporúva Aarón ra’y rehe pe saserdócio oñepyrũ jave. Pe papapy “81” ha’e peteĩ símbolo pe saserdócio rehegua, ha Levítico ocho, versículo peteĩme, ojehechauka umi siete ára ñemopotĩ ha ñemongarai pe saserdótere. Ijao kuéra ojeipe’a chuguikuéra ha oñemoambue chupekuéra pe Arai Saserdóte Yvagagua rembiporu rehe, ojehechaukaháicha Zacarías visiónpe Josué ha pe ánhel rehe, capítulo mbohapýpe. Umi 300 Zacaríaspe ojehechauka “kuimba’e ñemondýipyrãramo”, pórke ha’ekuéra orrepresenta tembiasakuepe upe ára Tupã oipe’a hag̃ua Itavayguakuéra rembiapo vaikue, upéva ha’e pe léi domingo rehegua, pe iglesia oñemoambue jave oñorairõvagui ipu’akapávape. Ohasa rire siete ára ñemongarai, oñepyrũ okuéra omba’apo pe ára poapýpe.</w:t>
      </w:r>
    </w:p>
    <w:p>
      <w:pPr>
        <w:pStyle w:val="ArticleScripture"/>
        <w:jc w:val="left"/>
      </w:pPr>
      <w:r>
        <w:rPr>
          <w:rFonts w:ascii="Times New Roman" w:hAnsi="Times New Roman" w:eastAsia="Times New Roman" w:cs="Times New Roman"/>
        </w:rPr>
        <w:t>Ha ani peẽ pesẽ mo’ãi pe tabernákulo aty guive, siete ára pukukue, peẽ ñembohovái ára opa peve; siete ára rupive ha’e penemomarangatúta. Levítico 8:33.</w:t>
      </w:r>
    </w:p>
    <w:p>
      <w:pPr>
        <w:pStyle w:val="ArticleBody"/>
        <w:jc w:val="left"/>
      </w:pPr>
      <w:r>
        <w:rPr>
          <w:rFonts w:ascii="Times New Roman" w:hAnsi="Times New Roman" w:eastAsia="Times New Roman" w:cs="Times New Roman"/>
        </w:rPr>
        <w:t>Ára poapyha, ha’e peteĩ símbolo pe poapyha rehegua, pe oúva umi siete-gui, Laodicea ojere hag̃ua Filadélfiape, umi poapy ánga oĩva Noé arca-pe, pe circuncisión ára poapyha, ha pe jeikove jey ára poapyha. Upe ára ha’e pe léi domingo rehegua, araka’e pe papado orekóva iherida omano hag̃uáicha oñemboguejy jey, ha upévare, oikove jey rire, oiko chugui pe poapyha, pe oúva umi siete-gui.</w:t>
      </w:r>
    </w:p>
    <w:p>
      <w:pPr>
        <w:pStyle w:val="ArticleScripture"/>
        <w:jc w:val="left"/>
      </w:pPr>
      <w:r>
        <w:rPr>
          <w:rFonts w:ascii="Times New Roman" w:hAnsi="Times New Roman" w:eastAsia="Times New Roman" w:cs="Times New Roman"/>
        </w:rPr>
        <w:t>Ha ojehu rire ára poapyhápe, Moisés ohenói Aarónpe ha itaʼýrape, ha Israel myakãhára kuérape. Levítico 9:1.</w:t>
      </w:r>
    </w:p>
    <w:p>
      <w:pPr>
        <w:pStyle w:val="ArticleBody"/>
        <w:jc w:val="left"/>
      </w:pPr>
      <w:r>
        <w:rPr>
          <w:rFonts w:ascii="Times New Roman" w:hAnsi="Times New Roman" w:eastAsia="Times New Roman" w:cs="Times New Roman"/>
        </w:rPr>
        <w:t>Árape poapy, umi pa’i oñepyrũ omba’apo, ha katu Aarón ra’ykuéra oikuave’ẽ “tatá común”. Adventismo he’i hikuái ha’eha Ñandejára templo, ha Hermana White ohechauka upe je’eha tatá comúnha. Ndaha’éi añónte peteĩ japu, ha’e avei tatá común, oĩva joavykuépe tatá marangatu rehe. Pe tatá marangatu ha’e pe marandu Pyhare Mbyte Sapukái rehegua, ha pe tatá común ha’e pe marandu japu py’aguapy ha tekorosã rehegua, ha’éta pe marandu paha oñemoherakuãtava umi jagua kirirĩ, ndoñarandúi va’ekue osapukái hag̃ua ha ome’ẽ hag̃ua peteĩ marandu ñe’ẽmondýi rehegua, rupive. Kapítulo nueve-pe, Aarón oikuave’ẽ pe ofrénda, ha tata oguejy yvágagui ha ho’u pe ofrénda. Upéi mokõi ita’ýra añáme, oikuave’ẽ tatá común ha Ñandejára tata ho’u chupekuéra.</w:t>
      </w:r>
    </w:p>
    <w:p>
      <w:pPr>
        <w:pStyle w:val="ArticleScripture"/>
        <w:jc w:val="left"/>
      </w:pPr>
      <w:r>
        <w:rPr>
          <w:rFonts w:ascii="Times New Roman" w:hAnsi="Times New Roman" w:eastAsia="Times New Roman" w:cs="Times New Roman"/>
        </w:rPr>
        <w:t>Ha Aarón ohupi ipo tavayguakuéra gotyo, ha ohovasa chupekuéra; upéi oguejy angaipa rehegua mymbajuka, hapy hag̃ua guã mymbajuka, ha py’aguapy rehegua mymbajuka oikuave’ẽ haguégui. Ha Moisés ha Aarón oike aty guasu róga karpápe, ha osẽ jey, ha ohovasa tavayguakuérape; ha Ñandejára mimbipa ojehechauka opa tavayguakuérape. Upérõ osẽ tata Ñandejára renondégui, ha ohapypa altar ári pe mymbajuka hapy hag̃uã ha ikyrakue; ha opa tavayguakuéra ohechávo upéva, osapukái hikuái ha oñesũ hova yvýre. Ha Nadab ha Abiú, Aarón ra’ykuéra, peteĩteĩ ogueraha hag̃ua hikuái icenséro, omoĩ ipype tata, ha hi’ári omoĩ insiénso, ha oikuave’ẽ Ñandejára renondépe tata ambue, ha’e ndohejáiva’ekue chupekuéra. Upérõ osẽ tata Ñandejáragui, ha mokõivéva ojukapa, ha omano Ñandejára renondépe. Levítico 9:22–10:2.</w:t>
      </w:r>
    </w:p>
    <w:p>
      <w:pPr>
        <w:pStyle w:val="ArticleBody"/>
        <w:jc w:val="left"/>
      </w:pPr>
      <w:r>
        <w:rPr>
          <w:rFonts w:ascii="Times New Roman" w:hAnsi="Times New Roman" w:eastAsia="Times New Roman" w:cs="Times New Roman"/>
        </w:rPr>
        <w:t>Battle Creek kuimbaʼekuéra haʼe pe Sanedrín moderno ojeroviáva itupao ñemohenda rehe pe marandu Testígo Añeteguáva Laodiceápe guarã ári. Pe Testígo Añeteguáva Laodiceápe guarã haʼe Cristo, ha Haʼe arakaʼe ndojepyʼamói, ha akóinte oiporu kuimbaʼe Haʼe voi poravo vaʼekuérape ogueraha hag̃ua pe marandu peteĩ tetãme ohechaukáva hína umi mbaʼe reko Laodiceagua. Ndaipóri mbaʼeve pyahu kuarahy guýpe.</w:t>
      </w:r>
    </w:p>
    <w:p>
      <w:pPr>
        <w:pStyle w:val="ArticleBody"/>
        <w:jc w:val="left"/>
      </w:pPr>
      <w:r>
        <w:rPr>
          <w:rFonts w:ascii="Times New Roman" w:hAnsi="Times New Roman" w:eastAsia="Times New Roman" w:cs="Times New Roman"/>
        </w:rPr>
        <w:t>Ha’e oiporavo Moiséspe, Tupã añoite omoarandúva’ekue chupe irundy-páy áño pukukue, Jesús ha iñermáno’i Juan oñemoarandu haguéicha avei. Ha’e oiporavo Moiséspe, Cristo ha Juánpe techapyrãramo umi oñembo’éva’ekue sistema tekombo’e rehegua oficial okápe. Nazaret ohechauka peteĩ símbolo peteĩ ava ojeporavóva rehegua, ojeporavo haguéicha umi pyahu osẽ ramóva; Jones ha Waggoner-pe, pe 1888 Minneapolis ñemoĩ vai ryepýpe. Nazaret ohechauka pe ñehenói ha ñemomarangatu peteĩ kuimba’e ojeporavóva rehegua, ha upe kuimba’e ojeporavóva ha’e peteĩ tavagua peteĩ táva jehecharamo’ỹmbyre rehegua.</w:t>
      </w:r>
    </w:p>
    <w:p>
      <w:pPr>
        <w:pStyle w:val="ArticleScripture"/>
        <w:jc w:val="left"/>
      </w:pPr>
      <w:r>
        <w:rPr>
          <w:rFonts w:ascii="Times New Roman" w:hAnsi="Times New Roman" w:eastAsia="Times New Roman" w:cs="Times New Roman"/>
        </w:rPr>
        <w:t>Ha Natanael he’i chupe: “Ikatúpa oĩ mba’e porã osẽva Nazaretgui?” Felipe he’i chupe: “Eju ha ehecha”. Juan 1:46.</w:t>
      </w:r>
    </w:p>
    <w:p>
      <w:pPr>
        <w:pStyle w:val="ArticleBody"/>
        <w:jc w:val="left"/>
      </w:pPr>
      <w:r>
        <w:rPr>
          <w:rFonts w:ascii="Times New Roman" w:hAnsi="Times New Roman" w:eastAsia="Times New Roman" w:cs="Times New Roman"/>
        </w:rPr>
        <w:t>Isaías 28-pe “ñe’ẽnguéra pyta ha pyta” ohechauka umi ou vaekue Nazaret-gui. Miller marandu oñemohenda hag̃ua hekopegua rupi ary 1831-pe rire, pe marandu oñembarete pe mokõiha aipo asy ñemomarandu oñekumpli rupi, ohechaukáva typorãramo pe mbohapyha aipo asy ñemomarandu oñekumpliha 9/11-pe. Pe mbohapyha Mesías rehegua ñemomarandu jahecháta pe artículo oúvape.</w:t>
      </w:r>
    </w:p>
    <w:p>
      <w:pPr>
        <w:pStyle w:val="ArticleScripture"/>
        <w:jc w:val="left"/>
      </w:pPr>
      <w:r>
        <w:rPr>
          <w:rFonts w:ascii="Times New Roman" w:hAnsi="Times New Roman" w:eastAsia="Times New Roman" w:cs="Times New Roman"/>
        </w:rPr>
        <w:t>“Mbohapy pyhare mboyve pe oficina Review ojepuru mboyve tata, che aime peteĩ jehasa asy ñe’ẽ ndaikatúiva omombe’u hag̃ua. Ndaikatúi ake. Aguata pe kotýpe, añembo’évo Tupãme toiporiahuvereko hag̃ua Itavayguakuéra. Upéi chéve ojoguávaicha aime hína pe oficina Review-pe umi kuimba’e ndive oisãmbyhýva pe institución rembiapo. Añeha’ãkuri añe’ẽ hendivekuéra ha upéicha chepytyvõ hag̃ua chupekuéra. Peteĩ orekóva pokatu opu’ã ha he’i: ‘Peẽ peje, Ñandejára Templo, Ñandejára Templo ha’e ore; upévare ore roguereko pokatu jajapo hag̃ua ko mba’e ha pe mba’e ha ambue mba’e. Péro Tupã ñe’ẽ ombotove heta umi mba’e peẽ peñemoĩva pejapo hag̃uáicha.’ Ijupe ou ypy jave, Cristo omopotĩ pe Templo. Ijevy mokõiha ou mboyve, omopotĩ jeýta pe templo. Ha’e oĩkuri upépe omopotĩvo pe templo. Mba’érepa? Mba’apo comercial oikehaguére upépe, ha oñembyesarái Tupãre. Ojejapura ko’ápe ha ojejapura pépe ha ojejapura ambue hendápe, ndaipóri aravo oñepensa hag̃ua yvága rehe. Oñemombe’u Tupã léi ypykuéra, ha ahendu oñeporandu: ‘Mbovy léipa peẽ pehendu ha pejapo ra’e?’ Upéi oñeñe’ẽ: ‘Tupã omopotĩta ha omongy’áta Itemplo ipochy rupi.’”</w:t>
      </w:r>
    </w:p>
    <w:p>
      <w:pPr>
        <w:pStyle w:val="ArticleScripture"/>
        <w:jc w:val="left"/>
      </w:pPr>
      <w:r>
        <w:rPr>
          <w:rFonts w:ascii="Times New Roman" w:hAnsi="Times New Roman" w:eastAsia="Times New Roman" w:cs="Times New Roman"/>
        </w:rPr>
        <w:t>“Pyhare visión pyharekue-pe ahecha peteĩ kyse tata rehegua oñemoĩva Battle Creek ári.</w:t>
      </w:r>
    </w:p>
    <w:p>
      <w:pPr>
        <w:pStyle w:val="ArticleScripture"/>
        <w:jc w:val="left"/>
      </w:pPr>
      <w:r>
        <w:rPr>
          <w:rFonts w:ascii="Times New Roman" w:hAnsi="Times New Roman" w:eastAsia="Times New Roman" w:cs="Times New Roman"/>
        </w:rPr>
        <w:t>—Che irũnguéra, Tupã oĩ añetetépe ñanendive. Aikotevẽ amombe’u peẽme, ko’ã ñehapy rehegua ñe’ẽmondo rire, ñande tavayguakuéra ruvicha kuéra osegi hag̃ua oho tenonderã, yma guaréicha voi, omomba’eguasúvo ijehekuéra, Tupã ojagarráta upe rire hetekuéra voi. Ha’e oikovéva añetéicha, ha’e oñe’ẽta hendivekuéra ñe’ẽme ndaikatumo’ãi hag̃uáicha ndoikuaái hag̃ua.</w:t>
      </w:r>
    </w:p>
    <w:p>
      <w:pPr>
        <w:pStyle w:val="ArticleScripture"/>
        <w:jc w:val="left"/>
      </w:pPr>
      <w:r>
        <w:rPr>
          <w:rFonts w:ascii="Times New Roman" w:hAnsi="Times New Roman" w:eastAsia="Times New Roman" w:cs="Times New Roman"/>
        </w:rPr>
        <w:t>“Ñandejára ojesarekohína ñanderehe ohecha hag̃ua ñañemomichĩtapa henondépe mitã michĩicha. Añe’ẽ koʼã ñeʼẽ koʼág̃a ikatu hag̃uáicha jajuhu hese pyʼaguapy ha ñembyasýpe, ha jaikuaa hag̃ua mbaʼépa haʼe ojeruréva ñandegui.” Publishing Ministry, 170, 171.</w:t>
      </w:r>
    </w:p>
    <w:p>
      <w:pPr>
        <w:pStyle w:val="ArticleScripture"/>
        <w:jc w:val="left"/>
      </w:pPr>
      <w:r>
        <w:rPr>
          <w:rFonts w:ascii="Times New Roman" w:hAnsi="Times New Roman" w:eastAsia="Times New Roman" w:cs="Times New Roman"/>
        </w:rPr>
        <w:t>“Pe marandu ko ára guarã ndaha’éi: ‘Pe Ñandejára Róga, pe Ñandejára Róga, pe Ñandejára Róga ha’e ñande.’ Mávapa Ñandejára omog̃uahẽ tembiporu-kuéra ramo ñemomba’erãrã?—Umi omba’apo joáva Cristo ndive; umi ogueroviáva pe añetegua, oikóva pe añetegua rehe, opredikáva pe añetegua opa mba’e rehegua ndive.” Review and Herald, 22 jasypa, 1903.</w:t>
      </w:r>
    </w:p>
    <w:p>
      <w:pPr>
        <w:pStyle w:val="ArticleScripture"/>
        <w:jc w:val="left"/>
      </w:pPr>
      <w:r>
        <w:rPr>
          <w:rFonts w:ascii="Times New Roman" w:hAnsi="Times New Roman" w:eastAsia="Times New Roman" w:cs="Times New Roman"/>
        </w:rPr>
        <w:t>“Kóva ndaha’éi Sister White ñe’ẽ, síno Ñandejára ñe’ẽ; ha Imaranduha ome’ẽ kuri chéve ame’ẽ hag̃ua peẽme. Tupã penehenói ani hag̃ua peiko hag̃ua gueteri Hendive oñemoĩ hag̃uáicha peteĩcha’ỹme. Hetaiterei ñembo’e ha ñembo’epy ome’ẽmava’ekue umi kuimba’e rehegua he’íva hikuái ha’eha cristiano, ha upéicharõ jepe ohechauka Satanás rekoete, ha espíritu, ñe’ẽ ha tembiapópe omboyke ha ojoko añetegua ñemotenonde, ha añetehápe oho hikuái tape rupi Satanás oguerahahápe chupekuéra. Ikorasõ hatãgui ojapyhy hikuái pokatu ndaha’éiva mba’eveichavérõ imba’éva, ha ndovaléi hag̃ua ojepuru. He’i pe Mbo’ehára Guasu: ‘Ahundíta, ahundíta, ahundíta.’ Umi kuimba’e Battle Creek-pe he’i: ‘Ñande hína Ñandejára templo, Ñandejára templo’; péro hikuái oipuru tata jepiguáicha. Ikorasõkuéra noñemongu’éi ni noñemoĩ porãri Tupã gracia rupive.” Manuscript Releases, volume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Aranduka ha pe Iglesia Adventista del Séptimo Día Laodiceagua - Papapy Mokõipa Pa七?</dc:title>
  <dc:subject/>
  <dc:creator>Jeff Pippenger</dc:creator>
  <cp:keywords/>
  <dc:description>Generated by ArticleDigger from joel\27_joel.json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