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Adventista Ára Sieteha Laodiceagua Tupaóre — Papapy Mokõipa porundy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Papyri Mokõi-Porundy hag̃ua</w:t>
      </w:r>
    </w:p>
    <w:p>
      <w:pPr>
        <w:pStyle w:val="ArticleBody"/>
        <w:jc w:val="left"/>
      </w:pPr>
      <w:r>
        <w:rPr>
          <w:rFonts w:ascii="Times New Roman" w:hAnsi="Times New Roman" w:eastAsia="Times New Roman" w:cs="Times New Roman"/>
        </w:rPr>
        <w:t>Pe profecía mesiánica poha libro de Mateo-pe ha’e pe techaukaha ñembyasy ha mano rehegua. 18 jasypokõi ary 2020-pe, pe marandu jeikuaa japu Nashville ñehunditaha rehegua ojuka Elías ha Moisés-pe.</w:t>
      </w:r>
    </w:p>
    <w:p>
      <w:pPr>
        <w:pStyle w:val="ArticleHeading"/>
        <w:jc w:val="left"/>
      </w:pPr>
      <w:r>
        <w:rPr>
          <w:rFonts w:ascii="Arial" w:hAnsi="Arial" w:eastAsia="Arial" w:cs="Arial"/>
        </w:rPr>
        <w:t>Pe Quinto Waymark Mesiánico ha’e hína pe Decepción oikova’ekue 18 de julio de 2020-pe</w:t>
      </w:r>
    </w:p>
    <w:p>
      <w:pPr>
        <w:pStyle w:val="ArticleScripture"/>
        <w:jc w:val="left"/>
      </w:pPr>
      <w:r>
        <w:rPr>
          <w:rFonts w:ascii="Times New Roman" w:hAnsi="Times New Roman" w:eastAsia="Times New Roman" w:cs="Times New Roman"/>
        </w:rPr>
        <w:t>Upérõ oñemohu'ã pe he'íva maranduhára Jeremías rupive, he'ívo: “Ramápe oñehendu peteĩ ñe'ẽ, jahe'o, hasẽ ha ñembyasy tuicha; Raquel hasẽ imembykuéra rehe, ha ndoipotái oñembovy'a, ndaipórigui hikuái.” Mateo 2:17, 18.</w:t>
      </w:r>
    </w:p>
    <w:p>
      <w:pPr>
        <w:pStyle w:val="ArticleHeading"/>
        <w:jc w:val="left"/>
      </w:pPr>
      <w:r>
        <w:rPr>
          <w:rFonts w:ascii="Arial" w:hAnsi="Arial" w:eastAsia="Arial" w:cs="Arial"/>
        </w:rPr>
        <w:t>Marandu hag̃uã hag̃uávo</w:t>
      </w:r>
    </w:p>
    <w:p>
      <w:pPr>
        <w:pStyle w:val="ArticleScripture"/>
        <w:jc w:val="left"/>
      </w:pPr>
      <w:r>
        <w:rPr>
          <w:rFonts w:ascii="Times New Roman" w:hAnsi="Times New Roman" w:eastAsia="Times New Roman" w:cs="Times New Roman"/>
        </w:rPr>
        <w:t>Upéicha he’i Ñandejára; Peteĩ ñe’ẽ oñehendu Ráma-pe, ñembyasy, ha hasẽ vai; Rahel hasẽ imembykuéra rehehápe, ndoipotái oñembopyʼaguapy chupe imembykuéra rehehápe, ndahaʼéi rupi oĩha. Jeremías 31:15.</w:t>
      </w:r>
    </w:p>
    <w:p>
      <w:pPr>
        <w:pStyle w:val="ArticleBody"/>
        <w:jc w:val="left"/>
      </w:pPr>
      <w:r>
        <w:rPr>
          <w:rFonts w:ascii="Times New Roman" w:hAnsi="Times New Roman" w:eastAsia="Times New Roman" w:cs="Times New Roman"/>
        </w:rPr>
        <w:t>Moisés ha Elías ojejuka Sodoma ha Egipto kállepe. Pe ñe’ẽ paha Antiguo Testaméntope omombe’u porã Elías outaha pe ára guasu ha kyhyjehýje Ñandejára rehegua mboyve. Upe ára kyhyjehýje oñepyrũ Miguel opu’ãvo Daniel doce-pe, ha oikuaaukávo Apocalipsis veintidós-pe: “pe hekojojáva ha pe hekojoja’ỹva” opytátaha upe condición-pe opa ára g̃uarã.</w:t>
      </w:r>
    </w:p>
    <w:p>
      <w:pPr>
        <w:pStyle w:val="ArticleScripture"/>
        <w:jc w:val="left"/>
      </w:pPr>
      <w:r>
        <w:rPr>
          <w:rFonts w:ascii="Times New Roman" w:hAnsi="Times New Roman" w:eastAsia="Times New Roman" w:cs="Times New Roman"/>
        </w:rPr>
        <w:t>Ha upe ramo oñembo'ýta Miguel, pe mburuvicha guasu oñembo'ýva nde retãyguakuéra rehehápe; ha oikóta peteĩ ára ñembyasy ha jejopy vai, araka'eve ndoikói haguéicha peteĩ tetã oĩ guive pe ára peve; ha upe ramo nde retãyguakuéra ojesalváta, opavave ojejuhútava ojehaipyre pe lívrope. Daniel 12:1.</w:t>
      </w:r>
    </w:p>
    <w:p>
      <w:pPr>
        <w:pStyle w:val="ArticleScripture"/>
        <w:jc w:val="left"/>
      </w:pPr>
      <w:r>
        <w:rPr>
          <w:rFonts w:ascii="Times New Roman" w:hAnsi="Times New Roman" w:eastAsia="Times New Roman" w:cs="Times New Roman"/>
        </w:rPr>
        <w:t>Pe iñinjustova, ta toiko hag̃ua iñinjustova gueteri; ha pe iky’áva, ta iky’a gueteri; ha pe ijojáva, ta ijoja gueteri; ha pe imarangatúva, ta imarangatu gueteri. Apocalipsis 22:11.</w:t>
      </w:r>
    </w:p>
    <w:p>
      <w:pPr>
        <w:pStyle w:val="ArticleBody"/>
        <w:jc w:val="left"/>
      </w:pPr>
      <w:r>
        <w:rPr>
          <w:rFonts w:ascii="Times New Roman" w:hAnsi="Times New Roman" w:eastAsia="Times New Roman" w:cs="Times New Roman"/>
        </w:rPr>
        <w:t>Elías ojechauka vaʼerã ñembyasy renda oñembotýmboyve, haʼe ojejukáta ha oñemopuʼãjeýta Apocalipsis 11-pe, pe ñembyasy renda oñembotýmbotaitéma mboyve. Oñemopuʼãjey ha omyasãi imarandu pe ñembyasy renda oñembotý peve, upérõ oikovejey ambue ñemopuʼã, hekojoja ha hekojojaʼỹvape g̃uarã.</w:t>
      </w:r>
    </w:p>
    <w:p>
      <w:pPr>
        <w:pStyle w:val="ArticleScripture"/>
        <w:jc w:val="left"/>
      </w:pPr>
      <w:r>
        <w:rPr>
          <w:rFonts w:ascii="Times New Roman" w:hAnsi="Times New Roman" w:eastAsia="Times New Roman" w:cs="Times New Roman"/>
        </w:rPr>
        <w:t>Ha heta umi okeva yvy ku’ípe opáy jeýta, oĩva tekove opave’ỹ hag̃uáme, ha oĩva tĩ hag̃ua ha ñemotĩrõ opave’ỹ hag̃uáme. Daniel 12:2.</w:t>
      </w:r>
    </w:p>
    <w:p>
      <w:pPr>
        <w:pStyle w:val="ArticleBody"/>
        <w:jc w:val="left"/>
      </w:pPr>
      <w:r>
        <w:rPr>
          <w:rFonts w:ascii="Times New Roman" w:hAnsi="Times New Roman" w:eastAsia="Times New Roman" w:cs="Times New Roman"/>
        </w:rPr>
        <w:t>Upéi pe jeikove jevy hag̃ua oúva Cristo Jeju Mokõiha, upépe umi omanóva ijojaha’ỹva oikove jevy ha upéi ohasa mil ary, upérõ umi marangatúva ohusga umi okañývape. Mil ary paha gotyo oĩ ambue jeikove jevy ha Cristo Jeju Mbohapyha. Umi marandu’ypy rehegua jeikove jevy renda oike avei mymba papal jeikove jevy, ha katu peteĩteĩ umi jeikove jevy rehegua ha’e peteĩ mba’e poravopyre Tupã Ñe’ẽ marandu’ýpe. 18 jasypokõi, 2020-pe, pe movimiento Laodicea rehegua umi cien cuarenta y cuatro mil ojuka ijupekuéra oñemoĩ hag̃ua Cristo rembiapoukapy rehe, ombotovéva ára jeporu ohasáva 1844-gui.</w:t>
      </w:r>
    </w:p>
    <w:p>
      <w:pPr>
        <w:pStyle w:val="ArticleBody"/>
        <w:jc w:val="left"/>
      </w:pPr>
      <w:r>
        <w:rPr>
          <w:rFonts w:ascii="Times New Roman" w:hAnsi="Times New Roman" w:eastAsia="Times New Roman" w:cs="Times New Roman"/>
        </w:rPr>
        <w:t>Upéi oñehendu peteĩ ñeʼẽ Rama-pe, heʼiséva ñembotuicha ha jehecharamo. Raquel, heʼiséva peteĩ oguata porãva, oĩ ñembyasýpe pórke Moisés ha Elías ndaipóri, ha iñimportantevéva, ndaikatúi oñembopyʼaguapy. Ndoguerekói mbopyʼaguapy, ha Espíritu Santo niko pe Consolador, oñemondotava pe ñeʼẽ desiértope oñepyrũrõ guare jasypokõi 2023-pe.</w:t>
      </w:r>
    </w:p>
    <w:p>
      <w:pPr>
        <w:pStyle w:val="ArticleBody"/>
        <w:jc w:val="left"/>
      </w:pPr>
      <w:r>
        <w:rPr>
          <w:rFonts w:ascii="Times New Roman" w:hAnsi="Times New Roman" w:eastAsia="Times New Roman" w:cs="Times New Roman"/>
        </w:rPr>
        <w:t>Koʼã mbaʼe oiko pe grásia rembeʼy oñemboty mboyve, ha Apocalipsis heʼiháicha, pe grásia rembeʼy oñemboty mboyveite ojeipeʼa pe ñesẽtĩrã guive Jesucristo Revelación rehegua. Pe ojeipeʼa hag̃uaicha haʼe upe omoingove jeýva Moisés ha Elíaspe, haʼéva avei Raquel, pe oguata porãva, vaʼekue hasẽ ha ojaheʼóvo imembykuérare, ha ndaikatúi oñembopyʼaguapy. Ijaheʼo oñemoambue vyʼápe umi mitãnguéra oñemoingove jey vove.</w:t>
      </w:r>
    </w:p>
    <w:p>
      <w:pPr>
        <w:pStyle w:val="ArticleScripture"/>
        <w:jc w:val="left"/>
      </w:pPr>
      <w:r>
        <w:rPr>
          <w:rFonts w:ascii="Times New Roman" w:hAnsi="Times New Roman" w:eastAsia="Times New Roman" w:cs="Times New Roman"/>
        </w:rPr>
        <w:t>Ha he’i chéve: Ani reñemboty hag̃ua ko aranduka marandu porãite ñe’ẽnguéra; pe ára hi’aguĩgui. Apocalipsis 22:10.</w:t>
      </w:r>
    </w:p>
    <w:p>
      <w:pPr>
        <w:pStyle w:val="ArticleBody"/>
        <w:jc w:val="left"/>
      </w:pPr>
      <w:r>
        <w:rPr>
          <w:rFonts w:ascii="Times New Roman" w:hAnsi="Times New Roman" w:eastAsia="Times New Roman" w:cs="Times New Roman"/>
        </w:rPr>
        <w:t>Moisés ha Elías oñemano vaʼekue Sodoma ha Egipto kállekuérape, ha Cristo rehe oiko haguéicha avei, umi cien cuarenta y cuatro mil oñehenóita osẽ hag̃ua Egiptogui, pe ñembyaty oñepyrũ vove julio ary 2023-pe.</w:t>
      </w:r>
    </w:p>
    <w:p>
      <w:pPr>
        <w:pStyle w:val="ArticleHeading"/>
        <w:jc w:val="left"/>
      </w:pPr>
      <w:r>
        <w:rPr>
          <w:rFonts w:ascii="Arial" w:hAnsi="Arial" w:eastAsia="Arial" w:cs="Arial"/>
        </w:rPr>
        <w:t>Pe peteĩha tape rechaukaha mesiánica potĩha pehẽha ha’e Egíptogui ohenóivo julio ary 2023-pe.</w:t>
      </w:r>
    </w:p>
    <w:p>
      <w:pPr>
        <w:pStyle w:val="ArticleScripture"/>
        <w:jc w:val="left"/>
      </w:pPr>
      <w:r>
        <w:rPr>
          <w:rFonts w:ascii="Times New Roman" w:hAnsi="Times New Roman" w:eastAsia="Times New Roman" w:cs="Times New Roman"/>
        </w:rPr>
        <w:t>Ha opyta upépe Herodes omano peve, oñekumpli hag̃ua pe mbaʼe Ñandejára heʼivaʼekue maranduhára rupive, heʼívo: Egíptogui araha vaʼekue che Raʼýpe. Mateo 2:15.</w:t>
      </w:r>
    </w:p>
    <w:p>
      <w:pPr>
        <w:pStyle w:val="ArticleHeading"/>
        <w:jc w:val="left"/>
      </w:pPr>
      <w:r>
        <w:rPr>
          <w:rFonts w:ascii="Arial" w:hAnsi="Arial" w:eastAsia="Arial" w:cs="Arial"/>
        </w:rPr>
        <w:t>Predicción</w:t>
      </w:r>
    </w:p>
    <w:p>
      <w:pPr>
        <w:pStyle w:val="ArticleScripture"/>
        <w:jc w:val="left"/>
      </w:pPr>
      <w:r>
        <w:rPr>
          <w:rFonts w:ascii="Times New Roman" w:hAnsi="Times New Roman" w:eastAsia="Times New Roman" w:cs="Times New Roman"/>
        </w:rPr>
        <w:t>Israel imitãrõ guare, upérõ ahayhu chupe ha aikói che ra'y rendápe Egipto-gui. Oseas 11:1.</w:t>
      </w:r>
    </w:p>
    <w:p>
      <w:pPr>
        <w:pStyle w:val="ArticleBody"/>
        <w:jc w:val="left"/>
      </w:pPr>
      <w:r>
        <w:rPr>
          <w:rFonts w:ascii="Times New Roman" w:hAnsi="Times New Roman" w:eastAsia="Times New Roman" w:cs="Times New Roman"/>
        </w:rPr>
        <w:t>Omano Egíptope tape guasúpe, pe ñeʼẽ yvágagui oúva desiértogui oñehenói Ezequiel ñu umi kangue omanóva renondépe tekovépe. Upe ñeʼẽ oñepyrũ osapukái hag̃ua julio ary 2023-pe.</w:t>
      </w:r>
    </w:p>
    <w:p>
      <w:pPr>
        <w:pStyle w:val="ArticleScripture"/>
        <w:jc w:val="left"/>
      </w:pPr>
      <w:r>
        <w:rPr>
          <w:rFonts w:ascii="Times New Roman" w:hAnsi="Times New Roman" w:eastAsia="Times New Roman" w:cs="Times New Roman"/>
        </w:rPr>
        <w:t>Ha mbohapy ára ha mbyte rire, pe Espíritu de vida oúva Tupãgui oike hesekuéra, ha haʼekuéra opuʼã hiʼári. Upérõ tuicha kyhyje oguejy umi ohechávare chupekuéra. Ha ohendu hikuái peteĩ ñeʼẽ hatã guasu yvágagui heʼíva chupekuéra: Pejú koʼápe. Ha ojupi hikuái yvágape peteĩ arai rupi; ha iñenemigokuéra ohecha chupekuéra. Apocalipsis 11:11, 12.</w:t>
      </w:r>
    </w:p>
    <w:p>
      <w:pPr>
        <w:pStyle w:val="ArticleBody"/>
        <w:jc w:val="left"/>
      </w:pPr>
      <w:r>
        <w:rPr>
          <w:rFonts w:ascii="Times New Roman" w:hAnsi="Times New Roman" w:eastAsia="Times New Roman" w:cs="Times New Roman"/>
        </w:rPr>
        <w:t>Tupã ohenói Ita'ýrape osẽ hag̃ua Egiptogui, ha avei ohenói Moiséspe osẽ hag̃ua Egiptogui; Moisés, peteĩva alfa ramo, ha Jesús, omega ramo, ohechauka pe tembiasa oguerekótava umi cien cuarenta y cuatro mil, opurahéiva Moisés ha pe Cordero purahéi. Upe purahéi oguereko ipype pe ñehenói osẽ hag̃ua Egiptogui. Ezequielpe ojehechauka mokõi paso, ojejoguáva umi mokõi paso ojehechaukava'ekue Adán jejapope. Peteĩha, hete oñemoheñói; upéi pytu tekove rehegua oñemoinge pe retepe ha upémarõ oikove. Apocalipsis capítulo once-pe, peteĩha paso ha'e pe Tupã Espíritu oikeha umi ojeporojukava'ekuépe, ha upéi opu'ã hi'árikuéra ipy rehe. Oñembo'ývo hikuái, ha'e hikuái Tupã ehérsito. Pe ombohasáva pe Espíritu capítulo once-pe ojehechauka Ezequiel profecía peteĩhápe. Pe ñe'ẽ osapukáiva desiértope ha'e pe marandu profético oñondive pe Espíritu Santo reheve.</w:t>
      </w:r>
    </w:p>
    <w:p>
      <w:pPr>
        <w:pStyle w:val="ArticleBody"/>
        <w:jc w:val="left"/>
      </w:pPr>
      <w:r>
        <w:rPr>
          <w:rFonts w:ascii="Times New Roman" w:hAnsi="Times New Roman" w:eastAsia="Times New Roman" w:cs="Times New Roman"/>
        </w:rPr>
        <w:t>Mateo aranduka oguereko umi pa mokõi kapítulo ha’éva pe omega umi pa mokõi kapítulo Génesispe oĩvape g̃uarã, ome’ẽva mokõi testígo ohechaukáva pe ñe’ẽme’ẽ umi cien cuarenta y cuatro mil ndive. Umi kuimba’e ha kuña oñeseáta opa ára g̃uarã peteĩ joajupe Divinidad rehegua oñembojoajúva iñemano’ỹ yvypóra reko ndive. Ha’ekuéra oiko pe techaukaha umi mba’apohára aravo paha pegua hag̃ua.</w:t>
      </w:r>
    </w:p>
    <w:p>
      <w:pPr>
        <w:pStyle w:val="ArticleScripture"/>
        <w:jc w:val="left"/>
      </w:pPr>
      <w:r>
        <w:rPr>
          <w:rFonts w:ascii="Times New Roman" w:hAnsi="Times New Roman" w:eastAsia="Times New Roman" w:cs="Times New Roman"/>
        </w:rPr>
        <w:t>“Espíritu Santo rembiapo ha’e hína omog̃uahẽ hag̃ua ko múndope pe ipekádo rehegua, pe tekojoja rehegua ha pe juicio rehegua. Ko múndo ikatu hag̃uánte oñemomarandu ohechávo umi ogueroviáva pe añetegua oñesantifikaha pe añetegua rupive, oikoha yvate ha marangatu principio-kuéra rehehápe, ohechaukávo peteĩ sentido yvate ha oñemopu’ãvape, pe línea ombojoavýva umi oñongatúva Tupã mandamiento-kuéra, ha umi omopyrũva umíva ipy guýpe. Pe Espíritu santificación ohechauka porã pe joavy umi oguerekóva Tupã sellorã, ha umi oñongatúva peteĩ ára pytu’u japu. Oguahẽvo pe prueba, ojekuaáta hesakã porã mba’épa pe mymba marca. Ha’e hína pe domingo jejoko. Umi, ohendúma rire pe añetegua, oseguíva gueteri ohecha ko ára marangatu hag̃uáicha, ogueraha pe kuimba’e angaipa firma, pe opensa va’ekue omoambue hag̃ua ára ha léi-kuéra.” Bible Training School, 1 de diciembre de 1903.</w:t>
      </w:r>
    </w:p>
    <w:p>
      <w:pPr>
        <w:pStyle w:val="ArticleBody"/>
        <w:jc w:val="left"/>
      </w:pPr>
      <w:r>
        <w:rPr>
          <w:rFonts w:ascii="Times New Roman" w:hAnsi="Times New Roman" w:eastAsia="Times New Roman" w:cs="Times New Roman"/>
        </w:rPr>
        <w:t>Pe estandárte umi ciento cuarenta y cuatro milgua, oñehenóirõ yvágape Apocalipsis capítulo once-pe, tenonderã oñehenói osẽ hag̃ua Egipto-gui, upépe niko ojejuka kuri chupekuéra. Peteĩ ñe'ẽ oúva desierto-gui ohenói chupekuéra osẽ hag̃ua Egipto-gui, hag̃uaicha ha'ekuéra toiko pe techaukaha umi tembiapohára aravo paha pegua hag̃ua. Iñemoingove jey ary 2024-pe avei oñerrepresenta peteĩ ñemoñare ramo, ha peteĩ jevy ojekuaa ramo, odependévo mba'e ta'anga rupivepa oñemombe'u hína. Peteĩ ñemoñare rehegua ñe'ẽme, ha'ekuéra hína umi ombohováiva pe parábola umi diez virgen rehegua, ha ko sentido-pe, iñemoñare peteĩ ñemoñare virgen-gua, ha ha'ekuéra hína pe techaukaha.</w:t>
      </w:r>
    </w:p>
    <w:p>
      <w:pPr>
        <w:pStyle w:val="ArticleHeading"/>
        <w:jc w:val="left"/>
      </w:pPr>
      <w:r>
        <w:rPr>
          <w:rFonts w:ascii="Arial" w:hAnsi="Arial" w:eastAsia="Arial" w:cs="Arial"/>
        </w:rPr>
        <w:t>Pe Séptimo Marca Mesiánica ha’e 2024</w:t>
      </w:r>
    </w:p>
    <w:p>
      <w:pPr>
        <w:pStyle w:val="ArticleScripture"/>
        <w:jc w:val="left"/>
      </w:pPr>
      <w:r>
        <w:rPr>
          <w:rFonts w:ascii="Times New Roman" w:hAnsi="Times New Roman" w:eastAsia="Times New Roman" w:cs="Times New Roman"/>
        </w:rPr>
        <w:t>Ko'ág̃a opa ko'ã mba'e ojejapo, oñembyaty hag̃ua pe Ñandejára he'íva maranduhára rupive, he'ívo: Péina, peteĩ kuñataĩ imarã'ỹva hyeguasúta ha imembýta peteĩ ta'ýra, ha oñembohérata héra Emanuel; péva he'iséva hína: Tupã ñanendive. Mateo 1:22, 23.</w:t>
      </w:r>
    </w:p>
    <w:p>
      <w:pPr>
        <w:pStyle w:val="ArticleHeading"/>
        <w:jc w:val="left"/>
      </w:pPr>
      <w:r>
        <w:rPr>
          <w:rFonts w:ascii="Arial" w:hAnsi="Arial" w:eastAsia="Arial" w:cs="Arial"/>
        </w:rPr>
        <w:t>Profecía</w:t>
      </w:r>
    </w:p>
    <w:p>
      <w:pPr>
        <w:pStyle w:val="ArticleScripture"/>
        <w:jc w:val="left"/>
      </w:pPr>
      <w:r>
        <w:rPr>
          <w:rFonts w:ascii="Times New Roman" w:hAnsi="Times New Roman" w:eastAsia="Times New Roman" w:cs="Times New Roman"/>
        </w:rPr>
        <w:t>Upévare, Ñandejára voi ome'ẽta peẽme peteĩ techaukaha; Péina ápe, peteĩ kuñataĩ oĩ'ỹva kuimba'éndi hyeguasúta, ha imembýta peteĩ ta'ýra, ha ombohérata héra Emanuel. Isaías 7:14.</w:t>
      </w:r>
    </w:p>
    <w:p>
      <w:pPr>
        <w:pStyle w:val="ArticleBody"/>
        <w:jc w:val="left"/>
      </w:pPr>
      <w:r>
        <w:rPr>
          <w:rFonts w:ascii="Times New Roman" w:hAnsi="Times New Roman" w:eastAsia="Times New Roman" w:cs="Times New Roman"/>
        </w:rPr>
        <w:t>Oĩ vaʼekue techaukaha Moisés ha Cristo rembiasakuepe, oĩhaguéicha avei umi techaukaha Millerita rembiasakuepe. Umi ára pahápe, Laodiceagua Adventismo ohekáta peteĩ techaukaha, ha pe techaukaha añoite oguerekóva hína, haʼe Jona techaukaha. Oĩ avei peteĩ techaukaha umi oñemopuʼã jeyvaʼekuépe g̃uarã ary 2024-pe. Itechaukaha hína umi “siete tiempo” Levítico mokoĩpa poteĩme.</w:t>
      </w:r>
    </w:p>
    <w:p>
      <w:pPr>
        <w:pStyle w:val="ArticleScripture"/>
        <w:jc w:val="left"/>
      </w:pPr>
      <w:r>
        <w:rPr>
          <w:rFonts w:ascii="Times New Roman" w:hAnsi="Times New Roman" w:eastAsia="Times New Roman" w:cs="Times New Roman"/>
        </w:rPr>
        <w:t>Ha kóva ta peteĩ techaukaha ndeve g̃uarã: ko áño pe'úta umi mba'e okakuaáva ijehegui; ha mokõiha áñope, pe osẽva upe chugui; ha mbohapyha áñope peñemitỹ, peñemono'õ, ha peñotỹ parral-kuéra, ha pe'úta hi'a kuéra. Ha pe hembýva osẽva Judá róga guive ojepysóta jey yvýguýpe hapo, ha hi'a yvate gotyo. Jerusalén guive osẽta peteĩ hembýva, ha umi oikove hag̃uáva Sión yvyty guive; Ñandejára ehérsitopegua kyre'ỹ ojapóta kóva. 2 Reyes 19:29–31.</w:t>
      </w:r>
    </w:p>
    <w:p>
      <w:pPr>
        <w:pStyle w:val="ArticleScripture"/>
        <w:jc w:val="left"/>
      </w:pPr>
      <w:r>
        <w:rPr>
          <w:rFonts w:ascii="Times New Roman" w:hAnsi="Times New Roman" w:eastAsia="Times New Roman" w:cs="Times New Roman"/>
        </w:rPr>
        <w:t>Ha peje ramo: Mbaʼe piko jaʼúta ary sietehápe? Péina, ndajañotỹmoʼãi, ni ndamonoʼõmoʼãi ñane rembiapokue. Upéicharõ che amandáta che jehovasa pende ári ary seis hápe, ha upéva oguenohẽta hiʼa mbohapy ary pegua. Ha peẽ peñotỹta ary ochohápe, ha peʼúta gueteri yva yma guaréva pe ary nuevehápe peve; pe hiʼa pyahu oike peve, peʼúta pe mbaʼe oñeñongatupyre yma guaréva. Levítico 25:20–22.</w:t>
      </w:r>
    </w:p>
    <w:p>
      <w:pPr>
        <w:pStyle w:val="ArticleBody"/>
        <w:jc w:val="left"/>
      </w:pPr>
      <w:r>
        <w:rPr>
          <w:rFonts w:ascii="Times New Roman" w:hAnsi="Times New Roman" w:eastAsia="Times New Roman" w:cs="Times New Roman"/>
        </w:rPr>
        <w:t>Umi ojesalváva, ojehechauka avei Israel ñemosẽmbyréicha, ha iñermáno kuéra, ha’éva umi oĩva chupekuéra rehe ñembyai hag̃uáicha, omosẽ chupekuéra. Iñermáno kuéra omosẽ chupekuéra, oja’e’ỹgui hikuái pe añetegua sábado rehegua, ojehechaukáva Moisés “siete veces” rupive.</w:t>
      </w:r>
    </w:p>
    <w:p>
      <w:pPr>
        <w:pStyle w:val="ArticleScripture"/>
        <w:jc w:val="left"/>
      </w:pPr>
      <w:r>
        <w:rPr>
          <w:rFonts w:ascii="Times New Roman" w:hAnsi="Times New Roman" w:eastAsia="Times New Roman" w:cs="Times New Roman"/>
        </w:rPr>
        <w:t>Ñandejára omopu’ã Jerusalén; ha’e ombyaty Israelgui umi oñemosẽva’ekuépe. Salmos 147:2.</w:t>
      </w:r>
    </w:p>
    <w:p>
      <w:pPr>
        <w:pStyle w:val="ArticleBody"/>
        <w:jc w:val="left"/>
      </w:pPr>
      <w:r>
        <w:rPr>
          <w:rFonts w:ascii="Times New Roman" w:hAnsi="Times New Roman" w:eastAsia="Times New Roman" w:cs="Times New Roman"/>
        </w:rPr>
        <w:t>Ñandejára omoñepyrũ ombyaty hag̃ua pe hembýva jasypokõi 2023-pe, ha pe hembýva hína umi “ojeityva’ekue” Israel-gua. Jasypokõi 2023-pe, ha’e omoĩ jey ipo mokõiha hag̃ua ombyaty umi ojeityva’ekuépe. Omoĩ jey ipo 1849-pe mokõiha hag̃ua, mboyve pe omega resape Moisés rehegua poapy jey 1856-pe. Pe alfa resape ojehechauka Miller rembikuaapy profético peteĩha rupive—Moisés poapy jey.</w:t>
      </w:r>
    </w:p>
    <w:p>
      <w:pPr>
        <w:pStyle w:val="ArticleScripture"/>
        <w:jc w:val="left"/>
      </w:pPr>
      <w:r>
        <w:rPr>
          <w:rFonts w:ascii="Times New Roman" w:hAnsi="Times New Roman" w:eastAsia="Times New Roman" w:cs="Times New Roman"/>
        </w:rPr>
        <w:t>Ha upe árape oĩta peteĩ rapo Jesse rehegua, opuʼãva tetãnguéra poyvi ramo; hese umi gentíl oheka hag̃ua: ha ipytuʼu oĩta mimbipa reheve. Ha oikóta upe árape, Ñandejára omoĩjeýta ipo mokõiha jey hag̃ua ogueru jey hag̃ua hembyre hetãgua, opytáva Assyria-gui, ha Egipto-gui, ha Patros-gui, ha Cus-gui, ha Elam-gui, ha Sinar-gui, ha Hamat-gui, ha ypaʼũnguéra mar rehegua-gui. Haʼe omopuʼãta peteĩ poyvi tetãnguéra-pe g̃uarã, ha ombyatyta Israel ñemosẽpyrekuérape, ha omonoʼõta Judá isarambipávape yvy apýra irundyguio. Isaías 11:10–12.</w:t>
      </w:r>
    </w:p>
    <w:p>
      <w:pPr>
        <w:pStyle w:val="ArticleBody"/>
        <w:jc w:val="left"/>
      </w:pPr>
      <w:r>
        <w:rPr>
          <w:rFonts w:ascii="Times New Roman" w:hAnsi="Times New Roman" w:eastAsia="Times New Roman" w:cs="Times New Roman"/>
        </w:rPr>
        <w:t>Umi oñemombo vaʼekue oñemopuʼã jave techaukaha ramo, upérõ ombyatyta hikuái umi tembiapohára ára paha guivegua, ikatúva “ojehechauka hag̃uánte ohechávo” “pe joavy umi oguerekóva Tupã sello, ha umi oñangarekóva peteĩ pytuʼu ára japúva rehe” apytépe. Pe techaukaha umi tembiapohára ára paha guiveguápe g̃uarã haʼe umi oñemombo vaʼekue, ha pe techaukaha UMI oñemombo vaʼekue rehegua, haʼe pe peteĩ mbaʼe hasy hag̃ua oñentende hag̃ua: jaʼu hag̃ua “ko arýpe umi mbaʼe ijehegui okakuaáva, ha mokõiha arýpe upe upégui osẽ jeyva; ha mbohapyha arýpe peñotỹ, ha peikosecha, ha peñotỹ parralkuéra, ha peʼu hiʼakuéra.”</w:t>
      </w:r>
    </w:p>
    <w:p>
      <w:pPr>
        <w:pStyle w:val="ArticleBody"/>
        <w:jc w:val="left"/>
      </w:pPr>
      <w:r>
        <w:rPr>
          <w:rFonts w:ascii="Times New Roman" w:hAnsi="Times New Roman" w:eastAsia="Times New Roman" w:cs="Times New Roman"/>
        </w:rPr>
        <w:t>Pe pasáhe pegua enigma ha’e ohechauka hag̃ua umi “siete tiempo” Levítico mokõipa po ha mokõipa poteĩme. Yvy opytuʼu hag̃ua pe sábadope haʼe peteĩ ñeʼẽmeʼẽme oĩva, ha upéva ohechauka mokõivéva jehovasa térã jehupytyvaʼerã vai, pe yvy oñemeʼẽ vaʼekuépe oñeñangareko térã oñemboykévo pe opytuʼu vaʼerã ary sietehápe. Pe señal umi cien cuarenta y cuatro mil rehegua haʼe peẽnte peteĩ mbaʼe pe ñeʼẽmeʼẽ mbohapy jeygua apytégui, ha upéva ojehechauka pe sábado ary sietehápe pe yvy rehegua rupive. Pe añetegua ypykue umi “siete tiempo” rehegua ohechauka peteĩva umi mbohapy elemento ñande ñeʼẽmeʼẽmegua, oprometéva peteĩ pyʼahu ha peteĩ apytuʼu pyahu, ha avei peteĩ tete pyahu, ha peteĩ yvy oiko hag̃ua pype.</w:t>
      </w:r>
    </w:p>
    <w:p>
      <w:pPr>
        <w:pStyle w:val="ArticleBody"/>
        <w:jc w:val="left"/>
      </w:pPr>
      <w:r>
        <w:rPr>
          <w:rFonts w:ascii="Times New Roman" w:hAnsi="Times New Roman" w:eastAsia="Times New Roman" w:cs="Times New Roman"/>
        </w:rPr>
        <w:t>Pe sábado ára poapyha hína pe techaukaha Ñandejára ha Itavayguakuéra apytépe, ha upe sábado ára poapyha avei orrepresenta pe tembiaporã ñe’ẽme’ẽgua oñeme’ẽva’ekue Israel yma guarépe. Haʼekuéra oikovaʼerãkuri pe ñangarekohára ha ñembyatyhára umi Diez Mandamiento rehe. Hermana White heʼi hesakã porã Israel pyahu 1844-pe, ojoajúvo Israel yma guaréndi, oñemoĩhague ñembyatyhára ramo ndahaʼéi año umi Diez Mandamiento-gui, síno avei Ñandejára Ñeʼẽ marandu hag̃uáre.</w:t>
      </w:r>
    </w:p>
    <w:p>
      <w:pPr>
        <w:pStyle w:val="ArticleScripture"/>
        <w:jc w:val="left"/>
      </w:pPr>
      <w:r>
        <w:rPr>
          <w:rFonts w:ascii="Times New Roman" w:hAnsi="Times New Roman" w:eastAsia="Times New Roman" w:cs="Times New Roman"/>
        </w:rPr>
        <w:t>“Tupã ohenói hóglesia ko árape, ohenói haguéicha yma Israel yma guarépe, opyta hag̃ua tesape ramo yvy ári. Añetegua kyse guasu mbarete rupive, pe peteĩha, mokõiha ha mbohapyha ánhel marandu rupive, omboyke chupekuéra umi iglesia-gui ha arapy-gui ogueraha hag̃ua chupekuéra peteĩ hi’aguĩ hag̃ua marangatúpe Hendive. Ha’e ojapo chupekuéra I Léi ñongatuhára ramo ha omoĩ ipopekuéra ko árape guarã umi tuichaite marandu profétikova. Oñeme’ẽ haguéicha Israel yma guarépe umi ñe’ẽ marangatu, ko’ãva avei ha’e peteĩ jerovia marangatu oñemombe’u hag̃uáicha yvy tuichakue javeve. Umi mbohapy ánhel Apocalipsis 14-pe ohechauka umi tavayguakuérape omoneĩva Tupã marandu kuéra resape ha osẽva Hembiguái ramo omyasãi hag̃ua pe ñehendu asy yvy pukukue ha ipekue javeve.” Testimonios, volumen 5, 455.</w:t>
      </w:r>
    </w:p>
    <w:p>
      <w:pPr>
        <w:pStyle w:val="ArticleBody"/>
        <w:jc w:val="left"/>
      </w:pPr>
      <w:r>
        <w:rPr>
          <w:rFonts w:ascii="Times New Roman" w:hAnsi="Times New Roman" w:eastAsia="Times New Roman" w:cs="Times New Roman"/>
        </w:rPr>
        <w:t>Umi Diez Mandamiento ojehechauka ára pokõivegua sábado rehegua rupive, ha profecía léi-kuéra ojehechauka arýi pokõivegua sábado rupive. Adventismo Laodiceagua Sábado Pokõivegua rehegua tuicha oñemotĩta ohejávo iñirũhápe ha oñepyrũvo omomba’e kuarahy, péro pe mandamiento sábado rehegua raẽvete omboykéva hikuái ha’e Moisés “pokõi jey.”</w:t>
      </w:r>
    </w:p>
    <w:p>
      <w:pPr>
        <w:pStyle w:val="ArticleBody"/>
        <w:jc w:val="left"/>
      </w:pPr>
      <w:r>
        <w:rPr>
          <w:rFonts w:ascii="Times New Roman" w:hAnsi="Times New Roman" w:eastAsia="Times New Roman" w:cs="Times New Roman"/>
        </w:rPr>
        <w:t>Yvypóra oñeme’ẽ vaʼekue oñeganar hag̃ua, Tupã tavayguakuéra oikuaavaʼerã ha omombaʼeguasuvaʼerã ndahaʼéi pe sábado ára pokõihámeguánte, ha katu avei pe sábado pa ary rehegua. Adventismo Laodiceagua ndaikatúi omboyke ko añetegua bíblica, jepe ojao ijapu reheve. Kóva hína pe ypykue iñaña hag̃ua, ogueraháva chupekuéra omosẽ hag̃ua umi oikótavape pe techaukaha ramo.</w:t>
      </w:r>
    </w:p>
    <w:p>
      <w:pPr>
        <w:pStyle w:val="ArticleScripture"/>
        <w:jc w:val="left"/>
      </w:pPr>
      <w:r>
        <w:rPr>
          <w:rFonts w:ascii="Times New Roman" w:hAnsi="Times New Roman" w:eastAsia="Times New Roman" w:cs="Times New Roman"/>
        </w:rPr>
        <w:t>“Hetave che ru ojeroviagua ogayguakuéra heta ojerovia añetéva pe jeju rehe, ha ko doctrina mimbipáva rehe romombe’úgui ore testimonio, peteĩ jey siete ore apytégui ore mosẽ pe Iglesia Metodístagui. Upe ára umi ñe’ẽ proféta he’íva iporãiterei oréve g̃uarã: ‘Pene pehẽngue kuéra pene rayh’ỹva, pene mosẽva che réra rehehápe, he’i: Toñemomba’eguasu Ñandejára; ha’e katu ojehechaukáta pende vy’arã, ha ha’ekuéra otĩta.’ Isaías 66:5.”</w:t>
      </w:r>
    </w:p>
    <w:p>
      <w:pPr>
        <w:pStyle w:val="ArticleScripture"/>
        <w:jc w:val="left"/>
      </w:pPr>
      <w:r>
        <w:rPr>
          <w:rFonts w:ascii="Times New Roman" w:hAnsi="Times New Roman" w:eastAsia="Times New Roman" w:cs="Times New Roman"/>
        </w:rPr>
        <w:t>“Ko ára guive, diciembre 1844 peve, che vy’akuéra, che jehasa’asykuéra ha che ñembotavykuéra ojogua vaʼekue umi che irũnguéra ahayhúva Adventista oĩva che jerére rembiasakue rehe. Upérõ ahavisita peteĩ ñande reindy Adventista-pe, ha pyhareve roñesũ pe altar familiar jerére. Ndahaʼéi vaʼekue peteĩ jopói omokyreʼỹetereíva, ha roime vaʼekue peteĩ po rupínte, maymáva kuña. Ajerure asy aja, Tupã puʼaka oguahẽ che ári arakaʼeve ndaikuaáiháicha yma. Ajejahoʼi peteĩ visión-pe Tupã glória rehegua, ha haʼete chéve ahupiha yvateve ha yvateve yvy ári guive, ha ojehechauka chéve mbaʼe michĩmi umi Adventista tavayguakuéra rape marangatu gotyo, pe Táva Marangatu peve, koʼág̃a ojeʼeháicha iguýpe.” Early Writings, 13.</w:t>
      </w:r>
    </w:p>
    <w:p>
      <w:pPr>
        <w:pStyle w:val="ArticleBody"/>
        <w:jc w:val="left"/>
      </w:pPr>
      <w:r>
        <w:rPr>
          <w:rFonts w:ascii="Times New Roman" w:hAnsi="Times New Roman" w:eastAsia="Times New Roman" w:cs="Times New Roman"/>
        </w:rPr>
        <w:t>Ellen White jehecha tenondegua visión ome’ẽva’ekue, ojehu rire kuña irundyha peteĩ kuñakarai ndive, (ohechaukáva po virgen iñaranduha) oñembyatýramo guare oñondive, oñemosẽ rire ichuguikuéra ijoyke’ykuéra pochy ha ndaija’éiva hesekuéra. Ha’ekuéra ndocha’éi va’ekue hesekuéra pe doctrina rehegua pe Jejujey Mokõiha, ha upéicha ohechaukáva umi oñemosẽva ára pahápeguápe.</w:t>
      </w:r>
    </w:p>
    <w:p>
      <w:pPr>
        <w:pStyle w:val="ArticleScripture"/>
        <w:jc w:val="left"/>
      </w:pPr>
      <w:r>
        <w:rPr>
          <w:rFonts w:ascii="Times New Roman" w:hAnsi="Times New Roman" w:eastAsia="Times New Roman" w:cs="Times New Roman"/>
        </w:rPr>
        <w:t>“Ahecha pe tupao rérape añónte ojekuaáva ha umi Adventista rérape añónte ojekuaáva, Judas-icha, oreme’ẽta katóliko-kuérape ikatu hag̃uáicha ohupyty hikuái imbaretekue ou hag̃ua añeteguáre. Upe ramo umi marangatukuéra ha’éta peteĩ tetãmi kañymby, sa’ieterei ojekuaáva katóliko-kuérape; ha umi tupao ha umi Adventista rérape añónte ojekuaáva, oikuaáva ore jerovia ha ore jepokuaa rehegua (ndojehayhúigui ore rehe sábado rehehápe, ndaikatúigui ombotove upéva), ome’ẽta marangatukuérape ha omombe’úta katóliko-kuérape ha’eha umi omboykétava tavayguakuéra rembiapoukapy; péva he’ise, ojapohague sábado ha omboykeha domingo.</w:t>
      </w:r>
    </w:p>
    <w:p>
      <w:pPr>
        <w:pStyle w:val="ArticleScripture"/>
        <w:jc w:val="left"/>
      </w:pPr>
      <w:r>
        <w:rPr>
          <w:rFonts w:ascii="Times New Roman" w:hAnsi="Times New Roman" w:eastAsia="Times New Roman" w:cs="Times New Roman"/>
        </w:rPr>
        <w:t>“Upéi umi católico heʼíta umi protestántepe toho hag̃ua tenonderãme, ha omoinge hag̃ua peteĩ decreto opavave umi noñangarekóivape arapokõindýpe, pytuʼu hag̃ua arapoteĩha ára rangue, tojejuka hag̃ua. Ha umi católico, hetaitereíva hikuái, oĩta umi protestánte ykére. Umi católico omeʼẽta ipokatu mymbajogua raʼãngápe. Ha umi protestánte ojapóta mbaʼe hembireko ypykue ojapo haguéicha henondépekuéra, omokañy hag̃ua umi marangatupe. Péro ndeʼírõ guive idecrétokuéra ogueru térã ogueraha yva, umi marangatu ojeipeʼáta Tupã Ñeʼẽ rupive.” Spalding and Magan, 1, 2.</w:t>
      </w:r>
    </w:p>
    <w:p>
      <w:pPr>
        <w:pStyle w:val="ArticleBody"/>
        <w:jc w:val="left"/>
      </w:pPr>
      <w:r>
        <w:rPr>
          <w:rFonts w:ascii="Times New Roman" w:hAnsi="Times New Roman" w:eastAsia="Times New Roman" w:cs="Times New Roman"/>
        </w:rPr>
        <w:t>Umi “Adventista rérape” (he’iséva térãnte oñehenói hag̃uáicha añoite), “Judasicha oretraisionáta Católicope”. Ojejapo upéva pórke “ndaija’éi” umi oñemboykévare “pórke oñeñongatu pe sábado”. Umi Adventista rérape he’i oñeñongatuha hikuái pe sábado ára pokõihámegua, upévare ndaha’éi péva pe sábado oñeñe’ẽva hese ko’ápe. Ha’ekuéra ndaija’éi umi oñemboykévare, oikuaágui ndaikatuiha ombohovái pe añetegua pyenda guasu, Moisés remimombe’úva umi siete tiempos rehegua, upéva va’ekue pe entendimiento alpha Elías rehegua, William Miller persona-pe.</w:t>
      </w:r>
    </w:p>
    <w:p>
      <w:pPr>
        <w:pStyle w:val="ArticleScripture"/>
        <w:jc w:val="left"/>
      </w:pPr>
      <w:r>
        <w:rPr>
          <w:rFonts w:ascii="Times New Roman" w:hAnsi="Times New Roman" w:eastAsia="Times New Roman" w:cs="Times New Roman"/>
        </w:rPr>
        <w:t>“Ñandejára ndoñeme’ẽi ñandéve peteĩ marandu pyahu. Ñañemoĩ vaerã ñamombeʼu hag̃ua pe marandu 1843 ha 1844-pe ñaneguenohẽ vaʼekue ambue tupãónguéragui.” Review and Herald, 19 de enero de 1905.</w:t>
      </w:r>
    </w:p>
    <w:p>
      <w:pPr>
        <w:pStyle w:val="ArticleScripture"/>
        <w:jc w:val="left"/>
      </w:pPr>
      <w:r>
        <w:rPr>
          <w:rFonts w:ascii="Times New Roman" w:hAnsi="Times New Roman" w:eastAsia="Times New Roman" w:cs="Times New Roman"/>
        </w:rPr>
        <w:t>“Opaite marandu oñeme'ẽva'ekue 1840–1844 guive oñemombareteva'erã ko'ág̃a, heta tapicha oguerekógui okañýva hikuái iñesãmbyhýgui. Umi marandu ohova'erã opaite tupaópe.” Manuscript Releases, volumen 21, 437.</w:t>
      </w:r>
    </w:p>
    <w:p>
      <w:pPr>
        <w:pStyle w:val="ArticleScripture"/>
        <w:jc w:val="left"/>
      </w:pPr>
      <w:r>
        <w:rPr>
          <w:rFonts w:ascii="Times New Roman" w:hAnsi="Times New Roman" w:eastAsia="Times New Roman" w:cs="Times New Roman"/>
        </w:rPr>
        <w:t>“Umi añetegua ñande roguerovia vaʼekue ary 1841-pe, ‘42-pe, ‘43-pe ha ‘44-pe koʼág̃a oñehesaʼỹijovaʼerã ha oñemomaranduvaʼerã.” Manuscript Releases, volumen 15, 371.</w:t>
      </w:r>
    </w:p>
    <w:p>
      <w:pPr>
        <w:pStyle w:val="ArticleScripture"/>
        <w:jc w:val="left"/>
      </w:pPr>
      <w:r>
        <w:rPr>
          <w:rFonts w:ascii="Times New Roman" w:hAnsi="Times New Roman" w:eastAsia="Times New Roman" w:cs="Times New Roman"/>
        </w:rPr>
        <w:t>“Pe ñe’ẽmondo oguahẽma: Mba’eve ndojehejaiva’erã oike hag̃ua ombyai hag̃ua pe jerovia rapyta, hi’ári ñande ñamopu’ã hague guive pe marandu oguahẽ guive ary 1842, 1843 ha 1844-pe. Che aikéma kuri ko marandúpe, ha upéguive aime kuri chepyta hag̃ua ko yvy ape ári, añetehápe pe tesape Ñandejára ome’ẽ va’ekuépe ñandéve reheve. Ndoroimo’ãi roipe’a ore py pe plataforma-gui oñemoĩ hague hikuái pype, ára ha ára roheka aja pe Ñandejárape ñembo’e kyre’ỹme, roheka tesape. Peimo’ãpa ikatuha aheja rei pe tesape Ñandejára ome’ẽ va’ekue chéve? Upéva va’erã pe Ita Aréma-icha. Ha’e che mboguata kuri upéguive oñeme’ẽ haguéguive chéve.” Review and Herald, 14 de abril de 1903.</w:t>
      </w:r>
    </w:p>
    <w:p>
      <w:pPr>
        <w:pStyle w:val="ArticleBody"/>
        <w:jc w:val="left"/>
      </w:pPr>
      <w:r>
        <w:rPr>
          <w:rFonts w:ascii="Times New Roman" w:hAnsi="Times New Roman" w:eastAsia="Times New Roman" w:cs="Times New Roman"/>
        </w:rPr>
        <w:t>Judas ndaha’éi peteĩ símbolo Sanedrín rehegua, umi saduceo ha fariseo omoheñóiva; Judas niko peteĩva umi doce discípulo apytégui. Ha’e va’ekue peteĩva pe novia del pacto rehegua, Cristo omenda hag̃uáicha hese kuéra Pentecostéspe. Pe traición umi oñemboykéva rehe ou Judas-gui, pe iglesia Adventista del Séptimo Día Laodicea rehegua. Ha’ekuéra ojehechauka heta símbolo rupive, techapyrãramo umi levita oñemboykéva pe Mensajero del Pacto rupive Malaquías mbohapy-pe. Umi levita ojeipe’a peteĩcha upe ñemopotĩme, ha ipapapy ha’e 25, toñemomba’e jeroviaha térã naiñe’ẽrendúi hag̃ua. Umi levita oñemopotĩ raẽ ojehupi mboyve hag̃ua ofrenda ramo, yma guarérõ guáicha.</w:t>
      </w:r>
    </w:p>
    <w:p>
      <w:pPr>
        <w:pStyle w:val="ArticleScripture"/>
        <w:jc w:val="left"/>
      </w:pPr>
      <w:r>
        <w:rPr>
          <w:rFonts w:ascii="Times New Roman" w:hAnsi="Times New Roman" w:eastAsia="Times New Roman" w:cs="Times New Roman"/>
        </w:rPr>
        <w:t>Ha’e oguapýta peteĩ omopotĩha ha omongarai hag̃uáicha pláta; ha’e omopotĩta Leví ra’ykuérape, ha omboykéta chupekuéra óro ha plátaicha, ikatu hag̃uáicha oikuave’ẽ hikuái Ñandejárape peteĩ ofrénda tekojoja reheve. Upérõ Judá ha Jerusalén ofrénda oguerohory hag̃uáta Ñandejárape, yma guarérõguáicha, ha ary ñepyrũmby guaréicha. Malaquías 3:3, 4.</w:t>
      </w:r>
    </w:p>
    <w:p>
      <w:pPr>
        <w:pStyle w:val="ArticleBody"/>
        <w:jc w:val="left"/>
      </w:pPr>
      <w:r>
        <w:rPr>
          <w:rFonts w:ascii="Times New Roman" w:hAnsi="Times New Roman" w:eastAsia="Times New Roman" w:cs="Times New Roman"/>
        </w:rPr>
        <w:t>Levita kuéra hína pe ofrénda, pórke ohechauka porãite Cristo rekotee, ha'e pe Ofrénda Tuicha. Umi mokõipa po Levita oñemopuʼã vove peteĩ ofréndaramo, umi mokõipa po Levita japu ojeity kuarahy renondépe Ezequiel 8-pe.</w:t>
      </w:r>
    </w:p>
    <w:p>
      <w:pPr>
        <w:pStyle w:val="ArticleBody"/>
        <w:jc w:val="left"/>
      </w:pPr>
      <w:r>
        <w:rPr>
          <w:rFonts w:ascii="Times New Roman" w:hAnsi="Times New Roman" w:eastAsia="Times New Roman" w:cs="Times New Roman"/>
        </w:rPr>
        <w:t>Judas ndaha’éi añónte peteĩ levíta añáme, ha’e avei peteĩ pa’i añáme ojejapóva’ekue mbohapypa ary pukukue, Judas rembiapo’ỹ repykue mbohapypa pirapire guive ojehechaukaháicha.</w:t>
      </w:r>
    </w:p>
    <w:p>
      <w:pPr>
        <w:pStyle w:val="ArticleScripture"/>
        <w:jc w:val="left"/>
      </w:pPr>
      <w:r>
        <w:rPr>
          <w:rFonts w:ascii="Times New Roman" w:hAnsi="Times New Roman" w:eastAsia="Times New Roman" w:cs="Times New Roman"/>
        </w:rPr>
        <w:t>Upéi Judas, pe ohaipyre'ỹ va'ekue chupe, ohechávo oñembojovakeha, ombyasy ijehegui, ha oguerujey umi mbohapypa pehẽngue pláta umi saserdóte ruvicha kuérape ha umi karai guasúpe, he'ívo: Che rembiapo vai, ame'ẽ haguére pe tuguy ndojeky'áva. Ha ha'e kuéra he'i chupe: Mba'ére piko upéva ore reheguáva? Emaña nde voi upévare. Ha ha'e omombo yvýpe umi pehẽngue pláta pe tupãópe, ha osẽ oho hag̃ua, ha oho oñembojuvy. Mateo 27:3–5.</w:t>
      </w:r>
    </w:p>
    <w:p>
      <w:pPr>
        <w:pStyle w:val="ArticleBody"/>
        <w:jc w:val="left"/>
      </w:pPr>
      <w:r>
        <w:rPr>
          <w:rFonts w:ascii="Times New Roman" w:hAnsi="Times New Roman" w:eastAsia="Times New Roman" w:cs="Times New Roman"/>
        </w:rPr>
        <w:t>Umi mbohapypa pehẽngue de pláta Judas omombo vaekue ogueraha’anga Pe Ñe’ẽmondoha Jejoguapy rehegua omosẽha (opotĩha) pe ta’ãngamýi peteĩchagua pláta rehegua (pláta japu) Malaquías mbohapy-pe. Upe pa’i reko añáme ojehechauka Coré, Datán ha Abiram pu’akápe, ha umi opu’ãva 1888-pe. Pe pa’i reko añáme oñemokõ umi Tetã peteĩ reko Amérika pegua, mymba yvy rehegua, ojuru jave. Upéi tata ohundi hembiapokue kuérape, pe okykypávo ama pahague rehegua tuichakue jave, oñepyrũva arapokõindy léi jave.</w:t>
      </w:r>
    </w:p>
    <w:p>
      <w:pPr>
        <w:pStyle w:val="ArticleBody"/>
        <w:jc w:val="left"/>
      </w:pPr>
      <w:r>
        <w:rPr>
          <w:rFonts w:ascii="Times New Roman" w:hAnsi="Times New Roman" w:eastAsia="Times New Roman" w:cs="Times New Roman"/>
        </w:rPr>
        <w:t>Pe virgen omembýva peteĩ techaukaha ramo Cristo ára-pe, ohechauka umi virgen iñaranduha techaukaha ára pahápe. Upe tiémpope, Sanedrín, pe iglesia Adventista del Séptimo Día Laodicea-pegua, ohekáta peteĩ techaukaha, ha katu ndaikatúi ohecha pe techaukaha añoite oñemeʼẽva Laodicea-pe. Pe techaukaha pe aty guasúpe g̃uarã, umi mbaʼapohára aravo once-pegua, haʼe hína ojehecha kuimbaʼe ha kuña-kuéra oñongatúha pe sábado ára pokõiha pe prueba léi domingo aja. Pe remanente techaukaha, iñorairõme umi yma guaréva pacto retãgua ndive, haʼe pe sábado arýpe peteĩ jey, ohechaukáva Adventismo pyenda kuéra ojehechakuaáva mokõivéva Habacuc marandu marangatu tablakuéra mbytépe jeguataha ramo. Pe techaukaha oñemeʼẽva Adventismo Laodicea-guápe haʼe Jonás techaukaha, oñembohováiva pe ñomongeta Cristo ha Pedro apytépe.</w:t>
      </w:r>
    </w:p>
    <w:p>
      <w:pPr>
        <w:pStyle w:val="ArticleScripture"/>
        <w:jc w:val="left"/>
      </w:pPr>
      <w:r>
        <w:rPr>
          <w:rFonts w:ascii="Times New Roman" w:hAnsi="Times New Roman" w:eastAsia="Times New Roman" w:cs="Times New Roman"/>
        </w:rPr>
        <w:t>Upérõ Jesús og̃uahẽ jave Cesarea de Filipo rembeʼýpe, oporandu hemimboʼekuérape, heʼívo: Mávapa avakuéra heʼi che, Yvypóra Raʼy, haʼeha? Haʼekuéra katu heʼi: Oĩ heʼíva nde haʼeha Juan el Bautista; ambuekuéra, Elías; ha ambue, Jeremías, térã peteĩva profetakueragui. Haʼe heʼi chupekuéra: Ha peẽ, mávapa peje che haʼeha?</w:t>
      </w:r>
    </w:p>
    <w:p>
      <w:pPr>
        <w:pStyle w:val="ArticleScripture"/>
        <w:jc w:val="left"/>
      </w:pPr>
      <w:r>
        <w:rPr>
          <w:rFonts w:ascii="Times New Roman" w:hAnsi="Times New Roman" w:eastAsia="Times New Roman" w:cs="Times New Roman"/>
        </w:rPr>
        <w:t>Upémarõ Simón Pedro he’i: Nde hína Cristo, pe Tupã oikovéva Ra’y. Ha Jesús ombohovái ha he’i chupe: Ovy’aite nde, Simón Barjona; ndaha’éi niko so’o ha tuguy ombojekuaáva ndéve kóva, ha katu che Ru yvágape oĩva. Ha che avei ha’e ndéve: nde hína Pedro, ha ko ita ári amopu’ãta che iglesia; ha Añáme’ẽ rokẽngue ndikatumo’ãi ipu’aka hese. Ha ame’ẽta ndéve yvága rréino llávekuéra; ha opa mba’e remboguátava yvy ári, oñemboguátáta yvágape; ha opa mba’e remboguáiva yvy ári, oñemboguáita yvágape.</w:t>
      </w:r>
    </w:p>
    <w:p>
      <w:pPr>
        <w:pStyle w:val="ArticleScripture"/>
        <w:jc w:val="left"/>
      </w:pPr>
      <w:r>
        <w:rPr>
          <w:rFonts w:ascii="Times New Roman" w:hAnsi="Times New Roman" w:eastAsia="Times New Roman" w:cs="Times New Roman"/>
        </w:rPr>
        <w:t>Upéi he’i porãkuri hemimbo’érape ani hag̃ua omombe’u avavépe ha’eha Jesús, pe Cristo. Mateo 16:13–20.</w:t>
      </w:r>
    </w:p>
    <w:p>
      <w:pPr>
        <w:pStyle w:val="ArticleBody"/>
        <w:jc w:val="left"/>
      </w:pPr>
      <w:r>
        <w:rPr>
          <w:rFonts w:ascii="Times New Roman" w:hAnsi="Times New Roman" w:eastAsia="Times New Roman" w:cs="Times New Roman"/>
        </w:rPr>
        <w:t>Pe señal Sanedrínpe g̃uarã, ha upévare Adventísmope g̃uarã avei, ha’e Jonás señal. Simón Barjona oñemoinge ko pasáhepe peteĩ kuimba’e pactopegua símbolo ramo, pórke héra oikóta oñemoambue. Abrán réra oñemoambue vaʼekue pactope. Saulo réra oñemoambue vaʼekue Pablo-pe. Jacob réra oñemoambue vaʼekue Israel-pe. Koʼã mbohapy testígo omopyenda porã peteĩ personaje bíblico réra oñemoambuévo, haʼeha peteĩ kuimbaʼe pactopegua raʼanga, ha upévare ohechauka hag̃ua pe tavayguakuéra paha pactopegua, haʼéva umi cien cuarenta y cuatro mil. Koʼã mbohapy testígo avei omopyenda peteĩ kuimbaʼe pactopegua réra oguerekoha pe simbolismo profético ojoajúva pe tapicha ndive, héra oñemoambuévape. Saulo heʼise “poravopyre”, pórke haʼe oñeporavo vaʼekue ogueraha hag̃ua pe evangelio gentil-kuérape. Héra oñemoambue Pablo-pe, heʼiséva michĩ, pórke haʼe ijehegui ohecha vaʼekue ijehe pe apóstol-kuéra apytépe pe michĩvévaramo, pórke opersekí kuri Tupão iglesia. Jacob, pe opuʼãva ambue rendaguépe, oñemoambue héra ha heko arandúpe peteĩ ipuʼakávape, upéicha heʼiseháicha Israel. Pedro réra vaʼekue Simón, heʼiséva peteĩ ohendúva; ha Barjona, heʼiséva Jonás raʼy.</w:t>
      </w:r>
    </w:p>
    <w:p>
      <w:pPr>
        <w:pStyle w:val="ArticleBody"/>
        <w:jc w:val="left"/>
      </w:pPr>
      <w:r>
        <w:rPr>
          <w:rFonts w:ascii="Times New Roman" w:hAnsi="Times New Roman" w:eastAsia="Times New Roman" w:cs="Times New Roman"/>
        </w:rPr>
        <w:t>Pedro ojechauka pe generación pahápe Jonás rehegua, ha’e niko Jonás ra’y. Jonás he’ise “pýkasu”, ha Simón ha’e pe ohendúva pe marandu pýkasu rehegua; ha Simón Barjona ohendu va’ekue pe marandu Jesucristo ñemoĩ porã rehegua, upe jave oñemongarai haguépe ha ojapo ramo guare Jesús Cristo-rõ, ha Espíritu Santo oguejy hese pýkasu rekápe. Pe marandu Jonás rehegua ha’e pe marandu pýkasu rehegua, pe ohechaukáva Jesús ñemoĩ porã mbarete reheve imongarai jave. Pe marandu Jonás rehegua ojehechauka va’ekue Jonás oĩ haguére mbohapy ára pira guasu rye ryepýpe. Umi mbohapy ára ha’e pe mbohapy ára Páskua guive pe arete yva tenondegua peve, umi ojehechaukáva Cristo ñemongaraípe ha Jonás oĩ hague pira guasu rye ryepýpe.</w:t>
      </w:r>
    </w:p>
    <w:p>
      <w:pPr>
        <w:pStyle w:val="ArticleBody"/>
        <w:jc w:val="left"/>
      </w:pPr>
      <w:r>
        <w:rPr>
          <w:rFonts w:ascii="Times New Roman" w:hAnsi="Times New Roman" w:eastAsia="Times New Roman" w:cs="Times New Roman"/>
        </w:rPr>
        <w:t>Jonás ñe’ẽñemi ha’e Cristo jehovasapyre techaukaha Iñemongarai jave, ha upéva oñemoha’angahai pe ánhel Apocalipsis dieciocho pegua oguejyha 11 de septiembre-pe. 11 de septiembre omoñepyrũ peteĩ proceso prueba rehegua mbohapy paso rupive, oñetechauka hag̃uáicha Jonás mbohapy ára rupive. Umi mbohapy paso avei oñemoha’angahai historia Millerita-pe. 11 de agosto de 1840 ohechauka pe prueba ánhel peteĩha rehegua, 19 de abril de 1844 pe prueba ánhel mokõiha rehegua ha 22 de octubre de 1844 pe mbohapyha prueba. Umi mbohapy paso ohechauka 11 de septiembre, 18 de julio de 2020 ha pe léi domingo rehegua.</w:t>
      </w:r>
    </w:p>
    <w:p>
      <w:pPr>
        <w:pStyle w:val="ArticleBody"/>
        <w:jc w:val="left"/>
      </w:pPr>
      <w:r>
        <w:rPr>
          <w:rFonts w:ascii="Times New Roman" w:hAnsi="Times New Roman" w:eastAsia="Times New Roman" w:cs="Times New Roman"/>
        </w:rPr>
        <w:t>Pe léi dominical-pe, Jonás oñemosẽ jejopy hag̃ua peteĩ pira jurúgui, upe hendápe voi Cristo omosẽhápe Laodicea ipyapýgui, upe hendápe voi Balaam mburika ojurupe’a ha oñe’ẽhápe, upe hendápe voi Juan Bautista ru Zacarías oñe’ẽhápe, ha avei upe hendápe Estados Unidos oñe’ẽhápe dragónicha. Upéi Jonás ome’ẽ pe ñemomarandu paha yvy tuichakuepe, umi oikovéva jevy Moisés ha Elías ndive ary 2024-pe ta’ãnga ramo. Umi ánga omano vaʼekue Sodoma ha Egipto kállekuérape, ha upéi oñemoingove jey Ezequiel ehérsito mbarete ramo. Iñemoingove jey jave oiko hikuái Jonás techaukaha ramo, pórke ha’e ohechauka umi omano ha oñemoingove jeyva’ekuépe ome’ẽ hag̃ua pe marandu paha Nínive-pe. Jonás mburika ryepýpe, Daniel león kuéra itakuápe, Juan ña’ẽ asýpe hakuetereíva ryepýpe ohechauka umi cien cuarenta y cuatro mil ohasa vaʼekue peteĩ ñemano ha ñemoingove jey simbóliko. Pe ñemoĩ porã 9/11-pe peve Ezequiel ehérsito mbarete ñemoingove jey rehegua ohechauka Cristo ñemongarai Iñemoingove jey peve hag̃ua.</w:t>
      </w:r>
    </w:p>
    <w:p>
      <w:pPr>
        <w:pStyle w:val="ArticleScripture"/>
        <w:jc w:val="left"/>
      </w:pPr>
      <w:r>
        <w:rPr>
          <w:rFonts w:ascii="Times New Roman" w:hAnsi="Times New Roman" w:eastAsia="Times New Roman" w:cs="Times New Roman"/>
        </w:rPr>
        <w:t>Umi fariséo-kuéra avei umi saduceo ndive ou, ha oha’ã hag̃ua chupe ojerure ichupe tohechauka chupekuéra peteĩ techaukaha yvágagui. Ha’e ombohovái ha he’i chupekuéra: Ka’aru jave peje, ‘Araka’e porãta, yvága pytãgui’; ha ko’ẽmbotávo, ‘Ára vai ko árape, yvága pytã ha hasýgui’. Ore ipokritakuéra, peẽ ikatu peikuaa hag̃ua mba’éichapa ojekuaa yvága rova; péro ndaikatúi piko peikuaa umi ára rechaukaha? Peteĩ ñemoñare aña ha itavyva’ekue oheka peteĩ techaukaha; ha ndojehecháukamo’ãi ichupe mba’eveichagua techaukaha, ndaha’éiramo proféta Jonás techaukaha. Upéi ha’e oheja chupekuéra ha oho. Mateo 16:1–4.</w:t>
      </w:r>
    </w:p>
    <w:p>
      <w:pPr>
        <w:pStyle w:val="ArticleBody"/>
        <w:jc w:val="left"/>
      </w:pPr>
      <w:r>
        <w:rPr>
          <w:rFonts w:ascii="Times New Roman" w:hAnsi="Times New Roman" w:eastAsia="Times New Roman" w:cs="Times New Roman"/>
        </w:rPr>
        <w:t>Pe milágro iporãvéva, oñemoakãrapu’ã hag̃ua, va’ekue Lázaro ñemoingove jey.</w:t>
      </w:r>
    </w:p>
    <w:p>
      <w:pPr>
        <w:pStyle w:val="ArticleScripture"/>
        <w:jc w:val="left"/>
      </w:pPr>
      <w:r>
        <w:rPr>
          <w:rFonts w:ascii="Times New Roman" w:hAnsi="Times New Roman" w:eastAsia="Times New Roman" w:cs="Times New Roman"/>
        </w:rPr>
        <w:t>“Ombotavóvo hag̃ua Lázaro rendápe, Cristo oguereko vaʼekue peteĩ propósito poriahuverekógui umi nohenduporãivaʼekue chupe. Haʼe opyta hag̃uáicha sapyʼa, ikatu hag̃uáicha, omoingove jeývo Lázaro omanóva apytégui, omeʼẽ heta hag̃ua peteĩ prueba ambueve ipuévlope hatã akãva ha ndogueroviáivape, haʼe añetehápe hague ‘pe jeikove jevyha, ha pe tekove’. Ndahasyiete chupe oheja hag̃uáicha opa esperanza pe puévlo rehe, umi ovecha mboriahúva, okañýva, Israel róga guigua rehe. Ikorasõ oñembyaihína kuri iñembopyʼarã’ỹ rehe. Iporiahuvereko rupi oipota omeʼẽ chupekuéra peteĩ prueba ambueve haʼeha pe Omyatyrõha, upe Añoite ikatúva ogueru tesape hag̃uáicha tekove ha omanóramo jepe arakaʼeve hag̃ua. Kóva vaʼerã peteĩ prueba umi paʼikuéra ndaikatumoʼãi hag̃ua ombohováipa vai térã omyesakã javy. Upévare haʼe ombotavýkuri oho hag̃ua Betániape. Ko milágro tuichavéva, Lázaro ñemongove jevy, vaʼerã omoĩ Tupã sellorã hembiapo rehe ha heʼi hag̃ua añete pe hembipota divinidad rehegua.” The Desire of Ages, 528, 529.</w:t>
      </w:r>
    </w:p>
    <w:p>
      <w:pPr>
        <w:pStyle w:val="ArticleBody"/>
        <w:jc w:val="left"/>
      </w:pPr>
      <w:r>
        <w:rPr>
          <w:rFonts w:ascii="Times New Roman" w:hAnsi="Times New Roman" w:eastAsia="Times New Roman" w:cs="Times New Roman"/>
        </w:rPr>
        <w:t>Cristo oha’arõ mboyve omoingove jey hag̃ua Lázaro-pe, ha Lázaro ndaha’éi vaekue añoite pe “milágro pahaitegua”, ha’e avei pe “sello” Ñandejára rembiapo ári. Pe pasáhepe Jonás señal ha’e pe señal añoite upe generación adulterio ha ivaívape g̃uarã. Tuicha mba’e jahechakuaa hag̃ua pe sellado rape aravoha ha’eha peteĩ mba’e ojehechaukáva hendaitépe porãiterei. Pe pasáhepe ñañe’ẽhína haguépe Pedro réra oñemoambue, upépe ojehechauka ñandéve upe guive Jesús oñepyrũ hague oikuaauka va’erãha chupe jejuka, upéicharõ jepe, pe versíkulo pahápe Mateo ohai: “Upérõ he’i mbarete iñemoirũhára kuérape ani hag̃ua oikuaauka avavépe ha’eha Jesús pe Cristo.” Ha upe rireite pe versíkulo oúvape ohai: “Upe guive Jesús oñepyrũ ohechauka hemimbo’épe mba’éichapa tekotevẽ oho Jerusalénpe, ohasa heta mba’e umi myakãhára, pa’i ruvicha ha mbo’ehára kuéra po guýpe, ojejuka hag̃ua chupe, ha mbohapyha árape oñemoingove jey hag̃ua.”</w:t>
      </w:r>
    </w:p>
    <w:p>
      <w:pPr>
        <w:pStyle w:val="ArticleBody"/>
        <w:jc w:val="left"/>
      </w:pPr>
      <w:r>
        <w:rPr>
          <w:rFonts w:ascii="Times New Roman" w:hAnsi="Times New Roman" w:eastAsia="Times New Roman" w:cs="Times New Roman"/>
        </w:rPr>
        <w:t>Pe pasáhe oñepyrũ Jesús oporandúvo máva-pa he’i kuimba’ekuéra Ha’eha, ha upéi peteĩ porandu mokõiháme oporandu jey discípulo-kuérape máva-pa ha’ekuéra oimo’ã Ha’eha.</w:t>
      </w:r>
    </w:p>
    <w:p>
      <w:pPr>
        <w:pStyle w:val="ArticleScripture"/>
        <w:jc w:val="left"/>
      </w:pPr>
      <w:r>
        <w:rPr>
          <w:rFonts w:ascii="Times New Roman" w:hAnsi="Times New Roman" w:eastAsia="Times New Roman" w:cs="Times New Roman"/>
        </w:rPr>
        <w:t>Jesús oguahẽrõ guare Cesarea de Filipo rembeʼýpe, oporandu hemimboʼekuérape heʼívo: Mávapa umi kuimbaʼe heʼíva che, Yvypóra Raʼy, haʼeha? Haʼekuéra heʼi ichupe: Oĩ heʼíva ndehaʼeha Juan el Bautista; ambue, Elías; ha ambuekuéra, Jeremías térã peteĩva umi profétakuéragui. Haʼe heʼi chupekuéra: Ha peẽ, mávapa peje che haʼeha? Mateo 16:13–15.</w:t>
      </w:r>
    </w:p>
    <w:p>
      <w:pPr>
        <w:pStyle w:val="ArticleBody"/>
        <w:jc w:val="left"/>
      </w:pPr>
      <w:r>
        <w:rPr>
          <w:rFonts w:ascii="Times New Roman" w:hAnsi="Times New Roman" w:eastAsia="Times New Roman" w:cs="Times New Roman"/>
        </w:rPr>
        <w:t>Pedro ombohovávo jave oikuaaukávo Jesús ha’eha pe Cristo ha Ñandejára oikovéva Ra’y. Pe ñe’ẽ “Cristo” ha’e griego ñe’ẽ ojoguáva pe hebreo ñe’ẽ “Mesías”-pe. Jesús omoĩ pe porandu mávapa Ha’e, ha ogueraha umi temimbo’épe pe añetegua gotyo Ha’eha pe Mesías, ha upéi pya’e omomarandu chupekuéra ani hag̃ua he’i avavépe. Upe guive, oñepyrũ ombo’eha omohu’ãtaha umi mokõi pa mokõi mbohapy techaukaha oĩva Mateo mbohapy kapítulo pahápe, ha tekotevẽeterei va’ekue umi añetegua ojoajúva pe Cristo rehe oñembyesakã peteĩteĩ rupive, peteĩ hatua rire ambue hatua.</w:t>
      </w:r>
    </w:p>
    <w:p>
      <w:pPr>
        <w:pStyle w:val="ArticleBody"/>
        <w:jc w:val="left"/>
      </w:pPr>
      <w:r>
        <w:rPr>
          <w:rFonts w:ascii="Times New Roman" w:hAnsi="Times New Roman" w:eastAsia="Times New Roman" w:cs="Times New Roman"/>
        </w:rPr>
        <w:t>Rojapytáta ko’ã techaukaha mesiánika pe artículo oúvape.</w:t>
      </w:r>
    </w:p>
    <w:p>
      <w:pPr>
        <w:pStyle w:val="ArticleHeading"/>
        <w:jc w:val="left"/>
      </w:pPr>
      <w:r>
        <w:rPr>
          <w:rFonts w:ascii="Arial" w:hAnsi="Arial" w:eastAsia="Arial" w:cs="Arial"/>
        </w:rPr>
        <w:t>Mbohapyha ánhel rembiapo resape Alfa</w:t>
      </w:r>
    </w:p>
    <w:p>
      <w:pPr>
        <w:pStyle w:val="ArticleScripture"/>
        <w:jc w:val="left"/>
      </w:pPr>
      <w:r>
        <w:rPr>
          <w:rFonts w:ascii="Times New Roman" w:hAnsi="Times New Roman" w:eastAsia="Times New Roman" w:cs="Times New Roman"/>
        </w:rPr>
        <w:t>“Áño 1846-pe, araro’y, roñepyrũ romomba’e guasu hag̃ua pe sábado bíblico, ha rombo’e ha rodefende hag̃ua chupe. Che atención ojeherói raẽ pe sábado rehe, aime jave peteĩ visita-pe New Bedford, Massachusetts-pe, upe áño voi ñepyrũrãme. Upépe aikuaa Elder Joseph Bates-pe, ha’e va’ekue ymaite guive oguerovia va’ekue pe jerovia adventista, ha omba’apóva kyre’ỹme pe káusape. Elder B. oñongatuva’ekue pe sábado, ha omomba’eguasu iñimportánsia. Che ndaikuaái kuri iñimportánsiarã, ha aimo’ã Elder B. ojavyha oñemomorãvo pe mandamiénto irundyha rehe hetave umi ambue porundy porundy rehe. Péro Ñandejára ome’ẽ chéve peteĩ visión pe santuario yvagapeguáre. Pe tupão Ñandejára rehegua ojepe’a yvágape, ha ojehechauka chéve pe ára Ñandejára rehegua ojejaho’íva pe mborayhu renda reheve. Mokõi ánhel oĩva’ekue, peteĩ peteĩ iñakãme pe ára rehe, ipepó ojepyso pe mborayhu renda ári, ha hova kuéra ojere hese. Pe ánhel che irũva chemomarandu kuri ko’ãva ohechaukaha opaite pe ehérsito yvagagua oma’ẽva kyhyje marangatu reheve pe léi marangatúre, ojehaíva’ekue Ñandejára kuãme. Jesús omopu’ã pe ára jaho’iha, ha ahecha umi ita tabla ojehaíva hese umi Diez Mandamientos. Añe’ẽndy kuri ahechávo pe mandamiénto irundyha oĩhaite umi diez precepto mbytépe, peteĩ tesakã kangy ojere hag̃ua hese. He’i pe ánhel: ‘Kóva añoite umi diez apytépe omyesakãva máva pe Tupã oikovéva omoheñóiva yvága ha yvy ha opa mba’e ipype oĩva. Oñemopyenda ramo guare yvy rapykuekuéra, upérõ avei oñemopyenda pe sábado rapykue.’” Testimonies, volume 1, 75.</w:t>
      </w:r>
    </w:p>
    <w:p>
      <w:pPr>
        <w:pStyle w:val="ArticleHeading"/>
        <w:jc w:val="left"/>
      </w:pPr>
      <w:r>
        <w:rPr>
          <w:rFonts w:ascii="Arial" w:hAnsi="Arial" w:eastAsia="Arial" w:cs="Arial"/>
        </w:rPr>
        <w:t>Omega resape mbohapyha ánhel rehegua hag̃ua hag̃uáicha</w:t>
      </w:r>
    </w:p>
    <w:p>
      <w:pPr>
        <w:pStyle w:val="ArticleScripture"/>
        <w:jc w:val="left"/>
      </w:pPr>
      <w:r>
        <w:rPr>
          <w:rFonts w:ascii="Times New Roman" w:hAnsi="Times New Roman" w:eastAsia="Times New Roman" w:cs="Times New Roman"/>
        </w:rPr>
        <w:t>“Umi oñemoĩva ñomongeta Tupã ndive oguata tekojoja Kuarahy resapýpe. Ha’ekuéra nomongy’ái Ijepysyrõharápe ombyaívo hape Tupã renondépe. Tesaresãi yvagagua ohesape hikuái. Oñembojáva ko yvy rembiasakue paha gotyo, tuichaiterei okakuaa iñakãrapu’ã Cristo rehegua ha umi profesía hese oñe’ẽva rehegua. Ha’ekuéra iporãiterei Tupã resa renondépe; peteĩ ñeime oĩ hag̃ua Iñemoñare ndive. Chupekuéra guarã Tupã Ñe’ẽ iporã ha hechapyrãite. Ohecha mba’eichaitépa tuicha iñimportánteha. Añetegua ojehechauka chupekuéra. Pe doctrina ñemongakuaa rehegua oguereko peteĩ tesape kangy porã. Ha’ekuéra ohecha Ñandejára Ñe’ẽryruha hína pe llave oipe’áva opaite kañymby ha omyesakãva opaite apañuãi. Umi ndohupytyséiva pe tesape ha noguataséiva tesapýpe ndaikatúi ontende pe temimystério Tupãrayhu rehegua, ha umi ndokyhyjéiva ogueraha hag̃ua kurusu ha osegi hag̃ua Jesúspe, ohecháta tesape Tupã resapýpe.” The Southern Watchman, 4 de abril de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Adventista Ára Sieteha Laodiceagua Tupaóre — Papapy Mokõipa porundy hag̃ua</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