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Adventista Ára Mbohapyapy Iglesia Laodiceagua pegua — Papapy Mbohapypa peteĩ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Papapy Mokõipa peteĩ hag̃ua</w:t>
      </w:r>
    </w:p>
    <w:p>
      <w:pPr>
        <w:pStyle w:val="ArticleBody"/>
        <w:jc w:val="left"/>
      </w:pPr>
      <w:r>
        <w:rPr>
          <w:rFonts w:ascii="Times New Roman" w:hAnsi="Times New Roman" w:eastAsia="Times New Roman" w:cs="Times New Roman"/>
        </w:rPr>
        <w:t>Umi mbohapy ñemohu’ã mesiánica ojejuhúva Mateo Arandukápe ohechauka mbohapy mba’e oĩva arapokõindygua léi ra’ãhárape; pe sarambi Tupã tavayguakuéra rehe oúva arapokõindygua léipe, ojehechaukaramoguáicha pe aty michĩva sarambi 22 jasypa, 1844-pe ha umi temimbo’e sarambi kurusu rendápe. Mokõivéva sarambi oñemohenda arapokõindygua léi rehe. Oñembojoajúvo Galilea ndive, ha’éva peteĩ símbolo peteĩ mombe’ugua profético jejere rehegua, umi tavayguakuéra oĩva’ekue pytũmbýpe pe arapokõindygua léi peve oñehenóita osẽ hag̃ua pytũmbýgui. Umi tapicha hína Tupã aty ambuegua, umi tembiapohára pa’ũ pahápegua, oñemombáyva sábado rehegua ñorairõmby rehegua tema-pe, ohenóikuaávo chupekuéra osẽ hag̃ua Babilóniagui. Iñehenói osẽ hag̃ua Babilóniagui ha’e pe mokõiha fase huísio rehegua, oñepyrũva Tupã róga guive, ha upéi pe arapokõindygua léipe ombohovái umi oĩva Jerusalén okápe.</w:t>
      </w:r>
    </w:p>
    <w:p>
      <w:pPr>
        <w:pStyle w:val="ArticleHeading"/>
        <w:jc w:val="left"/>
      </w:pPr>
      <w:r>
        <w:rPr>
          <w:rFonts w:ascii="Arial" w:hAnsi="Arial" w:eastAsia="Arial" w:cs="Arial"/>
        </w:rPr>
        <w:t>Pe Décima Señal Mesiánica ha’e pe Ñemosarambi pe Léy dominical rehegua.</w:t>
      </w:r>
    </w:p>
    <w:p>
      <w:pPr>
        <w:pStyle w:val="ArticleScripture"/>
        <w:jc w:val="left"/>
      </w:pPr>
      <w:r>
        <w:rPr>
          <w:rFonts w:ascii="Times New Roman" w:hAnsi="Times New Roman" w:eastAsia="Times New Roman" w:cs="Times New Roman"/>
        </w:rPr>
        <w:t>Ha opa ko mbaʼe ojejapo, oñemboguata hag̃ua maranduhai kuéra ñeʼẽ, umi maranduhára kuéra heʼi vaʼekue. Upéi opa umi hemimboʼe kuéra oheja chupe ha okañy. Mateo 26:56.</w:t>
      </w:r>
    </w:p>
    <w:p>
      <w:pPr>
        <w:pStyle w:val="ArticleHeading"/>
        <w:jc w:val="left"/>
      </w:pPr>
      <w:r>
        <w:rPr>
          <w:rFonts w:ascii="Arial" w:hAnsi="Arial" w:eastAsia="Arial" w:cs="Arial"/>
        </w:rPr>
        <w:t>Ñeʼẽmarandu’ẽ hag̃ua mbaʼe oikótava hag̃ua hag̃ua hag̃ua hag̃ua hag̃uake</w:t>
      </w:r>
    </w:p>
    <w:p>
      <w:pPr>
        <w:pStyle w:val="ArticleScripture"/>
        <w:jc w:val="left"/>
      </w:pPr>
      <w:r>
        <w:rPr>
          <w:rFonts w:ascii="Times New Roman" w:hAnsi="Times New Roman" w:eastAsia="Times New Roman" w:cs="Times New Roman"/>
        </w:rPr>
        <w:t>Epáyke, nde kyse, che mburuvicha’i rehe, ha kuimba’e che irũngáicha rehe, he’i Ñandejára ipu’akapáva: eipe’a mbaretépe pe mburuvicha’i, ha umi ovecha oñemosarambíta; ha che ambojere che po umi michĩva ári. Zacarías 13:7.</w:t>
      </w:r>
    </w:p>
    <w:p>
      <w:pPr>
        <w:pStyle w:val="ArticleScripture"/>
        <w:jc w:val="left"/>
      </w:pPr>
      <w:r>
        <w:rPr>
          <w:rFonts w:ascii="Times New Roman" w:hAnsi="Times New Roman" w:eastAsia="Times New Roman" w:cs="Times New Roman"/>
        </w:rPr>
        <w:t>“Oime hag̃ua ñañemosarambi hetaiteeterei arakaʼeʼỹme, ha ñande jajapóva tekotevẽ ojapóma pyaʼe.” Fundamentals of Christian Education, 535.</w:t>
      </w:r>
    </w:p>
    <w:p>
      <w:pPr>
        <w:pStyle w:val="ArticleScripture"/>
        <w:jc w:val="left"/>
      </w:pPr>
      <w:r>
        <w:rPr>
          <w:rFonts w:ascii="Times New Roman" w:hAnsi="Times New Roman" w:eastAsia="Times New Roman" w:cs="Times New Roman"/>
        </w:rPr>
        <w:t>“Oguahẽma pe ára ñañemboja’ótahápe ha ñaiméta oñesarambíva, ha peteĩteĩva ñande apytégui oĩva’erãta iñambuéva pe privilehio’ỹre oguerekóva ñomongeta hag̃ua umi ijeroviáva peteĩcha hepyetereívape; ha mba’éicha piko ikatúta repyta ndere’aĩrõ Tupã nde ykére, ha reikuaárõ ha’e nde rerahaha ha nde sãmbyhyha?” Review and Herald, March 25, 1890.</w:t>
      </w:r>
    </w:p>
    <w:p>
      <w:pPr>
        <w:pStyle w:val="ArticleHeading"/>
        <w:jc w:val="left"/>
      </w:pPr>
      <w:r>
        <w:rPr>
          <w:rFonts w:ascii="Arial" w:hAnsi="Arial" w:eastAsia="Arial" w:cs="Arial"/>
        </w:rPr>
        <w:t>Pe Marcador Mesiánico Pateĩha ha Mokõipa ha’e pe Gentil-kuéra Ñehenói.</w:t>
      </w:r>
    </w:p>
    <w:p>
      <w:pPr>
        <w:pStyle w:val="ArticleScripture"/>
        <w:jc w:val="left"/>
      </w:pPr>
      <w:r>
        <w:rPr>
          <w:rFonts w:ascii="Times New Roman" w:hAnsi="Times New Roman" w:eastAsia="Times New Roman" w:cs="Times New Roman"/>
        </w:rPr>
        <w:t>Ojejapokávo hag̃ua upe he’i vaekue proféta Esaias, he’ívo: Yvy Zabulón pegua ha yvy Neftalí pegua, tapére mar rehegua, Jordán mboypýri, Galilea gentil-kuéra rehegua; umi tetãygua oguapýva pytũmbýpe ohecha peteĩ tesape guasu; ha umi oguapývape mano retãme ha i’ãguýpe osẽ tesape. Mateo 4:14–16.</w:t>
      </w:r>
    </w:p>
    <w:p>
      <w:pPr>
        <w:pStyle w:val="ArticleHeading"/>
        <w:jc w:val="left"/>
      </w:pPr>
      <w:r>
        <w:rPr>
          <w:rFonts w:ascii="Arial" w:hAnsi="Arial" w:eastAsia="Arial" w:cs="Arial"/>
        </w:rPr>
        <w:t>Profecía</w:t>
      </w:r>
    </w:p>
    <w:p>
      <w:pPr>
        <w:pStyle w:val="ArticleScripture"/>
        <w:jc w:val="left"/>
      </w:pPr>
      <w:r>
        <w:rPr>
          <w:rFonts w:ascii="Times New Roman" w:hAnsi="Times New Roman" w:eastAsia="Times New Roman" w:cs="Times New Roman"/>
        </w:rPr>
        <w:t>Upéicharõ pe pytũ ndahaʼemoʼãi peichagua ijejopy vaʼekuéicha, yma ñepyrũrãme ombohasa asyveʼỹ rire Zabulón retã ha Neftalí retã, ha upéi katu ombohasa asyve chupe yguasu rape rupi, Jordán mboypýri, Galilea tetãnguérapegua. Umi tapicha oguatáva pytũmbýpe ohecha peteĩ tesape guasu; umi oikóva pe tetã ñemano kuarahyʼãme, hesekuéra overa pe tesape. Isaías 9:1, 2.</w:t>
      </w:r>
    </w:p>
    <w:p>
      <w:pPr>
        <w:pStyle w:val="ArticleBody"/>
        <w:jc w:val="left"/>
      </w:pPr>
      <w:r>
        <w:rPr>
          <w:rFonts w:ascii="Times New Roman" w:hAnsi="Times New Roman" w:eastAsia="Times New Roman" w:cs="Times New Roman"/>
        </w:rPr>
        <w:t>Léi dominikálpe pe ama ykére’ỹre oñehypýita pe ama pahague, ha umi tetã ambuegua ohecháta peteĩ mba’evereguasu tesakã. Ñembojere vai omyasãita umi jerovia hag̃ua opytáva fiel ha omyasãíta pe marandu.</w:t>
      </w:r>
    </w:p>
    <w:p>
      <w:pPr>
        <w:pStyle w:val="ArticleScripture"/>
        <w:jc w:val="left"/>
      </w:pPr>
      <w:r>
        <w:rPr>
          <w:rFonts w:ascii="Times New Roman" w:hAnsi="Times New Roman" w:eastAsia="Times New Roman" w:cs="Times New Roman"/>
        </w:rPr>
        <w:t>“‘Peẽme entregáta mburuvicha atykuérape, … ha, che réra rehe, pejegueraháta mburuvicha guasukuéra ha rréi kuéra renondépe, peteĩ testimónio ramo chupekuéra ha umi tetã ambueguárape.’ Mateo 10:17, 18, R. V. Jehasa asy omyasãi pe tesape. Cristo rembiguái kuérape ojereraháta ko yvy arigua kuéra tuichavéva renondépe, ha ndaha’éirire kóva, ikatu hag̃uáicha araka’eve ndoikuaái va’erãmo’ã hikuái pe evanhélio. Pe añetegua oñemombe’u vai va’ekue ko’ã kuimba’épe. Ha’ekuéra ohendu va’ekue acusasión japu Cristo remimbo’e kuéra jerovia rehegua. Heta jey, iñambue’ỹ hag̃uáicha oikuaa hag̃ua hikuái mba’éichapa añetehápe pe jerovia rekotee, ha’e pe testimónio umi ojejopyva’ekue juicio-pe ijerovia rehe. Ojehapykuehóvo, ko’ãva oñejeruréva’erã ombohovái hag̃ua, ha umi hués kuéra ohendu hag̃ua pe testimónio ome’ẽva hikuái. Tupã gracia oñeme’ẽta hembiguái kuérape ombohovái hag̃ua upe tekotevẽ pya’e. ‘Oñeme’ẽta peẽme,’ he’i Jesús, ‘upe aravoite peñe’ẽva’erã; ndaha’éi peẽ peñe’ẽva, pórke pene Ru Espíritu ha’e pe oñe’ẽva pende pype.’ Tupã Espíritu omyesakãháicha hembiguái kuéra apytu’ũ, pe añetegua oñepresentáta ipu’aka hag̃ua Tupãgui ha hepyete hag̃ua. Umi omboykéva pe añetegua opu’ãta omboja hag̃ua mba’e vai ha ojopy hag̃ua umi remimbo’épe. Péro jepe oñehundívo, ohasa asývo, ha pe mano peve, Ñandejára ra’y kuéra ohechaukava’erã iñakãguapy pe ITechapyrã Tupãgua rehegua. Péicha ojehecháta pe joavy Satanás rembiguái kuéra ha Cristo rehegua representante kuéra apytépe. Pe Salvador oñemopu’ãta umi mburuvicha ha tavayguakuéra renondépe.”</w:t>
      </w:r>
    </w:p>
    <w:p>
      <w:pPr>
        <w:pStyle w:val="ArticleScripture"/>
        <w:jc w:val="left"/>
      </w:pPr>
      <w:r>
        <w:rPr>
          <w:rFonts w:ascii="Times New Roman" w:hAnsi="Times New Roman" w:eastAsia="Times New Roman" w:cs="Times New Roman"/>
        </w:rPr>
        <w:t>“Umi disípulo ndoguerekói vaʼekue umi mártir-kuéra pyʼaguasu ha mbarete pe grásia upéva oikotevẽ peve. Upérõ ojehupyty pe Salvador promésa. Pedro ha Juan omombeʼu jave testimónio pe Aty Guasu Sanedrín renondépe, umi kuimbaʼe ‘ohecharamo; ha oikuaa hikuái, haʼekuéra oĩ hague Jesús ndive.’ Hechos 4:13. Esteban rehe katu ojehai: ‘opa umi oguapýva pe aty guasúpe, omaña mbaretépe hese, ohecha hova ku peteĩ ánhel rovaichaite.’ Umi kuimbaʼe ‘ndaikatúi vaʼekue opuʼã pe arandu ha pe espíritu rehe haʼe oñeʼẽ hague rupive.’ Hechos 6:15, 10. Ha Pablo, ohai hag̃ua imbaʼete voi rehe pe huísio oguerekóvape César-kuéra kortépe, heʼi: ‘Che ñemoʼã peteĩha-pe avave ndoñemoirũi chendive, opavave cheheja rei…. Ñandejára katu opyta che ykére, ha chemombarete; che rupive pe marandu toñemombeʼupaite hag̃ua, ha opa gentil-kuéra ohendu hag̃ua: ha ajejora pe león jurúgui.’ 2 Timoteo 4:16, 17, R. V.”</w:t>
      </w:r>
    </w:p>
    <w:p>
      <w:pPr>
        <w:pStyle w:val="ArticleScripture"/>
        <w:jc w:val="left"/>
      </w:pPr>
      <w:r>
        <w:rPr>
          <w:rFonts w:ascii="Times New Roman" w:hAnsi="Times New Roman" w:eastAsia="Times New Roman" w:cs="Times New Roman"/>
        </w:rPr>
        <w:t>“Cristo rembiguái ndojejapói vaʼerã peteĩ ñeʼẽ oñembosakoʼíva voi hag̃ua opresenta hag̃ua oñemboherakuã jave huísio renondépe. Iñembosakoʼi vaʼerã ára ha ára, oñongatúvo ipyʼapýpe Ñandejára Ñeʼẽ añetegua hepyetéva, ha ñemboʼe rupive omombaretévo ijerovia. Ha oñemboherakuã vove huísio-pe, Espíritu Santo ogueru vaʼerã imanduʼápe umi añeteguaite oikotevẽtava upe jave.” The Desire of Ages, 354, 355.</w:t>
      </w:r>
    </w:p>
    <w:p>
      <w:pPr>
        <w:pStyle w:val="ArticleBody"/>
        <w:jc w:val="left"/>
      </w:pPr>
      <w:r>
        <w:rPr>
          <w:rFonts w:ascii="Times New Roman" w:hAnsi="Times New Roman" w:eastAsia="Times New Roman" w:cs="Times New Roman"/>
        </w:rPr>
        <w:t>Huísio oñepyrũ Tupã róga rehe 9/11-pe ha opa pe léi arapokõindy rehegua-pe, upérõ huísio oñembohasa hag̃ua Tupã atýra ambue rehe, oĩva Tupã rógagui okápe.</w:t>
      </w:r>
    </w:p>
    <w:p>
      <w:pPr>
        <w:pStyle w:val="ArticleHeading"/>
        <w:jc w:val="left"/>
      </w:pPr>
      <w:r>
        <w:rPr>
          <w:rFonts w:ascii="Arial" w:hAnsi="Arial" w:eastAsia="Arial" w:cs="Arial"/>
        </w:rPr>
        <w:t>Pe duodécimo mesiánico hína ha’e Juicio Gentil-kuérape</w:t>
      </w:r>
    </w:p>
    <w:p>
      <w:pPr>
        <w:pStyle w:val="ArticleScripture"/>
        <w:jc w:val="left"/>
      </w:pPr>
      <w:r>
        <w:rPr>
          <w:rFonts w:ascii="Times New Roman" w:hAnsi="Times New Roman" w:eastAsia="Times New Roman" w:cs="Times New Roman"/>
        </w:rPr>
        <w:t>ikatu hag̃uáicha oñemboguata hag̃ua pe ñe’ẽ he’iva’ekue proféta Esaias rupive, he’ívo: Péina che rembiguái, aiporavóva; che ahayhúva, ipype che ánga ovy’a porãva. Amoĩta che Espíritu hese, ha ha’e oguerúta juicio tetã ambuekuérape. Ndoñorãirõmo’ãi, ni osapukáimo’ãi; avave nohendumo’ãi iñe’ẽ umi tape rupi. Peteĩ takuare’ẽ oñembyai va’ekue ndoikytĩmo’ãi, ha peteĩ mecha osẽmbota hag̃uáicha hendy’ỹva ndoguejymo’ãi, pe juicio osẽ hag̃ua victoria peve. Ha hérare umi tetã ambuegua ojeroviáta. Mateo 12:17–21.</w:t>
      </w:r>
    </w:p>
    <w:p>
      <w:pPr>
        <w:pStyle w:val="ArticleHeading"/>
        <w:jc w:val="left"/>
      </w:pPr>
      <w:r>
        <w:rPr>
          <w:rFonts w:ascii="Arial" w:hAnsi="Arial" w:eastAsia="Arial" w:cs="Arial"/>
        </w:rPr>
        <w:t>Marandu’ẽkue hag̃ua hag̃uáicha</w:t>
      </w:r>
    </w:p>
    <w:p>
      <w:pPr>
        <w:pStyle w:val="ArticleScripture"/>
        <w:jc w:val="left"/>
      </w:pPr>
      <w:r>
        <w:rPr>
          <w:rFonts w:ascii="Times New Roman" w:hAnsi="Times New Roman" w:eastAsia="Times New Roman" w:cs="Times New Roman"/>
        </w:rPr>
        <w:t>Péina che rembiguái, che ajokóva; che poravopyre, ipype che ánga oguerohorýva; amoĩ hese che Espíritu: ha’e oguerúta tekojoja umi tetãnguérape. Ndosapukáimo’ẽi, ndohupíri iñe’ẽ, ha ndojapomo’ãi oñehendu hag̃ua iñe’ẽ tape rupi. Takuare’ẽ ojejukáva ndombopẽmo’ãi, ha mecha osapukái hag̃uáicha hendy mbeguekátava ndoikoguejymo’ãi: oguenohẽta tekojoja añeteguápe. Ndaikangymo’ãi ha ndopy’ajuymo’ãi, omoĩ meve tekojoja yvy ári; ha umi ypa’ũnguéra oha’arõta hembilei. Isaías 42:1–4.</w:t>
      </w:r>
    </w:p>
    <w:p>
      <w:pPr>
        <w:pStyle w:val="ArticleBody"/>
        <w:jc w:val="left"/>
      </w:pPr>
      <w:r>
        <w:rPr>
          <w:rFonts w:ascii="Times New Roman" w:hAnsi="Times New Roman" w:eastAsia="Times New Roman" w:cs="Times New Roman"/>
        </w:rPr>
        <w:t>Huísio róga Ñandejára rehegua oñepyrũ oñemboty hag̃ua julio ary 2023-pe, peteĩ ñe'ẽ oñehendúrõ guare umi tape rupi, upépe Moisés ha Elías ojeheja omanóva peteĩ ñu kangy piru omanóva rupi. Upe ñe'ẽ oñehendúrõ guare, huísio oñepyrũ oñemboty hag̃ua Ñandejára róga rehe, ha upégui ojepysopa ñemoarandu hag̃ua gentil-kuéra rehegua huísio peve. Oĩ paapy mokõi cumplimiento mesiánico Mateo kuatiañe'ẽme omombe'úva umi waymark principal reforma movimiento rehegua umi cien cuarenta y cuatro mil-gui. Umi paapy mokõi waymark oñetipifika pe Mesías rehe. 1989; 1996; 11 de septiembre, 2001; 18 de julio, 2020; julio 2023; 2024; pe Midnait Crai, pa'i kuéra ñemboja'o ha pe léi dominical maymáva ojehechauka, ha 11 de septiembre oguereko peteĩ testigo hyepypegua ha peteĩ okápeguáva, ha pe léi dominical oguereko peteĩ testigo hyepypegua peteĩ ñemosarambipa rehegua, ha upéi mokõi testigo huísio ára rehegua umi tembiapohára aravo oncepegua. Porundy waymark reforma movimiento rehegua umi cien cuarenta y cuatro mil-gui ojehechauka hag̃uaichaite Mateo kuatiañe'ẽme.</w:t>
      </w:r>
    </w:p>
    <w:p>
      <w:pPr>
        <w:pStyle w:val="ArticleBody"/>
        <w:jc w:val="left"/>
      </w:pPr>
      <w:r>
        <w:rPr>
          <w:rFonts w:ascii="Times New Roman" w:hAnsi="Times New Roman" w:eastAsia="Times New Roman" w:cs="Times New Roman"/>
        </w:rPr>
        <w:t>Mateo ha’e pe alfa pe Testamento Pyahúpe ha Apocalipsis ha’e pe omega. Mateo ha’e peteĩ obra maestra profética, iñimportánsia oñembotýva’ekue umi ára pahápe peve. Oguereko pe omega pakõi kapítulo, ojoajúva pe alfa rehe Génesis kapítulo once guive mokõipa mokõi peve. Oñemoĩvo alfa ramo Apocalipsis-pe g̃uarã, ombojoja pe relación inspirada oĩva Daniel ha Apocalipsis apytépe. Pe ojehechaukáva Daniel ha Apocalipsis kuatiakuéragui iñrelación profética rehegua, upéva añetehápe ojepytasóne Mateo ha Apocalipsis relación rehe avei. Pe ñamomarandúva’ekue upe línea rupive ikatu oñembojoja ko’ãicha:</w:t>
      </w:r>
    </w:p>
    <w:p>
      <w:pPr>
        <w:pStyle w:val="ArticleBody"/>
        <w:jc w:val="left"/>
      </w:pPr>
      <w:r>
        <w:rPr>
          <w:rFonts w:ascii="Times New Roman" w:hAnsi="Times New Roman" w:eastAsia="Times New Roman" w:cs="Times New Roman"/>
        </w:rPr>
        <w:t>Mateo kuatiañe’ẽme, pe profecía rape peteĩchagua ojeporu jey, Apocalipsis kuatiañe’ẽmeguáicha.</w:t>
      </w:r>
    </w:p>
    <w:p>
      <w:pPr>
        <w:pStyle w:val="ArticleScripture"/>
        <w:jc w:val="left"/>
      </w:pPr>
      <w:r>
        <w:rPr>
          <w:rFonts w:ascii="Times New Roman" w:hAnsi="Times New Roman" w:eastAsia="Times New Roman" w:cs="Times New Roman"/>
        </w:rPr>
        <w:t>“Apocalipsis ha’e peteĩ kuatiañe’ẽ oñemboty hag̃ua, ha katu avei ha’e peteĩ kuatiañe’ẽ ojepe’áva. Upépe oñemoĩ mba’e ojehúva hechapyrãva oikótava ko yvy rembiasakue ára pahápe. Ko kuatiañe’ẽ mbo’epykuéra hesakã porã, ndaha’éi mba’e mysticáva térã iñentendekuaáva’ỹ. Ipype ojegueraha peteĩchagua marandu proféticova Daniel-peguáicha. Oĩ profecía-kuéra Tupã omombe’ujey va’ekue, upéicha ohechauka hag̃ua tekotevẽha oñeme’ẽ chupekuéra tuicha mba’e. Ñandejára nomombe’ujéi umi mba’e ndaha’éiva tuicha consequence rehegua.” Manuscript Releases, volume 9, 8.</w:t>
      </w:r>
    </w:p>
    <w:p>
      <w:pPr>
        <w:pStyle w:val="ArticleBody"/>
        <w:jc w:val="left"/>
      </w:pPr>
      <w:r>
        <w:rPr>
          <w:rFonts w:ascii="Times New Roman" w:hAnsi="Times New Roman" w:eastAsia="Times New Roman" w:cs="Times New Roman"/>
        </w:rPr>
        <w:t>Mateo remoguahẽ pe “mismo línea de profecía” Apocalipsis ha Daniel-pegua, ha oñemohu’ãmbaite pe perfección-pe Apocalipsis-pe, pórke pe ñe’ẽ “complemento” he’ise perfección.</w:t>
      </w:r>
    </w:p>
    <w:p>
      <w:pPr>
        <w:pStyle w:val="ArticleScripture"/>
        <w:jc w:val="left"/>
      </w:pPr>
      <w:r>
        <w:rPr>
          <w:rFonts w:ascii="Times New Roman" w:hAnsi="Times New Roman" w:eastAsia="Times New Roman" w:cs="Times New Roman"/>
        </w:rPr>
        <w:t>“Pe Apocalípsispe oñondivepa ojejuhu ha opa opaite Ñandejára Ñe’ẽryru marandu. Ko’ápe oĩ Daniel kuatiañe’ẽ mohu’ã. Peteĩva hína peteĩ profesía; ambue katu peteĩ revelación. Pe kuatiañe’ẽ ojeselláva ndaha’éi pe Apocalípsis, ha’e katu upe Daniel profesía pehẽngue oñe’ẽva umi ára paháre. Pe ánhel he’i va’ekue: ‘Ha nde, Daniel, emboty ko’ã ñe’ẽ, ha esella pe kuatiañe’ẽ, pe ára paha peve.’ Daniel 12:4.” Hechos de los Apóstoles, 585.</w:t>
      </w:r>
    </w:p>
    <w:p>
      <w:pPr>
        <w:pStyle w:val="ArticleBody"/>
        <w:jc w:val="left"/>
      </w:pPr>
      <w:r>
        <w:rPr>
          <w:rFonts w:ascii="Times New Roman" w:hAnsi="Times New Roman" w:eastAsia="Times New Roman" w:cs="Times New Roman"/>
        </w:rPr>
        <w:t>Mateo, Daniel ha Apocalipsis peteĩchagua libro.</w:t>
      </w:r>
    </w:p>
    <w:p>
      <w:pPr>
        <w:pStyle w:val="ArticleScripture"/>
        <w:jc w:val="left"/>
      </w:pPr>
      <w:r>
        <w:rPr>
          <w:rFonts w:ascii="Times New Roman" w:hAnsi="Times New Roman" w:eastAsia="Times New Roman" w:cs="Times New Roman"/>
        </w:rPr>
        <w:t>“Daniel ha Apocalipsis kuatiañe’ẽ peteĩnte hína. Peteĩva hína peteĩ profesía, ambuéva peteĩ revelación; peteĩva peteĩ kuatiañe’ẽ oñembotyva’ekue, ambuéva katu peteĩ kuatiañe’ẽ ojepe’áva. Juan ohendu umi misterio umi arapokõindy he’íva, ha katu oñemandáva’ekue chupe ani hag̃ua ohai umíva.” The Seventh-day Adventist Bible Commentary, volume 7, 971.</w:t>
      </w:r>
    </w:p>
    <w:p>
      <w:pPr>
        <w:pStyle w:val="ArticleBody"/>
        <w:jc w:val="left"/>
      </w:pPr>
      <w:r>
        <w:rPr>
          <w:rFonts w:ascii="Times New Roman" w:hAnsi="Times New Roman" w:eastAsia="Times New Roman" w:cs="Times New Roman"/>
        </w:rPr>
        <w:t>Ojehecha chéve iñimportanteha amondo hag̃ua tiempo amoĩ hag̃ua Mateo aranduka ijeheguiete hag̃uáicha, ikatu hag̃uáicha amomba’eguasu pe mba’e profético he’iséva Pedro oĩ hague Cesarea Filipípe, ajevýta mboyve pe estudio Joél arandukápe. Añeha’ãta ambyaty hag̃ua che jesareko Mateo arandukáre, ahechauka hag̃ua pe tuichaite mba’e profético he’iséva Pedro oĩ hague Cesarea Filipípe, ha’éva Panium Daniel 11:13–15-pe.</w:t>
      </w:r>
    </w:p>
    <w:p>
      <w:pPr>
        <w:pStyle w:val="ArticleBody"/>
        <w:jc w:val="left"/>
      </w:pPr>
      <w:r>
        <w:rPr>
          <w:rFonts w:ascii="Times New Roman" w:hAnsi="Times New Roman" w:eastAsia="Times New Roman" w:cs="Times New Roman"/>
        </w:rPr>
        <w:t>Mateo kuatiañe’ẽ oñemohenda mbohapy línea profética iñambuévape ári. Peteĩha línea ha’e umi diez capítulo peteĩha; mokõiha línea ha’e umi doce capítulo oúvape upéi, ha upéva rire oĩ mbohapyha línea, ojejapóva seis capítulo reheve. Umi diez capítulo peteĩha orrepresenta pe ángel peteĩha oĩva Apocalipsis catorce-pe, umi doce capítulo oúvape upéi orrepresenta pe ángel mokõiha Apocalipsis catorce-pe, ha umi seis capítulo paha orrepresenta pe ángel mbohapyha Apocalipsis catorce-pe. Ndaikuaaukaporãi gueteri hesakã porã hag̃uáicha ko jehechakuaa, ha katu ikatu hag̃uáicha ojejapo hasy’ỹ hag̃uáicha. Jajapo mboyve upéva, aipota asegui añemoĩ hag̃ua añapysẽve umi trazo tuichavéva pe lienzo ári ha’éva Mateo kuatiañe’ẽ.</w:t>
      </w:r>
    </w:p>
    <w:p>
      <w:pPr>
        <w:pStyle w:val="ArticleBody"/>
        <w:jc w:val="left"/>
      </w:pPr>
      <w:r>
        <w:rPr>
          <w:rFonts w:ascii="Times New Roman" w:hAnsi="Times New Roman" w:eastAsia="Times New Roman" w:cs="Times New Roman"/>
        </w:rPr>
        <w:t>Pe mokõiha capítulogui once guive mokõipa mokõi peve ojehechauka pe ángel mokõihápe, ha pe ángel mokõiha tapiaite ohechauka peteĩ ñemokõive, pórke Babilonia ho’a, ho’a. Génesis capítulo once guive mokõipa mokõi peve omoĩ tenonderã pe ñe’ẽme’ẽ ha upéi pe ñe’ẽjoko mbohapy jepýpe Tupã ojapóva peteĩ tetã poravopyre ndive pe patriarca Abram rupive. Umi doce capítulo mbytépe pe versículo mbyteguaite ohechauka “pe circuncisión” pe ñe’ẽjokorã techaukaha ramo, ha upéva oñemopyenda pe mokõihápe umi mbohapy jepýgui. Mateo rehegua línea paralela pe ñe’ẽjokópe, pe versículo mbyteguaite niko upe jave Simón Barjona réra oñemoambue hag̃ua Pedro ramo.</w:t>
      </w:r>
    </w:p>
    <w:p>
      <w:pPr>
        <w:pStyle w:val="ArticleScripture"/>
        <w:jc w:val="left"/>
      </w:pPr>
      <w:r>
        <w:rPr>
          <w:rFonts w:ascii="Times New Roman" w:hAnsi="Times New Roman" w:eastAsia="Times New Roman" w:cs="Times New Roman"/>
        </w:rPr>
        <w:t>Ha ha’e avei ndéve: nde niko Pedro, ha ko ita ári amopu’ãta che iglesia; ha infierno rokẽnguéra ndaipu’akamo’ãi hese. Mateo 16:18.</w:t>
      </w:r>
    </w:p>
    <w:p>
      <w:pPr>
        <w:pStyle w:val="ArticleBody"/>
        <w:jc w:val="left"/>
      </w:pPr>
      <w:r>
        <w:rPr>
          <w:rFonts w:ascii="Times New Roman" w:hAnsi="Times New Roman" w:eastAsia="Times New Roman" w:cs="Times New Roman"/>
        </w:rPr>
        <w:t>Pedro réra orrepresenta umi cien cuarenta y cuatro milpe, ha ha’e orepresenta pe aty omoĩva ijerovia oñehendúvare pe marandu Cristo rehegua. Ndaha’éi añoite pe marandu Jesús rehegua, síno pe marandu Jesús he’íva hague oñeme’ẽ hague Pedro-pe Ñandejára voi rupive.</w:t>
      </w:r>
    </w:p>
    <w:p>
      <w:pPr>
        <w:pStyle w:val="ArticleScripture"/>
        <w:jc w:val="left"/>
      </w:pPr>
      <w:r>
        <w:rPr>
          <w:rFonts w:ascii="Times New Roman" w:hAnsi="Times New Roman" w:eastAsia="Times New Roman" w:cs="Times New Roman"/>
        </w:rPr>
        <w:t>Haʼe heʼi chupekuéra: Ha pende, mávapa peje cheha?</w:t>
      </w:r>
    </w:p>
    <w:p>
      <w:pPr>
        <w:pStyle w:val="ArticleScripture"/>
        <w:jc w:val="left"/>
      </w:pPr>
      <w:r>
        <w:rPr>
          <w:rFonts w:ascii="Times New Roman" w:hAnsi="Times New Roman" w:eastAsia="Times New Roman" w:cs="Times New Roman"/>
        </w:rPr>
        <w:t>Ha Simón Pedro he’i ombohovái hikuái: Nde ha’e pe Cristo, Tupã oikovéva Ra’y. Ha Jesús ombohovái ha he’i chupe,</w:t>
      </w:r>
    </w:p>
    <w:p>
      <w:pPr>
        <w:pStyle w:val="ArticleScripture"/>
        <w:jc w:val="left"/>
      </w:pPr>
      <w:r>
        <w:rPr>
          <w:rFonts w:ascii="Times New Roman" w:hAnsi="Times New Roman" w:eastAsia="Times New Roman" w:cs="Times New Roman"/>
        </w:rPr>
        <w:t>Ojehovasa reiko nde, Simón Barjona; ndoikuaaukái niko ndéve upéva to’o ha tuguy, che Ru oĩva yvágape katu. Mateo 16:15–17.</w:t>
      </w:r>
    </w:p>
    <w:p>
      <w:pPr>
        <w:pStyle w:val="ArticleBody"/>
        <w:jc w:val="left"/>
      </w:pPr>
      <w:r>
        <w:rPr>
          <w:rFonts w:ascii="Times New Roman" w:hAnsi="Times New Roman" w:eastAsia="Times New Roman" w:cs="Times New Roman"/>
        </w:rPr>
        <w:t>Pedro jerovia oñemopyenda Jesús oiko hague rehe pe Cristo ramo—pe Mesías. Pedro réra oñemoambue, Abram réra oñemoambue haguéicha peteĩ joaju ñe’ẽme’ẽ rehegua rechaukaha hag̃ua, ha héra ojoja 144.000 rehe; ha upe versíkulo-pe voi, pe ñorairõ guasu oñemombeʼu peteĩ Itáramo ha’éva peteĩ iglésia pyenda, ha upéva ipuʼakáta añaretã iglésia-kuéra rehe. Umi cien cuarenta y cuatro mil ha’e pe pahaitéva ojehechaukáva peteĩ tavayguakuéra poravopyre ñe’ẽme’ẽ reheguáva, ha Pedro orrepresenta upe aty.</w:t>
      </w:r>
    </w:p>
    <w:p>
      <w:pPr>
        <w:pStyle w:val="ArticleBody"/>
        <w:jc w:val="left"/>
      </w:pPr>
      <w:r>
        <w:rPr>
          <w:rFonts w:ascii="Times New Roman" w:hAnsi="Times New Roman" w:eastAsia="Times New Roman" w:cs="Times New Roman"/>
        </w:rPr>
        <w:t>Pedro avei ohechauka peteĩchaitepe pe tupaónguéra cristiana peteĩha, pe tupaónguéra temimbo’ekuéra rehegua, upépe niko oĩ pe tembiasakue Cristo omoĩ hague Itupaópe ñepyrũrã. Cristo ha’e pe ñepyrũrã, ha Ha’e voi avei pe ita akã rehegua, ha Pedro ha’e peteĩ ta’anga pe novia cristiana peteĩha ha pe novia cristiana paha rehegua. Upévare, Pedro ha’e mokõivéva peteĩ símbolo alfa ha omega peteĩ versículo-pe.</w:t>
      </w:r>
    </w:p>
    <w:p>
      <w:pPr>
        <w:pStyle w:val="ArticleBody"/>
        <w:jc w:val="left"/>
      </w:pPr>
      <w:r>
        <w:rPr>
          <w:rFonts w:ascii="Times New Roman" w:hAnsi="Times New Roman" w:eastAsia="Times New Roman" w:cs="Times New Roman"/>
        </w:rPr>
        <w:t>Pe peteĩ versíkulo hína pe versíkulo mbytépegua doce kapítulogui ohechaukáva pe maranduhára mokõiha rembiasa, ha Pedro “mokõi jey ojejapo” ramo oĩ pe noviapyta peteĩha ha pe noviapyta paha ramo. Pe noviapyta paha oĩta peteĩ ñorairõme Satanás sinagóga ndive, ha pe noviapyta paha oñemohendáta mokõi atygui. Peteĩ aty, umi cien cuarenta y cuatro mil; ambue aty katu hína pe aty tuichaitéva. Pe aty tuichaitéva oñerrepresenta Esmirna rupive ha umi cien cuarenta y cuatro mil Filadelfia rupive.</w:t>
      </w:r>
    </w:p>
    <w:p>
      <w:pPr>
        <w:pStyle w:val="ArticleBody"/>
        <w:jc w:val="left"/>
      </w:pPr>
      <w:r>
        <w:rPr>
          <w:rFonts w:ascii="Times New Roman" w:hAnsi="Times New Roman" w:eastAsia="Times New Roman" w:cs="Times New Roman"/>
        </w:rPr>
        <w:t>Umi ciento cuarenta y cuatro mil ha’e Filadélfiagua, ha Pedro réra ñemoambue versíkulo dieciocho-pe ohechauka umi ciento cuarenta y cuatro mil ñeñesella. Ha’e hína umi ojeselláva símbolo, ha upe versíkulope, pe versíkulo mbytéva umi doce kapítulo pehẽngue ñemoĩme’ẽmegua apytépe, oñembojoaju pe versíkulo mbytévaite umi doce kapítulo Génesis-peguápe, upépe oñemombe’u pe circuncisiónha pe techaukaha. Apocalipsis kapítulo once guive veintidós peve ome’ẽ pe línea mbohapýva umi doce kapítulo ñemoĩme’ẽ rehegua testimóniope, ha pe versíkulo mbytéva umi doce kapítulope ohechauka pe kuña rekovai Apocalipsis diecisiete-peguápe ñemendaha yvy ruvichakuéra ndive.</w:t>
      </w:r>
    </w:p>
    <w:p>
      <w:pPr>
        <w:pStyle w:val="ArticleScripture"/>
        <w:jc w:val="left"/>
      </w:pPr>
      <w:r>
        <w:rPr>
          <w:rFonts w:ascii="Times New Roman" w:hAnsi="Times New Roman" w:eastAsia="Times New Roman" w:cs="Times New Roman"/>
        </w:rPr>
        <w:t>Ha pe mymba guasu vaʼekue, ha ndaipóriha koʼág̃a, haʼe voi pe poapyha, ha ou umi pokõi apytégui, ha oike ñehundípe. Apocalipsis 17:11.</w:t>
      </w:r>
    </w:p>
    <w:p>
      <w:pPr>
        <w:pStyle w:val="ArticleBody"/>
        <w:jc w:val="left"/>
      </w:pPr>
      <w:r>
        <w:rPr>
          <w:rFonts w:ascii="Times New Roman" w:hAnsi="Times New Roman" w:eastAsia="Times New Roman" w:cs="Times New Roman"/>
        </w:rPr>
        <w:t>Ko versíkulo oñe’ẽ ojekuaa hag̃ua Babilonia guasu ho’apa pahaiteha, ha Babel ho’a peteĩha oĩ Génesis pe capítulo peteĩhape, upe pacto renda doce capítulo rehegua ryepýpe. Pedro ohechauka umi cien cuarenta y cuatro mil-pe versíkulo mbytépeguape, ha upéva oñembojoaju Génesis versíkulo mbytéguandi. Apocalipsis versíkulo mbytépe, Babilonia guasu ho’apa omohu’ã Nimrod, Babel cazador guasu rembiasakue.</w:t>
      </w:r>
    </w:p>
    <w:p>
      <w:pPr>
        <w:pStyle w:val="ArticleBody"/>
        <w:jc w:val="left"/>
      </w:pPr>
      <w:r>
        <w:rPr>
          <w:rFonts w:ascii="Times New Roman" w:hAnsi="Times New Roman" w:eastAsia="Times New Roman" w:cs="Times New Roman"/>
        </w:rPr>
        <w:t>Ko’ã mbohapy línea profética peteĩteĩme, umi versíkulo mbytépegua ohechauka térã Tupã sello térã mymba marca. Pe ñe’ẽme’ẽ babilónico ñepyrũrãgua omano hag̃uáva, Génesis-pe, oguahẽ ipahápe Apocalipsis-pe. Péicha ojapóvo, omoĩ peteĩ ñepyrũ ha peteĩ paha ko’ẽ mbohapy línea ári, oñembojoajúvo, línea ári línea. Upépe Pedro ojeporuha peteĩ símbolo ramo pe ñorairõ guasu ita guasu ha Aña rokẽnguéra apytépe guarã, ha’e pe mokõiha ánhel marandu; pe mokõiha ánhel marandu ningo: “Babilonia ho’a, ho’a” (Nimrod) (Roma kuña rekove vai). Mateo rehegua mbohapy línea apytépe pe mokõiha línea ha’e pe mokõiha ánhel marandu, pórke omombe’u Babilonia mokõi jevy ho’ague. Ohechauka peteĩ ñemendaha japu pe hendápe voi pe ñemenda añetegua oñemohu’ãhápe, pe léi domingo-pe. Ohechauka papapy “8” peteĩ mba’e japu ramo Tupã tavayguakuéra rehegua, ha’ekuéra niko umi añetegua ocho. Pe papado avei oñemombe’u Tupã ra’anga japu ramo, pórke oĩ va’ekue, ha ko’ág̃a oĩ gueteri, ha ojupi jeýta. Ojupi pe hendápe voi pe poyvi ojupihápe — pe léi domingo-pe.</w:t>
      </w:r>
    </w:p>
    <w:p>
      <w:pPr>
        <w:pStyle w:val="ArticleBody"/>
        <w:jc w:val="left"/>
      </w:pPr>
      <w:r>
        <w:rPr>
          <w:rFonts w:ascii="Times New Roman" w:hAnsi="Times New Roman" w:eastAsia="Times New Roman" w:cs="Times New Roman"/>
        </w:rPr>
        <w:t>Mateo-pe oĩpa doce cumplimiento mesiánico, ha oĩ mbohapycientos guive pozycientos peve profesía Mesías rehegua Testamento Tuja-pe. Mateo oreko doce cumplimiento ojehechaukáva hag̃ua directamente, ha upéva ohasa hetaiterei ambue mbohapy evangelio-gui. Umi doce cumplimiento ojoajúma porã nueve señal distinta ndive pe movimiento reformatorio rehegua umi cien cuarenta y cuatro mil rehe. Nueve osignifika completitud, ndaipórigui papapy ohasáva “nueve”, opaite papapy ambuéva oúva “nueve” rire niko oipuru añoite umi nueve dígito peteĩ guive nueve peve, ha cero. Nueve ha’e plenitud. Umi nueve señal apytépe, mokõi oreko hetave peteĩgui umi cumplimiento Mateo reheguágui. 9/11 oreko mokõi, ha pe léi dominical oreko mbohapy.</w:t>
      </w:r>
    </w:p>
    <w:p>
      <w:pPr>
        <w:pStyle w:val="ArticleBody"/>
        <w:jc w:val="left"/>
      </w:pPr>
      <w:r>
        <w:rPr>
          <w:rFonts w:ascii="Times New Roman" w:hAnsi="Times New Roman" w:eastAsia="Times New Roman" w:cs="Times New Roman"/>
        </w:rPr>
        <w:t>Pe ára pahápe ary 1989-pe, pe marandu ñemopyenda tee ary 1996-pe, upéi 9/11, upéi pe ñembyasýva ára 18 jasypokõi 2020-pe, upéi pe ñe'ẽ desiértope jasypokõi ary 2023-pe, upéva ogueraháva pe jeikove jey ary 2024-pe, ha upéva ogueraha pe Pyharepyte Sapukáipe, upéi pa'i kuéra ñemboja'o, ha upéva oguahẽ hu'ãme pe aratei léipe. Porundy waymark, peteĩ oguerekóva mokõi testígo ha peteĩ mbohapy testígo; 9/11 oguereko mokõi ha pe aratei léi mbohapy. Kóva he'iseha pe línea de reforma umi ciento cuarenta y cuatro mil rehegua, 9/11 rembihecha mokõi testígo guive pe aratei léi rembihecha mbohapy testígo peve—omarkaha umi ciento cuarenta y cuatro mil sellado ára. Umi doce waymark oñemohenda peteĩteĩ movimiento reformatorio ndive, ha upéicha rupi omomba'e ha ohechauka umi ciento cuarenta y cuatro mil sellado ára 9/11 guive pe aratei léi peve.</w:t>
      </w:r>
    </w:p>
    <w:p>
      <w:pPr>
        <w:pStyle w:val="ArticleBody"/>
        <w:jc w:val="left"/>
      </w:pPr>
      <w:r>
        <w:rPr>
          <w:rFonts w:ascii="Times New Roman" w:hAnsi="Times New Roman" w:eastAsia="Times New Roman" w:cs="Times New Roman"/>
        </w:rPr>
        <w:t>Ojejapóvo hag̃ua upéicha, ohechauka mokõi testígo 9/11-pe, ha mbohapy testígo pe léi domingo-pe. Umi mokõi testígo 9/11-pe ha’e pe marandu angel mokõihápegua, ha umi mbohapy testígo pe léi domingo-pe ha’e pe marandu angel mbohapyhápegua. Upévare, pe línea osẽva Mateo ñembyaty oñemoañetéva profesía mesiánikakuéra rehegua rupive omboyke ha ombotuicha pe tiemporã ñesella rehegua, jave avei ohechauka pe ángel mokõihápeguápe alpha ramo pe tembiasakue ñesella rehegua, ha pe ángel mbohapyhápeguápe omega ramo. Upéva he’ise pe tiemporã ñesella rehegua oñembotyha mokõi papapy ha mbohapy papapy apytépe, upéicha rupi omoĩvo mokõipa mbohapy, peteĩ símbolo pe ñemoĩ porã jehepyme’ẽ rehegua, opaite pe tembiasakue ñesella rehegua ári.</w:t>
      </w:r>
    </w:p>
    <w:p>
      <w:pPr>
        <w:pStyle w:val="ArticleBody"/>
        <w:jc w:val="left"/>
      </w:pPr>
      <w:r>
        <w:rPr>
          <w:rFonts w:ascii="Times New Roman" w:hAnsi="Times New Roman" w:eastAsia="Times New Roman" w:cs="Times New Roman"/>
        </w:rPr>
        <w:t>Mateo kuatiápe oĩ mbohapy línea profética, ohechaukáva peteĩha, mokõiha ha mbohapyha ánhelpe peteĩteĩ rupi, ha pe doce kapítulo oĩva Mateo línea mokõihápe ohechauka pe pacto ojapóva umi cien cuarenta y cuatro mil ndive, pórke ha’e hína Génesis pe pacto alpha ojejapova’ekue Abram ndive omega. Kóva he’ise avei pe ánhel mokõiháicha, Pedro ohechaukáramo mokõivéva pe novia cristiana peteĩha ha paha, Pedro jeikõive omoañeteha pe temikotevẽ profética oĩva peteĩ mokõive hag̃ua pe ánhel mokõihápe. Mbohapy testígo ári, pe papapy doce ha’e pe sã ombojoajúva umi mbohapy línea doce kapítulogua oñondive, upévare jajuhúramo ambue jehechauka pe papapy doce rehegua Mateo kuatiápe, upéva tekotevẽ oñemohenda hag̃ua umi ambue doce rehe Mateo kuatiápe.</w:t>
      </w:r>
    </w:p>
    <w:p>
      <w:pPr>
        <w:pStyle w:val="ArticleBody"/>
        <w:jc w:val="left"/>
      </w:pPr>
      <w:r>
        <w:rPr>
          <w:rFonts w:ascii="Times New Roman" w:hAnsi="Times New Roman" w:eastAsia="Times New Roman" w:cs="Times New Roman"/>
        </w:rPr>
        <w:t>Umi doce kapítulo Mateopegua, oñepyrũva pe número simbólico once rehe ha oñemohu’ãva ijoyke’y simbólico, número veintidós rehe, oñembojoaju pe línea de reforma umi ciento cuarenta y cuatro mil rehegua ndive, ojehechaukáva umi doce cumplimiento mesiánico rupive; upéicha ojehechauka peteĩ mokõiha “doblamiento” pe línea del segundo ángel-pe. Umi doce cumplimiento mesiánico, oñondive umi doce kapítulo ndive, ha’e pe “doblamiento” del segundo ángel; ha oñemultiplicáramo, orrepresenta 144,000. Pedro oñedobla, ha pe número doce avei oñedobla. Umi doblamiento ombohovái pe doblamiento Babilonia ho’áva mokõi jey.</w:t>
      </w:r>
    </w:p>
    <w:p>
      <w:pPr>
        <w:pStyle w:val="ArticleBody"/>
        <w:jc w:val="left"/>
      </w:pPr>
      <w:r>
        <w:rPr>
          <w:rFonts w:ascii="Times New Roman" w:hAnsi="Times New Roman" w:eastAsia="Times New Roman" w:cs="Times New Roman"/>
        </w:rPr>
        <w:t>Kapítulo once guive veintidós peve ohechauka pe mokõiha ánhelpe Apocalipsis catorcepegua. Pa oĩ simbolikáramo peteĩ prueba ramo, ha pe peteĩha mbohapy prueba apytégui ha’e Mateo pegua umi diez capítulo peteĩha. “Pa” oĩ simbolikáramo peteĩ prueba ramo. Mateo ha’égui pe alfa pe omega Apocalipsis pegua, mokõivéva kuatiañe’ẽ capítulo peteĩha oñepyrũ peteĩ Jesucristo revelación reheve. Pe capítulo peteĩhápe José oñeha’ã peteĩ prueba rupive ogueroviápa pe ánhelpe térã nahániri. Ijojaha peteĩha ha’e Juan Bautista ru Zacarías, ndogueroviáiva ha operde va’ekue pe prueba peteĩchagua. Peteĩva omoneĩ peteĩ heñói providencial; ambue katu omokõi.</w:t>
      </w:r>
    </w:p>
    <w:p>
      <w:pPr>
        <w:pStyle w:val="ArticleBody"/>
        <w:jc w:val="left"/>
      </w:pPr>
      <w:r>
        <w:rPr>
          <w:rFonts w:ascii="Times New Roman" w:hAnsi="Times New Roman" w:eastAsia="Times New Roman" w:cs="Times New Roman"/>
        </w:rPr>
        <w:t>Mokõiha kapítulope Herodes okyhyje peteĩ mburuvicha guasu pyahu heñóigui, ha José ha María okañy Egíptope. Juan el Bautista ogueru pe peteĩha prueba mbohapyha kapítulope, peteĩ prueba peteĩha Hermana White ohechakuaa hag̃ua tekove térã mano rehegua, ha’e ohai haguére “umi omboykéva Juan marandu ndaikatúi ojeporu porã Jesús rupive.” Pe peteĩha ánhel marandu hína peteĩ marandu oha’ãva, ohenóiva yvypórape, Juan ojapo haguéicha, okyhyje hag̃ua Tupãgui, Tupã juicio aravo og̃uahẽ hag̃uére. Kóva ojehechauka Juan rupive oporandu ramo guare: “máva piko pene momarandu pejasáva pe pochy oútavagui?”</w:t>
      </w:r>
    </w:p>
    <w:p>
      <w:pPr>
        <w:pStyle w:val="ArticleBody"/>
        <w:jc w:val="left"/>
      </w:pPr>
      <w:r>
        <w:rPr>
          <w:rFonts w:ascii="Times New Roman" w:hAnsi="Times New Roman" w:eastAsia="Times New Roman" w:cs="Times New Roman"/>
        </w:rPr>
        <w:t>Upéi, pe irundyha kapítulope, Jesús oiko ayuno-pe cuarenta ára pukukue, ha upe ayuno oguahẽ mbytépe mbohapy ñeha’ã iñambuéva; umi mbohapy ñeha’ã niko tapia oñerepresenta pe primer ánhel marandúpe. Upéi Jesús oñepyrũ omopu’ã hag̃ua umi cimiento oiporavóvo hemimbo’ekuéra, Ezra ha Nehemías ndive ningo oñemoĩ kuri pe témplo cimiento pe primer decreto rembiasápe, ha umi Millerita ndive katu, umi cimiento oñemoĩ pe primer ánhel rembiasápe. Umi cimiento ha’e umi bienaventuranza, ha upéi ou Imilágrokuéra ogueraháva chupe omondo hag̃ua umi doce discípulo pe kapítulo diez paha peve. Umi doce discípulo upérõma oñemoĩma va’ekue hendápe, ha inspiración omombe’u umi discípulo ha’e hague pe iglesia cristiana cimiento. Pe kapítulo once peve, umi cimiento opa oñemohu’ã.</w:t>
      </w:r>
    </w:p>
    <w:p>
      <w:pPr>
        <w:pStyle w:val="ArticleBody"/>
        <w:jc w:val="left"/>
      </w:pPr>
      <w:r>
        <w:rPr>
          <w:rFonts w:ascii="Times New Roman" w:hAnsi="Times New Roman" w:eastAsia="Times New Roman" w:cs="Times New Roman"/>
        </w:rPr>
        <w:t>Pe capítulo once-pe umi temimbo’e oservi hína ijehegui, Jesús katu oĩ ha’eño, upéva ohechauka porã peteĩ ñekytĩ ojehechakuaáva pe capítulo diez ha once apytépe. Umi capítulo peteĩ guive diez peve ha’e pe ángel peteĩha marandu; upéva opa pe mokõiha og̃uahẽvo. Pe ángel mokõiha ogueru peteĩ división, peteĩ jepe’a, Millerita-kuéra ha Protestante-kuéra reheguáicha. Pe capítulo diez opávo Jesús oñepe’a umi temimbo’égui, ha pe capítulo once-pe Ha’e oĩ ha’eño.</w:t>
      </w:r>
    </w:p>
    <w:p>
      <w:pPr>
        <w:pStyle w:val="ArticleBody"/>
        <w:jc w:val="left"/>
      </w:pPr>
      <w:r>
        <w:rPr>
          <w:rFonts w:ascii="Times New Roman" w:hAnsi="Times New Roman" w:eastAsia="Times New Roman" w:cs="Times New Roman"/>
        </w:rPr>
        <w:t>Kapítulo once guive mokõipa mokõi peve ohechauka pe mokõiha ánhel, ogueraháva kapítulo mokõipa mbohapy guive mokõipa poapy peve, peteĩha línea ramo pe mbohapyha ánhel rehegua. Añetehápe pe mbohapyha ánhel oguahẽ pe léi domingo pe, ha upéva hína pe Páskua ohechaukáva kapítulo mokõipa poteĩ guive mokõipa poapy peve. “23” ha’e pe símbolo pe ñeñyrõ rehegua, ha umi seis kapítulo apytégui pe peteĩha ohechauka pe peteĩha ánhel marandu ha umi mbohapy paha ohechauka pe mbohapyha ánhel marandu. Umi mokõi kapítulo mbytepegua (24 ha 25) ohechauka pe mokõiha ánhel. Umi mbohapy kapítulo paha oguereko “23” techaukaha específico ombojoajúva kapítulo “23”, peteĩha ánhel térã ñepyrũrã ramo, ha kapítulo mokõipa poteĩ guive mokõipa poapy peve mbohapyha ramo, “23” techaukaha reheve. Kapítulo 23 ha’e pe peteĩha ánhel, ha umi mokõi kapítulo oúva upe rire ha’e pe mokõiha ánhel, ha umi mbohapy paha ha’e pe mbohapyha ánhel.</w:t>
      </w:r>
    </w:p>
    <w:p>
      <w:pPr>
        <w:pStyle w:val="ArticleBody"/>
        <w:jc w:val="left"/>
      </w:pPr>
      <w:r>
        <w:rPr>
          <w:rFonts w:ascii="Times New Roman" w:hAnsi="Times New Roman" w:eastAsia="Times New Roman" w:cs="Times New Roman"/>
        </w:rPr>
        <w:t>Mateo-pe mbohapyha línea ohechauka mbohapyha ánhelpe, ha oñemboja’o mbohapy pasope. Pe capítulo 23 ha’e pe paso peteĩha, ha pe ánhel peteĩha. Pe capítulo 24 ha 25 ha’e pe mokõiha paso, ha pe mokõiha ánhel. Pe capítulo 26, 27 ha 28 ha’e pe mbohapyha paso ha pe mbohapyha ánhel. Peteĩ capítulo pe ánhel peteĩhápe g̃uarã, mokõi capítulo pe mokõiha ánhelpe g̃uarã ha mbohapy capítulo pe mbohapyha ánhelpe g̃uarã. Pe mbohapyha, ha’éva Páskua, ohechaukáva kurusu, ha upéva katu ojoajúva pe léi domingo ndive, ojehechauka avei Pentecostés rupive.</w:t>
      </w:r>
    </w:p>
    <w:p>
      <w:pPr>
        <w:pStyle w:val="ArticleBody"/>
        <w:jc w:val="left"/>
      </w:pPr>
      <w:r>
        <w:rPr>
          <w:rFonts w:ascii="Times New Roman" w:hAnsi="Times New Roman" w:eastAsia="Times New Roman" w:cs="Times New Roman"/>
        </w:rPr>
        <w:t>Pentecostés ha’e pe papapy 50, ha 50 ha’e pe símbolo Jubileo rehegua. Pe Jubileo oguereko peteĩ áño cuarenta y nueveha, pe paha pe séptimo ciclo siete áñopegua. Pe papapy 49 oúma mboyve pe papapy 50, ha katu oĩ joaju hag̃uáicha hendive. Pe tercera línea Mateo-pe oñepyrũ capítulo 23 rehe, upéi ojejuapy mokõi capítulo (24, 25) oñondive ogueraháva 49, pe mbohapyha ángel mboyve, orepresentáva pe papapy 50.</w:t>
      </w:r>
    </w:p>
    <w:p>
      <w:pPr>
        <w:pStyle w:val="ArticleBody"/>
        <w:jc w:val="left"/>
      </w:pPr>
      <w:r>
        <w:rPr>
          <w:rFonts w:ascii="Times New Roman" w:hAnsi="Times New Roman" w:eastAsia="Times New Roman" w:cs="Times New Roman"/>
        </w:rPr>
        <w:t>Peis kapítulo poteĩva ñemohendahápe iñepyrũ hína “23” ha ipaha avei “23” techaukaha, ha pe papapy osẽva oñembojoapývo kapítulo 26 ndive, 27 ha 28, ha’e “81”, ha upéva hína peteĩ símbolo umi pa’ikuérape g̃uarã, oñemoinge hag̃uáicha umi versíkulo teepe ohechaukáva tuguy ñeñohẽ, pe Saserdóte Guasu Yvagagua oipurútava Hembiapópe Saserdóte Guasu ramo. Upévare, kapítulo “81” rératee The Desire of Ages-pe oñemopyenda Mateo 28 rehe.</w:t>
      </w:r>
    </w:p>
    <w:p>
      <w:pPr>
        <w:pStyle w:val="ArticleScripture"/>
        <w:jc w:val="left"/>
      </w:pPr>
      <w:r>
        <w:rPr>
          <w:rFonts w:ascii="Times New Roman" w:hAnsi="Times New Roman" w:eastAsia="Times New Roman" w:cs="Times New Roman"/>
        </w:rPr>
        <w:t>“Kapítulo 81 — ‘Ñandejára Oikovejeyma’”</w:t>
      </w:r>
    </w:p>
    <w:p>
      <w:pPr>
        <w:pStyle w:val="ArticleScripture"/>
        <w:jc w:val="left"/>
      </w:pPr>
      <w:r>
        <w:rPr>
          <w:rFonts w:ascii="Times New Roman" w:hAnsi="Times New Roman" w:eastAsia="Times New Roman" w:cs="Times New Roman"/>
        </w:rPr>
        <w:t>“Ko kapítulo oñemopyenda Mateo 28:2–4, 11–15 rehe.” El Deseado de todas las gentes, 780.</w:t>
      </w:r>
    </w:p>
    <w:p>
      <w:pPr>
        <w:pStyle w:val="ArticleBody"/>
        <w:jc w:val="left"/>
      </w:pPr>
      <w:r>
        <w:rPr>
          <w:rFonts w:ascii="Times New Roman" w:hAnsi="Times New Roman" w:eastAsia="Times New Roman" w:cs="Times New Roman"/>
        </w:rPr>
        <w:t>Papapy “81” ohechauka pa’i rembiaporã, ha Levítico 8-pe oñembohechauka umi pa’i oñemomarangatu hag̃ua siete ára pukukue. Números capítulo 8-pe oñembohechauka umi levita ñemopotĩ. 2 Crónicas-pe, “81” pa’i oñemoĩ mburuvicha guasu Uzías rovái, ha upe pasáhe omba’apo hag̃ua peteĩchaite oñemopyenda hag̃ua pe ñe’ẽmondo oñembotýva rehegua umi cien cuarenta y cuatro mil-pe.</w:t>
      </w:r>
    </w:p>
    <w:p>
      <w:pPr>
        <w:pStyle w:val="ArticleScripture"/>
        <w:jc w:val="left"/>
      </w:pPr>
      <w:r>
        <w:rPr>
          <w:rFonts w:ascii="Times New Roman" w:hAnsi="Times New Roman" w:eastAsia="Times New Roman" w:cs="Times New Roman"/>
        </w:rPr>
        <w:t>Ha’e ramo imbarete rire, ipy’a oñembotuicha hag̃ua oñehundi hag̃uáicha; ha opu’ã Ñandejára Itúva rehe, ha oike Ñandejára róga peve ohapy hag̃ua insiénso pe altár insiénso ári. Ha pa’i Azarías oike hapykuéri, ha hendive oho poapy pa’i Ñandejára rehegua, kuimba’e ipy’aguasuetéva. Ha’ekuéra opu’ã mbarete mburuvicha guasu Uzías rehe ha he’i chupe: Nde ndereikuaái rejapo hag̃ua ko mba’e, Uzías, rehapy hag̃ua insiénso Ñandejárape; upéva katu pa’ikuérape guarã, Aarón ra’ykuérape, oñembosako’i va’ekuépe ohapy hag̃ua insiénso. Esẽ tupaógui; nde rejavy, ha ndaha’éimo’ãi upéva neñemomba’eguasurã Ñandejára Tupãgui.</w:t>
      </w:r>
    </w:p>
    <w:p>
      <w:pPr>
        <w:pStyle w:val="ArticleScripture"/>
        <w:jc w:val="left"/>
      </w:pPr>
      <w:r>
        <w:rPr>
          <w:rFonts w:ascii="Times New Roman" w:hAnsi="Times New Roman" w:eastAsia="Times New Roman" w:cs="Times New Roman"/>
        </w:rPr>
        <w:t>Upéi Ozías ipochy, ha oguereko ipope peteĩ pahape hag̃uarã insiénso; ha oĩ aja ipochy pa’i kuéra ndive, upe lepra osẽ jepe hova renondépe pa’i kuéra rovake Tupã Róga ryepýpe, pe altár insiénso hag̃ua ypýgui. Ha Azarías, pe pa’i guasu, ha opaite pa’i kuéra oma’ẽ hese; ha péina, ha’e orekóma lepra hova renondépe, ha omosẽ chupe pya’e upégui; ha ha’e voi avei pya’e osẽ hag̃ua, Yahveh nupã haguére chupe. Ha mburuvicha guasu Ozías oiko lepróso ramo omanó peve, ha oiko peteĩ óga oñemboja’óvape, lepróso haguére; ha oñemboyke Tupã Rógagui; ha ita’ýra Jotam oisãmbyhy mburuvicha guasu róga, ohusga hag̃ua yvy retãgua tavayguakuérape. 2 Crónicas 26:16–21.</w:t>
      </w:r>
    </w:p>
    <w:p>
      <w:pPr>
        <w:pStyle w:val="ArticleBody"/>
        <w:jc w:val="left"/>
      </w:pPr>
      <w:r>
        <w:rPr>
          <w:rFonts w:ascii="Times New Roman" w:hAnsi="Times New Roman" w:eastAsia="Times New Roman" w:cs="Times New Roman"/>
        </w:rPr>
        <w:t>Papy peteĩha ha peteĩha símbolo ramo oñembojoaju umi pa’i omokyre’ỹ’ỹva Uzzías rembiapo oikuave’ẽ hag̃ua mba’ejejuka mymbáre pe tupaópe. Pe ñemohenda profético pe jehasakue Uzzías rehegua ojoaju pe ñemohenda profético ndive Daniel kapítulo once, versículo once ha doce-pe. Mokõivéva jehasakue omombe’u peteĩ mburuvicha guasu yvy gotyo pegua, ikorasõ oñemopu’ãva ijehupyty militar rehe, ha ko’ýte pe jehupyty pyahu peteĩ mburuvicha guasu yvy yvate gotyo pegua ári. Daniel kapítulo once versículo once oñekumpli rire Ptolomeo rupive pe ñorairõ Rafia-pe, ha’e, Uzzías ojapo haguéicha avei, oheka oikuave’ẽ hag̃ua peteĩ sakrifísio pe tupaópe Jerusalén-pe, péro umi pa’i omboyke ichupe. Línea ári línea umi mokõi testígo ohechauka pe ñorairõ Ucrania-pegua hi’aguĩma hag̃ua opa.</w:t>
      </w:r>
    </w:p>
    <w:p>
      <w:pPr>
        <w:pStyle w:val="ArticleBody"/>
        <w:jc w:val="left"/>
      </w:pPr>
      <w:r>
        <w:rPr>
          <w:rFonts w:ascii="Times New Roman" w:hAnsi="Times New Roman" w:eastAsia="Times New Roman" w:cs="Times New Roman"/>
        </w:rPr>
        <w:t>Pe kapítulo peteĩha poapy The Desire of Ages-pe, oñemopyenda Mateo 28 rehe, ha ohechauka Cristo ojupiha omoñepyrũ hag̃ua hembiapo Yvágape Pa’i Guasu ramo.</w:t>
      </w:r>
    </w:p>
    <w:p>
      <w:pPr>
        <w:pStyle w:val="ArticleScripture"/>
        <w:jc w:val="left"/>
      </w:pPr>
      <w:r>
        <w:rPr>
          <w:rFonts w:ascii="Times New Roman" w:hAnsi="Times New Roman" w:eastAsia="Times New Roman" w:cs="Times New Roman"/>
        </w:rPr>
        <w:t>Ko’ág̃a umi mba’e ñañe’ẽ va’ekuére, ko ha’e pe ñemombyky: ñande jaguereko peteĩ Pa’i Guasu péichaite, oguapýva pe Tenda Guasu akatúape pe Mburuvicha Guasu renda guapy yvágape. Hebreos 8:1.</w:t>
      </w:r>
    </w:p>
    <w:p>
      <w:pPr>
        <w:pStyle w:val="ArticleBody"/>
        <w:jc w:val="left"/>
      </w:pPr>
      <w:r>
        <w:rPr>
          <w:rFonts w:ascii="Times New Roman" w:hAnsi="Times New Roman" w:eastAsia="Times New Roman" w:cs="Times New Roman"/>
        </w:rPr>
        <w:t>Papapy “81” ha’e peteĩ símbolo pa’i kuéragui, ha capítulo 26, 27, 28; pe mbohapyha pyenda pe mbohapyha línia-pe Mateo-pe ombojoapy 81. Pe mokõiha pyenda ombojoapy 49 ha pe peteĩha pyenda ha’e 23. Ochenta y uno ohechauka 80 pa’i ha peteĩ pa’i guasu Uzzías rembipykuepyre. Ko nivel-pe umi 80 pa’i ha’e yvypóra, ha pe pa’i guasu ha’e Tupãgua. 81 ohechauka Tupã reko joaju yvypóra ndive. Pe papapy peteĩ, pe papapy ochenta y uno ryepýpe, ohechauka Tupã reko.</w:t>
      </w:r>
    </w:p>
    <w:p>
      <w:pPr>
        <w:pStyle w:val="ArticleBody"/>
        <w:jc w:val="left"/>
      </w:pPr>
      <w:r>
        <w:rPr>
          <w:rFonts w:ascii="Times New Roman" w:hAnsi="Times New Roman" w:eastAsia="Times New Roman" w:cs="Times New Roman"/>
        </w:rPr>
        <w:t>Papapy peteĩha once-pe ohechauka yvypóra reko ha avei Tupã reko. Papapy peteĩha papapy mokõipa peteĩme ohechauka Tupã reko, ha mokõipa yvypóra reko. Pe mokõi ha peteĩ joaju ikatu ojehecha umi temimbo'épe oho vaʼekuépe pe tape Emmaús gotyo.</w:t>
      </w:r>
    </w:p>
    <w:p>
      <w:pPr>
        <w:pStyle w:val="ArticleBody"/>
        <w:jc w:val="left"/>
      </w:pPr>
      <w:r>
        <w:rPr>
          <w:rFonts w:ascii="Times New Roman" w:hAnsi="Times New Roman" w:eastAsia="Times New Roman" w:cs="Times New Roman"/>
        </w:rPr>
        <w:t>Pe mbohapy ha peteĩva joaju ha’e yvypóra rekove ha Tupã Rekove, ojehechaukaháicha pe tatakua hendy asývape Shadrach, Meshach ha Abednego rehegua.</w:t>
      </w:r>
    </w:p>
    <w:p>
      <w:pPr>
        <w:pStyle w:val="ArticleBody"/>
        <w:jc w:val="left"/>
      </w:pPr>
      <w:r>
        <w:rPr>
          <w:rFonts w:ascii="Times New Roman" w:hAnsi="Times New Roman" w:eastAsia="Times New Roman" w:cs="Times New Roman"/>
        </w:rPr>
        <w:t>Pe irundy ha peteĩ joaju ohechauka hag̃ua Tupãrekohápe yvypóra ndive joaju oñemboguataha pe irundýha ñemoñareme.</w:t>
      </w:r>
    </w:p>
    <w:p>
      <w:pPr>
        <w:pStyle w:val="ArticleBody"/>
        <w:jc w:val="left"/>
      </w:pPr>
      <w:r>
        <w:rPr>
          <w:rFonts w:ascii="Times New Roman" w:hAnsi="Times New Roman" w:eastAsia="Times New Roman" w:cs="Times New Roman"/>
        </w:rPr>
        <w:t>Pe joaju ha peteĩ ñembojuehe ohechauka umi cinco virgen oha’arõva pe noviorãme.</w:t>
      </w:r>
    </w:p>
    <w:p>
      <w:pPr>
        <w:pStyle w:val="ArticleBody"/>
        <w:jc w:val="left"/>
      </w:pPr>
      <w:r>
        <w:rPr>
          <w:rFonts w:ascii="Times New Roman" w:hAnsi="Times New Roman" w:eastAsia="Times New Roman" w:cs="Times New Roman"/>
        </w:rPr>
        <w:t>Pe mbohapy ha peteĩ joaju ohechauka yvypóra rembiapoha pytuʼu ára mokõiháme, upe pytuʼu ára rehegua Ñandejára tee haʼe hína Ijára. Papapy “poteĩ” haʼe peteĩ ta’anga yvypórape g̃uarã, ha pe peteĩ haʼe Cristo.</w:t>
      </w:r>
    </w:p>
    <w:p>
      <w:pPr>
        <w:pStyle w:val="ArticleBody"/>
        <w:jc w:val="left"/>
      </w:pPr>
      <w:r>
        <w:rPr>
          <w:rFonts w:ascii="Times New Roman" w:hAnsi="Times New Roman" w:eastAsia="Times New Roman" w:cs="Times New Roman"/>
        </w:rPr>
        <w:t>Pe mokõi papapy joaju ohechauka pe tupaó aty porundyha Laodiceagua hasaha pe experiencia Filadelfiaguape.</w:t>
      </w:r>
    </w:p>
    <w:p>
      <w:pPr>
        <w:pStyle w:val="ArticleBody"/>
        <w:jc w:val="left"/>
      </w:pPr>
      <w:r>
        <w:rPr>
          <w:rFonts w:ascii="Times New Roman" w:hAnsi="Times New Roman" w:eastAsia="Times New Roman" w:cs="Times New Roman"/>
        </w:rPr>
        <w:t>81 ha’e peteĩ símbolo umi pa’i rehegua ha iñemoirũ rehegua pe Pa’i Guasu ndive.</w:t>
      </w:r>
    </w:p>
    <w:p>
      <w:pPr>
        <w:pStyle w:val="ArticleBody"/>
        <w:jc w:val="left"/>
      </w:pPr>
      <w:r>
        <w:rPr>
          <w:rFonts w:ascii="Times New Roman" w:hAnsi="Times New Roman" w:eastAsia="Times New Roman" w:cs="Times New Roman"/>
        </w:rPr>
        <w:t>Pe joaju peteĩha jepivegua ohechauka ñemohu’ã. Mitãryru ipukukue ha’e porundy jasy. Oĩ va’ekue 9 ñemoñare ogueraha hag̃ua Noé peve, ha ambue 9 ñemoñare rire ogueraha pe ñe’ẽme’ẽme. Jesús ome’ẽ ijespíritu pe aravo porundýpe. Pe joaju peteĩha ha porundyha ohechauka oñemohu’ãha pe tembiapo oñembosella hag̃ua Itavayguakuérape.</w:t>
      </w:r>
    </w:p>
    <w:p>
      <w:pPr>
        <w:pStyle w:val="ArticleBody"/>
        <w:jc w:val="left"/>
      </w:pPr>
      <w:r>
        <w:rPr>
          <w:rFonts w:ascii="Times New Roman" w:hAnsi="Times New Roman" w:eastAsia="Times New Roman" w:cs="Times New Roman"/>
        </w:rPr>
        <w:t>Ko contexto-pe, peteĩha ha’e yvypórarekove ha Divinidad joaju; mokõiha papapy ha’e Mbo’ehára Divino, ombo’éva yvypórape. Mbohapyha papapy ha’e umi mbohapy ánhel rembiapo marandu, ha’éva pe marandu oje’e hag̃ua chupekuéra mokõiha papapýpe. Irundyha papapy omombe’u pe irundyha generación, upéicha rupi ohechauka pe tembiasakue profético ojekuaa hag̃ua pype umi po virgen arandu, ha ojejapo jey hag̃ua, oñerrepresentaháicha pe poteĩha ára jejapo rehe. Upéi, pokõiha tape ohechauka pe jeroviaha Philadelphia-pe ha pe apañuãi mba’éichapa poapyha ou umi siete-gui. Upérõ oñemboguata pe ñe’ẽme’ẽ ñemopyenda ha pe pa’i reko “81” rehegua oñemopu’ã hag̃ua omohu’ã hag̃ua pe tembiapo oñerrepresentáva papapy porundy rehe. Káda paso-pe peteĩha papapy ha’e pe León Judá ñemoñarégui, ha’éva avei Palmoni, pe Papapyhára Mba’eporãite. 81 ha’e peteĩ símbolo umi pa’ikuéra rehegua. Palmoni ojapo opaite papapy.</w:t>
      </w:r>
    </w:p>
    <w:p>
      <w:pPr>
        <w:pStyle w:val="ArticleBody"/>
        <w:jc w:val="left"/>
      </w:pPr>
      <w:r>
        <w:rPr>
          <w:rFonts w:ascii="Times New Roman" w:hAnsi="Times New Roman" w:eastAsia="Times New Roman" w:cs="Times New Roman"/>
        </w:rPr>
        <w:t>Pe papapy once ohechauka mbyte guive mokõi pa ary, ha mokõivéva ohechauka Tupã rekove joaju yvypóra reheve. Peteĩ kuatia pyahúpe amoinge mokõi ñe’ẽ, oñe’ẽva ñepyrũ rehe ha opa hag̃uére.</w:t>
      </w:r>
    </w:p>
    <w:p>
      <w:pPr>
        <w:pStyle w:val="ArticleBody"/>
        <w:jc w:val="left"/>
      </w:pPr>
      <w:r>
        <w:rPr>
          <w:rFonts w:ascii="Times New Roman" w:hAnsi="Times New Roman" w:eastAsia="Times New Roman" w:cs="Times New Roman"/>
        </w:rPr>
        <w:t>Pe ñe’ẽmondo peteĩha he’i vaʼekue, Ellen White oreko ramo guare ijehecha py ypykue pe santuario rehegua, ojehechauka hag̃ua chupe pe sábado rembiapoukapy omimbiveha ambue tembiapoukapykuéragui. Avei ojehechauka chupe, ára paha hag̃ua, pe “doctrina de la encarnación” ojehechaukataha peteĩ tesape kangýpe. Pe sábado haʼe vaʼekue peteĩ tesape ñepyrũme oporotypifikáva pe doctrina de la encarnación ipahaitepe. Tupãrekotee ñembojoaju yvypóra rekóndi ha’e pe doctrina de la encarnación, péva niko pe doctrina Cristo ogueraha haguére hi’ári yvypóra ro’o, ha upéicha omoĩ hag̃ua techapyrã Tupãrekotee oñembojoajúva yvypóra rekóndi ndopekaiha.</w:t>
      </w:r>
    </w:p>
    <w:p>
      <w:pPr>
        <w:pStyle w:val="ArticleBody"/>
        <w:jc w:val="left"/>
      </w:pPr>
      <w:r>
        <w:rPr>
          <w:rFonts w:ascii="Times New Roman" w:hAnsi="Times New Roman" w:eastAsia="Times New Roman" w:cs="Times New Roman"/>
        </w:rPr>
        <w:t>Paite plus paite oiko mokõi pa mokõipa, ha pe papapy once oñepyrũ peteĩteĩ umi doce capítulo-pe ñemoĩmbyre ñe’ẽme’ẽgua, ha peteĩteĩ opaha mokõipa mokõi rehe. Umi capítulo once ha umi versículo once Tupã Ñe’ẽme ohechauka umi tape rechaukaha umi cien cuarenta y cuatro milpegua.</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Ucrania ñorairõ oñepyrũ 2014-pe, ha upéva hína pe línea okapeguáva pe tiémpo sellado rehegua umi cien cuarenta y cuatro mil.</w:t>
      </w:r>
    </w:p>
    <w:p>
      <w:pPr>
        <w:pStyle w:val="ArticleScripture"/>
        <w:jc w:val="left"/>
      </w:pPr>
      <w:r>
        <w:rPr>
          <w:rFonts w:ascii="Times New Roman" w:hAnsi="Times New Roman" w:eastAsia="Times New Roman" w:cs="Times New Roman"/>
        </w:rPr>
        <w:t>Ha pe rréi yvy gotyogua ipochy etereíta, ha osẽta oñorãirõ hag̃ua hendive, pe rréi yvy gotyopegua ndive; ha haʼe ombyatýta peteĩ aty tuichaitereíva; péro pe aty oñemeʼẽta ipópe. Daniel 11:11.</w:t>
      </w:r>
    </w:p>
    <w:p>
      <w:pPr>
        <w:pStyle w:val="ArticleHeading"/>
        <w:jc w:val="left"/>
      </w:pPr>
      <w:r>
        <w:rPr>
          <w:rFonts w:ascii="Arial" w:hAnsi="Arial" w:eastAsia="Arial" w:cs="Arial"/>
        </w:rPr>
        <w:t>18 jasypoteĩ ary 2020</w:t>
      </w:r>
    </w:p>
    <w:p>
      <w:pPr>
        <w:pStyle w:val="ArticleBody"/>
        <w:jc w:val="left"/>
      </w:pPr>
      <w:r>
        <w:rPr>
          <w:rFonts w:ascii="Times New Roman" w:hAnsi="Times New Roman" w:eastAsia="Times New Roman" w:cs="Times New Roman"/>
        </w:rPr>
        <w:t>Pe ñembyasy peteĩha ha’e Jesús oĩ are hag̃ua ohóvo omoingovejey hag̃ua Lázaro-pe, pe milágro ijojaha’ỹvéva ha Ñandejára sello. Jesús oha’arõ irundy ára Lázaro omoingovejey mboyve. Pe versíkulo oĩva Juan-pe omombe’u pe pahápeguáva umi pokõi milágrogui oñembojekuaáva hekopete Juan maranduhápe. Pe peteĩha ha’e y rembiapo káguĩramo jehova. Heta tesape oĩ ñahesa’ỹijóramo umi pokõi milágro oguahẽva hu’ãme Juan 11:11-pe, ha opa teólogo-kuéra oñemoĩ peteĩ ñe’ême oĩha pokõi milágro añónte Juan-pe, umi milágro oñembojekuaa hag̃ua hekopete rupi. Upévare, ndaipóri ombojoapýva Cristo jeikovejey pe techaukaha poapývaramo; hakatu upéva ha’e peteĩ milágro, ha Ijeikovejey ha’e pe pacto techaukaha, upévare pe jeikovejey oĩva Juan kuatiañe’ẽme ha’e pe poapyha milágro, ha’éva umi pokõigui, pe peteĩteĩva umi pokõi milágro mboyvegua niko ojejapo va’ekue Ijeikovejey pokatu rupive.</w:t>
      </w:r>
    </w:p>
    <w:p>
      <w:pPr>
        <w:pStyle w:val="ArticleScripture"/>
        <w:jc w:val="left"/>
      </w:pPr>
      <w:r>
        <w:rPr>
          <w:rFonts w:ascii="Times New Roman" w:hAnsi="Times New Roman" w:eastAsia="Times New Roman" w:cs="Times New Roman"/>
        </w:rPr>
        <w:t>Ha’e he’i ko’ã mba’e; ha upéi he’i chupekuéra: Ñande angirũ Lázaro oke; ha katu che aháta, amombáy hag̃ua chupe ikéra guive. Juan 11:11.</w:t>
      </w:r>
    </w:p>
    <w:p>
      <w:pPr>
        <w:pStyle w:val="ArticleHeading"/>
        <w:jc w:val="left"/>
      </w:pPr>
      <w:r>
        <w:rPr>
          <w:rFonts w:ascii="Arial" w:hAnsi="Arial" w:eastAsia="Arial" w:cs="Arial"/>
        </w:rPr>
        <w:t>Jasykõi, 2023</w:t>
      </w:r>
    </w:p>
    <w:p>
      <w:pPr>
        <w:pStyle w:val="ArticleBody"/>
        <w:jc w:val="left"/>
      </w:pPr>
      <w:r>
        <w:rPr>
          <w:rFonts w:ascii="Times New Roman" w:hAnsi="Times New Roman" w:eastAsia="Times New Roman" w:cs="Times New Roman"/>
        </w:rPr>
        <w:t>Julio 2023-pe, pe ñeʼẽ osapukái vaʼekue peteĩ marandu oguerekóva tekove Espíritu.</w:t>
      </w:r>
    </w:p>
    <w:p>
      <w:pPr>
        <w:pStyle w:val="ArticleScripture"/>
        <w:jc w:val="left"/>
      </w:pPr>
      <w:r>
        <w:rPr>
          <w:rFonts w:ascii="Times New Roman" w:hAnsi="Times New Roman" w:eastAsia="Times New Roman" w:cs="Times New Roman"/>
        </w:rPr>
        <w:t>Ha mbohapy ára ha mbyte rire, Ñandejáragui ouva’ekue tekove Espíritu oike hesekuéra; ha ha’ekuéra opu’ã ikupy ári; ha tuicha kyhyje oguejy umi ohecháva’ekue ári. Apocalipsis 11:11.</w:t>
      </w:r>
    </w:p>
    <w:p>
      <w:pPr>
        <w:pStyle w:val="ArticleBody"/>
        <w:jc w:val="left"/>
      </w:pPr>
      <w:r>
        <w:rPr>
          <w:rFonts w:ascii="Times New Roman" w:hAnsi="Times New Roman" w:eastAsia="Times New Roman" w:cs="Times New Roman"/>
        </w:rPr>
        <w:t>Juan ou ñemoheñói poapy ára mboyve pe léi domingo-gua, pórke pe léi domingo-pe voi iñakãrapuʼã itúva Zacarías. Juan réra oñemoambue Zacarías-gui Juan-pe pe léi domingo-pe, ha upérõ pe iñemoambue réra ohechauka peteĩ joaju pacto rehegua. Pe ñemoheñói otypifika umi ojuka vaʼekuépe tape rupi 18 jasypokõi 2020-pe, haʼéva iñemoingove jey.</w:t>
      </w:r>
    </w:p>
    <w:p>
      <w:pPr>
        <w:pStyle w:val="ArticleScripture"/>
        <w:jc w:val="left"/>
      </w:pPr>
      <w:r>
        <w:rPr>
          <w:rFonts w:ascii="Times New Roman" w:hAnsi="Times New Roman" w:eastAsia="Times New Roman" w:cs="Times New Roman"/>
        </w:rPr>
        <w:t>Añetéhápe ha’e peẽme: umi kuñanguéra imemby vaʼekue apytépe ndaipóri oikove vaʼekue Juan el Bautísta-gui tuichavéva; upéicharõ jepe, pe michĩvéva yvágape Ñandejára rréinope tuichave chugui. Mateo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Isaías ohechauka pe mokõiha aty ñembyaty ojejapopaitéma hague ary 1849-pe. Pe mokõiha aty ñembyaty oñepyrũ kuri julio ary 2023-pe, ha opa Ñandejára tavayguakuéra oñembotegua jave.</w:t>
      </w:r>
    </w:p>
    <w:p>
      <w:pPr>
        <w:pStyle w:val="ArticleScripture"/>
        <w:jc w:val="left"/>
      </w:pPr>
      <w:r>
        <w:rPr>
          <w:rFonts w:ascii="Times New Roman" w:hAnsi="Times New Roman" w:eastAsia="Times New Roman" w:cs="Times New Roman"/>
        </w:rPr>
        <w:t>Ha oikóta upe árape, Ñandejára omoĩta jevy ipo mokõiháicha ogueru hag̃ua jey hetakuégui hembýva, opytátava Asíriagui, Egíptogui, Patrosgui, Cusgui, Elamgui, Sinargui, Hamatgui ha umi ypa'ũnguéra guive yguasu pegua. Isaías 11:11.</w:t>
      </w:r>
    </w:p>
    <w:p>
      <w:pPr>
        <w:pStyle w:val="ArticleHeading"/>
        <w:jc w:val="left"/>
      </w:pPr>
      <w:r>
        <w:rPr>
          <w:rFonts w:ascii="Arial" w:hAnsi="Arial" w:eastAsia="Arial" w:cs="Arial"/>
        </w:rPr>
        <w:t>Pe léi dominical mboyveve hag̃ua hag̃ua hag̃uaxoọpụta</w:t>
      </w:r>
    </w:p>
    <w:p>
      <w:pPr>
        <w:pStyle w:val="ArticleBody"/>
        <w:jc w:val="left"/>
      </w:pPr>
      <w:r>
        <w:rPr>
          <w:rFonts w:ascii="Times New Roman" w:hAnsi="Times New Roman" w:eastAsia="Times New Roman" w:cs="Times New Roman"/>
        </w:rPr>
        <w:t>Jesús omohuʼãramoite pe jeike jejopy rehegua, upéicha ohechauka pe hasyʼo pe Sapyʼa pyharegua guive pe léi domingo peve; haʼe oreko hendive umi doce temimboʼe, haʼekuéra niko ojeiporavóma voi pe léi domingo mboyve.</w:t>
      </w:r>
    </w:p>
    <w:p>
      <w:pPr>
        <w:pStyle w:val="ArticleScripture"/>
        <w:jc w:val="left"/>
      </w:pPr>
      <w:r>
        <w:rPr>
          <w:rFonts w:ascii="Times New Roman" w:hAnsi="Times New Roman" w:eastAsia="Times New Roman" w:cs="Times New Roman"/>
        </w:rPr>
        <w:t>Ha Jesús oike Jerusalén-pe, ha pe témplo-pe avei; ha ojesareko rire opa mbaʼe rehe ijerére, kaʼaru etémarõ guare, osẽ ohóvo Betania-pe umi doce ndive. Marcos 11:11.</w:t>
      </w:r>
    </w:p>
    <w:p>
      <w:pPr>
        <w:pStyle w:val="ArticleBody"/>
        <w:jc w:val="left"/>
      </w:pPr>
      <w:r>
        <w:rPr>
          <w:rFonts w:ascii="Times New Roman" w:hAnsi="Times New Roman" w:eastAsia="Times New Roman" w:cs="Times New Roman"/>
        </w:rPr>
        <w:t>Oñemohu’ã rire umi cien cuarenta y cuatro mil ári, pe léi domingo mboyve’imi, oñemohu’ã pe joaju Tupãrekópeguare ména rehegua yvypóra rekove rembireko rehe ndive, ha mokõivéva opyta peteĩnte opa ára g̃uarã, pe expiasiõ oñemohu’ãma rupi.</w:t>
      </w:r>
    </w:p>
    <w:p>
      <w:pPr>
        <w:pStyle w:val="ArticleScripture"/>
        <w:jc w:val="left"/>
      </w:pPr>
      <w:r>
        <w:rPr>
          <w:rFonts w:ascii="Times New Roman" w:hAnsi="Times New Roman" w:eastAsia="Times New Roman" w:cs="Times New Roman"/>
        </w:rPr>
        <w:t>Opáicharamo jepe, kuimba’e ndaipóri kuñaguỹre, ha kuña ndaipóri kuimba’egỹre, Ñandejárape. 1 Corintios 11:11.</w:t>
      </w:r>
    </w:p>
    <w:p>
      <w:pPr>
        <w:pStyle w:val="ArticleBody"/>
        <w:jc w:val="left"/>
      </w:pPr>
      <w:r>
        <w:rPr>
          <w:rFonts w:ascii="Times New Roman" w:hAnsi="Times New Roman" w:eastAsia="Times New Roman" w:cs="Times New Roman"/>
        </w:rPr>
        <w:t>Sara memby reñói milagroso, are pukukue rire oikótava 1863-pe guive pe rebelión rire, oñemohu’ã vove kuña Apocalipsis doce-pegua ome’ẽvo yvypóra mokõi mitãme. Pe mitã peteĩha ou Pyhare Mbyte Sapy’ápe, ha pe mitã mokõiha katu arapokõindy léi-pe. Pe mitã osẽva mokõiha, oguereko va’ekue pe hilo pytã, ohechaukáva Rahab techaukaha Jericópe.</w:t>
      </w:r>
    </w:p>
    <w:p>
      <w:pPr>
        <w:pStyle w:val="ArticleScripture"/>
        <w:jc w:val="left"/>
      </w:pPr>
      <w:r>
        <w:rPr>
          <w:rFonts w:ascii="Times New Roman" w:hAnsi="Times New Roman" w:eastAsia="Times New Roman" w:cs="Times New Roman"/>
        </w:rPr>
        <w:t>Jerovia rupive avei Sara voi py’a guasu oguereko haguã ñemoñare, ha imemby peteĩ mitãme hi’ára ohasámarõ jepe, ojerovia rupi upe oprometéva rehe, ha’e ndopyta mo’ãiha iñe’ẽgui. Hebreos 11:11.</w:t>
      </w:r>
    </w:p>
    <w:p>
      <w:pPr>
        <w:pStyle w:val="ArticleHeading"/>
        <w:jc w:val="left"/>
      </w:pPr>
      <w:r>
        <w:rPr>
          <w:rFonts w:ascii="Arial" w:hAnsi="Arial" w:eastAsia="Arial" w:cs="Arial"/>
        </w:rPr>
        <w:t>Pe léi domingo rehegua Laodiceápe</w:t>
      </w:r>
    </w:p>
    <w:p>
      <w:pPr>
        <w:pStyle w:val="ArticleBody"/>
        <w:jc w:val="left"/>
      </w:pPr>
      <w:r>
        <w:rPr>
          <w:rFonts w:ascii="Times New Roman" w:hAnsi="Times New Roman" w:eastAsia="Times New Roman" w:cs="Times New Roman"/>
        </w:rPr>
        <w:t>Jeremías ohechauka pe juicio oúva pe tupaó Adventista del Séptimo Día Laodiceapeguá rehe.</w:t>
      </w:r>
    </w:p>
    <w:p>
      <w:pPr>
        <w:pStyle w:val="ArticleScripture"/>
        <w:jc w:val="left"/>
      </w:pPr>
      <w:r>
        <w:rPr>
          <w:rFonts w:ascii="Times New Roman" w:hAnsi="Times New Roman" w:eastAsia="Times New Roman" w:cs="Times New Roman"/>
        </w:rPr>
        <w:t>Upévare péicha he'i Ñandejára: Péina, aguerúta hi'árikuéra ivaíva, ndaikatumo'ãi ojehekýi chugui; ha hasẽramo jepe chéve, nañahendumo'ãi chupekuéra. Jeremías 11:11.</w:t>
      </w:r>
    </w:p>
    <w:p>
      <w:pPr>
        <w:pStyle w:val="ArticleBody"/>
        <w:jc w:val="left"/>
      </w:pPr>
      <w:r>
        <w:rPr>
          <w:rFonts w:ascii="Times New Roman" w:hAnsi="Times New Roman" w:eastAsia="Times New Roman" w:cs="Times New Roman"/>
        </w:rPr>
        <w:t>Ezequiel oĩ peteĩcha Jeremías ndive iñemoĩmbápe Adventísmo rehe.</w:t>
      </w:r>
    </w:p>
    <w:p>
      <w:pPr>
        <w:pStyle w:val="ArticleScripture"/>
        <w:jc w:val="left"/>
      </w:pPr>
      <w:r>
        <w:rPr>
          <w:rFonts w:ascii="Times New Roman" w:hAnsi="Times New Roman" w:eastAsia="Times New Roman" w:cs="Times New Roman"/>
        </w:rPr>
        <w:t>Ko táva ndaha’éi peẽme g̃uarã pe mba’yru pype oñembopupúva, ha peẽ ndaha’éi pe so’o ipypegua; che katu pendehusgáta Israel rembe’ýpe. Ezequiel 11:11.</w:t>
      </w:r>
    </w:p>
    <w:p>
      <w:pPr>
        <w:pStyle w:val="ArticleBody"/>
        <w:jc w:val="left"/>
      </w:pPr>
      <w:r>
        <w:rPr>
          <w:rFonts w:ascii="Times New Roman" w:hAnsi="Times New Roman" w:eastAsia="Times New Roman" w:cs="Times New Roman"/>
        </w:rPr>
        <w:t>Yma Israél yma guare rire, Tupã ñe’ẽme’ẽgua tavaramo, oguereko avei Tupã omokyreʼỹha umi tavayguakuépe iñakãrasy hag̃ua pe haʼekuéra omombo vaʼekue rehe. Kóva oñembopyahu Adventismo ári pe léi domingo jave.</w:t>
      </w:r>
    </w:p>
    <w:p>
      <w:pPr>
        <w:pStyle w:val="ArticleScripture"/>
        <w:jc w:val="left"/>
      </w:pPr>
      <w:r>
        <w:rPr>
          <w:rFonts w:ascii="Times New Roman" w:hAnsi="Times New Roman" w:eastAsia="Times New Roman" w:cs="Times New Roman"/>
        </w:rPr>
        <w:t>Upévare ha’e che, ¿iko ñepysãmbýre ho’a hag̃uáicha? Aniete. Upéva rangue, iñepysãmbýre rupive pe salvación oguahẽ umi Gentiles-pe, hag̃uaicha oñembopochy hag̃ua chupekuéra. Romanos 11:11.</w:t>
      </w:r>
    </w:p>
    <w:p>
      <w:pPr>
        <w:pStyle w:val="ArticleBody"/>
        <w:jc w:val="left"/>
      </w:pPr>
      <w:r>
        <w:rPr>
          <w:rFonts w:ascii="Times New Roman" w:hAnsi="Times New Roman" w:eastAsia="Times New Roman" w:cs="Times New Roman"/>
        </w:rPr>
        <w:t>Adventismo, oñemopyendáva William Miller rembiapére, ha’éva hikuái omboykéva, opyta gueteri pe movimiento omopu’ãva’ekue pe témplo; ha Salomón ndive oiko haguéicha, ha’e avei omopu’ãva’ekue pe témplo, ha’ekuéra oity pe pacto ha ijuruvicha guasu ojeipe’áta chuguikuéra, ha oñeme’ẽta peteĩ tetãme oisãmbyhýtava Tupã parrálty hembipota he’iháicha.</w:t>
      </w:r>
    </w:p>
    <w:p>
      <w:pPr>
        <w:pStyle w:val="ArticleScripture"/>
        <w:jc w:val="left"/>
      </w:pPr>
      <w:r>
        <w:rPr>
          <w:rFonts w:ascii="Times New Roman" w:hAnsi="Times New Roman" w:eastAsia="Times New Roman" w:cs="Times New Roman"/>
        </w:rPr>
        <w:t>Upévare Tupã he'i va'ekue Salomónpe: “Rejapo rupi kóva, ha nereñongatúi che ñe'ẽme'ẽ ha che tembiapoukapy, amoĩ va'ekue ndéve, añetehápe aipe'áta ndehegui pe rréino, ha ame'ẽta nde rembiguáipe”. 1 Reyes 11:11.</w:t>
      </w:r>
    </w:p>
    <w:p>
      <w:pPr>
        <w:pStyle w:val="ArticleHeading"/>
        <w:jc w:val="left"/>
      </w:pPr>
      <w:r>
        <w:rPr>
          <w:rFonts w:ascii="Arial" w:hAnsi="Arial" w:eastAsia="Arial" w:cs="Arial"/>
        </w:rPr>
        <w:t>Léi dominikál Filadélfiape g̃uarã</w:t>
      </w:r>
    </w:p>
    <w:p>
      <w:pPr>
        <w:pStyle w:val="ArticleBody"/>
        <w:jc w:val="left"/>
      </w:pPr>
      <w:r>
        <w:rPr>
          <w:rFonts w:ascii="Times New Roman" w:hAnsi="Times New Roman" w:eastAsia="Times New Roman" w:cs="Times New Roman"/>
        </w:rPr>
        <w:t>Pe léi dominikálpe pe iglésia triunfánte oñemoĩ hag̃ua ijyvy teépe, umi maranduha heʼiháicha, ha upe yvy hína peteĩ yvy hetaitehápe henyhẽva pe marandu amandáry pahápegua rehe. Jericó oñemopuʼã jey vaʼekue ary 1863-pe, ha pe léi dominikálpe Jericó hoʼa.</w:t>
      </w:r>
    </w:p>
    <w:p>
      <w:pPr>
        <w:pStyle w:val="ArticleScripture"/>
        <w:jc w:val="left"/>
      </w:pPr>
      <w:r>
        <w:rPr>
          <w:rFonts w:ascii="Times New Roman" w:hAnsi="Times New Roman" w:eastAsia="Times New Roman" w:cs="Times New Roman"/>
        </w:rPr>
        <w:t>Pe yvy, peẽ peho hag̃uáicha peñemomba’erã hag̃ua hese, ha’e peteĩ yvy yvyty ha ñu hag̃ua, ha ho’u y umi oky yvágagui. Deuteronomio 11:11.</w:t>
      </w:r>
    </w:p>
    <w:p>
      <w:pPr>
        <w:pStyle w:val="ArticleBody"/>
        <w:jc w:val="left"/>
      </w:pPr>
      <w:r>
        <w:rPr>
          <w:rFonts w:ascii="Times New Roman" w:hAnsi="Times New Roman" w:eastAsia="Times New Roman" w:cs="Times New Roman"/>
        </w:rPr>
        <w:t>Peteĩ táva ha’e peteĩ rréino, ha pe iglesia ipu’akáva ohechauka Cristo rréino glória rehegua. Upéva rréino pe iglesia ipu’akáva rehegua oñepyrũ pe léi domingo guive, jave Itupao oñemopu’ã ha oñemomba’eguasu opa umi yvyty ha cerro ári.</w:t>
      </w:r>
    </w:p>
    <w:p>
      <w:pPr>
        <w:pStyle w:val="ArticleScripture"/>
        <w:jc w:val="left"/>
      </w:pPr>
      <w:r>
        <w:rPr>
          <w:rFonts w:ascii="Times New Roman" w:hAnsi="Times New Roman" w:eastAsia="Times New Roman" w:cs="Times New Roman"/>
        </w:rPr>
        <w:t>Oporohoryvakuéra jehovasa rupive táva oñemomba’eguasu; ha umi iñañáva juru rupive oñehundi. Proverbios 11:11.</w:t>
      </w:r>
    </w:p>
    <w:p>
      <w:pPr>
        <w:pStyle w:val="ArticleBody"/>
        <w:jc w:val="left"/>
      </w:pPr>
      <w:r>
        <w:rPr>
          <w:rFonts w:ascii="Times New Roman" w:hAnsi="Times New Roman" w:eastAsia="Times New Roman" w:cs="Times New Roman"/>
        </w:rPr>
        <w:t>Pe ánhel oúvo pe novena hora-pe oú kuri Cornelious rendápe, ombo’évo chupe omondo hag̃ua ohenói Pedro-pe; péicha ojehechauka araka’épa pe evangelio ohupytyta umi Gentil-kuérape pe léi domingo jave. Ñandejára ombo’e ramo guare Pedro-pe oho hag̃ua, upéva oiko kuri peteĩ visión ryepýpe, ha upépe ojehechauka chupe ho’u hag̃ua mymba ky’áva. Kóva oñemoañete pe léi domingo jave. Pe novena hora ojoaju pe novena hora rehe, upérõ Cristo omano hague. Pe novena hora orrepresenta peteĩ período paha oñepyrũva pe tercera hora-pe, Jesús ojeklavasékuri kurusúre upérõ, ha omano seis hora rire. Ha’e pe período peteĩchante Pedro rehegua, oĩva pe koty yvate gotyo pe tercera hora-pe, ha upéi pe témplope pe novena hora-pe. Peteĩ novena hora opa Cristo mano reheve; ambue novena hora-pe Pedro oĩ pe témplope omomarandúvo Joel marandu. Cristo mano omohu’ã Israel ndive pe pacto joaju, ha oipe’a pe okẽ umi Gentil-kuérape g̃uarã, ojerrepresentáva Cornelious rehe.</w:t>
      </w:r>
    </w:p>
    <w:p>
      <w:pPr>
        <w:pStyle w:val="ArticleScripture"/>
        <w:jc w:val="left"/>
      </w:pPr>
      <w:r>
        <w:rPr>
          <w:rFonts w:ascii="Times New Roman" w:hAnsi="Times New Roman" w:eastAsia="Times New Roman" w:cs="Times New Roman"/>
        </w:rPr>
        <w:t>Ha péina, upepete og̃uahẽma mbohapy kuimbaʼe pe óga ahínahápe, oñemondóva Cesareagui che rendápe. Hechos 11:11.</w:t>
      </w:r>
    </w:p>
    <w:p>
      <w:pPr>
        <w:pStyle w:val="ArticleScripture"/>
        <w:jc w:val="left"/>
      </w:pPr>
      <w:r>
        <w:rPr>
          <w:rFonts w:ascii="Times New Roman" w:hAnsi="Times New Roman" w:eastAsia="Times New Roman" w:cs="Times New Roman"/>
        </w:rPr>
        <w:t>Haʼekuéra haʼéta avei peteĩ mbaʼe jeguaru penemboyke hag̃ua; ani peʼu ijukuekuéra roʼo, ha pehayhuʼỹvaʼerã ijete omanóva. Levítico 11:11.</w:t>
      </w:r>
    </w:p>
    <w:p>
      <w:pPr>
        <w:pStyle w:val="ArticleBody"/>
        <w:jc w:val="left"/>
      </w:pPr>
      <w:r>
        <w:rPr>
          <w:rFonts w:ascii="Times New Roman" w:hAnsi="Times New Roman" w:eastAsia="Times New Roman" w:cs="Times New Roman"/>
        </w:rPr>
        <w:t>Ñamotenondéta ko estudio pe artíkulo oúvape.</w:t>
      </w:r>
    </w:p>
    <w:p>
      <w:pPr>
        <w:pStyle w:val="ArticleScripture"/>
        <w:jc w:val="left"/>
      </w:pPr>
      <w:r>
        <w:rPr>
          <w:rFonts w:ascii="Times New Roman" w:hAnsi="Times New Roman" w:eastAsia="Times New Roman" w:cs="Times New Roman"/>
        </w:rPr>
        <w:t>“Cheke pyhare, Tupã, peteĩ po ndahechaukáivape rupive, chemondouka hague peteĩ karameg̃ua ojejapóva porãiterei hag̃ua, ipukukue ha’éva diez pulgada rupi ha ijyvatekue seis pulgada cuadrada rupi, ojapopyréva ébano ha perla-kuéragui, oñembojegua porãiterei hag̃ua ipype. Upe karameg̃uáre oĩva’ekue peteĩ llave oñembojoajúva hese. Pya’e voi ajapyhy upe llave ha aipe’a upe karameg̃ua; ha upérõ, che mba’ehechapyrã ha che ñemondýipe, ajuhu henyhẽha opaichagua ha opa tuichakuére joya-kuéragui, diamante-kuéragui, ita hepyetéva ha viru óro ha pláta opa tuichakuére ha opa hepykue reheve, oñemohenda porãite hag̃ua peteĩteĩva hendápe upe karameg̃uápe; ha péicha oñemohendáva hikuái, omimbi peteĩ tesape ha peteĩ gloria ndikatúiva oñembojoja ambue mba’ére ndaha’éiramo kuarahýre año.”</w:t>
      </w:r>
    </w:p>
    <w:p>
      <w:pPr>
        <w:pStyle w:val="ArticleScripture"/>
        <w:jc w:val="left"/>
      </w:pPr>
      <w:r>
        <w:rPr>
          <w:rFonts w:ascii="Times New Roman" w:hAnsi="Times New Roman" w:eastAsia="Times New Roman" w:cs="Times New Roman"/>
        </w:rPr>
        <w:t>“Che ama’ẽ pe kaja ryepýpe, ha che resa hesakã eterei upe ahecháguinte. Omimbi kuri hikuái pa jevy hetave hekove ypykue guégui. Che aime hag̃uamo’ã ojejohéi hague yvyku’ípe umi iñañáva pypykuéra rupive, umi omyasãiva’ekue ha opyrũva’ekue chupekuéra yvytĩmbópe. Oñemohenda porãiterei hikuái pe kaja ryepýpe, peteĩteĩ iñendaetépe, mba’eveichagua techaukaha’ỹre umi tembiapo pohýi rehegua upe kuimba’e omoĩva’ekue chupekuéra pype. Asapukái tuichaite vy’águi, ha upe asapukái chemombáy.” Early Writings, 81–83.</w:t>
      </w:r>
    </w:p>
    <w:p>
      <w:pPr>
        <w:pStyle w:val="ArticleScripture"/>
        <w:jc w:val="left"/>
      </w:pPr>
      <w:r>
        <w:rPr>
          <w:rFonts w:ascii="Times New Roman" w:hAnsi="Times New Roman" w:eastAsia="Times New Roman" w:cs="Times New Roman"/>
        </w:rPr>
        <w:t>“Pemombýryeterei pe Ñandejára ejuha. Che ahecha oky paha ouhína [pya’eterei] pyhare mbytegua sapukáiicha, ha diez jevy hetave pokatu reheve.” Spalding and Magan, 5.</w:t>
      </w:r>
    </w:p>
    <w:p>
      <w:pPr>
        <w:pStyle w:val="ArticleScripture"/>
        <w:jc w:val="left"/>
      </w:pPr>
      <w:r>
        <w:rPr>
          <w:rFonts w:ascii="Times New Roman" w:hAnsi="Times New Roman" w:eastAsia="Times New Roman" w:cs="Times New Roman"/>
        </w:rPr>
        <w:t>Ha opaichaguaite guive arandu ha kuaapy rehegua, mburuvicha guasu oporandúva chupekuéra rehe, ojuhu chupekuéra iporãveha pa jey opaite umi paye apoha ha mbyja rehe oikuaáva oĩvagui opaite ita retãme. Daniel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Adventista Ára Mbohapyapy Iglesia Laodiceagua pegua — Papapy Mbohapypa peteĩ</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