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 Aranduka ha pe Iglesia Adventista del Séptimo Día Laodiceagua - Número Treinta y Tres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2026-01-21</w:t>
      </w:r>
    </w:p>
    <w:p>
      <w:pPr>
        <w:pStyle w:val="ArticleHeading"/>
        <w:jc w:val="left"/>
      </w:pPr>
      <w:r>
        <w:rPr>
          <w:rFonts w:ascii="Arial" w:hAnsi="Arial" w:eastAsia="Arial" w:cs="Arial"/>
        </w:rPr>
        <w:t>Papapy Mbohapyha’ẽha Mbohapy Pa```</w:t>
      </w:r>
    </w:p>
    <w:p>
      <w:pPr>
        <w:pStyle w:val="ArticleBody"/>
        <w:jc w:val="left"/>
      </w:pPr>
      <w:r>
        <w:rPr>
          <w:rFonts w:ascii="Times New Roman" w:hAnsi="Times New Roman" w:eastAsia="Times New Roman" w:cs="Times New Roman"/>
        </w:rPr>
        <w:t>Pe léi dominicalpe, umi ciento cuarenta y cuatro mil ojotopa profétikamente umi omba’apóva hora oncehápe. Umi ciento cuarenta y cuatro mil oñembyesella vaʼekue voi, ha upéi ohenói pe aty tuichávape osẽ hag̃ua Babiloniágui ha oñembo’y hag̃ua hendivekuéra pe sábado ára pokõiha rehehápe. Ñandejára róga rehegua juicio opa pe léi dominicalpe, ha upérõ pe juicio ohasa umi gentil-kuérape, pe aty guasúpe—Ñandejára ovecha atýpe ambuévape. Apocalipsis siete ohechauka mokõive aty, ha pe quinto sello-pe umi mártir-kuéra Ypytũ Áragui oporandu: “arakaʼe peve” Ñandejára ohusgáta pe mbarete papal imártir hag̃ua rupi? Haʼekuérape oñeʼẽ oñepytuʼu hag̃ua itaʼãngue ryepýpe peteĩ mokõiha aty mártir-kuéra, ñembojere papal rehegua, oñekompleta peve, ha oñemeʼẽ chupekuéra ao morotĩ. Pe aty guasu Apocalipsis capítulo siete-pe oguereko ao morotĩ, pórke haʼekuéra orrepresenta pe mokõiha aty mártir papal-kuérape pe crise léi dominical rehegua oúta hag̃uápe koʼẽrõitéma. Apocalipsis siete ha pe quinto sello oñeʼẽ koʼã mokõi atýre, upéicha avei umi iglésia Esmirna ha Filadelfia. Esmirna orrepresenta umi mártir-kuérape pe tuguyry papal paha guápe, ha Filadelfia umi ciento cuarenta y cuatro mil.</w:t>
      </w:r>
    </w:p>
    <w:p>
      <w:pPr>
        <w:pStyle w:val="ArticleBody"/>
        <w:jc w:val="left"/>
      </w:pPr>
      <w:r>
        <w:rPr>
          <w:rFonts w:ascii="Times New Roman" w:hAnsi="Times New Roman" w:eastAsia="Times New Roman" w:cs="Times New Roman"/>
        </w:rPr>
        <w:t>Pedro oĩ mbohapyha aravópe Cesarea de Filípope, ha “seis días” rire, ndaha’éi seis aravo rire, oĩta pe léi domingo rembe’ýpe, ha upéva hína pe porundyha aravo.</w:t>
      </w:r>
    </w:p>
    <w:p>
      <w:pPr>
        <w:pStyle w:val="ArticleScripture"/>
        <w:jc w:val="left"/>
      </w:pPr>
      <w:r>
        <w:rPr>
          <w:rFonts w:ascii="Times New Roman" w:hAnsi="Times New Roman" w:eastAsia="Times New Roman" w:cs="Times New Roman"/>
        </w:rPr>
        <w:t>Ha seis ára rire Jesús ogueraha Pedro, Santiago ha Juan iñermáno, ha ogueraha chupekuéra peteĩ yvyty yvate hag̃uáme, ijeheguiño. Ha oñemoambue hag̃uaicha henondépekuéra: hova overa kuarahýicha, ha ijao morotĩ tesapéramo. Ha péina, ojechauka chupekuéra Moisés ha Elías oñeʼẽ hag̃uáicha hendive. Mateo 17:1–3.</w:t>
      </w:r>
    </w:p>
    <w:p>
      <w:pPr>
        <w:pStyle w:val="ArticleBody"/>
        <w:jc w:val="left"/>
      </w:pPr>
      <w:r>
        <w:rPr>
          <w:rFonts w:ascii="Times New Roman" w:hAnsi="Times New Roman" w:eastAsia="Times New Roman" w:cs="Times New Roman"/>
        </w:rPr>
        <w:t>Pe léi dominical-pe, umi cien cuarenta y cuatro mil ojotopáta proféticamente pe aty guasu reheve. Elías ohechauka umi cien cuarenta y cuatro mil ndotaste mo’ãiha mano, ha Moisés ohechauka umi omanóva Ñandejára-pe. Ha’ekuéra oĩ oñembo’y hag̃ua Cristo ndive pe léi dominical-pe, upépe Cristo ohovasa hag̃ua Itavusu mimbipa guigua, omopyenda haguéicha Itavusu poriahuverekópegua kurusu ári. Nde reime gueteri ramo reñemboja hag̃ua pe lógica romoĩva tenonderã pe seis aravo pukukue rehegua, mbohapyha aravógui porundyha aravo peve, tekotevẽ rehecha peteĩ mba’e ha’éva peteĩ ta’anga iñambuéva eterei.</w:t>
      </w:r>
    </w:p>
    <w:p>
      <w:pPr>
        <w:pStyle w:val="ArticleBody"/>
        <w:jc w:val="left"/>
      </w:pPr>
      <w:r>
        <w:rPr>
          <w:rFonts w:ascii="Times New Roman" w:hAnsi="Times New Roman" w:eastAsia="Times New Roman" w:cs="Times New Roman"/>
        </w:rPr>
        <w:t>Pe óra mbohapyha Cesarea Filipos-gua ha’e pe alfa pe óra porundyha omega Cesarea Marítima-gua rehegua. Ahechauka hína upéva ndaha’éi hag̃ua seis óra rire, síno seis ára rire, Pedro oĩha pe Monte de la Transfiguración-pe, upéva avei ohechauka hag̃ua pe tembiasakue og̃uahẽva iñapýrape pe ley dominical-pe, ha’éva pe óra porundyha. Pe seis ára periodo ojoja pe seis óra periodo ndive, ha katu añetehápe pe fractal-rõnte Cesarea guive Cesarea peve. Pe iporãitereíva ko’ápe ha’e ko mba’e ojehúva pe fractal pe tembiasakue rehegua oĩha pe tembiasakue ryepýpe pe seis óra periodo-pe, ha upévaite voi oiko jave ojehecháramo pe temporada pentecostal. Pe seis óra Cristo omanóvo guive Pentecostés peve ha’e peteĩ fractal pe periodo kurusu guive ary 34 d.C. peve rehegua, araka’e pe semana sagrada oñemohu’ãkuri ha pe evangelio ohókuri umi gentil-kuérape.</w:t>
      </w:r>
    </w:p>
    <w:p>
      <w:pPr>
        <w:pStyle w:val="ArticleScripture"/>
        <w:jc w:val="left"/>
      </w:pPr>
      <w:r>
        <w:rPr>
          <w:rFonts w:ascii="Times New Roman" w:hAnsi="Times New Roman" w:eastAsia="Times New Roman" w:cs="Times New Roman"/>
        </w:rPr>
        <w:t>“Koʼág̃a ñemombaʼeguasu ha envidia omboty okẽ pe tesape rovái. Ojeroviárõ guare marandu oguerúva vaʼekue umi ovecha rerekuára ha umi arandúva, omoĩta vaʼerãmoʼã paʼikuéra ha rabíkuérape peteĩ tenda ijetuʼuetereívape, ohechaukávo ijapuha heʼíva hikuái haʼekuéraha Ñandejára añetegua omyesakãva. Koʼã mboʼehára arandu ndojeitymoʼãi kuri oñemboʼe hag̃ua umi hikuái hérava pagano poguýpe. Ndaikatúi, heʼi hikuái, Ñandejára ohasa hag̃ua hesekuéra, oñeʼẽ hag̃ua umi ovecha rerekuára ndoikuaáivandi térã gentil-kuéra noñemongaraiʼỹvandi. Odesidi hikuái ohechauka hag̃ua imbaʼerechaukaha umi marandu omýiva mburuvicha guasu Herodes-pe ha opa Jerusalénpe. Nohóimoʼãi jepe Belénpe ohecha hag̃ua añetépa koʼã mbaʼe. Ha omboʼe tavayguápe ohecha hag̃ua Jesús rehe interes oñemoheñóiva peteĩ akãtavy ryrýiramo. Koʼápe oñepyrũ Cristo rejecha vai paʼikuéra ha rabíkuéra rehegui. Ko punto guive iñemombaʼeguasu ha iñakãhatã okakuaa oñemoĩ meve peteĩ ñemborayhuʼỹ hatãva Salvador rehe. Ñandejára oipeʼárõ guare okẽ umi gentil-kuérape g̃uarã, mburuvichakuéra judío omboty hikuái okẽ ijeheguite hag̃ua.” The Desire of Ages, 62.</w:t>
      </w:r>
    </w:p>
    <w:p>
      <w:pPr>
        <w:pStyle w:val="ArticleBody"/>
        <w:jc w:val="left"/>
      </w:pPr>
      <w:r>
        <w:rPr>
          <w:rFonts w:ascii="Times New Roman" w:hAnsi="Times New Roman" w:eastAsia="Times New Roman" w:cs="Times New Roman"/>
        </w:rPr>
        <w:t>Pe semána marangatu mbytepe Cristo ojejukava'ekue kurusúre. Mbohapy áño ha mbyte rire Estévan opejapi itápe ha Cornelio ohenoika Pédrope. Mbohapy áño ha mbyte rire kurusúgui, opaitevoi pe tiempo de gracia Israel ymaguarépe guarã. Upérõ Estévan oma'ẽ yvágare ha ohecha Cristo oñembo'yha, ha upéva hína pe símbolo pe tiempo de gracia ñemboty rehegua Daniel doce versículo peteĩme. Oñemboty pe okẽ Israel ymaguarépe guarã ha ojepe'a umi gentilkuérape guarã.</w:t>
      </w:r>
    </w:p>
    <w:p>
      <w:pPr>
        <w:pStyle w:val="ArticleBody"/>
        <w:jc w:val="left"/>
      </w:pPr>
      <w:r>
        <w:rPr>
          <w:rFonts w:ascii="Times New Roman" w:hAnsi="Times New Roman" w:eastAsia="Times New Roman" w:cs="Times New Roman"/>
        </w:rPr>
        <w:t>Pe período oikóva Cristo omanóva hora porundyhápe guive Esteban omanópe ha Pedro oñehenóihápe hora porundyhápe, Cornelio ha Esteban ha’e mokõi testígo ohechaukáva umi mil doscientos sesenta ára profético oñekumpli hague. Pe hora porundyha omanohágui pe hora porundyha omanohápe peve, oĩkuri 1.260 ára profético. Pe hora porundyha omanohágui pe hora porundyha Pentecostés peve ohechauka peteĩ fractal umi 1.260 ára rehegua, cincuenta y dos ára pukukue.</w:t>
      </w:r>
    </w:p>
    <w:p>
      <w:pPr>
        <w:pStyle w:val="ArticleBody"/>
        <w:jc w:val="left"/>
      </w:pPr>
      <w:r>
        <w:rPr>
          <w:rFonts w:ascii="Times New Roman" w:hAnsi="Times New Roman" w:eastAsia="Times New Roman" w:cs="Times New Roman"/>
        </w:rPr>
        <w:t>Pe fractal oĩva’ekue pe tembiapo ara Pentecostal pehẽngue ñepyrũrãme umi 1.260 ára, ha umi ára paha-pe Pedro oĩ profétikamente mokõivéva mbohapyha ha porundyha aravope Cesaréape. Mokõivéva Cesarea rehegua orrepresenta pe alfa ha pe omega peteĩ período profético seis aravo rehegua. Pe período profético seis aravo rehegua ryepýpe, umi mokõi Cesarea apytépe, Pedro oguata seis ára ha oguahẽ pe Yvyty Transfiguraciónpe. Pe Yvyty orrepresenta pe sellado og̃uahẽva hu’ãme pe léi domingo-pe, upépe pe iglesia triunfante oñemopu’ã yvate opaite yvyty ári. Umi seis ára orrepresenta pe período seis aravo rehegua Cesareagui Cesareape ha ha’e peteĩ fractal pe período ryepýpe, péicha avei pe tembiapo ara Pentecostal pehẽngue va’ekue peteĩ fractal pe ñepyrũrãme upe mismo período sagrado rehegua.</w:t>
      </w:r>
    </w:p>
    <w:p>
      <w:pPr>
        <w:pStyle w:val="ArticleBody"/>
        <w:jc w:val="left"/>
      </w:pPr>
      <w:r>
        <w:rPr>
          <w:rFonts w:ascii="Times New Roman" w:hAnsi="Times New Roman" w:eastAsia="Times New Roman" w:cs="Times New Roman"/>
        </w:rPr>
        <w:t>Pe fractal ñepyrũrã ha’e va’ekue peteĩ ñembotuichakue arete Arapoty rehegua ojoajúva pe ára Pentekoste aravo’ípe. Pe fractal paha, Cesarea Filipo guive pe Yvyty Moambuehague peve, avei profetikamente oñembojoaju pe semana sagrádandi. Pe Yvytýpe Túva oñe’ẽ, ojapo haguéicha Cristo mongaraihápe, ha ojapóta haguéicha pe kurusu mboyve. Túva oñe’ẽ hendupyrãme mbohapy jey pe semana sagráda ñepyrũmby guive pe kurusu peve. Peteĩ jey pe mongaraihápe, upéi pe Yvyty Moambuehaguépe, ha upéi oñe’ẽ pe kurusu oúmava’ỹva’ỹ rupi hag̃ua.</w:t>
      </w:r>
    </w:p>
    <w:p>
      <w:pPr>
        <w:pStyle w:val="ArticleBody"/>
        <w:jc w:val="left"/>
      </w:pPr>
      <w:r>
        <w:rPr>
          <w:rFonts w:ascii="Times New Roman" w:hAnsi="Times New Roman" w:eastAsia="Times New Roman" w:cs="Times New Roman"/>
        </w:rPr>
        <w:t>Kurusu hína pe omega umi 1.260 ára oñepyrũva’ekue Ibautísmogui. Pe bautísmo ha pe kurusu ha’e umi mba’e techaukaha hekoitépe ojehechauka hag̃ua arapokõindy marangatu Daniel nuevepegua, ha upéicha rupi ojeikuaa hag̃ua pe Yvyty Moambuéva peteĩhenteha pe arapokõindy marangatúgui. Pe ñepyrũ ha pe paha oikóramo techaukaháramo ombohovái hag̃ua pe maranduhára ñe’ẽngatu arapokõindy marangatu rehegua, upéicharõ pe mbytegua, maranduhára tekotevẽ rupive, tekotevẽ avei ojapo upéicha.</w:t>
      </w:r>
    </w:p>
    <w:p>
      <w:pPr>
        <w:pStyle w:val="ArticleBody"/>
        <w:jc w:val="left"/>
      </w:pPr>
      <w:r>
        <w:rPr>
          <w:rFonts w:ascii="Times New Roman" w:hAnsi="Times New Roman" w:eastAsia="Times New Roman" w:cs="Times New Roman"/>
        </w:rPr>
        <w:t>Pe ñemongaraiha hína pe peteĩha ánhel; pe Yvyty Oñemoambuehague hína pe mokõiha, ha pe kurusu hína pe mbohapyha. Pe Yvytýpe, Tupã ohechauka Móises ha Elíaspe umi techaukaha ramo pe tupao hembývape g̃uarã. Pe jeporu oñembojoaju pe mbohapy jeygua techaukaha reheve, ha’éva Pedro, Santiago ha Juan. Oĩ mbohapy jey Jesús ogueraha haguépe Hendive Pedro, Santiágo ha Juánpe. Pe peteĩha jeyme ha’e va’ekue Jairo rajy oikove jeýva, pe mokõiha ha’e pe Oñemoambueha, ha pe mbohapyha ha’e Getsemaní. Pe peteĩha jeyme, Pedro, Santiago ha Juan ohecha peteĩ kuñataĩ virgen oikove jeyva’ekue, orekóva doce ary.</w:t>
      </w:r>
    </w:p>
    <w:p>
      <w:pPr>
        <w:pStyle w:val="ArticleScripture"/>
        <w:jc w:val="left"/>
      </w:pPr>
      <w:r>
        <w:rPr>
          <w:rFonts w:ascii="Times New Roman" w:hAnsi="Times New Roman" w:eastAsia="Times New Roman" w:cs="Times New Roman"/>
        </w:rPr>
        <w:t>Ha ojehuvo Jesús ou jeýramo, umi tetãygua orresivi porã chupe; opavave niko oha’arõ kuri chupe. Ha péina, ou peteĩ kuimba’e héra Jairo, ha’e niko pe sinagóga ruvicha; ha ho’a Jesús py guýpe, ha ojerure asy chupe oike hag̃ua hógape: oguerekógui peteĩ imembykuña añoite, doce rupi ary, ha ha’e oĩ omanó hag̃uáicha. Ha oho aja, umi tavaygua ojerepa hese. Lucas 8:40–42.</w:t>
      </w:r>
    </w:p>
    <w:p>
      <w:pPr>
        <w:pStyle w:val="ArticleBody"/>
        <w:jc w:val="left"/>
      </w:pPr>
      <w:r>
        <w:rPr>
          <w:rFonts w:ascii="Times New Roman" w:hAnsi="Times New Roman" w:eastAsia="Times New Roman" w:cs="Times New Roman"/>
        </w:rPr>
        <w:t>Pe téra Jairo he’ise “pe omyesakãva” ha “hesakã ha mimbipa va’erã.” Umi mbohapy jey Pedro, Santiago ha Juan añoite oĩ haguépe Cristo ndive invitado-kuéra ramo, kóva ha’e kuri pe peteĩha, ha Jairo ohechauka pe ángel peteĩha omyesakãva yvy heko mimbipápe. Pe mitãkuña virgen doce ary oguerekóva ohechauka umi virgen oikove jeýta va’erã ramo umi cien cuarenta y cuatro mil. Cristo og̃uahẽ pe virgen rajy róga peve, ohasávo peteĩ kuña oguerekóva tuguy syry doce ary pukukue hag̃ua.</w:t>
      </w:r>
    </w:p>
    <w:p>
      <w:pPr>
        <w:pStyle w:val="ArticleScripture"/>
        <w:jc w:val="left"/>
      </w:pPr>
      <w:r>
        <w:rPr>
          <w:rFonts w:ascii="Times New Roman" w:hAnsi="Times New Roman" w:eastAsia="Times New Roman" w:cs="Times New Roman"/>
        </w:rPr>
        <w:t>Ha peteĩ kuña oguerekóva tuguy osyry vaekue doce áño pukukue, ha opa imba’e oiporu vaekue pohanohárape, ha avave ndaikatúi omonguera chupe, ou hapykuéri ha opoko ijao rembére; ha upepete voi opyta ituguy osyryva. Lucas 8:43, 44.</w:t>
      </w:r>
    </w:p>
    <w:p>
      <w:pPr>
        <w:pStyle w:val="ArticleBody"/>
        <w:jc w:val="left"/>
      </w:pPr>
      <w:r>
        <w:rPr>
          <w:rFonts w:ascii="Times New Roman" w:hAnsi="Times New Roman" w:eastAsia="Times New Roman" w:cs="Times New Roman"/>
        </w:rPr>
        <w:t>Ojehechakuaa peteĩ kuñataĩ vírhen de doce aryva, ha upéi pe versíkulo oúva upe rire ojehechakuaa avei peteĩ kuña oguerekóva tuguy osyry asy doce ary pukukue. Pe kuña oreko kuri upe tuguy osyry asy pe vírhen rekove pukukue javeve. Jesús ohasátama kuri pe kuña oguerekóva tuguy osyry asy ypýre, og̃uahẽ hag̃ua pe tajy vírhen rendápe. Pe kuña orrepresenta pe ánhel peteĩha marandu, ojehechaukaháicha pe marandu oñeme'ẽva Laodiceape. Cristo oikove jeýta ha omopu'ãta pe vírhenpe tekovépe, ha pe kuña hasýva, pe kuña Laodiceagua, gueteri oreko peteĩ michĩmi jave ombohupyty hag̃ua pe Divinidad. Peteĩ mitã orrepresenta pe generación pahaitéva, ha Jesús ohasa peteĩ kuña hasykatúva, Laodicea, ykére omopu'ã hag̃ua pe vírhen ára pahapegua. Pe vírhen oikove jey vove, pe kuña térã oñemonguera térã ojeheja ohasávo hag̃uáicha.</w:t>
      </w:r>
    </w:p>
    <w:p>
      <w:pPr>
        <w:pStyle w:val="ArticleBody"/>
        <w:jc w:val="left"/>
      </w:pPr>
      <w:r>
        <w:rPr>
          <w:rFonts w:ascii="Times New Roman" w:hAnsi="Times New Roman" w:eastAsia="Times New Roman" w:cs="Times New Roman"/>
        </w:rPr>
        <w:t>Peteĩ mba’e ohechaukáva pe ánhel peteĩha ha’e kyhyje, ha oĩ mokõi hendáicha kyhyje.</w:t>
      </w:r>
    </w:p>
    <w:p>
      <w:pPr>
        <w:pStyle w:val="ArticleScripture"/>
        <w:jc w:val="left"/>
      </w:pPr>
      <w:r>
        <w:rPr>
          <w:rFonts w:ascii="Times New Roman" w:hAnsi="Times New Roman" w:eastAsia="Times New Roman" w:cs="Times New Roman"/>
        </w:rPr>
        <w:t>Haʼe oñeʼẽ gueteri aja, ou peteĩ kuimbaʼe pe mburuvicha kuimbaʼehóga jeroviaha rógagui, ha heʼi chupe: Nde rajy omanóma; ani remolesta pe Mboʼehárape. Jesús katu, ohendúvo upéva, ombohovái chupe heʼívo: Ani rekyhyje; ejerovia añoite, ha haʼe oikóta jey porã. Lucas 8:49, 50.</w:t>
      </w:r>
    </w:p>
    <w:p>
      <w:pPr>
        <w:pStyle w:val="ArticleBody"/>
        <w:jc w:val="left"/>
      </w:pPr>
      <w:r>
        <w:rPr>
          <w:rFonts w:ascii="Times New Roman" w:hAnsi="Times New Roman" w:eastAsia="Times New Roman" w:cs="Times New Roman"/>
        </w:rPr>
        <w:t>Upéi Pedro, Santiago ha Juan oike pe kotýpe, pe jeikove jevy, ojeguerojera hag̃ua Cristo ñemongarai rupive, ohechaukáva peteĩha ha mbohapyha ánhel-kuéra mbaretepy. Pe Yvyty Moambuehapegua ha’e mokõihápe Pedro, Santiago ha Juan oĩháme testígoramo. Pe Yvyty Moambuehapegua ha’e mokõiha ánhel, ha Cristo ogueraha jeyrõ guare umi temimbo’e peteĩchagua Getsemaníme, upéva ohechauka mbohapyha ánhelpe. Pe mokõiha paso-pe, pe Yvyty Moambuehapeguápe oĩ peteĩ “mokõivejey,” pe yvyra’ãnga Yvyty rehegua ha’égui mbyte umi mbohapy jey Túva oñe’ẽ haguépe. Pe peteĩha va’ekue Iñemongarai jave, ojoajúva pe mitãkuña pakõi ary oguerekóva jeikove jevy rehe; pe mokõiha va’ekue pe Yvyty, ha pe mbohapyha va’ekue kurusu mboyveite. Umi mbohapy jey Túva oñe’ẽ haguéva ha umi mbohapy jey umi mbohapy temimbo’e oho hag̃ua ha’eño Jesús ndive ojoaju oñondive pe añetegua rupi pe mokõiha yvyra’ãnga mokõivéva línea-pe ha’eha pe Yvyty Moambuehapegua.</w:t>
      </w:r>
    </w:p>
    <w:p>
      <w:pPr>
        <w:pStyle w:val="ArticleScripture"/>
        <w:jc w:val="left"/>
      </w:pPr>
      <w:r>
        <w:rPr>
          <w:rFonts w:ascii="Times New Roman" w:hAnsi="Times New Roman" w:eastAsia="Times New Roman" w:cs="Times New Roman"/>
        </w:rPr>
        <w:t>Ha haʼe og̃uahẽvo pe ógape, ndohejái avavépe oike hag̃ua, ndahaʼéiramo Pedro, Santiago ha Juan, ha pe kuñataĩ ru ha sy. Ha opavave hasẽ ha oñembyasy hese; haʼe katu heʼi: Ani pejaheʼo; ndomanói, oke mante. Ha oñembohory hese kuéra, oikuaágui omanóma hague. Ha omosẽmba chupekuéra okápe, ha ojagarra ipo rehe, ha ohenói heʼívo: Kuñataĩ, epuʼã. Ha ispíritu oujey, ha opuʼã pyaʼeve; haʼe katu omanda oñemeʼẽ hag̃ua chupe tembiʼu. Ha itúva ha isy opyta hag̃uaicha oñemondýi; ha haʼe heʼi mbarete chupekuéra ani hag̃ua omombeʼu avavépe mbaʼépa oiko. Lucas 8:51–56.</w:t>
      </w:r>
    </w:p>
    <w:p>
      <w:pPr>
        <w:pStyle w:val="ArticleBody"/>
        <w:jc w:val="left"/>
      </w:pPr>
      <w:r>
        <w:rPr>
          <w:rFonts w:ascii="Times New Roman" w:hAnsi="Times New Roman" w:eastAsia="Times New Roman" w:cs="Times New Roman"/>
        </w:rPr>
        <w:t>Pedro, Santiago ha Juan ohecha pe ánhel peteĩha pe ressurrección-pe pe vírgen rehegua, oĩ vaʼekue oke, Lázaro-icha. Haʼe opáy rire, pyaʼe voi opuʼã ha oñemeʼẽ chupe tembiʼu. Elías ha Moisés oikove jey vove Apocalipsis capítulo once-pe, pyaʼe voi opuʼã hikuái, ha upéi pe Espíritu Santo oñeñohẽ hiʼárikuéra medidaʼỹre, ohechaukáva pe vírgen rembiʼu. Pe Yvyty Transfiguración rehegua oiko kuri seis días rire Cesarea de Filipo rire, ndahaʼéiramo Lucas omombeʼu jave umi mbaʼe oikóva.</w:t>
      </w:r>
    </w:p>
    <w:p>
      <w:pPr>
        <w:pStyle w:val="ArticleScripture"/>
        <w:jc w:val="left"/>
      </w:pPr>
      <w:r>
        <w:rPr>
          <w:rFonts w:ascii="Times New Roman" w:hAnsi="Times New Roman" w:eastAsia="Times New Roman" w:cs="Times New Roman"/>
        </w:rPr>
        <w:t>Ha ojehu rire rupi ocho ára umi ñe’ẽ rire, ogueraha hendive Pédrope, Juãme ha Santiágope, ha ojupi peteĩ yvytýpe oñembo’e hag̃ua. Ha oñembo’e aja, irogova rehegua ojemoambue, ha ijao morotĩ ha overa. Ha, péina ápe, mokõi kuimba’e oñe’ẽ hendive, ha’eva’ekue Moisés ha Elías. Lucas 9:28–30.</w:t>
      </w:r>
    </w:p>
    <w:p>
      <w:pPr>
        <w:pStyle w:val="ArticleBody"/>
        <w:jc w:val="left"/>
      </w:pPr>
      <w:r>
        <w:rPr>
          <w:rFonts w:ascii="Times New Roman" w:hAnsi="Times New Roman" w:eastAsia="Times New Roman" w:cs="Times New Roman"/>
        </w:rPr>
        <w:t>Mateo ha Marcos mokõivépe he’i porãite: “seis ára rire”, ha Lucas he’i: “ocho ára rupi”. Umi autor bíblico oiporu mokõi manera oñecalculaha pe tiempo; peteĩva oñehenói inclusiva ha ambuéva exclusiva. Ñepyrũrã ikatu ojehechaicha kuéra ojoavy hag̃ua, ha katu pe hecho Lucas he’iháicha “rupi” ohechauka ha’e oñe’ẽ hague cálculo inclusívo rupive, ha Mateo ha Marcos he’ívo: “seis ára rire”, ohechauka hikuái oñecuenta hague ára oĩmbáva, ha ndaha’éi pe ára omoñepyrũva pe periodo ocho árape, ni pe ára omohu’ãva pe periodo ocho árape. Ko diferencia ogueru mokõi símbolo numérico peteĩ periodo rehegua; peteĩva ha’e pe número ocho ha ambuéva umi seis ára.</w:t>
      </w:r>
    </w:p>
    <w:p>
      <w:pPr>
        <w:pStyle w:val="ArticleBody"/>
        <w:jc w:val="left"/>
      </w:pPr>
      <w:r>
        <w:rPr>
          <w:rFonts w:ascii="Times New Roman" w:hAnsi="Times New Roman" w:eastAsia="Times New Roman" w:cs="Times New Roman"/>
        </w:rPr>
        <w:t>Mba’épa oñemopyenda mokõi testimónio rupive, umi seis térã poapy ára periodo rehegua Cesarea Filipo guive ha pe Yvyty Transfiguración-gui, ha’e kóva: pe periodo-pe Cristo osella jave cien cuarenta y cuatro mil, papapy poapy ohechauka umi poapy álma oĩva Noé Arca-pe, ha pe seis ohechauka pe sexta iglesia de Filadelfia, ojehekombo’éva haĝua pe iglesia ha’étava pe poapyha, upéva he’iséva, umi siete apytégui. Ha’ekuéra oñemoambue pe poapyhápe Moisés, Elías ha Cristo ñemomba’eguasu jave. Pe ñemomba’eguasu yvytýre ojejoguave avei pe ñemomba’eguasúre yvytýre Moisés rembiasakue-pe.</w:t>
      </w:r>
    </w:p>
    <w:p>
      <w:pPr>
        <w:pStyle w:val="ArticleBody"/>
        <w:jc w:val="left"/>
      </w:pPr>
      <w:r>
        <w:rPr>
          <w:rFonts w:ascii="Times New Roman" w:hAnsi="Times New Roman" w:eastAsia="Times New Roman" w:cs="Times New Roman"/>
        </w:rPr>
        <w:t>Moĩse ojupi ramo yvýty ári, ogueraha hendive setenta kuimba’e guasu ha Josuépe.</w:t>
      </w:r>
    </w:p>
    <w:p>
      <w:pPr>
        <w:pStyle w:val="ArticleScripture"/>
        <w:jc w:val="left"/>
      </w:pPr>
      <w:r>
        <w:rPr>
          <w:rFonts w:ascii="Times New Roman" w:hAnsi="Times New Roman" w:eastAsia="Times New Roman" w:cs="Times New Roman"/>
        </w:rPr>
        <w:t>Upéi ojupi Moisés, ha Aarón, Nadab, ha Abiú, ha setenta kuimba’e guasu Israelgua apytégui; ha ha’ekuéra ohecha Israel Jára Tupãme; ha ipy guýpe oĩvaicha peteĩ tembiapo ojejapóva ita zafírogui, ha ojogua yvága rete hesakãmbaitépe. Ha Israel ra’ykuéra apytépe umi mburuvicha ári noñemoĩri ipo; upéicharõ jepe, ha’ekuéra ohecha Tupãme, ha okaru ha ho’u. Ha Ñandejára he’i Moiséspe: Eupi che rendápe yvyty ári, ha epyta upépe; ha ame’ẽta ndéve ita kuatiañe’ẽnguéra, ha pe léi, ha tembiapoukapy akuatia va’ekue, rembo’e hag̃ua chupekuéra.</w:t>
      </w:r>
    </w:p>
    <w:p>
      <w:pPr>
        <w:pStyle w:val="ArticleScripture"/>
        <w:jc w:val="left"/>
      </w:pPr>
      <w:r>
        <w:rPr>
          <w:rFonts w:ascii="Times New Roman" w:hAnsi="Times New Roman" w:eastAsia="Times New Roman" w:cs="Times New Roman"/>
        </w:rPr>
        <w:t>Ha Moisés opuʼã, ha hembiguái Josué avei; ha Moisés ojupi Tupã yvytýpe. Ha heʼi umi myakãhárape: Peikóta koʼápe orerehehápe, roju jey peve pene rendápe; ha, péina, Aarón ha Hur oĩ pene ndive: oiméramo avave oguereko mbaʼeve ojapo hag̃uáva, tou hendápekuéra.</w:t>
      </w:r>
    </w:p>
    <w:p>
      <w:pPr>
        <w:pStyle w:val="ArticleScripture"/>
        <w:jc w:val="left"/>
      </w:pPr>
      <w:r>
        <w:rPr>
          <w:rFonts w:ascii="Times New Roman" w:hAnsi="Times New Roman" w:eastAsia="Times New Roman" w:cs="Times New Roman"/>
        </w:rPr>
        <w:t>Ha Moisés ojupi yvyty ári, ha peteĩ arai ojaho’i pe yvyty. Ñandejára mimbipa opyta yvyty Sinaí ári, ha pe arai ojaho’i chupe seis ára pukukue; ha pe séptimo árape ohenói Moiséspe pe arai mbytéguio. Ha Ñandejára mimbipa jehecha raka’e peteĩ tata ho’upávaicha pe yvyty ru’ã ári Israel ra’ykuéra renondépe. Ha Moisés oike pe arai mbytépe, ha ojupi pe yvytýpe; ha Moisés opyta pe yvytýpe cuarenta ára ha cuarenta pyhare. Éxodo 24:9–18.</w:t>
      </w:r>
    </w:p>
    <w:p>
      <w:pPr>
        <w:pStyle w:val="ArticleBody"/>
        <w:jc w:val="left"/>
      </w:pPr>
      <w:r>
        <w:rPr>
          <w:rFonts w:ascii="Times New Roman" w:hAnsi="Times New Roman" w:eastAsia="Times New Roman" w:cs="Times New Roman"/>
        </w:rPr>
        <w:t>Pe ánhel peteĩha marandu ha’e va’ekue Jairo rajy ñemopu’ã jeývo, oñembojoajúva Cristo ñemongarai rehe. Upéi, seis ára rire, ou va’ekue Yvyty Moambue Rete rehegua, ha’éva ánhel mokõiha, ogueraháva kurusu peve, ha’éva ánhel mbohapyha. Ánhel mokõiha ramo, pe Yvyty oguereko mokõi testígo, péicha Túva ñe’ẽ Yvyty rehe oñe’ẽva oñembojoaju peteĩ línea mokõiha umi mbohapy rehegua ndive. Umi mbohapy jey Pedro, Santiago ha Juan añoite Cristo rembiguái poravopyre ramo oĩ hague, ha umi mbohapy jey Túva oñe’ẽ hague, mokõivéva ohechauka Túva ñe’ẽ jehechauka mokõiha; ha Jesús ogueraha jey ramo Pedro, Santiago ha Juan peteĩha’ỹva mokõiha jey, upéva va’ekue pe Yvyty Moambue Rete rehegua. Pe Yvyty waymark mokõiha oguereko mokõi testígo Túva ñe’ẽ ha umi mbohapy temimbo’e rupive, pórke pe marandu mokõiha tapiaite ohechauka peteĩ “mokõikuaa.”</w:t>
      </w:r>
    </w:p>
    <w:p>
      <w:pPr>
        <w:pStyle w:val="ArticleBody"/>
        <w:jc w:val="left"/>
      </w:pPr>
      <w:r>
        <w:rPr>
          <w:rFonts w:ascii="Times New Roman" w:hAnsi="Times New Roman" w:eastAsia="Times New Roman" w:cs="Times New Roman"/>
        </w:rPr>
        <w:t>Pe seis aravo intero oĩva ka’aru ha pyhareve mymbajuka apytépe, ojehechaukáva Mateo ha Marcos seis ára Caesarea Filipo guive ha yvyty peve rupive, ojehechauka avei Moisés seis ára rupive, pe ára poapyhápe oñehenói pe arai ryepýpe peve.</w:t>
      </w:r>
    </w:p>
    <w:p>
      <w:pPr>
        <w:pStyle w:val="ArticleBody"/>
        <w:jc w:val="left"/>
      </w:pPr>
      <w:r>
        <w:rPr>
          <w:rFonts w:ascii="Times New Roman" w:hAnsi="Times New Roman" w:eastAsia="Times New Roman" w:cs="Times New Roman"/>
        </w:rPr>
        <w:t>Pe líña oñepyrũ mokõiha ánhel rembyta aravo rehe, Moisés ombo’éicha umi setenta myakãhárape “opyta hag̃ua” ha’e ojevy peve. Umi seis ára peteĩha pe líñape oñemboyke hag̃uaicha, ha upéicharõ jepe oike pe conjunto tuichakue oguerekóva 46 ára. Umi seis ára ha’e peteĩ ára pukukue ogueraháva mbohapyha prueba peve, ojehechaukáva cuarenta ára rupive. Umi 46 ára ohechauka pe témplo; umi seis ára ha’e umi seis aravo Cristo omanóvo guive Pentecostés peve, umi seis aravo Hembyjuika guive Hemanó peve, umi seis aravo Cesárea guive Cesárea peve ha umi seis aravo Pedro oĩhague pe koty yvate guive témplo peve. Moisés ohupyty hína pe Léi pe pacto rehegua, ha ohupyty avei umi mbo’epy mba’éichapa oñemopu’ãva’erã pe témplo. Jepe la Biblia he’i avave yvypóra ndohecháigui Tupãme, umi myakãhára “ohecha Israel Jára Tupãme.” Tupã ñemomba’eguasu pe yvyty ári Moisés ha umi myakãhára ndive omombe’upy pe ñemomba’eguasu oikóva pe Yvyty Transfiguraciónpe. Mokõivéva oguereko pe seis ára periodo. Pe líña Moisés rehegua oguereko pe mokõiha ánhel rembyta aravo ha pe cuarenta y seis ára completo ohechaukáva pe témplo. Umi cuarenta ára ohupyty haguépe pe léi, ohechauka pe sellado.</w:t>
      </w:r>
    </w:p>
    <w:p>
      <w:pPr>
        <w:pStyle w:val="ArticleBody"/>
        <w:jc w:val="left"/>
      </w:pPr>
      <w:r>
        <w:rPr>
          <w:rFonts w:ascii="Times New Roman" w:hAnsi="Times New Roman" w:eastAsia="Times New Roman" w:cs="Times New Roman"/>
        </w:rPr>
        <w:t>Pedro oĩva’ekue Cesarea Filípipe mbohapyha aravópe, ha ohóvo Cesarea Marítima gotyo porundyha aravópe; ha poteĩ térã poapy ára rire oĩ yvyty ári, opytávo Moisés remimbo’e setenta ndive, upépe ohecha peteĩ visión Ñandejára oñemomba’eguasúva rehegua, Daniel ohecha haguéicha capítulo diez-pe. Daniel ohecha Ñandejárape hova renondépe, ohecha haguéicha avei Gedeón ha umi setenta karai guasu. Pe Yvyty Transfiguración rehegua ha’e pe tenda upépe pe movimiento Laodicense umi cien cuarenta y cuatro mil rehegua oñemoambue hag̃ua pe movimiento Filadelfiagua umi cien cuarenta y cuatro mil reheguápe. Ha’ekuéra oiko pe ochoha iglesia ha’éva pe seisha iglesia; upévare jahecha seis ára ha ocho ára.</w:t>
      </w:r>
    </w:p>
    <w:p>
      <w:pPr>
        <w:pStyle w:val="ArticleBody"/>
        <w:jc w:val="left"/>
      </w:pPr>
      <w:r>
        <w:rPr>
          <w:rFonts w:ascii="Times New Roman" w:hAnsi="Times New Roman" w:eastAsia="Times New Roman" w:cs="Times New Roman"/>
        </w:rPr>
        <w:t>Umi seis aravo pe kurusúpe oĩ guive Hae omanó meve, umi seis aravo Pentecostés pegua, umi seis aravo Cesárea guive Cesárea peve, umi seis ára pe Monte de la Transfiguración peve ha umi seis ára Moisés rehegua ogueraháva umi cuarenta ára peve, ha’e peteĩ línea añónte. Cesárea de Filipo mbytépe, ha’éva Panium ha pe léi dominical, umi cien cuarenta y cuatro mil oñesella. Upéva pe sellamiento omoheñói peteĩ división.</w:t>
      </w:r>
    </w:p>
    <w:p>
      <w:pPr>
        <w:pStyle w:val="ArticleScripture"/>
        <w:jc w:val="left"/>
      </w:pPr>
      <w:r>
        <w:rPr>
          <w:rFonts w:ascii="Times New Roman" w:hAnsi="Times New Roman" w:eastAsia="Times New Roman" w:cs="Times New Roman"/>
        </w:rPr>
        <w:t>Ha che Daniel añoite ahecha pe visión; umi kuimba'e oĩva chendive ndohechái pe visión; upéicharamo jepe, tuicha ryryi ou hi'ári kuéra, ha upévare okañy hikuái oñemomi hag̃ua. Daniel 10:7.</w:t>
      </w:r>
    </w:p>
    <w:p>
      <w:pPr>
        <w:pStyle w:val="ArticleBody"/>
        <w:jc w:val="left"/>
      </w:pPr>
      <w:r>
        <w:rPr>
          <w:rFonts w:ascii="Times New Roman" w:hAnsi="Times New Roman" w:eastAsia="Times New Roman" w:cs="Times New Roman"/>
        </w:rPr>
        <w:t>Moisés oñemboyke umi ansiáno-gui heʼírõ guare: “Pehaʼarõke koʼápe orerehehápe, rovyʼajey peve pene rendápe.” Moisés oñemboyke setenta-gui upe tiempo de haʼarõhápe, ha setenta semana ohechauka pe tiempo de prueba umi tavayguakuérape g̃uarã pe pacto yma guarépeguápe. Opa rire pe semana setentaha, ha upe semana setentaha vaʼekue pe semana marangatu Cristo omoañete haguépe pe pacto heta ndive, upérõ Cristo oñemboyke hag̃uaite umi tavayguakuéra pe pacto yma guarépeguágui. Pe periodo umi tavayguakuéra pe pacto yma guarépeguápe ikatu haguépe ombohysýi hag̃ua iñakãrasy tuguy rehegua, haʼéva chupekuéra g̃uarã oguerovia hikuái ojesalvaha Abraham ruguy rupive, opa, ha pe kuñataĩ doce áño oguerekóva oikove jevy hag̃ua oservi hag̃ua. Oñepyrũvo pe tiempo de haʼarõ, Moisés orresivi pe léi pe pacto rehegua, ha umi mboʼepy ñemopuʼãrã pe témplo rehegua.</w:t>
      </w:r>
    </w:p>
    <w:p>
      <w:pPr>
        <w:pStyle w:val="ArticleBody"/>
        <w:jc w:val="left"/>
      </w:pPr>
      <w:r>
        <w:rPr>
          <w:rFonts w:ascii="Times New Roman" w:hAnsi="Times New Roman" w:eastAsia="Times New Roman" w:cs="Times New Roman"/>
        </w:rPr>
        <w:t>Pedro, Santiago ha Juan oĩ jave pe Sérrope, Tupã tavayguakuéra ñembyasýi, ha upe rire oñemopuʼã hag̃ua peteĩ techaukaha ramo, ohechauka umi tavaygua ñeʼẽmeʼẽmeguáva pe témplo ramo umi cien cuarenta y cuatro mil rehegua. Umi tembiapohára pe aravo pahápe oikéva upéi oñembojoaju upe témplondi.</w:t>
      </w:r>
    </w:p>
    <w:p>
      <w:pPr>
        <w:pStyle w:val="ArticleScripture"/>
        <w:jc w:val="left"/>
      </w:pPr>
      <w:r>
        <w:rPr>
          <w:rFonts w:ascii="Times New Roman" w:hAnsi="Times New Roman" w:eastAsia="Times New Roman" w:cs="Times New Roman"/>
        </w:rPr>
        <w:t>Péicha he’i Ñandejára: Peñongatu tekojoja, ha pejapo hustísia; che pysyrõ hi’aguĩ ou hag̃uáicha, ha che tekojoja ojehechauka hag̃uáicha. Ojehovasáva pe kuimba’e ojapóva ko’ã mba’e, ha pe yvypóra ra’y ojoko hag̃ua ko rehe; oñongatúva pytu’uha ára ani hag̃ua omongy’a chupe, ha oñongatúva ipo ani hag̃ua ojapo mba’eve vai. Ani avei pe pytagua ra’y, oñembojoajúva Ñandejára rehe, ñe’ẽ he’i: Ñandejára chemomombyryete va’ekue ipueblogui; ha ani pe kuimba’e oñekytĩmbyre he’i: Péina, che yvyra piru. Ñandejára he’i péicha umi oñekytĩmbyrépe oñongatúva che pytu’uha ára, ha oiporavóva umi mba’e chegustáva, ha ojokóva che ñe’ẽme’ẽ; chupekuéra ame’ẽta che rógape ha che tápa ryepýpe tenda ha téra iporãvéva ta’ýra ha tajýra téra-gui; ame’ẽta chupekuéra téra opa’ỹva, ndaikatumo’ãi oñembogue. Ha umi pytagua ra’ykuéra oñembojoajúva Ñandejára rehe, oservi hag̃ua chupe, ha ohayhu hag̃ua Ñandejára réra, hag̃ua hembiguái, opavave oñongatúva pytu’uha ára ani hag̃ua omongy’a chupe, ha ojokóva che ñe’ẽme’ẽ; chupekuéra avei araháta che yvyty marangatupe, ha ambovy’áta chupekuéra che ñembo’e rógape: umi hapykuéra mymbahapy ha isakrifísiokuéra ojerohorýta che altar ári; che róga niko oñehenóita ñembo’e róga opa tetãygua hag̃ua.</w:t>
      </w:r>
    </w:p>
    <w:p>
      <w:pPr>
        <w:pStyle w:val="ArticleScripture"/>
        <w:jc w:val="left"/>
      </w:pPr>
      <w:r>
        <w:rPr>
          <w:rFonts w:ascii="Times New Roman" w:hAnsi="Times New Roman" w:eastAsia="Times New Roman" w:cs="Times New Roman"/>
        </w:rPr>
        <w:t>Ñandejára Tupã, Israel ñembyaty'ỹnguéra ombyatyva, he'i: “Che ambyatyta gueteri ambuekuérape chupe, umi oñembyatýma vaʼekue ykére.” Isaías 56:1–8.</w:t>
      </w:r>
    </w:p>
    <w:p>
      <w:pPr>
        <w:pStyle w:val="ArticleBody"/>
        <w:jc w:val="left"/>
      </w:pPr>
      <w:r>
        <w:rPr>
          <w:rFonts w:ascii="Times New Roman" w:hAnsi="Times New Roman" w:eastAsia="Times New Roman" w:cs="Times New Roman"/>
        </w:rPr>
        <w:t>Pedro, Santiago ha Juan, avei Moisés, ohechauka umi “Israel ñemboykéva”, oñemosẽva iñirũnguéra rupi, umi ndaija’éiva hese kuéra.</w:t>
      </w:r>
    </w:p>
    <w:p>
      <w:pPr>
        <w:pStyle w:val="ArticleScripture"/>
        <w:jc w:val="left"/>
      </w:pPr>
      <w:r>
        <w:rPr>
          <w:rFonts w:ascii="Times New Roman" w:hAnsi="Times New Roman" w:eastAsia="Times New Roman" w:cs="Times New Roman"/>
        </w:rPr>
        <w:t>Péicha he’i Ñandejára: Yvága hína che guapyha, ha yvy che py renda; mamópa pe óga pejapóva chéve? ha mamópa pe tenda che pytu’u hag̃uáma?</w:t>
      </w:r>
    </w:p>
    <w:p>
      <w:pPr>
        <w:pStyle w:val="ArticleScripture"/>
        <w:jc w:val="left"/>
      </w:pPr>
      <w:r>
        <w:rPr>
          <w:rFonts w:ascii="Times New Roman" w:hAnsi="Times New Roman" w:eastAsia="Times New Roman" w:cs="Times New Roman"/>
        </w:rPr>
        <w:t>“Opa koʼã mbaʼe che po ojapo, ha upéicha rupi opa koʼã mbaʼe oĩ, heʼi Ñandejára; ha katu kóvape amaʼẽta, pe imboriahúva ha espíritu oñembyasyetévape, ha oryrýivape che ñeʼẽ renondépe. Pe ojukáva tóro, kuimbaʼe ojukávaicha; pe osakrifikáva ovecha raʼy, jagua ajúra oikytĩvaicha; pe oikuaveʼẽva ofrénda, kure ruguy oikuaveʼẽvaicha; pe ohapýva insiénso, taʼãnga rekovai rovasa hag̃uáicha. Haʼe kuéra niko oiporavo imbaʼe hag̃ua hikuái hape kuéra tee, ha iñánga ovyʼa umi mbaʼe jeguarúpe. Che avei aiporavóta iñembotavykuéra, ha aguerekóta hiʼarandukuéra ári umi mbaʼe okyhyjéva hikuái; pórke che ahenói ramo, avave norrespondéi; che añeʼẽ ramo, ndohendúi hikuái; upéva rangue ojapo ivaíva che resa renondépe, ha oiporavo upe che ndavyʼáivare.”</w:t>
      </w:r>
    </w:p>
    <w:p>
      <w:pPr>
        <w:pStyle w:val="ArticleScripture"/>
        <w:jc w:val="left"/>
      </w:pPr>
      <w:r>
        <w:rPr>
          <w:rFonts w:ascii="Times New Roman" w:hAnsi="Times New Roman" w:eastAsia="Times New Roman" w:cs="Times New Roman"/>
        </w:rPr>
        <w:t>Pehendu Ñandejára ñeʼẽ, peẽ ipyʼatarováva hese iñeʼẽ rupi; pende ryvykuéra pene ndaijaʼéiva, pene mosẽva che réra rehehápe, heʼi vaʼekue: “Toñemombaʼeguasu Ñandejára”; haʼe katu ojehechaukáta pende vyʼápe, ha haʼekuéra otĩta. Isaías 66:1–5.</w:t>
      </w:r>
    </w:p>
    <w:p>
      <w:pPr>
        <w:pStyle w:val="ArticleBody"/>
        <w:jc w:val="left"/>
      </w:pPr>
      <w:r>
        <w:rPr>
          <w:rFonts w:ascii="Times New Roman" w:hAnsi="Times New Roman" w:eastAsia="Times New Roman" w:cs="Times New Roman"/>
        </w:rPr>
        <w:t>Pe ñe’ẽ “vy’a” ojehecha heta jevy ha opaichagua hendáicha Ñandejára Ñe’ẽme, upéicha avei pe ñe’ẽ “otĩva.” Pedro marandu ryepýpe, pe kuatia Joel-gui, pe otĩva ha pe vy’a ojoguahína peteĩ paralelismo, ha’ete pe arandúva ha pe tavy térã pe trígo ha pe ñana vai. Otĩ ha vy’a ohechauka, Joel contexto-pe, umi oguerekóva pe aséite, térã pe ama paha marandu, umi ndoguerekóivagui. Nde rehechakuaa ramo añoite ko detalle ikatúta reguahẽ pe he’iséva ipypukuvévape ko’ápe: “Pende ryvykuéra penderechavaíva, penemosẽva che réra rehehápe.” Umi ryvykuéra hína umi, Spalding and Magan, página peteĩ ha mokõime, ha’éva “umi Adventista réra-reíntegua, Judas-icha,” oĩtava “orereity hag̃ua Católico-kuérape,” “ore rayhu’ỹgui sábado rehehápe, ndaikatúigui ombohovái hag̃ua.” Pende ryvykuéra penderayhu’ỹva, penemosẽ pe yvy sábado marandu rehe, Moisés siete veces rehe, ndaikatúiva oñembotove. Pe punto ko’ápe ha’e peẽ penemosẽha peteĩ argumento doctrinal rehe, peteĩ ñomongeta joavy rehe, Isaías he’iháicha, ha pe debate doctrinal ha’e pe ama paha marandu.</w:t>
      </w:r>
    </w:p>
    <w:p>
      <w:pPr>
        <w:pStyle w:val="ArticleBody"/>
        <w:jc w:val="left"/>
      </w:pPr>
      <w:r>
        <w:rPr>
          <w:rFonts w:ascii="Times New Roman" w:hAnsi="Times New Roman" w:eastAsia="Times New Roman" w:cs="Times New Roman"/>
        </w:rPr>
        <w:t>Joel ohenói upe marandu “víno pyahu”, ha reguerekóramo upe marandu, reguereko vy’a. Ndereguerekóiramo, repáyta Joel ka’úvare ojapoháicha, rejuhu hag̃ua pe víno pyahu oñemboguejypa nde jurúgui. Upe jave profétikamente reĩta “ñemotĩme”. Pe aty oguerekóva pe aséite oreko vy’a, ha pe aty ndoguerekóiva aséite oñemotĩ. Pe aséite avei hína víno pyahu, ha ojoajúma vy’áre. Upévare Isaías he’i: “Pehendu Ñandejára ñe’ẽ.” Peteĩ aty oiporavo ohendu hag̃ua, ha ambue nohendúi trompéta tyapu. Isaías omombe’u porã pe aty ohendúva, he’ívo: “peẽ ipy’aguapýva iñe’ẽ renondépe.” Ñandejára ombyaty umi oñemombo va’ekuépe pe marandu oguahẽ va’ekue 9/11 rehe, ha pe léi domingope, ombyaty Isaías eunúco-kuérape, oñerrepresentáva yvyramáta piru ramo. Ha’ekuéra ojapyhýramo pe pacto, ndojepe’amo’ãvéima Tupã yvyty marangatúgui.</w:t>
      </w:r>
    </w:p>
    <w:p>
      <w:pPr>
        <w:pStyle w:val="ArticleBody"/>
        <w:jc w:val="left"/>
      </w:pPr>
      <w:r>
        <w:rPr>
          <w:rFonts w:ascii="Times New Roman" w:hAnsi="Times New Roman" w:eastAsia="Times New Roman" w:cs="Times New Roman"/>
        </w:rPr>
        <w:t>Peteĩ eunuco térã yvyra piru ohechauka mano. Peteĩ eunuco ndaikatúi omoñemoñare, ha peteĩ yvyra piru ndorekói tekove. Pe ñe’ẽme’ẽ he’i umi gentil-kuéra térã umi omba’apóva ára pahápe, oaseptáramo pe ñe’ẽme’ẽ joaju ojehechaukáva pe sábado rupive, oguerekotaha ta’ýra ha tajýra. Tenonderã oipe’a iñembyatýva Israelgui umi oñemosẽva, upéi omopu’ã umi oñemosẽvape peteĩ poyvi ramo, ha upéi ombyaty ijaty ambuéva. Pe aty peteĩha ha mokõiha ohechauka pe ára pukukue 9/11 guive pe léi domingo peve, pe Espíritu Santo oñohẽ aja ysypóicha, ha avei pe ára pukukue pe léi domingo guive Miguel opu’ã peve ha pe ama paháva oñeñohẽ pe’ỹre. Mokõivéva ára pukukuepe pe ama paháva ha’e peteĩ marandu, ha reguerekóramo ndéve guarã ogueru vy’a, ha ndereguerekóiramo ogueru tĩ.</w:t>
      </w:r>
    </w:p>
    <w:p>
      <w:pPr>
        <w:pStyle w:val="ArticleBody"/>
        <w:jc w:val="left"/>
      </w:pPr>
      <w:r>
        <w:rPr>
          <w:rFonts w:ascii="Times New Roman" w:hAnsi="Times New Roman" w:eastAsia="Times New Roman" w:cs="Times New Roman"/>
        </w:rPr>
        <w:t>Mateo aranduka oñemboja’o mbohapy líneape, ha umíva ohechauka mbohapy ánhel Apocalipsis catorce pegua. Káda peteĩva umi mbohapy líneagui oguereko avei fractal-kuéra umi mbohapy ánhel rehegua. Pe mokõiha línea, capítulo once guive capítulo veintidós peve, ha’e pe mbytépeguáva, pórke ha’e pe mokõiha ánhel, oñemohendaíva peteĩha ha mbohapyha ánhel apytépe. Mateo aranduka voi ha’e peteĩ línea mbytépegua, jahecháramo capítulo once guive veintidós peve Génesis ha Apocalipsis ñe’ẽme’ẽ capítulo-kuéra contexto ryepýpe.</w:t>
      </w:r>
    </w:p>
    <w:p>
      <w:pPr>
        <w:pStyle w:val="ArticleBody"/>
        <w:jc w:val="left"/>
      </w:pPr>
      <w:r>
        <w:rPr>
          <w:rFonts w:ascii="Times New Roman" w:hAnsi="Times New Roman" w:eastAsia="Times New Roman" w:cs="Times New Roman"/>
        </w:rPr>
        <w:t>Umi doce kapítulo ñe’ẽme’ẽ rehegua apytépe, Mateo pegua hína mbyte, ha Mateo mbohapy líneagui mbytegua línea ojejuhu upe umi doce kapítulo-pe voi. Umi doce kapítulo mbyte hína umi cien cuarenta y cuatro mil ñemboty hag̃ua techaukaha. Upe mbyte rendápe ojehechauka mbohapy versículo rupive, ha umíva ojoja Génesis ha Apocalipsis umi doce kapítulo ñe’ẽme’ẽ rehegua mbohapy versículo mbytegua ndive.</w:t>
      </w:r>
    </w:p>
    <w:p>
      <w:pPr>
        <w:pStyle w:val="ArticleBody"/>
        <w:jc w:val="left"/>
      </w:pPr>
      <w:r>
        <w:rPr>
          <w:rFonts w:ascii="Times New Roman" w:hAnsi="Times New Roman" w:eastAsia="Times New Roman" w:cs="Times New Roman"/>
        </w:rPr>
        <w:t>Pedro ha’e pe punto mbytéva pe mbytéva pe mbytéva, ha ha’e ohechauka pe novia cristiana peteĩha ha pahagua. Upéva hína pe firma Alpha ha Omega rehegua. Palmoni avei omoĩ Ikuaaukaha peteĩva Pedro réra ñemoambue ári, ombohapévo pe enigma Pedro réra rehegua inglés-pe. Jesús oñe’ẽ Pedro ndive hebreo-pe, ha upe ñomongeta ojehai griego-pe ha upéi oñembohasa inglés-pe. Inglés-pe, Palmoni ombohéra Pedro-pe ojeporúvo pe 16ha letra alfabeto ingléspegua, upéi pe 5ha letra, upéi pe 20ha, upéi pe 5ha, upéi pe 18ha, oikuaávo porãiterei, Ha’e, Palmoni ramo, ojapo jave pe téra ohasátava hebreo-gui, griego-pe, ha inglés-pe. Ha’e avei omboheko pe téra inglés-pe ikatu hag̃uáicha oĩ peteĩ enigma ombohetáva umi cinco letra hendápe voi hag̃ua og̃uahẽ pe papapy cien cuarenta y cuatro mil-pe. Palmoni, ha’éva avei pe peteĩha ha pe pahagua, omboheko va’ekue pe peteĩha umi cinco letra apytégui ha pe pahagua umi cinco letra apytégui, umi letra ingléspegua omohendáva pe téra Peter, ha’eha pe 16ha ha pe 18ha letra; pe téra Peter niko ojekuaa va’erã kuri Mateo 16:18-pe.</w:t>
      </w:r>
    </w:p>
    <w:p>
      <w:pPr>
        <w:pStyle w:val="ArticleBody"/>
        <w:jc w:val="left"/>
      </w:pPr>
      <w:r>
        <w:rPr>
          <w:rFonts w:ascii="Times New Roman" w:hAnsi="Times New Roman" w:eastAsia="Times New Roman" w:cs="Times New Roman"/>
        </w:rPr>
        <w:t>Opaite umi mba’e Pedro rehegua rire, tekotevẽ gueteri ñañe’ẽ pe “proporción áurea” rehe. Pe proporción áurea ojehechauka Mateo 16:18-pe, pórke pe proporción ha’e 1.618. Pe proporción áurea ojoaju umi fractal oĩva tekohápe; ha Palmoni omoĩvo Pedro-pe Mateo 16:18-pe, Palmoni ohechauka hína pe llave profética oñemoĩva Eliaquim ati’y ári Isaías 22:22-pe, ha umi llave profética oñeme’ẽva Pedro ha pe iglesia-pe upe pasáhepe, oguerekoha fractal profético.</w:t>
      </w:r>
    </w:p>
    <w:p>
      <w:pPr>
        <w:pStyle w:val="ArticleBody"/>
        <w:jc w:val="left"/>
      </w:pPr>
      <w:r>
        <w:rPr>
          <w:rFonts w:ascii="Times New Roman" w:hAnsi="Times New Roman" w:eastAsia="Times New Roman" w:cs="Times New Roman"/>
        </w:rPr>
        <w:t>Cesarea Filípipe guive, ára mbohapyha aravo guive, Cesarea Marítima peve, ára porundyha aravo peve, ohechauka peteĩ fractal pe mbohapyha aravope Cristo ojecrusifika hague guive pe porundyha aravo peve Cornelio omondo hague ohenói hag̃ua Pedrope. Pe ára Pentecostal, pe mbohapyha aravo ojecrusifika hague guive Pedro oĩ meve tupãópe Pentecostéspe pe porundyha aravope, ha’e peteĩ fractal umi 1.260 ára ohasáva kurusúgui Cornelio peve. Umi mbohapy jey Túva oñe’ẽ vaekue ha’e peteĩ fractal umi mbohapy ánhel rehegua, upéicha avei umi mbohapy jey Jesús ogueraha hag̃ua Pedro, Santiago ha Juan añoite. Pe marandu profético oñeñongatúva umi versíkulope, upépe Pedro ohechauka hag̃ua umi cien cuarenta y cuatro mil, ipypuku ha ijyvateeterei oimeraẽ añetegua oikova’ekueicha; upéicharõ jepe, ndajajapói gueteri Pedro toĩ hag̃ua Paniumpe Daniel 11-pe.</w:t>
      </w:r>
    </w:p>
    <w:p>
      <w:pPr>
        <w:pStyle w:val="ArticleBody"/>
        <w:jc w:val="left"/>
      </w:pPr>
      <w:r>
        <w:rPr>
          <w:rFonts w:ascii="Times New Roman" w:hAnsi="Times New Roman" w:eastAsia="Times New Roman" w:cs="Times New Roman"/>
        </w:rPr>
        <w:t>Ñamotenondéta ko ñehesa’ỹijo pe artíkulo oúvape.</w:t>
      </w:r>
    </w:p>
    <w:p>
      <w:pPr>
        <w:pStyle w:val="ArticleScripture"/>
        <w:jc w:val="left"/>
      </w:pPr>
      <w:r>
        <w:rPr>
          <w:rFonts w:ascii="Times New Roman" w:hAnsi="Times New Roman" w:eastAsia="Times New Roman" w:cs="Times New Roman"/>
        </w:rPr>
        <w:t>Pedro, Jesucristo remimbou, umi pytagua oĩva isarambíva Póntope, Galáciape, Capadociape, Ásiape ha Bitíniape, Tupã Túva oikuaáma vaʼekue heʼiháicha poravopyre, Espíritu omongarasávo peẽme ñeñandukápe, peneñeʼẽrendú hag̃ua ha Jesucristo ruguy ñehypýpe g̃uarã: Toñemboheta pende rehe mborayhu porã ha pyʼaguapy. Toñemombaʼe Tupã ha ñande Ruvicha Jesucristo Ru, haʼe imborayhu tuichaitereíva rupi ñanemoheñói jey vaʼekue peteĩ jerovia oikovévape, Jesucristo oikove jey rupi omanóva apytégui, peteĩ herénsiarã ikatuʼỹva oñembyai, ikyʼaʼỹva ha ndopytamoʼãiva, oñeñongatúva yvágape penderehehápe, peẽ Tupã puʼaka rupive peñeñongatúva jerovia rupi pe ñepysyrõ hag̃uápe, oĩma hag̃uáicha ojehechauka hag̃ua ára pahápe.</w:t>
      </w:r>
    </w:p>
    <w:p>
      <w:pPr>
        <w:pStyle w:val="ArticleScripture"/>
        <w:jc w:val="left"/>
      </w:pPr>
      <w:r>
        <w:rPr>
          <w:rFonts w:ascii="Times New Roman" w:hAnsi="Times New Roman" w:eastAsia="Times New Roman" w:cs="Times New Roman"/>
        </w:rPr>
        <w:t>Péva peẽ pevyʼa eterei, koʼág̃a sapyʼami ramo jepe, tekotevẽrõ peime hag̃ua ñembyasyme opaichagua jehovasápe; pende jerovia jehechaukaha, iteve hag̃ua oro ogue hag̃uágui, tata rupive jepe oñehaʼãva, ojejuhu hag̃ua ñemombaʼeguasu, terakuã guasu ha mimbipápe Jesucristo ojehechauka vove. Peẽ ndahecháiramo jepe, pehayhu chupe; ha koʼág̃a pehechaʼỹramo jepe chupe, pjeroviágui pende vyʼa vyʼa ndaikatúiva oñemombeʼu ha mimbipa renyhẽ; pehupytývo pende jerovia paha, haʼéva pene ánga ñesalvasión.</w:t>
      </w:r>
    </w:p>
    <w:p>
      <w:pPr>
        <w:pStyle w:val="ArticleScripture"/>
        <w:jc w:val="left"/>
      </w:pPr>
      <w:r>
        <w:rPr>
          <w:rFonts w:ascii="Times New Roman" w:hAnsi="Times New Roman" w:eastAsia="Times New Roman" w:cs="Times New Roman"/>
        </w:rPr>
        <w:t>Upéva rehe umi proféta oporandu ha ohekáke kyre’ỹme, ha’ekuéra oporoprofetisáva pe grásiare oñeme’ẽ hag̃uáre peẽme: ohekávo mba’e térã mba’eichagua ára pe Espíritu de Cristo oĩva’ekue ipypekuéra ohechaukase hague, oikuaaukávo voi ymaite guive Cristo jehasa asykuéra, ha pe glória oúva upe rire. Ha chupekuéra ojehechauka va’ekue ndaha’éi hag̃ua hag̃ua kuéraite rehehápe, síno ñanderehehápe omba’apohague umi mba’épe, ko’ág̃a oñemombe’úva peẽme umi opredikáva’ekue peẽme evangelio Espíritu Santo, yvágagui oñemondóva, rupive; umi mba’e rehe umi ánhel kuéra voi hi’ãiterei oma’ẽ pype.</w:t>
      </w:r>
    </w:p>
    <w:p>
      <w:pPr>
        <w:pStyle w:val="ArticleScripture"/>
        <w:jc w:val="left"/>
      </w:pPr>
      <w:r>
        <w:rPr>
          <w:rFonts w:ascii="Times New Roman" w:hAnsi="Times New Roman" w:eastAsia="Times New Roman" w:cs="Times New Roman"/>
        </w:rPr>
        <w:t>Upévare, pejoko porã pene akãmegua py’aguapy, peiko akãguapy reheve, ha peha’arõ pe ipaha peve pe grásia oñeme’ẽtava peẽme Jesucristo ojehechauka vove; mitã iñe’ẽrendúvaicha, ani pejapo pende rekove yma guare pene rembipota vai reheháicha peikuaa’ỹrõ guare: Síno, pe pene renói va’ekue imarangatu haguéicha, péicha peẽ avei peiko marangatu opaichagua pende rekópe; ojehai hag̃uére: Peiko marangatu; che niko che marangatu.</w:t>
      </w:r>
    </w:p>
    <w:p>
      <w:pPr>
        <w:pStyle w:val="ArticleScripture"/>
        <w:jc w:val="left"/>
      </w:pPr>
      <w:r>
        <w:rPr>
          <w:rFonts w:ascii="Times New Roman" w:hAnsi="Times New Roman" w:eastAsia="Times New Roman" w:cs="Times New Roman"/>
        </w:rPr>
        <w:t>Ha pehenói pejeruréramo Túvape, pe Ñembyguataha oporombojovakéva ohecha’ỹre ava reko, peteĩ-teĩ rembiapo he’iháicha, peikove hag̃ua kyhyjépe pende guata sapy’aguápe ko’ápe; peikuaágui ndapejepoi jeýi hague mba’e oñembyaikuaávape, pláta ha óroicha, pene reko rei pehupytývagui pende ru kuéra ñembo’e ypykue rupive; síno Cristo ruguy hepyetéva rupive, ovecha ra’y marã’ỹ ha ky’a’ỹva ruguyicha: ha’e niko oñemoĩ va’ekue ymaite guive, ko yvy oñepyrũ mboyve, ha ojehechauka ko’ã ára pahápe penderehehápe, ha’e rupive pejeroviáva Tupãre, omoingove jeýva’ekue chupe omanóva apytégui, ha ome’ẽva’ekue chupe mborayhuete; upéicha hag̃ua pende jerovia ha pene esperanza oĩ Tupãme. Peñemopotĩma rupi pene ánga peñe’ẽrendúvo añeteguápe Espíritu rupive, pehupyty hag̃ua pe mborayhu añete hag̃ua pehẽnguekuérape, pejohayhu peteĩ ojuehe peteĩ py’a potĩgui, kyre’ỹme. Peñemoheñói jeýma ndaha’éi ñemoñare oñembyaikuaávagui, síno ndojekuaapáiva guive, Tupã ñe’ẽ rupive, oikovéva ha opytáva opa ára g̃uarã. Opa so’o niko kapi’ícha, ha opa yvypóra mimbipa kapi’i potýicha. Pe kapi’i ipirupa, ha ipoty ho’a; Tupã Ñandejára ñe’ẽ katu opyta opa ára g̃uarã. Ha kóva hína pe ñe’ẽ marandu porã rupive oñemombe’u va’ekue peẽme. 1 Pedro 1:1–25.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 Aranduka ha pe Iglesia Adventista del Séptimo Día Laodiceagua - Número Treinta y Tres</dc:title>
  <dc:subject/>
  <dc:creator>Jeff Pippenger</dc:creator>
  <cp:keywords/>
  <dc:description>Generated by ArticleDigger from joel\33_joel.json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