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Joel rehegua ha pe Tupao Adventista del Séptimo Día Laodicéagua — Papapy Mbohapypa Pokõi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Mokõipa Paapýri Mokõihaapy hag̃ua hag̃ua hag̃ua hag̃ua hag̃ua hag̃ua hag̃ua hag̃ua hag̃</w:t>
      </w:r>
    </w:p>
    <w:p>
      <w:pPr>
        <w:pStyle w:val="ArticleBody"/>
        <w:jc w:val="left"/>
      </w:pPr>
      <w:r>
        <w:rPr>
          <w:rFonts w:ascii="Times New Roman" w:hAnsi="Times New Roman" w:eastAsia="Times New Roman" w:cs="Times New Roman"/>
        </w:rPr>
        <w:t>Guillermo Miller kérape, pe “sarambi” oñepyrũvo, tavayguakuéra oñepyrũrõ guare omolesta umi joya, oĩ mboyve Miller ombyaty umi joya ha ohenói: “peju pehecha”. Cristo, pe kuimba’e oguerekóva peteĩ cepíllo yvy’a rehegua ramo, oipuru pe typa oñohẽ hag̃ua pe ky’a ha pe tembiapo vai, ombyaty umi joya peteĩ ryru tuichavévape, ha upéi ha’e ohenói Miller-pe: “eju ehecha”. Cristo oñepyrũvo hembiapo typa rehegua, pe koty nandi, Miller niko ohai va’ekue “oñemboty’ỹ peteĩ okẽ, ha peteĩ kuimba’e oike pe kotýpe, ha upérõ tavayguakuéra opavave osẽ chugui; ha ha’e, oguerekóvo ipope peteĩ cepíllo yvy’a rehegua, oipe’a umi ovetã ha oñepyrũ oipeju pe yvyku’i ha pe ky’a pe kotýgui.”</w:t>
      </w:r>
    </w:p>
    <w:p>
      <w:pPr>
        <w:pStyle w:val="ArticleBody"/>
        <w:jc w:val="left"/>
      </w:pPr>
      <w:r>
        <w:rPr>
          <w:rFonts w:ascii="Times New Roman" w:hAnsi="Times New Roman" w:eastAsia="Times New Roman" w:cs="Times New Roman"/>
        </w:rPr>
        <w:t>Kuimba’e yvyky’a omboykéva oike pe kotýpe opa tapicha osẽ rire chugui. Áño 2023-pe, kuimba’e yvyky’a omboykéva oike pe koty nandi hag̃uáme, pórke umi cien cuarenta y cuatro mil ñemongu’e oñembyai ha oñemosarambi vaʼekue. Umi añetegua ojehechaukáva Habacuc Mesakuéra 2012-gua rehe oñeñotỹvaʼekue mbaʼekyʼa apytépe, ha pe koty opyta nandi. Pe kuimba’e yvyky’a omboykéva ha’e pe oúva Juan el Bautista rire, upe Juan heʼi hague oguerekoha peteĩ abaniko, ha Haʼe oipurutaha upe abaniko omopotĩmbaitépe hag̃ua Ipysoha.</w:t>
      </w:r>
    </w:p>
    <w:p>
      <w:pPr>
        <w:pStyle w:val="ArticleScripture"/>
        <w:jc w:val="left"/>
      </w:pPr>
      <w:r>
        <w:rPr>
          <w:rFonts w:ascii="Times New Roman" w:hAnsi="Times New Roman" w:eastAsia="Times New Roman" w:cs="Times New Roman"/>
        </w:rPr>
        <w:t>Che añetehápe pomongarai ype pende ñembyasýpe g̃uarã; ha upe oúva che rapykue rupi imbaretevéva chehegui, ha ndaikatúi voi amomba’e hag̃ua ichapatu rerahaha: ha’e pene mongaraíta Espíritu Santo reheve, ha tata reheve: ipope oguereko pe iventaha, ha omopotĩmbaitéta hekopehápe pe trígo oñemongu’ihápe, ha ombyatýta itrígo pe ñongatuhápe; ha katu pe takuare’ẽ ohapýta tata ndaikatúiva ogue. Upérõ Jesús ou Galiléagui Jordánpe Juan rendápe, oñemongarai hag̃ua hese. Mateo 3:11–13.</w:t>
      </w:r>
    </w:p>
    <w:p>
      <w:pPr>
        <w:pStyle w:val="ArticleBody"/>
        <w:jc w:val="left"/>
      </w:pPr>
      <w:r>
        <w:rPr>
          <w:rFonts w:ascii="Times New Roman" w:hAnsi="Times New Roman" w:eastAsia="Times New Roman" w:cs="Times New Roman"/>
        </w:rPr>
        <w:t>Galilea ha’e peteĩ símbolo peteĩ punto de giro rehegua, ha pe tenda Jordán-pe Jesús ou hague oñemongarai hag̃ua héra hína Betábara, ha he’ise “pe hasaha ygueraha rupive”, ha ohechauka pe lugar Israel ymaguare ohasa hague Yvy Ñe’ẽme’ẽme. Jesús oñemongarai rire, upéi oiko chugui Jesucristo. Galilea, Jordán, Betábara ha Jesús oikóvo Cristo ramo maymáva omomba’eguasu hína peteĩ cambio de dispensación, ha upéva avei pe okẽ ohechaukáva, ko’ýte Filadelfiaguápe g̃uarã oñeme’ẽvape pe llave pe okẽ ojepe’áva ha oñemboty hag̃ua.</w:t>
      </w:r>
    </w:p>
    <w:p>
      <w:pPr>
        <w:pStyle w:val="ArticleScripture"/>
        <w:jc w:val="left"/>
      </w:pPr>
      <w:r>
        <w:rPr>
          <w:rFonts w:ascii="Times New Roman" w:hAnsi="Times New Roman" w:eastAsia="Times New Roman" w:cs="Times New Roman"/>
        </w:rPr>
        <w:t>Ha pe ánhel peve peẽnguérape Filadélfiape ehai: Péicha he’i pe imarangatúva, pe añetegua, pe oguerekóva David llave, pe oipe’áva ha avave ndaikatúi omboty; ha ombotýva ha avave ndaikatúi oipe’a; Che aikuaa ne rembiapokue: péina, amoĩ nde renondépe peteĩ okẽ ojepe’áva, ha avave ndaikatúi omboty: reko hag̃ua michĩmi mbarete, ha reñongatu che ñe’ẽ, ha nderehejáiri che réra. Apocalipsis 3:7, 8.</w:t>
      </w:r>
    </w:p>
    <w:p>
      <w:pPr>
        <w:pStyle w:val="ArticleBody"/>
        <w:jc w:val="left"/>
      </w:pPr>
      <w:r>
        <w:rPr>
          <w:rFonts w:ascii="Times New Roman" w:hAnsi="Times New Roman" w:eastAsia="Times New Roman" w:cs="Times New Roman"/>
        </w:rPr>
        <w:t>Cristo “oavri” pe “okẽ” ha “oike kotýpe”, upe koty ha’eva’ekue “Hembiakue”, ha’e omopotĩmbaitégui “Henda”. Ha upéicharõ pe henda ha’e ramo Hembiakue, pe koty avei ha’e Hembiakue.</w:t>
      </w:r>
    </w:p>
    <w:p>
      <w:pPr>
        <w:pStyle w:val="ArticleScripture"/>
        <w:jc w:val="left"/>
      </w:pPr>
      <w:r>
        <w:rPr>
          <w:rFonts w:ascii="Times New Roman" w:hAnsi="Times New Roman" w:eastAsia="Times New Roman" w:cs="Times New Roman"/>
        </w:rPr>
        <w:t>“Capernáumpe Jesús oiko umi intervalo ijeguata ha ojujey hag̃ua, ha upéicha oñepyrũ ojekuaa hag̃ua ‘Iciudad tee’ ramo. Oĩ kuri Mar Galilea rembe’ýpe, ha hi’aguĩ pe ñu porã Genezaret rembe’ykuéra rehe, ndaha’éiramo jepe hese voi.” El Deseado de Todas las Gentes, 252.</w:t>
      </w:r>
    </w:p>
    <w:p>
      <w:pPr>
        <w:pStyle w:val="ArticleBody"/>
        <w:jc w:val="left"/>
      </w:pPr>
      <w:r>
        <w:rPr>
          <w:rFonts w:ascii="Times New Roman" w:hAnsi="Times New Roman" w:eastAsia="Times New Roman" w:cs="Times New Roman"/>
        </w:rPr>
        <w:t>Ha’e oike i kotýpe ombyaty hag̃ua Itrígo, ha ombyaty hag̃ua ha ohapy hag̃ua umi ñana vai. Pe ñemoambue aranduka ára rehegua ojehechaukáva Galilea, Jordán, Betábara, pe ñemongarai, pe jehasápe Juan-gui Jesús-pe, oñemohenda porã pe jehasa rehe Laodicea iglesia oñorairõva guive Filadelfia iglesia ipu’akapáva peve. Ha’e oike Ikotýpe julio ary 2023-pe. Miller omboty va’ekue hesa julio 18 ary 2020-pe, umi mba’e heta oikóvape, ha oipe’a jey ramo hesa, pe koty nandi va’ekue tapichágui; añetegua oñeñotỹ va’ekue jejavýpe guýpe, ha upéi pe kuimba’e oityva yvyku’i oipe’a umi ovetana ha oñepyrũ omopotĩ hag̃ua umi mba’e ky’a okañýva.</w:t>
      </w:r>
    </w:p>
    <w:p>
      <w:pPr>
        <w:pStyle w:val="ArticleScripture"/>
        <w:jc w:val="left"/>
      </w:pPr>
      <w:r>
        <w:rPr>
          <w:rFonts w:ascii="Times New Roman" w:hAnsi="Times New Roman" w:eastAsia="Times New Roman" w:cs="Times New Roman"/>
        </w:rPr>
        <w:t>“‘Máva oĩ ipópe, ha omopotĩmbaitéta itríllo, ha ombyatyta itrígo pe kotýpe.’ Mateo 3:12. Kóva vaʼekue peteĩ umi ára oñemopotĩha. Añetegua ñeʼẽ rupive, pe takuareʼẽ oñembojaʼo hína pe trígogui. Heta, opyta hag̃ua ijehegui reiete ha hekojoja hag̃ua ijehe, ndaikatúigui omoneĩ ñemboʼeʼe; ha ohayhuetereígui ko yvy arigua rekove, ndoaseptáigui peteĩ tekove ñemomirĩ rehegua, ojei Jesús-gui. Heta oiko gueteri upéicha koʼág̃a. Ánga kuéra oñehaʼãmby hína ko árape, umi temimboʼekuéra Capernaúm sinagógape guáicha. Pe añetegua oguahẽ vove korasõme, haʼekuéra ohecha hekovekuéra ndojoajúiha Tupã rembipota ndive. Ohecha tekotevẽha peteĩ ñemoambue tuicháva ipypekuérape; hákatu ndaipotáiramo ojapyhy pe tembiapo ijehe oñemboykéva. Upévare ipochy ipekadokuéra ojekuaaukávo. Oho ojehepymeʼẽpyre, umi temimboʼe oheja haguéicha Jesús-pe, oñeʼẽngururu: ‘Kóva haʼe peteĩ ñeʼẽ hasýva; máva piko ikatu ohendu?’” The Desire of Ages, 392.</w:t>
      </w:r>
    </w:p>
    <w:p>
      <w:pPr>
        <w:pStyle w:val="ArticleBody"/>
        <w:jc w:val="left"/>
      </w:pPr>
      <w:r>
        <w:rPr>
          <w:rFonts w:ascii="Times New Roman" w:hAnsi="Times New Roman" w:eastAsia="Times New Roman" w:cs="Times New Roman"/>
        </w:rPr>
        <w:t>Árape 2023 paha rembe’ýpe, opokóva 2024 ára peteĩháre, Judá ñemoñaregua León oñepyrũ omboja’o hag̃ua, mbeguekatúpe, Ijehegui pe jehechauka. Daniel 12-pe pe jejurukuepe he’iháicha pe mbohapy jey ñehesa’ỹijo rape, upévare oĩ va’erãkuri mbohapy prueba, ojehechaukáva “opotĩ, oñemomorotĩ ha oñeha’ã hag̃ua” ramo.</w:t>
      </w:r>
    </w:p>
    <w:p>
      <w:pPr>
        <w:pStyle w:val="ArticleScripture"/>
        <w:jc w:val="left"/>
      </w:pPr>
      <w:r>
        <w:rPr>
          <w:rFonts w:ascii="Times New Roman" w:hAnsi="Times New Roman" w:eastAsia="Times New Roman" w:cs="Times New Roman"/>
        </w:rPr>
        <w:t>Ha he’i chupe: Tereho nde rape, Daniel; pe’ẽ ñe’ẽ niko oñemboty ha oñembotysa hag̃ua ára pahá peve. Heta oñemopotĩta, oñemotĩmbáta ha oñeha’ãta; ha umi iñañáva katu ojejapóta iñañáme; ha avave umi iñañávagui ndoikuaamo’ãi; umi arandúva katu oikuaáta. Daniel 12:9, 10.</w:t>
      </w:r>
    </w:p>
    <w:p>
      <w:pPr>
        <w:pStyle w:val="ArticleBody"/>
        <w:jc w:val="left"/>
      </w:pPr>
      <w:r>
        <w:rPr>
          <w:rFonts w:ascii="Times New Roman" w:hAnsi="Times New Roman" w:eastAsia="Times New Roman" w:cs="Times New Roman"/>
        </w:rPr>
        <w:t>Pe ánhel peteĩha ohechauka ñemopotĩ, pe angaipa apoha ojehechakuaáva omoĩvo iñangaipakuéra pe mymbajuka ári pe okápe, upépe oñembojopyreko hag̃ua pe tuguy rupive.</w:t>
      </w:r>
    </w:p>
    <w:p>
      <w:pPr>
        <w:pStyle w:val="ArticleBody"/>
        <w:jc w:val="left"/>
      </w:pPr>
      <w:r>
        <w:rPr>
          <w:rFonts w:ascii="Times New Roman" w:hAnsi="Times New Roman" w:eastAsia="Times New Roman" w:cs="Times New Roman"/>
        </w:rPr>
        <w:t>Upéi pe tuguy oñegueraha pe tenda marangatúpe, upépe pe marangatukuéra ñemomarangatu rape ojehechauka oñemomorotĩha pe okápe guive pe tuguy jejohéi rupive. Upépe tekojoja ojehechauka umi oganávape pe tuguy ha iñe’ẽ testimonia rupive.</w:t>
      </w:r>
    </w:p>
    <w:p>
      <w:pPr>
        <w:pStyle w:val="ArticleBody"/>
        <w:jc w:val="left"/>
      </w:pPr>
      <w:r>
        <w:rPr>
          <w:rFonts w:ascii="Times New Roman" w:hAnsi="Times New Roman" w:eastAsia="Times New Roman" w:cs="Times New Roman"/>
        </w:rPr>
        <w:t>Upéi rire ojeprova chupekuéra, ha umi ára pahápe ojuhu chupekuéra porãveha pa’ỹve opa ambue Babilóniagua aranduha kuéragui. Pe mbohapyha ñeha’ã ha’e upe ojeñemomba’eguasuhápe chupekuéra Pe Tenda Marangatúvévape ha ojehechauka hag̃ua ijojaha’ỹha pe ambue aty aranduha ramo oñemombe’úva ndive. Pe mbohapyha ñeha’ã ha’e pe arapokõindy léi, ha pe peteĩha ñeha’ã ha’e pe ánhel peteĩha ñehenói ojevy hag̃ua umi pyenda ypykuepe, pórke pe tembiaporã oúva rire oñemopu’ã pe tupão. Pe tembiaporã oúva ha’e pe ánhel mokõiha marandu jepe’a rehegua, ha upéi ou pe ánhel mbohapyha prueba ohechaukáva añetegua.</w:t>
      </w:r>
    </w:p>
    <w:p>
      <w:pPr>
        <w:pStyle w:val="ArticleBody"/>
        <w:jc w:val="left"/>
      </w:pPr>
      <w:r>
        <w:rPr>
          <w:rFonts w:ascii="Times New Roman" w:hAnsi="Times New Roman" w:eastAsia="Times New Roman" w:cs="Times New Roman"/>
        </w:rPr>
        <w:t>Ary 2023-pe, pe ánhel peteĩha og̃uahẽ, ojapo haguéicha 11 jasypoapy 1840-pe, oguejy ramo peteĩ marandu ndive Islam rehegua, mokõiha ñembyasy guasúgui. Oguejy avei ojapo haguéicha 9/11-pe, peteĩ marandu ndive Islam rehegua, mbohapyha ñembyasy guasúgui, ha pe jehenói hag̃ua ojevy hag̃ua tape yma guarépe. Millerita rembiasakue pyendakuéra oñemopu’ã kuri pe mokõiha ñembyasy guasu marandu oñekumpli rire 11 jasypoapy 1840-pe. Upéi pe ánhel Apocalipsis kapítulo diez-gua oguejy, upéicha ohechauka hag̃ua pe ánhel Apocalipsis kapítulo dieciocho-gua ñemboguejy ha mbohapyha ñembyasy guasu og̃uahẽha.</w:t>
      </w:r>
    </w:p>
    <w:p>
      <w:pPr>
        <w:pStyle w:val="ArticleBody"/>
        <w:jc w:val="left"/>
      </w:pPr>
      <w:r>
        <w:rPr>
          <w:rFonts w:ascii="Times New Roman" w:hAnsi="Times New Roman" w:eastAsia="Times New Roman" w:cs="Times New Roman"/>
        </w:rPr>
        <w:t>Josiah Litch ha’e pe figura histórica oñembojoajúva umi cimiento oñemopyendáva’ekue 11 jasypoapy 1840-pe. Téra “Josiah” he’ise “Tupã pyenda”, ha mburuvicha guasu Josías, tembiasakue marangatupe, orrepresenta Josías reforma, oikéva ipype Moisés ñe’ẽ-angaipa jejuhu, oñeñotỹva’ekue yty apytépe pe tupaópe, péichaite umi Miller joya-kuéra oñeñotỹ haguéicha pe kotýpe.</w:t>
      </w:r>
    </w:p>
    <w:p>
      <w:pPr>
        <w:pStyle w:val="ArticleBody"/>
        <w:jc w:val="left"/>
      </w:pPr>
      <w:r>
        <w:rPr>
          <w:rFonts w:ascii="Times New Roman" w:hAnsi="Times New Roman" w:eastAsia="Times New Roman" w:cs="Times New Roman"/>
        </w:rPr>
        <w:t>Mburuvicha guasu Josías omano Meguídope, ha upéva hína Armagedón, Apocalipsis kapítulo dieciséis-pe. Josías rembiapo ñemyatyrõrã ojehu vaekue oñekumpli hag̃ua pe profesía omoĩmava’ekue pe maranduhára naiñe’ẽrendúiva, Jeroboam omoĩ jave mokõi altar Betel ha Dan-pe. Pe maranduhára naiñe’ẽrendúiva omano mburika ha león mbytépe. Mburuvicha guasu Josías rehe oñemombe’úma vaekue, héra rupive, ha hembiapo ñemyatyrõrã oikeva’ekue pe predicción-pe, upéva oike hag̃ua avei pe mburuvicha guasu Josías oútava omboguejyhaite pe altarite, pe maranduhára naiñe’ẽrendúiva oñembohovái haguépe pe mburuvicha guasu añáme, Jeroboam-pe.</w:t>
      </w:r>
    </w:p>
    <w:p>
      <w:pPr>
        <w:pStyle w:val="ArticleBody"/>
        <w:jc w:val="left"/>
      </w:pPr>
      <w:r>
        <w:rPr>
          <w:rFonts w:ascii="Times New Roman" w:hAnsi="Times New Roman" w:eastAsia="Times New Roman" w:cs="Times New Roman"/>
        </w:rPr>
        <w:t>Josías he’ise Ñandejára fundamento, ha mburuvicha guasu Josías omohu’ã pe marandu’i oñeme’ẽva’ekue 340 ary rupi peteĩháicha hekovekuéra mboyve. Ha’e oñepyrũ ha omotenonde peteĩ ñemyatyrõ ha ñemoambue og̃uahẽva ipahápe pe altar pe maranduhára Judágua ombohovái haguépe mburuvicha guasu Jeroboam-pe. Upépe og̃uahẽvo, Josías ombyai pe altar, pe profesía he’ihaguéicha ojapótaha. Umi mokõi altar Jeroboam rehegua ha’e va’ekue umi mba’e jejapo ñembotavyrã ojejapóva ñembosovake hag̃ua pe templo Jerusalénpegua, ha peve pe ypýpe Jeroboam omoĩhague arete ára gua’u. Péicha ojapóvo, ha’e ndojapói mba’eve ambuéva ndaha’éiramo upe Aarón ojapo va’ekue pe vakara’y óro reheve. Aarón pu’aka’ỹ Ñanderesãi renondépe oĩva’ekue yma guare Israel rembiasakue marangatu fundamentope. Upéva oiko va’ekue Moisés ojapyhy aja pe Léi, ha’éva Ñandejára gobierno fundamento.</w:t>
      </w:r>
    </w:p>
    <w:p>
      <w:pPr>
        <w:pStyle w:val="ArticleBody"/>
        <w:jc w:val="left"/>
      </w:pPr>
      <w:r>
        <w:rPr>
          <w:rFonts w:ascii="Times New Roman" w:hAnsi="Times New Roman" w:eastAsia="Times New Roman" w:cs="Times New Roman"/>
        </w:rPr>
        <w:t>Aarón pu’aka vaekue peteĩ pu’aka ypyguáva, ha upéva oñembopyahu jey Jeroboam omopyenda ramo guare umi pa távayguakuéra yvategua Israel ramo. Moisés oja’o vaekue Aarónpe, ha Moisés hína pe alfa térã pe pyenda Cristo omega rehegua. Aarón ha Moisés orrepresenta mokõi aty pe pu’aka ypyguápe, ha peteĩ mbohapyha aty hína umi kuimba’e py’aguasu oñembo’y vaekue Moisés ndive—umi levita-kuéra. Mburuvicha guasu Jeroboam ha pe maranduhára Judá-gua hína mokõi aty pe pu’aka ypyguápe pe reino yvateguápe, ha jey peteĩve umi levita-kuéra hína umi kuimba’e py’aguasu.</w:t>
      </w:r>
    </w:p>
    <w:p>
      <w:pPr>
        <w:pStyle w:val="ArticleBody"/>
        <w:jc w:val="left"/>
      </w:pPr>
      <w:r>
        <w:rPr>
          <w:rFonts w:ascii="Times New Roman" w:hAnsi="Times New Roman" w:eastAsia="Times New Roman" w:cs="Times New Roman"/>
        </w:rPr>
        <w:t>Jeroboam ñembotavy ypykuepe, maranduhára Judágua oñemoñe’ẽ vai chupe ha omarandu peteĩ mburuvicháre héra vaʼerãha “Tupã ñepyrũ”—Josías. Pe ñemyatyrõ oñemaranduvaʼekue oñekumpli hag̃ua oike avei upépe, Josías oñepyrũrõ guare imbyasy pyahu ha ñemyatyrõ, Moisés ñeʼẽ vai ojejuhu hague, ha Moisés ñeʼẽ marangatu jeporu omombarete hague peteĩ ñembopyahu ha ñemyatyrõ ymaite guive oñepyrũmavaʼekue. Josías, hesakã porã hag̃uáicha peteĩ techaukaha marandupy rehegua, ohechauka peteĩ ñembopyahu ha ñemyatyrõ oñemombaretéva ojejuhúrõ peteĩ marandu Moisés kuatiakuéragui.</w:t>
      </w:r>
    </w:p>
    <w:p>
      <w:pPr>
        <w:pStyle w:val="ArticleBody"/>
        <w:jc w:val="left"/>
      </w:pPr>
      <w:r>
        <w:rPr>
          <w:rFonts w:ascii="Times New Roman" w:hAnsi="Times New Roman" w:eastAsia="Times New Roman" w:cs="Times New Roman"/>
        </w:rPr>
        <w:t>Pe tetãgua mboyvegua puʼakaʼỹgua Jeroboam ruvicha guasu rembiasápe ojehechauka Israel ruvicha guasúpe, ha avei maranduhára Judá guigua oñemboúva peteĩ ñeʼẽmeʼẽ Tupãgui omombeʼúva Jeroboam rembiapo puʼakaʼỹgua ypykue rehe, ha omeʼẽva maranduhárape mboʼe hag̃ua mbaʼe tape ani hag̃ua oiporu ojevývo Judáme. Pe maranduhára Judá guigua omboyke Jeroboam jerure opyta hag̃ua, ha upéi katu omoneĩ Betel pe maranduhára japúva invitasión, ha upéicha omoĩ hag̃ua ijapépe. Pe maranduhára naiñeʼẽrendúiva omanóta vúrro ha león paʼũme, ha upéi oñeñotỹta pe maranduhára japúva itakuápe.</w:t>
      </w:r>
    </w:p>
    <w:p>
      <w:pPr>
        <w:pStyle w:val="ArticleBody"/>
        <w:jc w:val="left"/>
      </w:pPr>
      <w:r>
        <w:rPr>
          <w:rFonts w:ascii="Times New Roman" w:hAnsi="Times New Roman" w:eastAsia="Times New Roman" w:cs="Times New Roman"/>
        </w:rPr>
        <w:t>11 jasypoteĩ ary 1840-pe, oñekumpli peteĩ profesía pe mokõiha ñembyasýgui, ha oñemoĩ Adventísmo pyenda. Josiah Litch oikuaauka pe profesía ary 1838-pe, ha upéi, pa jasypo ára mboyve 11 jasypoteĩ 1840-gui, omohenda porãve ikalkulasiónkuéra ha oikuaauka 11 jasypoteĩ ary 1840 ha’eha pe ára opa haguã pe supremasía otomana, oñekumpli hag̃uáicha pe profesía Islam rehegua pe mokõiha ñembyasýpe.</w:t>
      </w:r>
    </w:p>
    <w:p>
      <w:pPr>
        <w:pStyle w:val="ArticleBody"/>
        <w:jc w:val="left"/>
      </w:pPr>
      <w:r>
        <w:rPr>
          <w:rFonts w:ascii="Times New Roman" w:hAnsi="Times New Roman" w:eastAsia="Times New Roman" w:cs="Times New Roman"/>
        </w:rPr>
        <w:t>Mburuvicha Josías ohechauka pe ñembopyahu ha ñemyatyrõ paha, pórke opa maranduhára ñeʼẽve hesakãve umi ára paháre, oimeraẽ ára yma guarégui. Mburuvicha Josías ohechauka pe ñembopyahu ha ñemyatyrõ paha, ha upe ñemyatyrõ oñemoĩma Ñandejára Ñeʼẽme peteĩ profesía rupive. Joel kuatiañeʼẽ ohechauka pe ñembopyahu ha ñemyatyrõ paha oikótava umi apytépe haʼétava cien cuarenta y cuatro mil. Josías ñembopyahu mokõi jepytaso vaʼekue; oñepyrũ raẽ, ha upéi peteĩ profesía oñeñembotyʼỹva omeʼẽ hetave mbarete pe tembiapópe. Umi mokõi jepytaso hína pe ama ypy ha pe ama paha, Joel kuatiañeʼẽme oñemoĩháicha, ha oñembotýva Hechos kuatiakuérape, ha upéi oñemboty jeyvaʼekue Millerita rembiasápe.</w:t>
      </w:r>
    </w:p>
    <w:p>
      <w:pPr>
        <w:pStyle w:val="ArticleBody"/>
        <w:jc w:val="left"/>
      </w:pPr>
      <w:r>
        <w:rPr>
          <w:rFonts w:ascii="Times New Roman" w:hAnsi="Times New Roman" w:eastAsia="Times New Roman" w:cs="Times New Roman"/>
        </w:rPr>
        <w:t>Umi rebelión ypykue Aarón, mburuvicha guasu Jeroboam ha maranduhára Judá guive mburuvicha guasu Josías peve, ha upéi Josías Litch peve, ojehechauka peteĩ línea testimonio rehegua oñembohysýiva pe prueba fundacional rehe. Pe prueba fundacional ha’e pe prueba peteĩha, ha upéi oúta pe prueba templo rehegua, oñemoĩ jave pe ita apykaha. Upéi, pe mbohapyha prueba, pe prueba decisiva, oguahẽ.</w:t>
      </w:r>
    </w:p>
    <w:p>
      <w:pPr>
        <w:pStyle w:val="ArticleBody"/>
        <w:jc w:val="left"/>
      </w:pPr>
      <w:r>
        <w:rPr>
          <w:rFonts w:ascii="Times New Roman" w:hAnsi="Times New Roman" w:eastAsia="Times New Roman" w:cs="Times New Roman"/>
        </w:rPr>
        <w:t>Vaka óro guive, Jeroboam rembiguái rendápe Betel ha Dan-pe, rréi Josías peve, Josiah Litch peve ojehechauka peteĩ aty pyra prophetagua py rapykuéri ogueraháva pe prueba ypykue guasu 9/11-pe. Umi óga tuichavéva Nueva York-pegua ho’árõ guare 9/11-pe, peteĩ profesía pe mbohapyha aipo vaígui ohechakuaa pe prueba ohenóiva ojevy hag̃ua umi tape ymaite guaréva ypykue rehe, péva August 11, 1840 ha 9/11 joja ikatu hag̃uáicha ojehecha oimeraẽva Adventista del Séptimo Día Laodiceagua oipotáramo ohecha. Al Qaeda oikehague 9/11-pe heta jey oñemoĩ porandu ko’ã ára conspiración rehegua teoría-kuérape, ha’éva jepi añetegua; katu Al Qaeda he’ise “pe cimiento”, ha oñepyrũkuri peteĩ organización-ramo peteĩ ary mboyve pe ára paha guive 1989-pe, añetehápe August 11, 1988-pe.</w:t>
      </w:r>
    </w:p>
    <w:p>
      <w:pPr>
        <w:pStyle w:val="ArticleBody"/>
        <w:jc w:val="left"/>
      </w:pPr>
      <w:r>
        <w:rPr>
          <w:rFonts w:ascii="Times New Roman" w:hAnsi="Times New Roman" w:eastAsia="Times New Roman" w:cs="Times New Roman"/>
        </w:rPr>
        <w:t>Koʼã mbaʼe detalle oñeʼẽva umi cimiento simbología profética rehe noñehesaʼỹijóiramo, heta mbaʼe okañy. 11 de septiembre-pe umi cimiento oñemoĩ vaʼekue pe peteĩha pasope. Pe mokõiha pasope pe templo oñemohuʼã, oñemoĩvo pe ita akã rehegua. Pe mbohapyha paso haʼe pe okẽ oñembotýva pe léi domingo rehegua. Guive 11 de septiembre guive pe léi domingo peve, pe marandu oñembohape tenonderãite umi Adventista del Séptimo Día Laodiceagua-pe g̃uarã, pórke pe juicio oñepyrũ Ñandejára róga-pe, ha opa Ñandejára róga rehe pe léi domingo-pe. Upépe ha upe jave pe Adventismo del Séptimo Día Laodiceagua oñemboyke; ojejapo haguéicha umi protestánte rehe pe tembiasakue Miller guarépe, ha umi hudío rehe Cristo rembiasakue-pe, ha avei umi omanóva cuarenta áño ári Moisés rembiasakue-pe.</w:t>
      </w:r>
    </w:p>
    <w:p>
      <w:pPr>
        <w:pStyle w:val="ArticleBody"/>
        <w:jc w:val="left"/>
      </w:pPr>
      <w:r>
        <w:rPr>
          <w:rFonts w:ascii="Times New Roman" w:hAnsi="Times New Roman" w:eastAsia="Times New Roman" w:cs="Times New Roman"/>
        </w:rPr>
        <w:t>Mbohapyapyha mbohapyha 11 jasyporundýpe ojehu vaʼekue ojehechauka hag̃ua pe mbohapyha mbaʼe vai rupive 11 jasypoapýpe ary 1840-pe, ha upe nivel-pe mokõivéva umi techaukaha oñerrepresenta pe vúrro rupive, haʼéva Islam rembiasakue peteĩha símbolo maranduhai Bíblico-pe. Pe léi domingo rehegua haʼe pe mymba ñemonguʼe, ha upe mymba heta jey oñerrepresenta peteĩ leónicha, péicha omboyke hag̃ua Judá ñemoñare León añeteguápe. Pe léi domingo rehegua haʼe pe león, ha pe maranduhára naiñeʼẽrendúiva Judágui omanóma vaʼekue pe vúrro ha pe león apytépe, ha oñeñotỹvaʼekue peteĩchagua itajupe Betel maranduhára japu ndive. Omano vaʼekue pe ára maranduhápe 11 jasyporundy guive pe léi domingo peve, ha upéva hína pe ára maranduhápe pe vúrro guive pe león peve. Upe ára jehovasaʼỹrã haʼe pe itaju Betel maranduhára japúpe guarã, haʼe voi omoñotỹhaguépe pe maranduhára naiñeʼẽrendúiva Judágui ijyvyraʼã teepe.</w:t>
      </w:r>
    </w:p>
    <w:p>
      <w:pPr>
        <w:pStyle w:val="ArticleBody"/>
        <w:jc w:val="left"/>
      </w:pPr>
      <w:r>
        <w:rPr>
          <w:rFonts w:ascii="Times New Roman" w:hAnsi="Times New Roman" w:eastAsia="Times New Roman" w:cs="Times New Roman"/>
        </w:rPr>
        <w:t>Jeroboam rréino, ojehechaukáva peteĩ mba’e gua’u ramo Judá rréino rehegua, upépe opyta Jerusalén ha pe témplo, ohechauka Miller-gua rembiasakue protestántekuérape, ndaha’éi vaʼekuéma Tupã tavayguakuéra. Haʼekuéra operde ikuatiañeʼẽ joajupy réra 11 jasypoapy ary 1840 guive pe okẽ oñembotýva 22 jasypa ary 1844 peve. Umi mbaʼe oikóva oñembojoja 11/9 guive pe léi domingo peve, ha upévare pe proféta naiñeʼẽrendúiva Judágua oñeñotỹ peteĩ jevyryhápe umi protestánte apóstata ndive, ojehechaukáva pe proféta japu Betelgua rupive.</w:t>
      </w:r>
    </w:p>
    <w:p>
      <w:pPr>
        <w:pStyle w:val="ArticleBody"/>
        <w:jc w:val="left"/>
      </w:pPr>
      <w:r>
        <w:rPr>
          <w:rFonts w:ascii="Times New Roman" w:hAnsi="Times New Roman" w:eastAsia="Times New Roman" w:cs="Times New Roman"/>
        </w:rPr>
        <w:t>En general, mburuvicha guasu Josías vaʼekue peteĩ mburuvicha guasu porã, ha upéicharõ jepe omano Meguídope, peteĩ porupyrã hesakã ha directo Armagedón rehegua. Haʼe ojei tape porãgui ndojapóiségui caso pe marandu ñeñangarekorãme omeʼẽva Neco. Neco, Egipto ruvicha guasu, ha upévare pe mburuvicha guasu ñemby gotyogua, oho hína kuri oñorairõ hag̃ua Babilonia ndive, pe mburuvicha guasu yvate gotyogua ndive. Josías ohechauka umi judeogua omanóva Armagedónpe, ogueroviaʼỹ rupi pe marandu ñeñangarekorã pe ñorairõ rehegua pe mburuvicha guasu ñemby gotyogua ha pe mburuvicha guasu yvate gotyogua apytépe Daniel 11:40–45-pe. Upe marandu oiko pe pyenda ramo 9/11-pe.</w:t>
      </w:r>
    </w:p>
    <w:p>
      <w:pPr>
        <w:pStyle w:val="ArticleBody"/>
        <w:jc w:val="left"/>
      </w:pPr>
      <w:r>
        <w:rPr>
          <w:rFonts w:ascii="Times New Roman" w:hAnsi="Times New Roman" w:eastAsia="Times New Roman" w:cs="Times New Roman"/>
        </w:rPr>
        <w:t>Pe peteĩha prueba ha’e pe peteĩha ánhel rembijerure jajevy hag̃ua umi fundamento-kuérape.</w:t>
      </w:r>
    </w:p>
    <w:p>
      <w:pPr>
        <w:pStyle w:val="ArticleBody"/>
        <w:jc w:val="left"/>
      </w:pPr>
      <w:r>
        <w:rPr>
          <w:rFonts w:ascii="Times New Roman" w:hAnsi="Times New Roman" w:eastAsia="Times New Roman" w:cs="Times New Roman"/>
        </w:rPr>
        <w:t>Mokõiha prueba ha’e pe mokõiha ánhel ñehenói ojeheja hag̃uáicha ha oñembotý hag̃uáicha pe témplo.</w:t>
      </w:r>
    </w:p>
    <w:p>
      <w:pPr>
        <w:pStyle w:val="ArticleBody"/>
        <w:jc w:val="left"/>
      </w:pPr>
      <w:r>
        <w:rPr>
          <w:rFonts w:ascii="Times New Roman" w:hAnsi="Times New Roman" w:eastAsia="Times New Roman" w:cs="Times New Roman"/>
        </w:rPr>
        <w:t>Pe mbohapyha prueba ha’e pe tercer ánhel rembiporu jehechaukarã pe sélore térã pe marka rehegua.</w:t>
      </w:r>
    </w:p>
    <w:p>
      <w:pPr>
        <w:pStyle w:val="ArticleBody"/>
        <w:jc w:val="left"/>
      </w:pPr>
      <w:r>
        <w:rPr>
          <w:rFonts w:ascii="Times New Roman" w:hAnsi="Times New Roman" w:eastAsia="Times New Roman" w:cs="Times New Roman"/>
        </w:rPr>
        <w:t>Pe peteĩha prueba ha’e peteĩ prueba umi fundamento ári, ha ary 2024-pe rupi mbyte rupi umi oikeva’ekue umi aty Zoom pe sábado rehegua-pe osẽmava’ekue peteĩnte argumento doctrinal rehe, upeva ha’éva pe oñerrepresentáva pe kuatia’atã 1843-pe. Upe argumento ha’eva’ekue pe símbolo rehegua omopyendáva pe visión Ñandejára retãygua rehegua umi ára pahápe. Pe controversia Millerita-pe umi Protestante he’íva Antiochus Epiphanes, térã Islam, ha’e hague pe mbarete omomba’eguasúva ijupe ha ho’áva, omopyenda hag̃ua pe visión versículo catorce Daniel once-pe.</w:t>
      </w:r>
    </w:p>
    <w:p>
      <w:pPr>
        <w:pStyle w:val="ArticleScripture"/>
        <w:jc w:val="left"/>
      </w:pPr>
      <w:r>
        <w:rPr>
          <w:rFonts w:ascii="Times New Roman" w:hAnsi="Times New Roman" w:eastAsia="Times New Roman" w:cs="Times New Roman"/>
        </w:rPr>
        <w:t>Ha umi ára-pe heta opuʼãta pe mburuvicha guasu ñemby gotyo pegua rehe; avei ne retayguakuéra apytégui umi violéntova omopuʼãta ijehekuéra oñemopyenda hag̃ua pe visión; haʼekuéra katu hoʼáta. Daniel 11:14.</w:t>
      </w:r>
    </w:p>
    <w:p>
      <w:pPr>
        <w:pStyle w:val="ArticleBody"/>
        <w:jc w:val="left"/>
      </w:pPr>
      <w:r>
        <w:rPr>
          <w:rFonts w:ascii="Times New Roman" w:hAnsi="Times New Roman" w:eastAsia="Times New Roman" w:cs="Times New Roman"/>
        </w:rPr>
        <w:t>¿Islamo térã Antioco Epífanes piko ne retava ne retãygua apytégui, térãpa Roma, Miller ohechakuaa haguéicha? Miller ontende vaʼekue umi mbarete ohundíva, paganis mo ha papado rehegua, mokõivéva haʼeha pe pu'aka oñemombaʼeguasúva ijehegui, hoʼáva ha haʼéva Tupã retãyguakuéra mondahakuéra. Pe argumento ojehechauka pe kuatiarechaukahápe “oñemotenonde vaʼekue Tupã po rupive, ha ndojehechamoʼãivaʼerã,” ha haʼe pe representación añoite, mokõivéva Habacuc táva apytépe, ohechauka peteĩ mbaʼe vaiete ndorekóiva referencia directa ñeʼẽ profética-pe. Pe referencia oĩva pe kuatiarechaukahápe ojejapo vaʼekue oñemombaʼeguasu hag̃ua upe argumento ypykue peteĩ símbolo ramo pe mbarete omboykéva Tupã ñeʼẽ profética rupive.</w:t>
      </w:r>
    </w:p>
    <w:p>
      <w:pPr>
        <w:pStyle w:val="ArticleBody"/>
        <w:jc w:val="left"/>
      </w:pPr>
      <w:r>
        <w:rPr>
          <w:rFonts w:ascii="Times New Roman" w:hAnsi="Times New Roman" w:eastAsia="Times New Roman" w:cs="Times New Roman"/>
        </w:rPr>
        <w:t>Áño 2024-pe, rupi mbyte rupi pe aty Zoom rupigua osẽ, pe entendimiento japu rehegua rupi omopyenda hag̃ua pe visión Estados Unidos, ha ndaha’éi Roma, umi Millerita-kuéra odefende porã haguéicha.</w:t>
      </w:r>
    </w:p>
    <w:p>
      <w:pPr>
        <w:pStyle w:val="ArticleBody"/>
        <w:jc w:val="left"/>
      </w:pPr>
      <w:r>
        <w:rPr>
          <w:rFonts w:ascii="Times New Roman" w:hAnsi="Times New Roman" w:eastAsia="Times New Roman" w:cs="Times New Roman"/>
        </w:rPr>
        <w:t>Pe ñemopotĩ oñepyrũ vaekue ary 2023-pe, oñepyrũ Cristo oike ramo guare pe kotýpe Ipejuha ndive, ha pe pejuha ha’e Hẽiñe’ẽ añetegua. Oike ramo guare Ikotýpe, natekovei avave ipype, upévare omopu’ã peteĩ ñe’ẽsãso pe desiértope ombosako’i hag̃ua Ñandejára rape. Pe ñe’ẽsãso oĩkuri ombosako’i hag̃ua tape pe Ñe’ẽmondohára Ñe’ẽme’ẽgua hag̃uáicha ou pya’e Itémplope; Itémplo pe cien cuarenta y cuatro mil rehegua.</w:t>
      </w:r>
    </w:p>
    <w:p>
      <w:pPr>
        <w:pStyle w:val="ArticleBody"/>
        <w:jc w:val="left"/>
      </w:pPr>
      <w:r>
        <w:rPr>
          <w:rFonts w:ascii="Times New Roman" w:hAnsi="Times New Roman" w:eastAsia="Times New Roman" w:cs="Times New Roman"/>
        </w:rPr>
        <w:t>Upéi, ary 2024-pe, pe jeha’ã peteĩha, pe jeha’ã ypykuéra rehegua, pe jeha’ã máva omopyenda pe visión—pe visión omohu’ãva pe hembýva. Pe visión hyepypegua omohu’ãva pe hembýva ha’e pe visión Cristo rehegua Daniel capítulo diez-pe, ha pe visión okápegua ha’e pe visión omopyendáva anticristo, ha pe anticristo ha’e Roma. Peteĩ visión hyepypegua Cristo rehegua ha peteĩ visión okápegua anticristo rehegua. Pe sellado ha’e peteĩ ñemopyenda añeteguápe, espiritual ha intelectual-pe mokõivéva; ha pe visión hyepypegua capítulo diez-gua ha’e pe espiritual, ha capítulo once-pe pe visión okápegua ha’e pe intelectual. Pe entendimiento ha pe experiencia ojoajúva mokõive visión rehe ndive ha’e pe criterio tekotevẽva oimeraẽvape g̃uarã oñemohu’ã hag̃uáicha, Daniel ohechauka haguéicha Daniel capítulo diez versículo peteĩha-pe.</w:t>
      </w:r>
    </w:p>
    <w:p>
      <w:pPr>
        <w:pStyle w:val="ArticleScripture"/>
        <w:jc w:val="left"/>
      </w:pPr>
      <w:r>
        <w:rPr>
          <w:rFonts w:ascii="Times New Roman" w:hAnsi="Times New Roman" w:eastAsia="Times New Roman" w:cs="Times New Roman"/>
        </w:rPr>
        <w:t>Persia ruvicha Ciro mburuvicha guasu mbohapyha áñope oñemombe’u peteĩ mba’e Daniel-pe, héra ohenóiva Beltesasar; ha upe mba’e añetegua vaekue, ha pe ára oñemoĩmava ipuku vaekue; ha’e oikuaa upe mba’e, ha oreko kuaapy pe visión rehe. Daniel 10:1.</w:t>
      </w:r>
    </w:p>
    <w:p>
      <w:pPr>
        <w:pStyle w:val="ArticleBody"/>
        <w:jc w:val="left"/>
      </w:pPr>
      <w:r>
        <w:rPr>
          <w:rFonts w:ascii="Times New Roman" w:hAnsi="Times New Roman" w:eastAsia="Times New Roman" w:cs="Times New Roman"/>
        </w:rPr>
        <w:t>Pe prueba alfa umi pyendakuéra rehegua ha’e kuri Daniel 11, versículo catorce rehe, ha upéva ojogueraha peteĩchaite pe prueba fundacional umi Millerita-kuéra rehegua ndive; ha upe prueba añoite ha’e pe controversia peteĩvaite historia Millerita-gui ojehechaukáva pe tabla ári, Habacuc pe ñangarekohárape oñemandáva oskrivi ha omyesakã hag̃ua hesakã porã hag̃uáicha. Pe prueba fundacional ary 2024-pegua ha’e kuri pe ángel peteĩha oguejyha, ojehechaukaháicha 11 de agosto de 1840, 1888 ha 9/11.</w:t>
      </w:r>
    </w:p>
    <w:p>
      <w:pPr>
        <w:pStyle w:val="ArticleBody"/>
        <w:jc w:val="left"/>
      </w:pPr>
      <w:r>
        <w:rPr>
          <w:rFonts w:ascii="Times New Roman" w:hAnsi="Times New Roman" w:eastAsia="Times New Roman" w:cs="Times New Roman"/>
        </w:rPr>
        <w:t>Upéva pe ánhel oñemboguejy vaʼekue avei Miguel ramo, pórke Miguel haʼe upe omoingovejey vaʼekue Moiséspe, haʼe, Elías ndive, oñemoingovejeýva’ekue ára pahápe 2023-pe. Upe jeikove jeýpe ohechauka Ezequiel peteĩ profesía rupive umi irundy yvytu rehegua, pe ermána White ohenóiva kavaju pochý oñejoko vaʼekue, ha upéva haʼe Islam 11 jasypoapy 1840 ha 11/9-pe. Pe prueba alfa vaʼekue pe prueba pyendaigua visión okapegua rehegua. Pe prueba omega vaʼerã peteĩ visión hyepypegua, hína pe apyta yvategua.</w:t>
      </w:r>
    </w:p>
    <w:p>
      <w:pPr>
        <w:pStyle w:val="ArticleBody"/>
        <w:jc w:val="left"/>
      </w:pPr>
      <w:r>
        <w:rPr>
          <w:rFonts w:ascii="Times New Roman" w:hAnsi="Times New Roman" w:eastAsia="Times New Roman" w:cs="Times New Roman"/>
        </w:rPr>
        <w:t>Mba’ére rehe oĩta peteĩ alfa ha omega upéi ojeju hag̃ua peteĩ mbohapyha prueba? Kóva hína pe temaete che aikuaaukáva. Pe visión de prueba externa alfa ary 2024-pe, ha’e pe peteĩha umi mbohapy prueba apytégui. Upe prueba ypykue tekotevẽ ojehasa ikatu hag̃uáicha oñeñapytĩ pe prueba omega apykaguápe. Ko’ã mokõi prueba oreko peteĩ naturaleza profética iñambuéva pe mbohapyha prueba-gui. Pe mbohapyha prueba ha’e peteĩ prueba ohechaukáva añetépa pe candidato ohasa porã ra’e umi mokõi paso mboyvegua.</w:t>
      </w:r>
    </w:p>
    <w:p>
      <w:pPr>
        <w:pStyle w:val="ArticleBody"/>
        <w:jc w:val="left"/>
      </w:pPr>
      <w:r>
        <w:rPr>
          <w:rFonts w:ascii="Times New Roman" w:hAnsi="Times New Roman" w:eastAsia="Times New Roman" w:cs="Times New Roman"/>
        </w:rPr>
        <w:t>Pe peteĩha prueba ha’e pe fundamento, ha pe mokõihá prueba ha’e pe témplo oñemohu’ãmava. Pe témplo fundamento oñemoĩ va’ekue pe peteĩha decreto rembiasakue jave osẽ hag̃ua Babilóniagui. Pe mokõihá decreto rembiasakuepe pe témplo oñemohu’ã. Pe mbohapyha decreto katu iñambue va’ekue, pórke upéva rupive Judá retã poguýpe jevy ojehupyty, ome’ẽvo chupekuéra pokatu ombojovake hag̃ua umi tekoavy civil ha religioso. Pe juicio oñemyatyrõjey pe mbohapyha decretope. Áño 2024-pe, pe prueba alfa fundacional omboyke umi oĩva pe kuimba’e dirt brush koty haimete nandietéva ryepýpe.</w:t>
      </w:r>
    </w:p>
    <w:p>
      <w:pPr>
        <w:pStyle w:val="ArticleBody"/>
        <w:jc w:val="left"/>
      </w:pPr>
      <w:r>
        <w:rPr>
          <w:rFonts w:ascii="Times New Roman" w:hAnsi="Times New Roman" w:eastAsia="Times New Roman" w:cs="Times New Roman"/>
        </w:rPr>
        <w:t>Pe prueba omega-pe oñemohu’ã pe témplo, ojehechaukaháicha oñemoĩ jave pe ita iñakãgua. Pe témplo ñemohu’ã ha’e pe iglesia triunfante oñemopyendáva oñemboyke jave umi cizaña. Pe témplo ñemohu’ã Miller kerayvotýpe oiko va’ekue umi joya oñemombojeývo pe ka’avo guasúpe “mba’eveichagua jehasa asy ojehecha’ỹre pe kuimba’e omombo va’ekuépe.” Miller ohechakuaa rire pe kuimba’e yvykuaity rehegua omomboha umi joya pe ka’avo guasúpe, omohu’ã he testimonia ko’ã ñe’ẽme: “A sapukái vy’águi voi, ha upe sapukái chembopáy.”</w:t>
      </w:r>
    </w:p>
    <w:p>
      <w:pPr>
        <w:pStyle w:val="ArticleBody"/>
        <w:jc w:val="left"/>
      </w:pPr>
      <w:r>
        <w:rPr>
          <w:rFonts w:ascii="Times New Roman" w:hAnsi="Times New Roman" w:eastAsia="Times New Roman" w:cs="Times New Roman"/>
        </w:rPr>
        <w:t>Ejesarekóke pe sapy’aitépe Miller ñe’ẽhatã omombáyva oñemombarete hague “vy’águi”. Vy’a ha’e umi Joel-pe guaréva símbolo, umi oguerekóva “vino pyahu”; ha “ñemotĩ” oĩ umi ambue vino’uha ári, umi oñekytĩva’ekue vino pyahúgui. Pe Pyharepyte Sapy’a Hatã omombáyva Miller-pe, ou pe kuimba’e mbokaja yvy rehegua omombo rire umi joya pe arca tuichavévape. Pe arca tuichavéva henyhẽ umi joyágui, umi oñemboja’óva ita’ỹi ha mba’e ky’águi ha oñemombo pe arca-pe, ha upéva mokõivéva: pe témplo umi cien cuarenta y cuatro milgua, ha pe marandu Pyharepyte Sapy’a Hatã rehegua. Pe témplo oñemohu’ã pe mokõiha decreto-pe, térã pe mokõiha ánhel-pe, térã pe mokõiha ha omega prueba-pe. Miller kerayvotýpe, pe omega prueba oñerrepresenta yvága rovái jepe’a jave.</w:t>
      </w:r>
    </w:p>
    <w:p>
      <w:pPr>
        <w:pStyle w:val="ArticleScripture"/>
        <w:jc w:val="left"/>
      </w:pPr>
      <w:r>
        <w:rPr>
          <w:rFonts w:ascii="Times New Roman" w:hAnsi="Times New Roman" w:eastAsia="Times New Roman" w:cs="Times New Roman"/>
        </w:rPr>
        <w:t>Ha ahendu ku peteĩ aty tuichaitereíva ñe'ẽramoguáicha, ha hetaiterei y ñe'ẽramoguáicha, ha arapupu mbareteitéva ñe'ẽramoguáicha, he'íva: Aleluya; Ñandejára Tupã Ipu'akapáva oguapy mborayhupyrãme. Tavy'a ha ñañembovy'a, ha ñamomba'e guasu chupe; pe Ovecha Ra'y ñemendáma oguahẽ, ha hembireko oñembosako'íma. Ha chupe oñeme'ẽ oñemonde hag̃ua líno iporãva, potĩ ha morotĩva; pe líno iporãva niko umi imarangatuva tekojoja. Ha he'i chéve: Ehai: Ojehovasáva umi oñehenóiva Ovecha Ra'y ñemendakaru guasúpe. Ha he'i chéve: Ko'ãva hína Tupã ñe'ẽ añeteguáva. Apocalipsis 19:6–9.</w:t>
      </w:r>
    </w:p>
    <w:p>
      <w:pPr>
        <w:pStyle w:val="ArticleBody"/>
        <w:jc w:val="left"/>
      </w:pPr>
      <w:r>
        <w:rPr>
          <w:rFonts w:ascii="Times New Roman" w:hAnsi="Times New Roman" w:eastAsia="Times New Roman" w:cs="Times New Roman"/>
        </w:rPr>
        <w:t>22 jasypa 1844-pe, “irundy ju og̃uahẽ Jesucristo rehegua” oñembopaje, ha peteĩteĩ umi irundy og̃uahẽgui oñembopajeve hag̃ua hendápe porãite pe léi domingo og̃uahẽmbotaitévape. Haʼe ou Kuatia Ñeʼẽme oñeñeʼẽháicha pe Ñeʼẽrerahaha Ñeʼẽme’ẽgua ramo, oñembopaje hag̃ua pe levita-kuéra ñemopotĩ ha ñemongarai rehegua Malaquías mbohapy-pe. Haʼe ou hag̃ua ohupyty peteĩ rréino, oñembopaje hag̃ua Daniel 7:13. Haʼe ou hag̃ua omopotĩ pe tupaópegua marandu renda, oñembopaje hag̃ua Daniel 8:14, ha avei ou pe ñemendápe. Pe ñemenda oiko pe novia oñembosakoʼívo ijehe hag̃uáicha.</w:t>
      </w:r>
    </w:p>
    <w:p>
      <w:pPr>
        <w:pStyle w:val="ArticleScripture"/>
        <w:jc w:val="left"/>
      </w:pPr>
      <w:r>
        <w:rPr>
          <w:rFonts w:ascii="Times New Roman" w:hAnsi="Times New Roman" w:eastAsia="Times New Roman" w:cs="Times New Roman"/>
        </w:rPr>
        <w:t>“‘Hi’a ojehechaukávo pe yva, pya’e ombohasa pe kysepuku, pe mbyatyha ára og̃uahẽma rupi.’ Cristo oha’arõ ñembyasy guasúpe ijehechauka hag̃ua ijehe voi Itupãope. Cristo reko ojehechauka hag̃uáicha iporãmbaitépe Itavayguakuérape, upéicharõ ae ou hag̃ua omomba’e hag̃ua chupekuéra imba’erã teéicha.” Christ’s Object Lessons, 69.</w:t>
      </w:r>
    </w:p>
    <w:p>
      <w:pPr>
        <w:pStyle w:val="ArticleBody"/>
        <w:jc w:val="left"/>
      </w:pPr>
      <w:r>
        <w:rPr>
          <w:rFonts w:ascii="Times New Roman" w:hAnsi="Times New Roman" w:eastAsia="Times New Roman" w:cs="Times New Roman"/>
        </w:rPr>
        <w:t>He’i “ko mundo ikatu hag̃uáicha oñemomarandu,” he’iháicha inspiración, “ohechávo kuimba’e ha kuña” oguerekóva Tupã sello pe crisis léi dominical aja.</w:t>
      </w:r>
    </w:p>
    <w:p>
      <w:pPr>
        <w:pStyle w:val="ArticleScripture"/>
        <w:jc w:val="left"/>
      </w:pPr>
      <w:r>
        <w:rPr>
          <w:rFonts w:ascii="Times New Roman" w:hAnsi="Times New Roman" w:eastAsia="Times New Roman" w:cs="Times New Roman"/>
        </w:rPr>
        <w:t>“Pe Espíritu Santo rembiapo hína oguerovia hag̃ua ko múndope angaipa rehe, tekojoja rehe ha jehusga rehe. Ko múndo ikatu hag̃uánte oñeñandu hag̃ua ñemomarandu ohechávo umi ogueroviáva pe añetegua oñemongaraiha pe añeteguápe, ojapóvo umi principio yvate ha marangatu, ohechaukávo peteĩ sentido yvate ha poravopyrépe pe línea ombojoajúva’ỹva umi oñongatúva Tupã mandamiénto ha umi opyrũva hese hapykuéri. Pe Espíritu ñemongarai ohechauka porã pe joavy umi oguerekóva Tupã sello ha umi oñongatúva peteĩ ára pytu’u japúva. Oguahẽ vove pe prueba, ojehechaukáta hesakã porã mba’épa pe mymba marandu. Ha’e hína arateĩ ñongatu. Umi, ohecha rire pe añetegua, osegíva gueteri omoĩvo ko ára marangatúramo, ogueraha pe kuimba’e angaipa rehegua firma, pe opensáva omoambue hag̃ua ára ha léi.” Bible Training School, December 1, 1903.</w:t>
      </w:r>
    </w:p>
    <w:p>
      <w:pPr>
        <w:pStyle w:val="ArticleBody"/>
        <w:jc w:val="left"/>
      </w:pPr>
      <w:r>
        <w:rPr>
          <w:rFonts w:ascii="Times New Roman" w:hAnsi="Times New Roman" w:eastAsia="Times New Roman" w:cs="Times New Roman"/>
        </w:rPr>
        <w:t>Oñembosako’ívo pe novia, pe ñemono’õ oguahẽma. Pe ñemono’õ oñepyrũ pe ñembyatýpe trigo ra’y ypykue jehupi rehegua, oñemopu’ãva peteĩ ofrénda ondiáva techaukaháramo. Tenonderãite oñembyaty umi yva ypykue, ha’éva cien cuarenta y cuatro mil pe libro de Apocalipsis-pe, ha upéi pe ambue aty, ha’éva pe aty guasu. Pe techaukaha ha’e hesegua ehérsito mbarete, ha iehérsito mbarete oñemonde lino morotĩ porãme. Pe ñemendápe, pe témplo umi cien cuarenta y cuatro rehegua oñemohu’ãma mboyve pe huísio léi domingo rehegua, ha upe témplo ndaha’éi añoite Miller ryru guasuvéva, síno avei ha’e pe tupao ipu’akapáva oguerekóva opaite don, oikehápe espíritu de profecía.</w:t>
      </w:r>
    </w:p>
    <w:p>
      <w:pPr>
        <w:pStyle w:val="ArticleScripture"/>
        <w:jc w:val="left"/>
      </w:pPr>
      <w:r>
        <w:rPr>
          <w:rFonts w:ascii="Times New Roman" w:hAnsi="Times New Roman" w:eastAsia="Times New Roman" w:cs="Times New Roman"/>
        </w:rPr>
        <w:t>Ha che’a ipy gotyo amomba’e hag̃ua chupe. Ha ha’e he’i chéve: Ani rejapo upéva: che niko nde rapicha rembiguái, ha umi nde ryvy kuérape Jesús rembiasa’ẽ rehegua orekóvagui peteĩva; emomba’e Tupãme: Jesús rembiasa’ẽ rehegua niko maranduhára ñe’ẽ espíritu. Apocalipsis 19:10.</w:t>
      </w:r>
    </w:p>
    <w:p>
      <w:pPr>
        <w:pStyle w:val="ArticleBody"/>
        <w:jc w:val="left"/>
      </w:pPr>
      <w:r>
        <w:rPr>
          <w:rFonts w:ascii="Times New Roman" w:hAnsi="Times New Roman" w:eastAsia="Times New Roman" w:cs="Times New Roman"/>
        </w:rPr>
        <w:t>Umi cien cuarenta y cuatro mil ha’e umi oguerekóva Jesús remimombe’u, ha Jesús remimombe’u oñemohenda “línea ári línea” mokõive, la Biblia ha Espíritu de Profecía-pe. Upe movimiento laodicense umi cien cuarenta y cuatro mil rehegua ojetransforma vove movimiento filadelfiano-pe umi cien cuarenta y cuatro mil rehegua, ha’ekuéra opavave oipurúta pe metodología línea ári línea omoĩ hag̃ua tenondépe hymba’e remimombe’u. Upe remimombe’u ha’e peteĩ ñembojoaju Tuguy Divino ha pe testimonio humano rehegua.</w:t>
      </w:r>
    </w:p>
    <w:p>
      <w:pPr>
        <w:pStyle w:val="ArticleScripture"/>
        <w:jc w:val="left"/>
      </w:pPr>
      <w:r>
        <w:rPr>
          <w:rFonts w:ascii="Times New Roman" w:hAnsi="Times New Roman" w:eastAsia="Times New Roman" w:cs="Times New Roman"/>
        </w:rPr>
        <w:t>Haʼekuéra ogana hese pe Ovecha Raʼy ruguy rupive, ha iñeʼẽmombeʼu rupive; ha ndohayhúi hekove pe mano peve. Apocalipsis 12:11.</w:t>
      </w:r>
    </w:p>
    <w:p>
      <w:pPr>
        <w:pStyle w:val="ArticleBody"/>
        <w:jc w:val="left"/>
      </w:pPr>
      <w:r>
        <w:rPr>
          <w:rFonts w:ascii="Times New Roman" w:hAnsi="Times New Roman" w:eastAsia="Times New Roman" w:cs="Times New Roman"/>
        </w:rPr>
        <w:t>Yvypóra rembikuaa oñembojoajúvo Tupã retepyrũ ruguy rehe ndive ha’e Moisés ha Ovecha Ra’y mombe’upy. Moisés ha’e vaekue yvypóra, alfa ramo Ovecha Ra’y omega pegua Tupã retepyrũ ruguy renondépe. Opaite mba’e porã ome’ẽva oñemyatyrõ jey pe novia oñembosako’i vove, ha peteĩ ehérsito mbarete ao líno morotĩ rehe oñemonde hag̃uáicha, ha’e ojapyhy hendaguã Ñandejára ehérsito tenondegua poyvi ramo. Upe ñorairõ rape ñembo’eha oñepyrũ pe novia oñembosako’i ha oñemonde morotĩ jave, upéva ha’e yvága ovetã ojepe’a jave, oiko haguéicha Miller kerayvotýpe.</w:t>
      </w:r>
    </w:p>
    <w:p>
      <w:pPr>
        <w:pStyle w:val="ArticleScripture"/>
        <w:jc w:val="left"/>
      </w:pPr>
      <w:r>
        <w:rPr>
          <w:rFonts w:ascii="Times New Roman" w:hAnsi="Times New Roman" w:eastAsia="Times New Roman" w:cs="Times New Roman"/>
        </w:rPr>
        <w:t>Ha ahecha yvága ojepe’a hag̃ua, ha péina ápe peteĩ kavaju morotĩ; ha upe hi’ári oguapývape oñembohéra Ijeroviapyrã ha Añetegua, ha tekojoja reheve oikuaa hag̃ua ha omomba’e hag̃ua ñorairõ. Hesa tata rendýicha hendy, ha iñakã ári heta hag̃ua guasu; ha oreko peteĩ téra ojehaíva, avave ndoikuaáiva, ha’e añoite. Ha oĩ ao ryguasu tuguy rehe oñapymíva reheve; ha héra hína Ñandejára Ñe’ẽ. Ha umi ehérsito yvágape oĩva osegi chupe kavaju morotĩ ári, oñemonde ao lino iporãva, morotĩ ha potĩva. Ha ijurúgui osẽ peteĩ kyse puku hãiha, upéva rupive oinupã hag̃ua tetãnguérape; ha ha’e oguerekóta chupekuéra peteĩ yvyra hierro guigua reheve; ha opyrũ uva renda oñepyrũhápe osẽ hag̃ua kaguy, Tupã Ipu’akapáva pochy ha pochy eterei rehegua. Ha oreko ijaóre ha hekakã ári peteĩ téra ojehaíva: MBURUVICHA RUVICHAKUÉRA, HA JARAKUÉRA JÁRA. Apocalipsis 19:11–16.</w:t>
      </w:r>
    </w:p>
    <w:p>
      <w:pPr>
        <w:pStyle w:val="ArticleBody"/>
        <w:jc w:val="left"/>
      </w:pPr>
      <w:r>
        <w:rPr>
          <w:rFonts w:ascii="Times New Roman" w:hAnsi="Times New Roman" w:eastAsia="Times New Roman" w:cs="Times New Roman"/>
        </w:rPr>
        <w:t>Pe kuimba’yvy ñemopotĩha oike pe koty nandipe ha oipe’a umi ovetã, ombyaty umi joya ha omombo chupekuéra pe omega ryru guasuvepe. James White omombe’úta umi joya ha’eha Tupã tavaygua, hákatu William Miller he’íta ndéve umi símbolo oguerekoha peteĩ térã hetave he’iséva, ha umi joya ohechauka ndaha’éi añónte umi añetegua iñepyrũmby isarambíva, síno avei umi joya isarambíva oĩva pe koróna ári oñemopu’ãva, ohechaukávo Cristo mborayhuvereko tee hag̃ua reino.</w:t>
      </w:r>
    </w:p>
    <w:p>
      <w:pPr>
        <w:pStyle w:val="ArticleScripture"/>
        <w:jc w:val="left"/>
      </w:pPr>
      <w:r>
        <w:rPr>
          <w:rFonts w:ascii="Times New Roman" w:hAnsi="Times New Roman" w:eastAsia="Times New Roman" w:cs="Times New Roman"/>
        </w:rPr>
        <w:t>Ha Tupã ijára kuéra rehegua oguerovia hag̃ua chupekuéra upe árape, haʼéta imarangatuaty ovecha atyicha: haʼekuéra niko haʼéta peteĩ akã rehegua ita kuéraicha, ojegueropuʼakáva peteĩ techaukaháramo yvy ári. Zacarías 9:16.</w:t>
      </w:r>
    </w:p>
    <w:p>
      <w:pPr>
        <w:pStyle w:val="ArticleBody"/>
        <w:jc w:val="left"/>
      </w:pPr>
      <w:r>
        <w:rPr>
          <w:rFonts w:ascii="Times New Roman" w:hAnsi="Times New Roman" w:eastAsia="Times New Roman" w:cs="Times New Roman"/>
        </w:rPr>
        <w:t>Pe prueba mokoĩha ha mokõiha, pe prueba alfa ñepyrũgua rire Roma omopyendáva pe visión, ha’e pe prueba omega pahaitegua. Ha’e pe templo rembiapo jehechaukaha ñemohu’ã, omotenondéva pe mbohapyha prueba decisiva juicio rehegua. Pe prueba omopotĩ umi mokõi aty oporomomba’éva peteĩgui ambuépe, omboja’óva umi arandu ha umi vyrorei pe aséite rehehápe, upéva ha’éva pe marandu, térã, pe ermána White ohechauka haguéicha iñe’ẽme’ẽme pe sinagóga Capernaúmpeguáre—umi “ñe’ẽ añetegua.”</w:t>
      </w:r>
    </w:p>
    <w:p>
      <w:pPr>
        <w:pStyle w:val="ArticleBody"/>
        <w:jc w:val="left"/>
      </w:pPr>
      <w:r>
        <w:rPr>
          <w:rFonts w:ascii="Times New Roman" w:hAnsi="Times New Roman" w:eastAsia="Times New Roman" w:cs="Times New Roman"/>
        </w:rPr>
        <w:t>Capernáumpe oĩ, Juan 6:66-pe, Jesús operde hague peteĩ jeýpe hetaiteve temimbo’e, ha umi temimbo’e araka’eve ndojevéi. Oikóvo temimbo’e rekópe pe tuichavéva prueba Cristo tiémpope, Capernáum ha’e peteĩ símbolo pe prueba omega rehegua temimbo’e rekópe Cristo tiémpope; ha upéva katu omombe’upa peteĩ techaukarã ramo pe prueba omega rehegua temimbo’e rekópe umi mbohapy etapa orekóva pe proceso de prueba oñepyrũva’ekue 2023-pe. Capernáumpe, pe prueba ojehechauka va’ekue pe Pan Yvágagui rupive, ha upéva ohechauka umi judío kuéra jejavy, pe contexto orekóvape iñakãrapu’ã’ỹkue profecía rehegua, ndoaseptáigui hikuái Jesús oñe’ẽ jave umi mba’e natural rehe, upéva oñentende va’erãha peteĩ aplicación espiritual-pe.</w:t>
      </w:r>
    </w:p>
    <w:p>
      <w:pPr>
        <w:pStyle w:val="ArticleBody"/>
        <w:jc w:val="left"/>
      </w:pPr>
      <w:r>
        <w:rPr>
          <w:rFonts w:ascii="Times New Roman" w:hAnsi="Times New Roman" w:eastAsia="Times New Roman" w:cs="Times New Roman"/>
        </w:rPr>
        <w:t>Ko’ẽrõgua artíkulope ñamyanyhẽta ko’ã mba’e.</w:t>
      </w:r>
    </w:p>
    <w:p>
      <w:pPr>
        <w:pStyle w:val="ArticleScripture"/>
        <w:jc w:val="left"/>
      </w:pPr>
      <w:r>
        <w:rPr>
          <w:rFonts w:ascii="Times New Roman" w:hAnsi="Times New Roman" w:eastAsia="Times New Roman" w:cs="Times New Roman"/>
        </w:rPr>
        <w:t>“Cristo ñe’ẽngue pe sinagógape pe mbujape tekove rehegua ári oiko vaʼekue pe mbaʼe omoambuéva Judas rembiasápe. Haʼe ohendu umi ñeʼẽ: ‘Ndapeʼúiramo Yvypóra Raʼy roʼo, ha ndapeʼúiramo Ijyguy, ndapeguerekói tekove pende pype.’ Juan 6:53. Haʼe ohechakuaa Cristo omeʼẽha mbaʼe porã espiritual, ndahaʼéi ko yvy arigua. Haʼe ojehecha ijehe mombyry ohecháva ramo, ha oimoʼã ikatuha ohecha Jesús ndoguerekomoʼãiha mborayhu térã terakuã, ha ndaikatumoʼãiha omeʼẽ yvate renda umi hapykuéri ohóva peguarã. Haʼe oñemoĩ iñakãme ndojoajumoʼãiha ijehe Cristo ndive péichaite peve ndaikatúi hag̃uáicha ojepeʼa chugui. Haʼe omañáta. Ha añetehápe omaña vaʼekue.”</w:t>
      </w:r>
    </w:p>
    <w:p>
      <w:pPr>
        <w:pStyle w:val="ArticleScripture"/>
        <w:jc w:val="left"/>
      </w:pPr>
      <w:r>
        <w:rPr>
          <w:rFonts w:ascii="Times New Roman" w:hAnsi="Times New Roman" w:eastAsia="Times New Roman" w:cs="Times New Roman"/>
        </w:rPr>
        <w:t>“Upe guive ha’e omombeʼu hag̃ua iñemomarandu’ỹ oñembotavýva ombyai vaʼekue umi temimboʼekuérape. …” The Desire of Ages, 719.</w:t>
      </w:r>
    </w:p>
    <w:p>
      <w:pPr>
        <w:pStyle w:val="ArticleHeading"/>
        <w:jc w:val="left"/>
      </w:pPr>
      <w:r>
        <w:rPr>
          <w:rFonts w:ascii="Arial" w:hAnsi="Arial" w:eastAsia="Arial" w:cs="Arial"/>
        </w:rPr>
        <w:t>Ñeha’ã peteĩha</w:t>
      </w:r>
    </w:p>
    <w:p>
      <w:pPr>
        <w:pStyle w:val="ArticleScripture"/>
        <w:jc w:val="left"/>
      </w:pPr>
      <w:r>
        <w:rPr>
          <w:rFonts w:ascii="Times New Roman" w:hAnsi="Times New Roman" w:eastAsia="Times New Roman" w:cs="Times New Roman"/>
        </w:rPr>
        <w:t>“Pe oma’ẽva’ekue Jesús pe Judas ijehópyráva rehe ombojerovia chupe pe Mbo’ehára oike hague ipy’apy gua’u hypokresía ruguápe, ha omoñe’ẽ hague heko vai, ñemomba’eguasu’ỹ ha ñemotĩva. Kóva ha’e va’ekue peteĩ ñemoñe’ẽ vai rehegua iporãve ha hesakãvéva umi Judas oikuaava’ekue ymavegui. Upéva ombochy chupe, ha péicha ojepe’a peteĩ okẽ Satanás oike hag̃ua ojoko hag̃ua iñemoĩrũ. Oñembyasy ha oñearrepenti rangue, oñepyrũ ombohysýi hag̃ua ñemyrõ. Oikytĩ rupi chupe pe kuaapy ipekado rehegua, ha oñembopochy hag̃ua ñandeve peve oikuaaukágui hembiapo vai, opu’ã meságui ha oho pa’i guasu róga guasúpe, upépe ojuhu pe aty oñembyatyma hague. Ojejagarra chupe Satanás espíritu rehe, ha ojapo peteĩ iñaranduva’ỹvaicha. Pe tembihepy oñepromete va’ekue chupe itraisiona hag̃ua Ijáva ha’e va’ekue mbohapy pa’ũ plata pehẽngue; ha peteĩ viru michĩvévare pe mba’eryru asýgui, ovende pe Salvador.”</w:t>
      </w:r>
    </w:p>
    <w:p>
      <w:pPr>
        <w:pStyle w:val="ArticleScripture"/>
        <w:jc w:val="left"/>
      </w:pPr>
      <w:r>
        <w:rPr>
          <w:rFonts w:ascii="Times New Roman" w:hAnsi="Times New Roman" w:eastAsia="Times New Roman" w:cs="Times New Roman"/>
        </w:rPr>
        <w:t>“Ánima ha tembiapo-pe heta ojogua Judas-pe. Oĩ aja kirirĩ ikatúva oñeñe’ẽ’ỹ hag̃ua upe mba’e vai oĩva hekope, ndojehechái mba’eve ñorairõ abierto; ha oñemoñe’ẽ jave chupekuéra, py’arovy henyhẽ ipy’apýpekuéra.” Youth Instructor, 12 de julio de 1900.</w:t>
      </w:r>
    </w:p>
    <w:p>
      <w:pPr>
        <w:pStyle w:val="ArticleHeading"/>
        <w:jc w:val="left"/>
      </w:pPr>
      <w:r>
        <w:rPr>
          <w:rFonts w:ascii="Arial" w:hAnsi="Arial" w:eastAsia="Arial" w:cs="Arial"/>
        </w:rPr>
        <w:t>Pe Mokõiha Arandu hag̃ua hag̃uáicha</w:t>
      </w:r>
    </w:p>
    <w:p>
      <w:pPr>
        <w:pStyle w:val="ArticleScripture"/>
        <w:jc w:val="left"/>
      </w:pPr>
      <w:r>
        <w:rPr>
          <w:rFonts w:ascii="Times New Roman" w:hAnsi="Times New Roman" w:eastAsia="Times New Roman" w:cs="Times New Roman"/>
        </w:rPr>
        <w:t>“Páskua mboyve Judas ojotopa jevy mokõiha jey pa’i ruvicha ha mbo’ehára kuéra ndive, ha omboty pe ñe’ẽme’ẽ oentrega hag̃ua Jesúspe ijapópekuéra.... Ko’ág̃a Judas ipochy Cristo rembiapo rehe, ohejohéi haguére iñemoirũnguéra py. Jesús ikatúramo oñemomirĩite péicha, he’i ijehe, ndaikatumo’ãi Israel ruvicha guasu. Opaite esperánsa pe tetã yvy arigua mborayhu ha terakuã rehegua peteĩ mburuvicha guasu arapýpe oñehundi. Judas oguerovia porãma ndaiporiha mba’eve oganátava oho rupi Cristo rapykuéri. Ohechávo mba’éichapa, ha’e oimo’ãháicha, oñemboguejy ijehe, omombarete iñakãme pe tembiaporã omboykéta hag̃ua chupe, ha oñemombe’u hag̃ua ijehe ojavyhague. Peteĩ aña ojagarra chupe, ha upévare odesidi omohu’ã hag̃ua pe tembiapo omoneĩ va’ekue ojapo hag̃ua, ombotavyvo hag̃ua Ijárare.” The Desire of Ages, 645.</w:t>
      </w:r>
    </w:p>
    <w:p>
      <w:pPr>
        <w:pStyle w:val="ArticleHeading"/>
        <w:jc w:val="left"/>
      </w:pPr>
      <w:r>
        <w:rPr>
          <w:rFonts w:ascii="Arial" w:hAnsi="Arial" w:eastAsia="Arial" w:cs="Arial"/>
        </w:rPr>
        <w:t>Pe Ñembo’eha Paha hag̃ua hag̃ua hag̃ua hag̃uare Decision final?</w:t>
      </w:r>
    </w:p>
    <w:p>
      <w:pPr>
        <w:pStyle w:val="ArticleScripture"/>
        <w:jc w:val="left"/>
      </w:pPr>
      <w:r>
        <w:rPr>
          <w:rFonts w:ascii="Times New Roman" w:hAnsi="Times New Roman" w:eastAsia="Times New Roman" w:cs="Times New Roman"/>
        </w:rPr>
        <w:t>“Ñemondýi ha jepovyvy rehe, ojekuaaukágui hembipotápe, Judas opu’ã pya’e osẽ hag̃ua kotýgui. ‘Upémarõ Jesús he’i chupe: Pe rejapótava, ejapo pya’e.... Ha’e upérõ, ojapyhývo pe tembi’u pehẽngue, pya’e osẽ; ha pyharema kuri.’ Pyharema niko pe traidórpe g̃uarã, ojei hag̃ua Cristo-gui pe pytũ okapeguápe.”</w:t>
      </w:r>
    </w:p>
    <w:p>
      <w:pPr>
        <w:pStyle w:val="ArticleScripture"/>
        <w:jc w:val="left"/>
      </w:pPr>
      <w:r>
        <w:rPr>
          <w:rFonts w:ascii="Times New Roman" w:hAnsi="Times New Roman" w:eastAsia="Times New Roman" w:cs="Times New Roman"/>
        </w:rPr>
        <w:t>“Ko paso oñeme’ẽ peve, Judas ndoihasái gueteri pe posibilidad oñearrepentívo. Ha oheja rire pe presencia Ijára ha iñirũnguera discípulo-kuéra rehegua, pe decisión paha ojejapóma. Haʼe ohasáma pe límite rehegua.”</w:t>
      </w:r>
    </w:p>
    <w:p>
      <w:pPr>
        <w:pStyle w:val="ArticleScripture"/>
        <w:jc w:val="left"/>
      </w:pPr>
      <w:r>
        <w:rPr>
          <w:rFonts w:ascii="Times New Roman" w:hAnsi="Times New Roman" w:eastAsia="Times New Roman" w:cs="Times New Roman"/>
        </w:rPr>
        <w:t>“Tuichaite pe Jesús are peteĩ py’a yvate ipukuva’ekue iderasi hag̃ua ko ánga oñeha’ãrõvandi rehe. Mba’eve ikatúva ojejapo oñesalva hag̃ua Judaspe ndopytái ojejapo’ỹre. Ha’e ojapo rire mokõi jevy pe ñe’ẽme’ẽ ombotavy hag̃ua Ijára, Jesús gueteri ome’ẽ chupe oportunidad oñearrepenti hag̃ua. Oikuaávo pe mba’e ñemi oĩva pe traidor py’apýpe, Cristo ome’ẽ Judaspe pe pahaite, añetegua hag̃ua ojeroviapy, ehechauka hag̃ua Idiosidad. Kóva va’ekue pe temimbo’e japuva’ẽpe guarã pe pahaite jejapysaka oñearrepenti hag̃ua. Ndojehejáiri oiko’ỹ hag̃uáicha mba’eveichagua henói ikatúva ojapo Cristo py’a tupã-ha-yvypóra. Porãsy y guasu apytu’ũ rehegua, oñemboykeva’ekue akãhatã jejopy reheve, ou jey peteĩ syry mbaretevévape mborayhu ipu’akáva rupive. Péro, oñemondýi ha ojepy’apýramo jepe ojekuaágui hembiapo vai, Judas oiko hag̃uánte peve iñakãhatãvéva. Pe karu marangatu guive osẽ oho hag̃ua omohu’ã hag̃ua pe tembiapo pytaguápe hag̃ua.”</w:t>
      </w:r>
    </w:p>
    <w:p>
      <w:pPr>
        <w:pStyle w:val="ArticleScripture"/>
        <w:jc w:val="left"/>
      </w:pPr>
      <w:r>
        <w:rPr>
          <w:rFonts w:ascii="Times New Roman" w:hAnsi="Times New Roman" w:eastAsia="Times New Roman" w:cs="Times New Roman"/>
        </w:rPr>
        <w:t>“Omombeʼúvo pe mbaʼe vai oútava Judas ári, Cristo oguereko avei peteĩ propósito poriahuverekogua Hembiaporãnguéra rehehápe. Péicha omeʼẽ chupekuéra pe jehechauka pahaite ha yvatevéva Imesiáhaguáre. ‘Haʼe peẽme pe oiko mboyve,’ heʼi, ‘ikatu hag̃uáicha, oikóvo, pejerovia che haʼeha CHE HAʼE.’ Jesús okirirĩ rire raʼe, ha ojehecharamo hag̃uáicha ndoikuaáiha pe oútava hiʼári, umi temimboʼekuéra ikatu raʼe opensa Ijára ndorekói hague pe arandupy yvagaguivegua ohechaukáva mbaʼe oútava, ha ojejagarra hag̃ua chupe ha oñemeʼẽ hag̃ua umi aty jojahápe ojukasévape. Peteĩ ary mboyve, Jesús heʼi vaʼekue umi temimboʼekuérape oiporavo hague doce, ha peteĩva umívagui haʼeha peteĩ aña. Koʼág̃a Iñeʼẽnguéra Judas-pe, ohechaukáva itraición ojekuaa porãmaha Ijára rehe, omombaretéta pe jerovia umi Cristo rapichakuéra añeteguápe, ohasa aja pe ñemomirĩ. Ha Judas og̃uahẽ vove pe iñapỹiva pahaite hag̃ua, haʼekuéra imanduʼáta pe mbaʼe vai oútava Jesús omombeʼu vaʼekue pe oñotỹvape.”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Joel rehegua ha pe Tupao Adventista del Séptimo Día Laodicéagua — Papapy Mbohapypa Pokõi</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