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Aranduka ha Pe Tembiapoha Árape Mokõiha Adventista Laodicea-gua - Papapy Irundy Pa Po’ẽ Me’ẽva hag̃ua}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2026-02-12</w:t>
      </w:r>
    </w:p>
    <w:p>
      <w:pPr>
        <w:pStyle w:val="ArticleHeading"/>
        <w:jc w:val="left"/>
      </w:pPr>
      <w:r>
        <w:rPr>
          <w:rFonts w:ascii="Arial" w:hAnsi="Arial" w:eastAsia="Arial" w:cs="Arial"/>
        </w:rPr>
        <w:t>Papapy Mokõipa Pohañe’ẽ hag̃ua hag̃ua peteĩ hag̃ua hag̃ua hag̃ua hag̃ua hag̃ua hag̃a hag̃ua hag̃ua hag̃ua hag̃ua hag̃a hag̃ua hag̃a hag̃a hag̃a hag̃a diýen</w:t>
      </w:r>
    </w:p>
    <w:p>
      <w:pPr>
        <w:pStyle w:val="ArticleHeading"/>
        <w:jc w:val="left"/>
      </w:pPr>
      <w:r>
        <w:rPr>
          <w:rFonts w:ascii="Arial" w:hAnsi="Arial" w:eastAsia="Arial" w:cs="Arial"/>
        </w:rPr>
        <w:t>Ñehesa’ỹijo hag̃ua</w:t>
      </w:r>
    </w:p>
    <w:p>
      <w:pPr>
        <w:pStyle w:val="ArticleBody"/>
        <w:jc w:val="left"/>
      </w:pPr>
      <w:r>
        <w:rPr>
          <w:rFonts w:ascii="Times New Roman" w:hAnsi="Times New Roman" w:eastAsia="Times New Roman" w:cs="Times New Roman"/>
        </w:rPr>
        <w:t>Levítico mokõi paapyha mbojapyha oguerovia mbohapy jeha’ã pentecostés aravope umi sa po irundy ha irundy mil rehegua. Oñembojoajúramo pe ára peteĩha Tabernáculos arete rehegua Pentecostés árare, ha upéi oñembojoajúramo umi irundy pa ára Cristo ombo’e hague umi temimbo’épe hova renondépe ijehupi mboyve yvágape pe yva tenondegua árare, upéva omoheñói peteĩ estructura guasu ohechaukáva umi mbohapy ange marandu.</w:t>
      </w:r>
    </w:p>
    <w:p>
      <w:pPr>
        <w:pStyle w:val="ArticleBody"/>
        <w:jc w:val="left"/>
      </w:pPr>
      <w:r>
        <w:rPr>
          <w:rFonts w:ascii="Times New Roman" w:hAnsi="Times New Roman" w:eastAsia="Times New Roman" w:cs="Times New Roman"/>
        </w:rPr>
        <w:t>Pe “mano, oñeñotỹ ha oikove jevy” oñemoĩrõ peteĩ techaukarã marandupy peteĩchaháicha oguerekóva mbohapy pyenda; Cristo ñemongarai ohechaukaháicha, jajuhu po ára rire pe jeikove jevy rire, yva tenondegua ára-pe, oguahẽha pe arete mbujape he’ỹva fermento rehegua siete ára paha, peteĩ aty marangatu ramo. Upéicha rupi, Cristo jeikove jevy-pe, ojoajúva pe yva tenondegua ofrénda rehe, osegi peteĩ po ára pukukue.</w:t>
      </w:r>
    </w:p>
    <w:p>
      <w:pPr>
        <w:pStyle w:val="ArticleBody"/>
        <w:jc w:val="left"/>
      </w:pPr>
      <w:r>
        <w:rPr>
          <w:rFonts w:ascii="Times New Roman" w:hAnsi="Times New Roman" w:eastAsia="Times New Roman" w:cs="Times New Roman"/>
        </w:rPr>
        <w:t>Pe pyharekue pe ñemohendapy oñemoheñóiva oñembojoajúvo pe ára peteĩha pe Arete Toga Kuéra rehegua ndive Pentekoste ára ndive, oĩ ambue techaukaha oguerekóva mbohapy jepytaso, ha upéi oúvo avei po ára oguahẽva peve Pentekoste.</w:t>
      </w:r>
    </w:p>
    <w:p>
      <w:pPr>
        <w:pStyle w:val="ArticleBody"/>
        <w:jc w:val="left"/>
      </w:pPr>
      <w:r>
        <w:rPr>
          <w:rFonts w:ascii="Times New Roman" w:hAnsi="Times New Roman" w:eastAsia="Times New Roman" w:cs="Times New Roman"/>
        </w:rPr>
        <w:t>Mokõi umi “mbohapy jevyha tape rehegua ojejokupytýva po ára reheve” apytépe, oĩ peteĩ aravo’aty mbohapypa ára rehegua. Ñamohenda vove Kuarahy’ãmimi Arete ára peteĩha Pentekoste ára ndive, ñantende pe po ára oĩva Kuarahy’ãmimi Arete mboyve ha’eha Moñyrõha Ára. Pa ára rire Moñyrõha Ára mboyve oĩ Trompéta Arete. Cristo ombo’ékuri ojóva rovái rovái irundy pa ára pukukue, oikove jeývo rire Yva Pyahu Árape, oñemohenda Trompéta Arete rire po ára ha Moñyrõha Ára mboyve po ára.</w:t>
      </w:r>
    </w:p>
    <w:p>
      <w:pPr>
        <w:pStyle w:val="ArticleBody"/>
        <w:jc w:val="left"/>
      </w:pPr>
      <w:r>
        <w:rPr>
          <w:rFonts w:ascii="Times New Roman" w:hAnsi="Times New Roman" w:eastAsia="Times New Roman" w:cs="Times New Roman"/>
        </w:rPr>
        <w:t>Pe mbohapy jeporavorã iñemano, iñoty ha ijeikove jeýva rehegua, ha upéi cinco ára pe arete mbujape ndaiporihápe levadúra pahápe peve, upéva oñembopyahu jey mbohapypa ára rire, pe mbohapy jeporavorã “trompéta kuéra, jehupi, ha juicio” rehegua rupive, ha umi mba’e rire ojehasa cinco ára Pentecostés peve. Pe ñepyrũrã mbohapy jeporavorã ikatu hag̃uáicha hasy’ỹ hag̃uáicha oñemyesakã peteĩ jeporavorãnte ramo oguerekóva mbohapy paso, péva ojekuaa hag̃ua upéicha Cristo ñemongarai reheve, ohechaukáva iñemano, iñoty ha ijeikove jeýva. Pe ñemongarai ha’e va’ekue pe alfa pe periodo marangatu 1.260 ára pukukuepe g̃uarã, opahúva’ekue iñemano, iñoty ha ijeikove jeývape, ha’éva pe omega umi 1.260 ára rehegua.</w:t>
      </w:r>
    </w:p>
    <w:p>
      <w:pPr>
        <w:pStyle w:val="ArticleBody"/>
        <w:jc w:val="left"/>
      </w:pPr>
      <w:r>
        <w:rPr>
          <w:rFonts w:ascii="Times New Roman" w:hAnsi="Times New Roman" w:eastAsia="Times New Roman" w:cs="Times New Roman"/>
        </w:rPr>
        <w:t>Pe mbohapy paso rehegua techaukaha, oĩva pe tembikove Pentecostés pahápe, tekotevẽ ojekuaa aplicación profética rupive. Umi cincuenta ára pe temporada Pentecostalpe, pe estructura peteĩchagua ojuhu iñepyrũme ha ipahápe. Oñemopyenda hag̃ua pe principio rehe, Cristo akóinte ohechaukaha pe pahápe pe iñepyrũme rupive, ikatu jahechakuaa pe Trompeta Guasu ára, upéi jehupi yvágape, upéi pe ára de Expiación, upéi po ára peteĩ “mbohapy paso rehegua techaukaha ojejapóva po ára reheve” ramo.</w:t>
      </w:r>
    </w:p>
    <w:p>
      <w:pPr>
        <w:pStyle w:val="ArticleBody"/>
        <w:jc w:val="left"/>
      </w:pPr>
      <w:r>
        <w:rPr>
          <w:rFonts w:ascii="Times New Roman" w:hAnsi="Times New Roman" w:eastAsia="Times New Roman" w:cs="Times New Roman"/>
        </w:rPr>
        <w:t>Rohechami avei umi mbohapy jepytaso oñeproponéva umi directriz bíblica reheve, ohechaukáva mba’éichapa hína umi característica peteĩteĩva umi mbohapy jepytasógui. Umi mbohapy jepytaso oñerrepresenta jey jey Tupã Ñe’ẽme. Ha’e hína umi mbohapy ánhel; ha’e hína pe korapy, pe tenda marangatu ha pe Tenda Marangatueterei; ha’e hína Espíritu Santo rembiapo omokañývo angaipa, tekojoja ha huício rehe. Ojehechakuaávo pe arete trompéta rehegua, pe jehupi yvágape ha pe ára Ñemoĩporã rehegua ko’ãva ramo umi mbohapy jepytaso, tekotevẽ peteĩteĩva umi jepytaso ojoaju porã pe testimonio bíblico oñemoĩmava ndive.</w:t>
      </w:r>
    </w:p>
    <w:p>
      <w:pPr>
        <w:pStyle w:val="ArticleBody"/>
        <w:jc w:val="left"/>
      </w:pPr>
      <w:r>
        <w:rPr>
          <w:rFonts w:ascii="Times New Roman" w:hAnsi="Times New Roman" w:eastAsia="Times New Roman" w:cs="Times New Roman"/>
        </w:rPr>
        <w:t>Umi trompéta ha’e peteĩ marandu ñe’ẽmondýi rehegua, ha ojoaju pe ánhel peteĩha osapukáiva: “pekyhyje Tupãgui”. Cristo yvate ojupi hague ha’e peteĩ símbolo ijojaháva Ijuvy Mokõiha glória rehe, pórke pe mokõiha ñe’ẽjoaju pe ánhel peteĩha rehegua ha’e: “peme’ẽ chupe glória”. Pe ára Ñemyatyrõ rehegua ha’e pe juicio símbolo, ha pe mbohapyha ñe’ẽjoaju pe ánhel peteĩha rehegua ha’e: “og̃uahẽma ijuicio aravo”. Oĩ heta tape ñamoĩ hag̃ua techaukaha hag̃ua umi característica profética umi mbohapy paso waymark-pe, pe temporada Pentecostal paha rehe, ohechaukáva umi mbohapy paso evangelio opave’ỹva rehegua, upépe heta oĩ “opotĩva, omorotĩmbyréva ha oñeha’ãpyre”.</w:t>
      </w:r>
    </w:p>
    <w:p>
      <w:pPr>
        <w:pStyle w:val="ArticleBody"/>
        <w:jc w:val="left"/>
      </w:pPr>
      <w:r>
        <w:rPr>
          <w:rFonts w:ascii="Times New Roman" w:hAnsi="Times New Roman" w:eastAsia="Times New Roman" w:cs="Times New Roman"/>
        </w:rPr>
        <w:t>Upéicha rupi, ikatu upévo rehechakuaa pe tenondegua mbohapy jeporu rechaukahápe oñeme’ẽha cebada ypykue jeikuave’ẽ, ha pe pahaitegua mbohapy jeporu rechaukahápe oñeme’ẽha trigo ypykue jeikuave’ẽ. Upévare ikatu avei rehechakuaa pe Pentecostés aravo alpha mbohapy jeporu ohechauka hag̃ua mbujape peteĩrã’ỹva levadúragui, péro pe omega mbohapy jeporu rechaukaha ohechauka hag̃ua mbujape oguerekóva levadúra. Ikatu avei rehechakuaa pe mbohapy jeporu rechaukaha ñepyrũmeha upe Cristo oñemopu’ã hague ogueraha hag̃ua opavave yvypórape, ha pe paha mbohapy jeporu rechaukahápe oñemopu’ãha pe poyvi peteĩ sua irundy pa irundy mil rehegua ogueraha hag̃ua umi gentil-kuérape.</w:t>
      </w:r>
    </w:p>
    <w:p>
      <w:pPr>
        <w:pStyle w:val="ArticleBody"/>
        <w:jc w:val="left"/>
      </w:pPr>
      <w:r>
        <w:rPr>
          <w:rFonts w:ascii="Times New Roman" w:hAnsi="Times New Roman" w:eastAsia="Times New Roman" w:cs="Times New Roman"/>
        </w:rPr>
        <w:t>Pe ánhel peteĩha ha pe mbohapyha peteĩchagua ánhel hína pe nivel proféticope, pe peteĩha ha’égui ñepyrũ—ha pe mbohapyha ha’e opa hag̃ua. Pe ánhel peteĩha alfa ogueruahẽ pe juicio ñepyrũha marandu, ha pe ánhel pahaha omega ogueruahẽ pe juicio ñembotyha marandu. Pe ánhel peteĩha mensáhe oñemombarete va’ekue Islam ñekumplimiénto rupive ára 11 jasypoapy 1840-pe, ha pe ánhel mbohapyha oñemombarete va’ekue peteĩ ñekumplimiénto Islam rehegua 9/11-pe. Hermana White oikuaauka ñandéve mokõivéva, pe ánhel peteĩha ha pe mbohapyha rembiaporãha hague omyesakã hag̃ua yvy iñemimbipápe. Ambue testígo kuéra heta hína, ha ome’ẽ pytyvõ tuicha hag̃ua oñeikuaa hag̃ua pe estructura pe ára Pentekostés rehegua, oñemopyenda hag̃uáicha umi cincuenta ára ohasávape Cristo jeikove jevýgui Pentekostés peve, ndive pe veinte y dos versíkulo peteĩha Levítico mokõi paapyguápe, ha pe veinte y dos versíkulo pahaguéva Levítico mokõi paapyguápe. Mokoĩ umi señal de rumbo apytépe, ha’éva peteĩ señal de rumbo mbohapy paso reheve ha upéi cinco ára, oĩ peteĩ periodo treinta ára rehegua, upéva orepresenta pe ánhel mokõiha.</w:t>
      </w:r>
    </w:p>
    <w:p>
      <w:pPr>
        <w:pStyle w:val="ArticleBody"/>
        <w:jc w:val="left"/>
      </w:pPr>
      <w:r>
        <w:rPr>
          <w:rFonts w:ascii="Times New Roman" w:hAnsi="Times New Roman" w:eastAsia="Times New Roman" w:cs="Times New Roman"/>
        </w:rPr>
        <w:t>Pe peteĩha techaukaha “mbohapy pytu’u rire po” ára rehegua ha’e pe ánhel peteĩha, umi mokõipa ára ha’e pe mokõiha ánhel, ha pe mokõiha techaukaha “mbohapy pytu’u rire po” ára rehegua ha’e pe mbohapyha ánhel. Ko’ã mbohapy pytu’u oikekuaa pe ára guasu Pentecostés rehegua pukukue peve Pentecostés peve, upéva upéi omoñepyrũ umi siete ára pe Tabernáculos arete rehegua, ohechaukáva pe ama pyahu oñehẽ hag̃ua pe domingo léi jejopy vai aja, oñepyrũva pe domingo léi Estados Unidos-pe ha osegíva peve Miguel opu’ã ha yvypóra rembiapo ára ñemohu’ã oñemboty. Pe estructura ha’e Tupãgui, péro ogueru heta mba’e ijetu’úva ojehechakuaa hag̃ua.</w:t>
      </w:r>
    </w:p>
    <w:p>
      <w:pPr>
        <w:pStyle w:val="ArticleHeading"/>
        <w:jc w:val="left"/>
      </w:pPr>
      <w:r>
        <w:rPr>
          <w:rFonts w:ascii="Arial" w:hAnsi="Arial" w:eastAsia="Arial" w:cs="Arial"/>
        </w:rPr>
        <w:t>Jehechakuaa mbarete hag̃ua hag̃ua hag̃uáicha</w:t>
      </w:r>
    </w:p>
    <w:p>
      <w:pPr>
        <w:pStyle w:val="ArticleBody"/>
        <w:jc w:val="left"/>
      </w:pPr>
      <w:r>
        <w:rPr>
          <w:rFonts w:ascii="Times New Roman" w:hAnsi="Times New Roman" w:eastAsia="Times New Roman" w:cs="Times New Roman"/>
        </w:rPr>
        <w:t>Ojehechakuaa porã pe hito ojehechauka vaʼekue “mimbipa, jupi yvágape ha huísio” rupive haʼeha pe prueba decisiva ha mbohapyha. Pe mbohapyha prueba akóinte haʼe pe prueba decisiva, upépe ojehechauka tekokatu, péro arakaʼeve ndojejapo upépe.</w:t>
      </w:r>
    </w:p>
    <w:p>
      <w:pPr>
        <w:pStyle w:val="ArticleScripture"/>
        <w:jc w:val="left"/>
      </w:pPr>
      <w:r>
        <w:rPr>
          <w:rFonts w:ascii="Times New Roman" w:hAnsi="Times New Roman" w:eastAsia="Times New Roman" w:cs="Times New Roman"/>
        </w:rPr>
        <w:t>“Tekopy tee ojehechauka peteĩ apytépe. Pe ñeʼẽ hatã ojeʼe vaʼekue pyhare mbyte jave, ‘Pemaʼẽ, pe novio ou; pesẽ pehuguãitĩ hag̃ua chupe,’ umi kuñataĩ okevaʼekue opáy ipeke guive, ha upérõ ojekuaa mávapa ombosakoʼi vaʼekue upe oikótavape g̃uarã. Mokõivéva aty ojuhu oñembosakoʼỹre, péro peteĩva oĩma oñembosakoʼipyre upe tekotevẽ pyaʼetépe g̃uarã, ha ambuéva ojejuhu oñembosakoʼỹre. Tekopy tee ojehechauka umi circunstancia rupive. Umi mbaʼe vai pyaʼe ohechauka tekopy tee añetegua mbaʼérepa ojejapo. Oimeraẽ mbaʼe vai sapyʼa ha ndojehaʼarõiva, ñembyasy, térã apytuʼũ vai, mbaʼasy oñehaʼarõʼỹva térã jehasa asy, oimeraẽ mbaʼe omoĩva pe ánga ombohovái hag̃ua mano, ohechaukáta pe tekopy tee hyepypegua añetéva. Ojekuaáta pe oĩpa térã nahániri jerovia añetéva Tupã Ñeʼẽ ñeʼẽmeʼẽnguéra rehe. Ojekuaáta avei pe ánga oñepytyvõpa grásia rupive, ha oĩpa aséite pe ryrupe pe lámpara ndive.”</w:t>
      </w:r>
    </w:p>
    <w:p>
      <w:pPr>
        <w:pStyle w:val="ArticleScripture"/>
        <w:jc w:val="left"/>
      </w:pPr>
      <w:r>
        <w:rPr>
          <w:rFonts w:ascii="Times New Roman" w:hAnsi="Times New Roman" w:eastAsia="Times New Roman" w:cs="Times New Roman"/>
        </w:rPr>
        <w:t>“Ára jehasa’ỹijáva oguahẽ opavavépe. Mba’éichapa jajekuave’ẽ Ñandejára ñehesa’ỹijo ha jehechaukapy guýpe? ¿Piko ñande lámpara oñembogue? térã ñambojoaju gueteri hína okuaveʼẽ hag̃uáicha hendy? ¿Ñaiméma piko opaichagua tekotevẽ hag̃uarã ñane joaju rupive Hendive, pe henyhẽva gracia ha añetegua rehe? Umi cinco kuñataĩ arandu ndaikatúi ombohasa iñakãrapu’ã térã heko umi cinco kuñataĩ itavývape. Tekokatu ojejapo va’erã ñandete peteĩteĩ rupi.” Review and Herald, 17 de octubre de 1895.</w:t>
      </w:r>
    </w:p>
    <w:p>
      <w:pPr>
        <w:pStyle w:val="ArticleBody"/>
        <w:jc w:val="left"/>
      </w:pPr>
      <w:r>
        <w:rPr>
          <w:rFonts w:ascii="Times New Roman" w:hAnsi="Times New Roman" w:eastAsia="Times New Roman" w:cs="Times New Roman"/>
        </w:rPr>
        <w:t>Oguahẽvo pe mbohapyhũgua arete rechaukaha, nde rekove reko ojejokuaipa opa ára g̃uarã, nde rejehupi peteĩ techaukaháramo, ha nde angaipa oñemboguepaite opa ára g̃uarã. Umi mbohapy hatua ohechauka mbohapy aspecto pe jejokuaipa rehegua. Oguahẽvo pe Pyharepyte Sapy’a Rase marandu, ojehechauka umi oguerekóva aséite ha umi ojejupíva peteĩ techaukaháramo, oñembogue jave iñangaipakuéra. Pe marandu, pe tembiapo ha pe sello, opavave ha’e peteĩnte rechaukaha. Ha’e peteĩ rechaukaha “oguerúva pe ánga ombohovake hag̃ua mano” peteĩ “mba’e vai oikótava noñeha’arõiva” rupi. Islam trompéta ohechauka upe “mba’e vai oikótava noñeha’arõiva.” Upépe pe marandu, “Pema’ẽ, pe Ména Oñemendátava ou,” oñe’ẽ hag̃ua cinco ára mboyve pe arapokõindy léi, pe marandu oñemoambuévo pe mbohapyha ánhel ñehatã guasúpe.</w:t>
      </w:r>
    </w:p>
    <w:p>
      <w:pPr>
        <w:pStyle w:val="ArticleBody"/>
        <w:jc w:val="left"/>
      </w:pPr>
      <w:r>
        <w:rPr>
          <w:rFonts w:ascii="Times New Roman" w:hAnsi="Times New Roman" w:eastAsia="Times New Roman" w:cs="Times New Roman"/>
        </w:rPr>
        <w:t>Tape mbohapy pe waymark rehegua ha’e umi mba’e ojehechakuaáva ñemboty hag̃ua ha oñemopu’ã hag̃ua umi cien cuarenta y cuatro mil, pe léi domingo mboyve. Ojehecha porã pe prueba decisiva “trompetas, ascensión ha juicio” rehegua ojehechauka hague pe Exeter camp meeting rupive. Umi po ára oĩva pe ára de Expiación ha Pentecostés apytépe, ohechauka umi sesenta y seis ára oĩva Exeter camp meeting opa rire, 17 de agosto guive peve 22 de octubre de 1844, okẽ oñemboty haguépe. Umi sesenta y seis ára historia Millerita rehegua ohechauka umi ára pahápe, ha ko mba’épe, ha’ekuéra ohechauka pe marandu Midnigth Cry rehegua oñe’ẽmbyrýva umi cien cuarenta y cuatro mil rupive.</w:t>
      </w:r>
    </w:p>
    <w:p>
      <w:pPr>
        <w:pStyle w:val="ArticleBody"/>
        <w:jc w:val="left"/>
      </w:pPr>
      <w:r>
        <w:rPr>
          <w:rFonts w:ascii="Times New Roman" w:hAnsi="Times New Roman" w:eastAsia="Times New Roman" w:cs="Times New Roman"/>
        </w:rPr>
        <w:t>Po Pentecostés peve og̃uahẽ hag̃ua oĩva cinco ára oñembojoaju umi sesenta y seis ára Millerita-kuéra omomarandúva pe Marandu Sapyʼa Pyhare Mbytegua, upevaʼekue avei oñetypifika vaʼekue Cristo oike porãha Jerusalénpe. Pe peteĩha umi mbohapy jeporavo apytégui haʼe pe arete trompéta rehegua, upéva hína pe séptimo trompéta, térã pe mbohapyha ñembyasy, térã Islam umi ára pahápe; ha Cristo oike porã mboyve Jerusalénpe ojeheja vaʼekue peteĩ mburika.</w:t>
      </w:r>
    </w:p>
    <w:p>
      <w:pPr>
        <w:pStyle w:val="ArticleBody"/>
        <w:jc w:val="left"/>
      </w:pPr>
      <w:r>
        <w:rPr>
          <w:rFonts w:ascii="Times New Roman" w:hAnsi="Times New Roman" w:eastAsia="Times New Roman" w:cs="Times New Roman"/>
        </w:rPr>
        <w:t>Maranduhápe kóva ohechauka porã pe mburika jejora ohechaukaha pe oike hag̃ua triunfálmente, ha upéva hína Pe Sapukái Pyhare Mbytegua. Maranduhápe Bíblico ojeporuva’erã ára pahápe pe poteĩha mburuvicha guasu maranduhápe bíblicopegua rehe—pe mymba yvýpe guáre, Estados Unidos. Islam oporombokapúta Estados Unidos rehe, ojapo haguéicha 9/11-pe, ha upéicha ojehechauka hag̃ua ñepyrũrã Pe Sapukái Pyhare Mbytegua ñemomarandu peteĩ ñehundi tuicháva Islam ojapóva Estados Unidos rehe, ha ipaha hag̃ua pe ñemomarandu Pe Sapukái Pyhare Mbytegua ambue ñehundi tuicháva Islam ojapóva Estados Unidos rehe, Jesús akóinte ohechaukágui peteĩ mba’e paha pe mba’e iñepyrũ reheve.</w:t>
      </w:r>
    </w:p>
    <w:p>
      <w:pPr>
        <w:pStyle w:val="ArticleBody"/>
        <w:jc w:val="left"/>
      </w:pPr>
      <w:r>
        <w:rPr>
          <w:rFonts w:ascii="Times New Roman" w:hAnsi="Times New Roman" w:eastAsia="Times New Roman" w:cs="Times New Roman"/>
        </w:rPr>
        <w:t>Pe Pentekostés rehegua marandu ha’e pe sapukái hatã rehegua marandu, ha pe sapukái hatã ha’e añoite peteĩ jehepyme’ẽve pe Pyharepyte Sapukái rehegua marandúpe. Historia Millerita-pe pe Pyharepyte Sapukái opa kuri okẽ oñemboty ramo guare 22 jasypa 1844-pe, ha opa avei okẽ oñemboty vove pe léi domingo rehegua pyharekue pahápe. Pentekostés-pe Pedro omoherakuã Joel marandu, ha Pentekostés ha’e pe omega paha pe Pyharepyte Sapukái rehegua; upévare pe alpha ñepyrũrã pe Pyharepyte Sapukái rehegua, Pedro, tekotevẽ profétikamente avei oikuaauka Joel marandu. Pe Pyharepyte Sapukái jave Pedro oĩ Hechos capítulo mokõihápe, pe koty yvatepe pe aravo mbohapyhápe, ha upéi upe ára voi pe aravo porundyhahápe oĩ pe témplope omoherakuãvo Joel marandu.</w:t>
      </w:r>
    </w:p>
    <w:p>
      <w:pPr>
        <w:pStyle w:val="ArticleBody"/>
        <w:jc w:val="left"/>
      </w:pPr>
      <w:r>
        <w:rPr>
          <w:rFonts w:ascii="Times New Roman" w:hAnsi="Times New Roman" w:eastAsia="Times New Roman" w:cs="Times New Roman"/>
        </w:rPr>
        <w:t>Pedro ha’e pe símbolo umi cien cuarenta y cuatro mil rehegua Pentecostés-pe, upéva ha’éva pe Pyharepyte Sapukái paha, ha ha’e avei pe símbolo umi cien cuarenta y cuatro mil rehegua pe Pyharepyte Sapukái ñepyrũme. Pe sellado ha pe ñemopu’ã umi cien cuarenta y cuatro mil rehegua oñepyrũ pe mburika ojejoráramo guive, Islam oinupã jave. Umi Millerita osẽvo’ekue pe aty Exeter-guápe, ogueraha hikuái pe marandu peteĩ ola guasuicha, ha simbólicamente ohechauka umi cien cuarenta y cuatro mil ombojevy jeytaha upe experiencia.</w:t>
      </w:r>
    </w:p>
    <w:p>
      <w:pPr>
        <w:pStyle w:val="ArticleBody"/>
        <w:jc w:val="left"/>
      </w:pPr>
      <w:r>
        <w:rPr>
          <w:rFonts w:ascii="Times New Roman" w:hAnsi="Times New Roman" w:eastAsia="Times New Roman" w:cs="Times New Roman"/>
        </w:rPr>
        <w:t>Ko aplicación oiko hag̃ua ipohýive reñemomanduʼávo Pedro ohechauka hag̃ua umi omombeʼúva Pe Sapukái Pyharepytegua marandu pe prueba litmus ha mbohapyha prueba pe ára Pentecostal pegua jave. Pe mbohapyha aravo Pedrope g̃uarã Pentecostéspe omoĩ chupe pe koty yvatepe, ha pe koty yvate avei hína umi pa aravoha mboyve Pentecostés. Pe mokõiha prueba pe ára Pentecostal pegua hína pe prueba templopegua mbohapypa ára rehegua oúva pe prueba fundamento rapykuéri. Pe mokõiha prueba templopegua ojerure umi ijeroviapývape oike hag̃ua jeroviápe pe Tenda Santísimope, upépe oñemboguepa hag̃ua iñangaipa ha upépe oguapy hag̃ua hikuái jeroviápe Cristo ndive umi tenda yvagaguápe. Hechos aranduka ñanemomarandu Pedro oñepyrũ hague isermón Joel aranduka rehegua pe mbohapyha aravópe pe koty yvatepe; upéi, pe porundyha aravópe, haʼe oĩ kuri pe témplope.</w:t>
      </w:r>
    </w:p>
    <w:p>
      <w:pPr>
        <w:pStyle w:val="ArticleScripture"/>
        <w:jc w:val="left"/>
      </w:pPr>
      <w:r>
        <w:rPr>
          <w:rFonts w:ascii="Times New Roman" w:hAnsi="Times New Roman" w:eastAsia="Times New Roman" w:cs="Times New Roman"/>
        </w:rPr>
        <w:t>Ha Pedro, oñembo’y hag̃ua umi once ndive, omopu’ã iñe’ẽ ha he’i chupekuéra: Peẽ kuimba’e Judéagua, ha maymáva peẽ peikóva Jerusalénpe, tojekuaa pendehegui kóva, ha pejapysaka che ñe’ẽre; ko’ãva ndaha’éi oka’u hag̃uáicha peẽ peimo’ã, gueteri ha’e rupi ára mbohapyha aravo año. Ha kóva hína upe oñe’ẽmava’ekue proféta Joel rupive. … Ha Pedro ha Juan ojupi oñondive tupaópe ñembo’e aravópe, ha’éva porundyha aravo. Hechos 2:14–16; 3:1.</w:t>
      </w:r>
    </w:p>
    <w:p>
      <w:pPr>
        <w:pStyle w:val="ArticleBody"/>
        <w:jc w:val="left"/>
      </w:pPr>
      <w:r>
        <w:rPr>
          <w:rFonts w:ascii="Times New Roman" w:hAnsi="Times New Roman" w:eastAsia="Times New Roman" w:cs="Times New Roman"/>
        </w:rPr>
        <w:t>Cristo oñeclava vaʼekue kurusúre mbohapyha aravópe ha omanóvo porundýha aravópe. Hembiʼasyrõ, oñeñotỹ ha oikove jey peteĩ tape rechaukaha peteĩnteva, mbohapy tembiapo rupive. Mbohapyha tembiapo, yva tenondegua ára, omoñepyrũ umi poapýri ára oguahẽva Pentecostés-pe. Pentecostés ára kuéra alpha-pe, mbohapyha ha porundýha aravo ohechauka peteĩ joavy porãite, Cristo oikove haguére mbohapyha aravópe ha omanóva porundýha aravópe. Pedro oĩkuri pe koty yvatepegua-pe mbohapyha aravópe ha tupãópe porundýha aravópe.</w:t>
      </w:r>
    </w:p>
    <w:p>
      <w:pPr>
        <w:pStyle w:val="ArticleBody"/>
        <w:jc w:val="left"/>
      </w:pPr>
      <w:r>
        <w:rPr>
          <w:rFonts w:ascii="Times New Roman" w:hAnsi="Times New Roman" w:eastAsia="Times New Roman" w:cs="Times New Roman"/>
        </w:rPr>
        <w:t>Pe témporape pentecostal mboýpa ára marangatu Cristo ára-pe ha'e va'ekue peteĩ período marangatúva, profétikova, ojoajúva hag̃uaite pe profecía mokõi su trescientos ary rehe. Upeichaite avei ojoaju porãva pe semana pahápe umi irundy cientos noventa aryguápe guarã tetã judíope, Daniel nueve-pe. Upe semana marangatu, Cristo omombarete haguépe pe pacto, oñemboja'o mokõi período joja-pe, peteĩteĩ 1.260 ára profétiko. Pe mbyteite upe semana rehegua ha'e kuri pe kurusu. Pe kurusu ohechauka pe aravo mbohapyha ha pe porundyha; ha Pedro, Pentecostés-pe, ojapo avei upéicha. Áño 34-pe, opa jave upe semana marangatuete voi, Cornelio omondo jave ohenói hag̃ua Pedro-pe Cesarea Marítima-gui, ha'e va'ekue pe aravo porundyha.</w:t>
      </w:r>
    </w:p>
    <w:p>
      <w:pPr>
        <w:pStyle w:val="ArticleScripture"/>
        <w:jc w:val="left"/>
      </w:pPr>
      <w:r>
        <w:rPr>
          <w:rFonts w:ascii="Times New Roman" w:hAnsi="Times New Roman" w:eastAsia="Times New Roman" w:cs="Times New Roman"/>
        </w:rPr>
        <w:t>Oĩkuri peteĩ kuimbaʼe Cesareape hérava Cornelio, peteĩ kapitán soldádo aty hérava pe aty itáliagui, kuimbaʼe ojeroviáva Tupãre ha okyhyjéva Tupãgui opa hóga ndive, omeʼẽva heta limósna tavayguakuérape, ha oñemboʼéva Tupãme tapiaite. Haʼe ohecha peteĩ visión-pe hesakã hag̃uáicha ára porundyrundyha rupi peteĩ ánhel Tupãgua oikeha hendápe ha heʼiha chupe: Cornelio. Ha haʼe omaʼẽvo hese, okyhyje ha heʼi: Mbaʼépa, Che Ruvicha? Ha pe ánhel heʼi chupe: Nde ñemboʼe ha ne limósna ojupi Tupã renondépe manduʼarã ramo. Ha koʼág̃a emondo kuimbaʼekuéra Jopepe, ha ehenoika peteĩ Simónpe, héra ambuéva Pedro. Hechos 10:1–5.</w:t>
      </w:r>
    </w:p>
    <w:p>
      <w:pPr>
        <w:pStyle w:val="ArticleBody"/>
        <w:jc w:val="left"/>
      </w:pPr>
      <w:r>
        <w:rPr>
          <w:rFonts w:ascii="Times New Roman" w:hAnsi="Times New Roman" w:eastAsia="Times New Roman" w:cs="Times New Roman"/>
        </w:rPr>
        <w:t>Ko’ẽrõ ambuépe, Pedro ojupi óga ári oñembo’e hag̃ua aravo potĩrõháme, aravo mbohapy asaje rupi.</w:t>
      </w:r>
    </w:p>
    <w:p>
      <w:pPr>
        <w:pStyle w:val="ArticleScripture"/>
        <w:jc w:val="left"/>
      </w:pPr>
      <w:r>
        <w:rPr>
          <w:rFonts w:ascii="Times New Roman" w:hAnsi="Times New Roman" w:eastAsia="Times New Roman" w:cs="Times New Roman"/>
        </w:rPr>
        <w:t>Ko’ẽramo, oguatárõ guare hikuái ha oñembojéramo táva rehe, Pedro ojupi oga ári oñembo’e hag̃ua, aravo poteĩrõ guare. Ha ivare’aiterei, ha okarusete hag̃uáicha oime; ha ombosako’ívo hikuái hi’upyrã, ha’e oike peteĩ éxtasispe, ha ohecha yvága ojepe’a hag̃ua, ha peteĩ mba’yru oguejyha hendápe, peteĩ sábana tuichávaicha, irundy hapykuépe oñembojoajúva, ha oñemboguejyva’ekue yvýpe; upépe oĩ opaichagua tymba irundy ipyva yvy arigua, mymba ka’aguygua, mba’e otyryrýva, ha guyra yvategua. Upérõ ou peteĩ ñe’ẽ hendápe: Epu’ã, Pedro; ejuka ha he’u. Pedro katu he’i: Nahániri, Che Ruvicha; araka’eve ndakarúi mba’eve tekotevẽ’ỹre térã ky’áva. Ha ñe’ẽ oñe’ẽ jey hendápe mokõiha: Pe Tupã omopotĩ va’ekue, ani nde ere tekotevẽ’ỹre. Kóva oiko mbohapy jey; ha upe mba’yru ojegueraha jey yvágape. Hechos 10:9–16.</w:t>
      </w:r>
    </w:p>
    <w:p>
      <w:pPr>
        <w:pStyle w:val="ArticleBody"/>
        <w:jc w:val="left"/>
      </w:pPr>
      <w:r>
        <w:rPr>
          <w:rFonts w:ascii="Times New Roman" w:hAnsi="Times New Roman" w:eastAsia="Times New Roman" w:cs="Times New Roman"/>
        </w:rPr>
        <w:t>Pe ñehenói hag̃ua ou hag̃ua Cesaréape oiko pe hora porundyha, peteĩ ánhel oguahẽvo oñe’ẽ hag̃ua Cornelio ndive. Cornelio ohechauka Tupã ra’ykuéra ambuéva oñehenóivape osẽ hag̃ua Babilóniagui pe léi domingo jave. Pe ánhel oguahẽva pe léi domingo jave ha’e pe mokõiha ñe’ẽ Apocalipsis dieciochopegua, oñehenóiva umi oĩ gueterívape Babilóniape okañy hag̃ua. Pedro ha’e umi cien cuarenta y cuatro mil ha Cornelio ha’e umi tembiapohára pa’ũ pahapegua, ojehechaukáva Pedrópe mymba iky’áva ramo. Pe joaju oĩva Pedro ha Cornelio apytépe ha’e pe joaju Apocalipsis sietépe, upépe umi cien cuarenta y cuatro mil ojehechauka pe aty tuichaitereíva ndive joajúpe. Pedro oñemandáma mbohapy jey opu’ã hag̃ua, ojuka hag̃ua ha ho’u hag̃ua. Umi cien cuarenta y cuatro mil ramo, pe ñehenói Corneliogui ouva hína pe tenda pe poyvi oñemandahápe opu’ã hag̃ua.</w:t>
      </w:r>
    </w:p>
    <w:p>
      <w:pPr>
        <w:pStyle w:val="ArticleBody"/>
        <w:jc w:val="left"/>
      </w:pPr>
      <w:r>
        <w:rPr>
          <w:rFonts w:ascii="Times New Roman" w:hAnsi="Times New Roman" w:eastAsia="Times New Roman" w:cs="Times New Roman"/>
        </w:rPr>
        <w:t>Cornelio oĩ Cesarea Marítima-pe, sapyʼánte oñehenói vaʼekue Cesarea y rembeʼýpe. Apocalipsis capítulo diecisiete ñanemomarandu “ykuéra” rehe, ha heʼiha “tetã nguéra, aty guasu, nación kuéra ha ñeʼẽnguéra” hikuái. Umi ykuéra haʼe umi oĩva Tupã iglesia okápe; ha Apocalipsis-pe avei, upéicha avei Pedro visión umi mymba kyʼaʼỹ rehegua ndive, papapy irundy ohechauka ko yvy tuichakue. Irundy mymba opaichagua oĩ Pedro visión-pe, ha oguejy hikuái peteĩ ao guasúpe, ojepytasóva irundy ijyke rehe. Pedro joaju Cornelio ndive ojehechauka avei Noé ha umi mymba oike vaʼekue árka-pe rupive.</w:t>
      </w:r>
    </w:p>
    <w:p>
      <w:pPr>
        <w:pStyle w:val="ArticleBody"/>
        <w:jc w:val="left"/>
      </w:pPr>
      <w:r>
        <w:rPr>
          <w:rFonts w:ascii="Times New Roman" w:hAnsi="Times New Roman" w:eastAsia="Times New Roman" w:cs="Times New Roman"/>
        </w:rPr>
        <w:t>Pedro oĩkuri vaʼekue Jopepe, heʼiséva “hesakã ha porã”, péva, peteĩ símbolo ramo umi cien cuarenta y cuatro mil rehegua, Pedro haʼe pe poyvi hesakã ha porã umi gentil-kuérape g̃uarã. Pe aravo porundyha, umi gentil-kuéra opáy pe poyvíre, pe Ermána White omombeʼúva sábadoha, Tupã léiha, pe mbohapyha ánhel rembiapoukapyha ha umi misionérokuéra opárupi ko yvy ape ári ogueraháva umi ára pahápegua marandu. Cornelio opáy pe poyvíre pe ánhel og̃uahẽ ramo guare pe aravo porundyhápe Cesaréape, yguasu rembeʼýre. Upéi pe marandu, pe léi dominical Pentecostéspe guare, oho yvy tuichakue peve — yguasu hag̃ua.</w:t>
      </w:r>
    </w:p>
    <w:p>
      <w:pPr>
        <w:pStyle w:val="ArticleBody"/>
        <w:jc w:val="left"/>
      </w:pPr>
      <w:r>
        <w:rPr>
          <w:rFonts w:ascii="Times New Roman" w:hAnsi="Times New Roman" w:eastAsia="Times New Roman" w:cs="Times New Roman"/>
        </w:rPr>
        <w:t>Pe poyviã hag̃ua pe techaukaha avei oñerrepresenta Ñandejára róga oñemopuʼãha yvytykuéra ári; ha Pedro oñemboʼeína óga ape ári pe táva porã ha hendyva Joppe-pe, pe aravo sexto-pe, pe léi dominical pe aravo noveno-gua mboyve. Umi cien cuarenta y cuatro mil oñesella vove, pe apañuãi guasu rembiapo ko yvy ape ári oguerúta Ñandejára raʼykuéra ambuéva, Babilonia-pe gueteri oĩva, ohekávo tesape. Haʼekuéra oñegueraha hag̃ua ojuhu Pedro-pe pe óga ape ári Joppe-pe.</w:t>
      </w:r>
    </w:p>
    <w:p>
      <w:pPr>
        <w:pStyle w:val="ArticleBody"/>
        <w:jc w:val="left"/>
      </w:pPr>
      <w:r>
        <w:rPr>
          <w:rFonts w:ascii="Times New Roman" w:hAnsi="Times New Roman" w:eastAsia="Times New Roman" w:cs="Times New Roman"/>
        </w:rPr>
        <w:t>Pedro avei oĩkuri Cesarea Filípipe Mateo dieciséis-pe. Cesarea Filípi, yvyty Hermón py guýpe, oguereko vaʼekue peteĩ téra peteĩcha Cesarea y rembeʼýpe oĩvandi ndive, ha upéicharõ jepe oĩkuri peteĩ joavy porã, peteĩ táva oĩgui yvýre ha ambue katu y ári. Cristo ojejuka kurusúre aravo mbohapyhápe ha omanóramo aravo porundyha, upéva ohechauka peteĩ joavy hesakãva tekove ha mano apytépe. Pedro Pentecostéspe aravo mbohapyhápe ha porundyhápe ohechauka peteĩ joavy hesakãva koty yvate guive pe témplo peve. Cesarea yvýre térã Cesarea y ári ohechauka pe joavy profético tekotevẽva aravo mbohapyha ha porundyha rehegua, ha ndahaʼéi katu oĩha peteĩ ñeʼẽmondo hag̃uaicha aravo mbohapyháre Pedro oĩrõ guare Cesarea Filípipe. Mokõi térã mbohapy testimónio ári peteĩ mbaʼe oñemopyenda; ha aravo mbohapyha ha porundyha kurusúgui avei Pentecostés árape, mokõivéva techaukarã oñerrepresenta peteĩ tapicha año rehe, tahaʼe Cristo oikovéva térã oĩva pe itakuápe, térã Pedro koty yvatepe térã pe témplope.</w:t>
      </w:r>
    </w:p>
    <w:p>
      <w:pPr>
        <w:pStyle w:val="ArticleBody"/>
        <w:jc w:val="left"/>
      </w:pPr>
      <w:r>
        <w:rPr>
          <w:rFonts w:ascii="Times New Roman" w:hAnsi="Times New Roman" w:eastAsia="Times New Roman" w:cs="Times New Roman"/>
        </w:rPr>
        <w:t>Pe mbohapyha testimónio peteĩ aravo mbohapýha ha porundyha rehegua mokõi Cesareaguápe ohechauka Pedro ha’eha pe personaje tenondegua mokõivéva kásope, péicha Cristo oiko haguéicha iñepyrũme pe tembiasa Pentecostésgui ha Pedro ipahápe upe misma temporadape. Pe carácter alfa aravo mbohapýhagua ha’e upeichaite pe carácter omega aravo porundyhagua, ome’ẽvo peteĩ testimónio ohechaukáva Cesarea de Filipos ha’eha pe alfa mokõi Cesareagua apytépe. Pe mokõiha testimónio ha’e mokõive táva réra peteĩha, upévare pe personaje principal réra ha pe táva réra peteĩcha. Peteĩ mbohapyha testimónio ha’e yvy ha para rembe’y juavy. Pedro oĩrõ guare Cesarea de Filipospe, upéva va’ekue pe aravo mbohapyha. Ko’ápe pe marandu oñepyrũ hasyvévo gueteri.</w:t>
      </w:r>
    </w:p>
    <w:p>
      <w:pPr>
        <w:pStyle w:val="ArticleBody"/>
        <w:jc w:val="left"/>
      </w:pPr>
      <w:r>
        <w:rPr>
          <w:rFonts w:ascii="Times New Roman" w:hAnsi="Times New Roman" w:eastAsia="Times New Roman" w:cs="Times New Roman"/>
        </w:rPr>
        <w:t>Ha’e hekopete embojoaju mokõi táva oguerekóva peteĩ téra peteĩchagua, ha upéva hína jajapóva; péro avei roike hag̃ua pe mbohapyha ha porundyha ára renda pe jehechakuaa ryepýpe, Cristo kurusúre ha Pedro Pentecostéspe ome’ẽva testimónio rehehápe. Rombyatývo umi mbohapy línea; Cristo mbohapyha ha porundyha árape, Pedro Pentecostéspe mbohapyha ha porundyha árape—romopyenda pe mbohapyha ára Caésarea Filípipe. Pe profetakuéra lógica peteĩeteva’erã oñemoĩ Cornelio rehe porundyha árape, Pedro rehe poteĩha árape, ha upéi Pedro rehe Caésarea Filípipe mbohapyha árape.</w:t>
      </w:r>
    </w:p>
    <w:p>
      <w:pPr>
        <w:pStyle w:val="ArticleBody"/>
        <w:jc w:val="left"/>
      </w:pPr>
      <w:r>
        <w:rPr>
          <w:rFonts w:ascii="Times New Roman" w:hAnsi="Times New Roman" w:eastAsia="Times New Roman" w:cs="Times New Roman"/>
        </w:rPr>
        <w:t>Pedro oĩ umi mbohapy techaukahápe; Cornelio katu oĩ aravo poteĩha ha porundyha Pedro ndive, ha ndaha’éi mbohapyhape Cesarea Filipope. Pe línea ojoaju meme, pórke káda paso ha’e peteĩteĩme aravo mbohapyha, poteĩha ha porundyha, Cesarea Filipogui, Jope peve, Cesarea Marítima peve. Mokõive Cesarea oguereko vaʼekue hóga rapo kulturál Grecia ha Róma rehe, ha katu Cesarea Filipogua ijojaha’ỹva ha’e vaʼekue mombyrygua, místico ha pagáno rekovepavẽ; ha Cesarea yguasu rembe’ýpe oĩva katu peteĩ centro comercial ha administrativo vaʼekue, ombojehe’áva cultura griega gobierno romano ndive. Cesarea Filipo vaʼekue peteĩ símbolo iglesiaguáva pokatu rehegua, ha Cesarea Marítima katu mburuvichakuéra reko pokatu rehegua.</w:t>
      </w:r>
    </w:p>
    <w:p>
      <w:pPr>
        <w:pStyle w:val="ArticleBody"/>
        <w:jc w:val="left"/>
      </w:pPr>
      <w:r>
        <w:rPr>
          <w:rFonts w:ascii="Times New Roman" w:hAnsi="Times New Roman" w:eastAsia="Times New Roman" w:cs="Times New Roman"/>
        </w:rPr>
        <w:t>Pe línea Cesarea guive Cesarea peve, Jope ha’e mbytépeguáva mbohapy jepyta apytépe. Umi mbohapy jepyta ojehechauka mbohapyha, poteĩha ha porundyha aravo rupi. Cesarea y rembe’ýpe porundyha aravópe ha’e pe léi domingo ára, marandu porã oho jave umi tetã ambuévape. Mbohapy aravo mboyve, poteĩha aravópe, Pedro oĩ Jopepe, pe táva hendy ha omimbiáva. Mbohapy aravo upéva mboyve, Pedro oĩ Trompéta aretepe mbohapyha aravópe. Cesarea guive Cesarea peve ha’e pe Pyharepyte Sapukái ára. Pedro orrepresenta umi omombe’úva pe Pyharepyte Sapukái iñepyrũmby guive ipahápe peve, Jesús akóinte ombojoja hag̃ua pe ñepyrũmby pe paháre. Pe Pyharepyte Sapukái oñepyrũ vúrro ojepe’a jave Trompéta arete rechaukahárupi, upépe Pedro omombe’u pe Joel marandu.</w:t>
      </w:r>
    </w:p>
    <w:p>
      <w:pPr>
        <w:pStyle w:val="ArticleBody"/>
        <w:jc w:val="left"/>
      </w:pPr>
      <w:r>
        <w:rPr>
          <w:rFonts w:ascii="Times New Roman" w:hAnsi="Times New Roman" w:eastAsia="Times New Roman" w:cs="Times New Roman"/>
        </w:rPr>
        <w:t>Pedro oĩ pe waymark mbohapy jepytaso rehegua, pe trompéta ára guasúpe, pe jehupi yvágape, ha upe rire pe juicio. Upe waymark-pe, Mateo dieciséis-pe, oñembohéra mba’e porandu mávapa Cristo. Pedro réra oñemoambue, ha Cristo he’i kóicha: ko Ita ári omopu’ãtaha Itupaó. Pe Ita ári oñemopu’ãva pe témplo hína pe fundamento, ha Pedro, Cesarea de Filipos-pe, ha’e pe ánhel peteĩha marandu, pe marandu fundamento rehegua. Pedro oguahẽvo pe ambue jepytasópe, Jope-pe, ojupi yvágape Cristo ojapo haguéicha umi cuarenta ára paha-pe, pe mbo’epy ojocha ojohecha hag̃ua rire. Pe jehupi yvágape avei ha’e peteĩ paralelo pe kurusúpe, pe señál principal tembiasakue salvación rehegua; ha pe kurusu oñemboja’o mokõi hendápe, umi mokõi mondaha ndive, pe cortína jeikytĩvo pe Lugar Santísimo peve, ha pe pytũmby ha umi aravo.</w:t>
      </w:r>
    </w:p>
    <w:p>
      <w:pPr>
        <w:pStyle w:val="ArticleScripture"/>
        <w:jc w:val="left"/>
      </w:pPr>
      <w:r>
        <w:rPr>
          <w:rFonts w:ascii="Times New Roman" w:hAnsi="Times New Roman" w:eastAsia="Times New Roman" w:cs="Times New Roman"/>
        </w:rPr>
        <w:t>Ha upéi, pe aravo potĩha yvate guive, pytũ oĩ opa tetã ári pe aravo porundy peve. Ha pe aravo porundy rupi Jesús osapukái hatãme, he’ívo: “Eli, Eli, lama sabacthani?” he’iséva: “Che Jára, che Jára, mba’ére piko cherereja?” Mateo 27:45, 46.</w:t>
      </w:r>
    </w:p>
    <w:p>
      <w:pPr>
        <w:pStyle w:val="ArticleBody"/>
        <w:jc w:val="left"/>
      </w:pPr>
      <w:r>
        <w:rPr>
          <w:rFonts w:ascii="Times New Roman" w:hAnsi="Times New Roman" w:eastAsia="Times New Roman" w:cs="Times New Roman"/>
        </w:rPr>
        <w:t>Jopepe, pe sexta hora, Pedro oĩ peteĩ punto profétiko de divisiónpe, umi okañýva ha umi ojesalvávapa apytépe, tesape ha pytũmby apytépe, ha avei Pyharepyte Sapukái ñepyrũ ha ipaha apytépe. Upe jehe’o omomba’eguasu pe transición ohasáva movimiento laodicense umi cien cuarenta y cuatro mil rehegua gotyo movimiento filadelfiense umi cien cuarenta y cuatro mil rehegua. Upéva ohechauka pe rechazo completo pe iglesia Adventista del Séptimo Día laodicense rehegua. Upe okẽ oñembotýva juicio rehegua, ojehechaukáva Día de la Expiación rupive, ou cinco días mboyve pe ley dominical pentecostal. Upe juicio mboyve oĩ pe ascensión, ha upéva mboyve, pe marandu trompeta rehegua. Ko’ã mbohapy paso ohechauka pe waymark oñemoĩhápe pe sello de Dios, ha pe marandu Pyharepyte Sapukái rehegua oñemoherakuãhápe iglesia triunfante rupive umi Cornelio orepresentávape.</w:t>
      </w:r>
    </w:p>
    <w:p>
      <w:pPr>
        <w:pStyle w:val="ArticleBody"/>
        <w:jc w:val="left"/>
      </w:pPr>
      <w:r>
        <w:rPr>
          <w:rFonts w:ascii="Times New Roman" w:hAnsi="Times New Roman" w:eastAsia="Times New Roman" w:cs="Times New Roman"/>
        </w:rPr>
        <w:t>Pedro oñe’ẽ hag̃ua pe marandu Pentekoste-pe, ha Pentekoste ohechauka pe ñemohu’ã pe marandu Pyharepyte Sapukái rehegua. Upévare, tekotevẽ marandu’ỹha profétikamente, Pedro avei toñe’ẽ pe marandu rehe pe ñepyrũrãme pe período Pyharepyte Sapukái rehegua. Pe ñepyrũ akóinte ohechauka pe paha. Pedro rembipota Pyharepyte Sapukái rehegua oñembarete vove pe mburika Islam-gua ojepoívo, ha ojapo hag̃ua peteĩ ñorairõ Estados Unidos rehe, ojapoháicha jey pe léi domingo aja. Pedro omombe’úvo pe marandu pe aravo mbohapyha ha porundyha Pentekoste aja, ojekuaa pe ñepyrũ ha pe ñemohu’ã Pyharepyte Sapukái rehegua.</w:t>
      </w:r>
    </w:p>
    <w:p>
      <w:pPr>
        <w:pStyle w:val="ArticleBody"/>
        <w:jc w:val="left"/>
      </w:pPr>
      <w:r>
        <w:rPr>
          <w:rFonts w:ascii="Times New Roman" w:hAnsi="Times New Roman" w:eastAsia="Times New Roman" w:cs="Times New Roman"/>
        </w:rPr>
        <w:t>Pe línia ñahesa’ỹijohápe, umi cuarenta ára opa Cristo jehupi yvágape, upéva avei oñepyrũ umi diez ára pe koty yvatepegua-pe. Po ára rire umi diez ára apytépe, pe ára ñemoĩporã rehegua ohechauka Israel angaipa ojeipe’apa hague ha pe iglesia ojejapoha voi oĩ hag̃uáicha. Mbohapyha aravope Pedro oĩkuri pe koty yvatepegua-pe Pentecostés-pe. Porundyha aravope pe léi domingo rehegua, pe marandu iñambue pyhare mbyte guive pe sapukái hatã peve.</w:t>
      </w:r>
    </w:p>
    <w:p>
      <w:pPr>
        <w:pStyle w:val="ArticleBody"/>
        <w:jc w:val="left"/>
      </w:pPr>
      <w:r>
        <w:rPr>
          <w:rFonts w:ascii="Times New Roman" w:hAnsi="Times New Roman" w:eastAsia="Times New Roman" w:cs="Times New Roman"/>
        </w:rPr>
        <w:t>Pe Pyhare Sapyʼa marandu Pedro rupive ojeʼe hag̃ua oĩ jave mbohapyha aravópe. Upe marandu ojehechauka turu arete rupive, vúrro ojejorárõ guare, ha Cesarea Filipo rupive; ha Cesarea Filipo avei haʼe Panium. Panium ojehechauka Daniel once pegua versíkulo 13 guive 15 peve. Pedro oikuaauka ndahaʼéi añónte peteĩ islamgua ñembokapu Estados Unidos rehegua vúrro ojejorávo Pyhare Sapyʼa marandu ñemoherakuã ñepyrũrãme, síno Pedro upe jave avei oĩ Panium ñorairõme, upe ogueraháva domingo léi peve. Panium ñorairõ haʼe peteĩ mbaʼe oikóva oñembojoja hag̃uáicha islamgua ñembokapu Estados Unidos rehegua ndive.</w:t>
      </w:r>
    </w:p>
    <w:p>
      <w:pPr>
        <w:pStyle w:val="ArticleBody"/>
        <w:jc w:val="left"/>
      </w:pPr>
      <w:r>
        <w:rPr>
          <w:rFonts w:ascii="Times New Roman" w:hAnsi="Times New Roman" w:eastAsia="Times New Roman" w:cs="Times New Roman"/>
        </w:rPr>
        <w:t>Ko’ẽrõgua artículope ñamotenondéta ko’ã mba’e.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Aranduka ha Pe Tembiapoha Árape Mokõiha Adventista Laodicea-gua - Papapy Irundy Pa Po’ẽ Me’ẽva hag̃ua}</dc:title>
  <dc:subject/>
  <dc:creator>Jeff Pippenger</dc:creator>
  <cp:keywords/>
  <dc:description>Generated by ArticleDigger from joel\45_joel.json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