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Joel Kuatia ha pe Iglesia Adventista del Séptimo Día Laodiceagua — Papapy Poteĩpa Mokõipa Teĩpo Vapyry Pa’ẽkõi hag̃ua peteĩ hag̃ua hag̃ua hag̃ua hag̃ua hag̃ampi hag̃ampi hag̃ampi hag̃ampi</w:t>
      </w:r>
      <w:r>
        <w:rPr>
          <w:rFonts w:ascii="Sylfaen" w:hAnsi="Sylfaen" w:eastAsia="Sylfaen" w:cs="Sylfaen"/>
        </w:rPr>
        <w:t>ღ</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2026-02-12</w:t>
      </w:r>
    </w:p>
    <w:p>
      <w:pPr>
        <w:pStyle w:val="ArticleHeading"/>
        <w:jc w:val="left"/>
      </w:pPr>
      <w:r>
        <w:rPr>
          <w:rFonts w:ascii="Arial" w:hAnsi="Arial" w:eastAsia="Arial" w:cs="Arial"/>
        </w:rPr>
        <w:t>Papapy Oĩ Poteĩ hag̃ua peteĩ hag̃ua peteĩ peteĩ hag̃.</w:t>
      </w:r>
    </w:p>
    <w:p>
      <w:pPr>
        <w:pStyle w:val="ArticleBody"/>
        <w:jc w:val="left"/>
      </w:pPr>
      <w:r>
        <w:rPr>
          <w:rFonts w:ascii="Times New Roman" w:hAnsi="Times New Roman" w:eastAsia="Times New Roman" w:cs="Times New Roman"/>
        </w:rPr>
        <w:t>Cesarea Filipo guive Cesarea Marítima peve ohechauka pe ára pehẽngue mbohapyha aravo guive porundyha aravo peve, oñemboja’óva mbyte rupi poteĩha aravope. Pe ñemboja’o Cesarea guive Cesarea peve va’ekue ha’e va’ekue pe Yvyty Moambuehechaukarã. Pe Yvyty Moambuehechaukarã ombojoja mokõi ambue línea mbohapy tembiaporã rechaukahápe, omotenondéva po ára pe Léy dominical Pentecostalgua.</w:t>
      </w:r>
    </w:p>
    <w:p>
      <w:pPr>
        <w:pStyle w:val="ArticleBody"/>
        <w:jc w:val="left"/>
      </w:pPr>
      <w:r>
        <w:rPr>
          <w:rFonts w:ascii="Times New Roman" w:hAnsi="Times New Roman" w:eastAsia="Times New Roman" w:cs="Times New Roman"/>
        </w:rPr>
        <w:t>Yvytýpe ári, Tupã Ru oñeʼẽ jevy mokõiha jey. Peteĩha jey oñeʼẽ vaʼekue hína Cristo ñemongarai jave, ha ipahápe oñeʼẽ vaʼekue kurusu mboyve.</w:t>
      </w:r>
    </w:p>
    <w:p>
      <w:pPr>
        <w:pStyle w:val="ArticleScripture"/>
        <w:jc w:val="left"/>
      </w:pPr>
      <w:r>
        <w:rPr>
          <w:rFonts w:ascii="Times New Roman" w:hAnsi="Times New Roman" w:eastAsia="Times New Roman" w:cs="Times New Roman"/>
        </w:rPr>
        <w:t>Koʼág̃a che ánga ojepyʼapy; ha mbaʼépa haʼéta? Che Ru, che resalva ko aravo-gui; ha upevarã voi aju ko aravo peve. Che Ru, emombaʼeguasu nde réra. Upérõ ou peteĩ ñeʼẽ yvágagui, heʼíva: Amombaʼeguasúma, ha amombaʼeguasu jevýta. Upévare umi tavayguakuéra oĩva upépe ha ohendúva, heʼi okyryrỹhague ára. Ambuekuéra katu heʼi: Peteĩ ánhel oñeʼẽ hendive. Juan 12:27–29.</w:t>
      </w:r>
    </w:p>
    <w:p>
      <w:pPr>
        <w:pStyle w:val="ArticleBody"/>
        <w:jc w:val="left"/>
      </w:pPr>
      <w:r>
        <w:rPr>
          <w:rFonts w:ascii="Times New Roman" w:hAnsi="Times New Roman" w:eastAsia="Times New Roman" w:cs="Times New Roman"/>
        </w:rPr>
        <w:t>Tupã omomba’eguasu Héra omoĩ hag̃ua sello umi cien cuarenta y cuatro mil rehe ha ohai hag̃ua hikuái ári Héra.</w:t>
      </w:r>
    </w:p>
    <w:p>
      <w:pPr>
        <w:pStyle w:val="ArticleScripture"/>
        <w:jc w:val="left"/>
      </w:pPr>
      <w:r>
        <w:rPr>
          <w:rFonts w:ascii="Times New Roman" w:hAnsi="Times New Roman" w:eastAsia="Times New Roman" w:cs="Times New Roman"/>
        </w:rPr>
        <w:t>Pe oganávape, che ajapóta-ta peteĩ yvyra’yta ramo che Ru Tupã róga marangatupe, ha ndoikovéimo osẽ hag̃ua okápe; ha ahaitéta hi’ári che Ru Tupã réra, ha che Ru Tupã táva réra, ha’éva Jerusalén pyahu, oguejýva yvágagui che Ru Tupã rendágui; ha ahaitéta avei hi’ári che réra pyahu. Pe oguerekóva apysa, tohendu mba’épa Espíritu he’i umi iglésia-kuérape. Apocalipsis 3:12, 13.</w:t>
      </w:r>
    </w:p>
    <w:p>
      <w:pPr>
        <w:pStyle w:val="ArticleBody"/>
        <w:jc w:val="left"/>
      </w:pPr>
      <w:r>
        <w:rPr>
          <w:rFonts w:ascii="Times New Roman" w:hAnsi="Times New Roman" w:eastAsia="Times New Roman" w:cs="Times New Roman"/>
        </w:rPr>
        <w:t>Yvy Transfiguración-pe, Pedro, Santiago ha Juan añoite umi temimbo’e oĩva’ekue upépe, ha’ekuéra oĩhaguéicha avei Jairo rajy jeikove jevy-pe ha upéi jey Getsemaní-pe. Getsemaní, ojoguáva Túva ñe’ẽme’ẽ Juan mokõiha capítulo-pe guáicha, ouva’ekue kurusu mboyve. Getsemaní he’ise “aceite ñehũha,” ohechaukáva umi virgen-kuéra aceite ñeha’ã. Getsemaní ha’e pe “apytu’ũ vaietéva” oguerúva pe anga “omanóva rovake,” ha umi virgen arandu ohasa pe ñeha’ã, pórke pe mokõiha templo ñeha’ãme oĩkuri hikuái tekove rovake, Jesús ombo’éhaguéicha “rova rovái” mbohapy pa ára pukukue.</w:t>
      </w:r>
    </w:p>
    <w:p>
      <w:pPr>
        <w:pStyle w:val="ArticleBody"/>
        <w:jc w:val="left"/>
      </w:pPr>
      <w:r>
        <w:rPr>
          <w:rFonts w:ascii="Times New Roman" w:hAnsi="Times New Roman" w:eastAsia="Times New Roman" w:cs="Times New Roman"/>
        </w:rPr>
        <w:t>Pe Túva oñe’ẽ ypy vaʼekue haʼe vaʼekue Cristo ñemongaraihápe, ha pe primera vez ogueraha hag̃ua haʼeñoite Pédrope, Santiago ha Juánpe, upéva oiko vaʼekue ojepuʼã jey ramo guare Jairo rajykuéra, peteĩ mitãkuña virgen orekóva doce ary. Pe ñemoingove jey pe mitãkuña virgen doce ary rehegua ojoaju Cristo ñemongarai rehe, upéva ohechauka ñemoingove jey puʼaka. Pe ñemoingove jey Jairo rajy rehegua ojoaju Cristo ñemongarai rehe ha Cesarea de Filipos rehe. Getsemaní ha Cristo pyʼatarova pe Túva oñe’ẽ ramo guare mboyve kurusúre ojoaju Cesarea Marítima rehe.</w:t>
      </w:r>
    </w:p>
    <w:p>
      <w:pPr>
        <w:pStyle w:val="ArticleBody"/>
        <w:jc w:val="left"/>
      </w:pPr>
      <w:r>
        <w:rPr>
          <w:rFonts w:ascii="Times New Roman" w:hAnsi="Times New Roman" w:eastAsia="Times New Roman" w:cs="Times New Roman"/>
        </w:rPr>
        <w:t>Línea ári línea Pedro ohechauka umi cien cuarenta y cuatro mil oñembotýva Cesarea de Filipope, araka’e Simón Barjona réra oñemoambue Pedrope. Oñembotýma rire Paniumpe, ha’éva Cesarea de Filipo, Pedro oho pe sexto horape Yvytýpe, upépe oñembohupi hag̃ua peteĩ techaukaháramo, osegívo ombohovái hag̃ua Cornelio ñehenói Cesarea Marítimape. Cesarea de Filipope Pedro oheja Exeter táva aty guasu pe Tupã sello reheve ha pe Pyhare Mbyte Sapy’a ñe’ẽmondo omoherakuã hag̃ua. Islam marandu, oñetechaukáva trompeta arete rupive, ogueraha Pedrope Cesareape yguasu rembe’ýre. Islam marandu omopu’ã Pedrope yvy ape ári ojehecha hag̃ua opa tetãygua renondépe, Pedro niko oikuaauka vaʼekue yma guive Islam profético ñeguahẽ trompeta arete mboyve.</w:t>
      </w:r>
    </w:p>
    <w:p>
      <w:pPr>
        <w:pStyle w:val="ArticleScripture"/>
        <w:jc w:val="left"/>
      </w:pPr>
      <w:r>
        <w:rPr>
          <w:rFonts w:ascii="Times New Roman" w:hAnsi="Times New Roman" w:eastAsia="Times New Roman" w:cs="Times New Roman"/>
        </w:rPr>
        <w:t>Péina ápe, che amondo peẽme Elías maranduhára, ou mboyve pe ára guasu ha ipohýiva Ñandejára rehegua; ha ha’e omoambue jeýta túvakuéra py’a imembykuéra gotyo, ha mitãnguéra py’a itúva kuéra gotyo, ani hag̃uáicha aju ha ambyaiterei yvy peteĩ ñe’ẽvai reheve. Malaquías 4:5, 6.</w:t>
      </w:r>
    </w:p>
    <w:p>
      <w:pPr>
        <w:pStyle w:val="ArticleBody"/>
        <w:jc w:val="left"/>
      </w:pPr>
      <w:r>
        <w:rPr>
          <w:rFonts w:ascii="Times New Roman" w:hAnsi="Times New Roman" w:eastAsia="Times New Roman" w:cs="Times New Roman"/>
        </w:rPr>
        <w:t>Ta’ĩ ári ta’ĩ, pe marandu Elías rehegua hína pe marandu oñemopyenda túvakuéra oñembojoajúvo ita’ýra ndive. Elías ha’e va’ekue Túva Miller, ha upéva ohechauka ita’ýrape. Umi cien cuarenta y cuatro mil ha’e William Miller ra’ykuéra, ha ombojere hag̃ua Miller korasõ ita’ýra gotyo ha’e ombojoaju hag̃ua pe tembiasakue Miller rehegua pe tembiasakue Elías rehegua ndive, ha avei Juan el Bautista pe mensajero oñembojoajúva umi cien cuarenta y cuatro mil ndive. Peteĩ mba’e oĩva ko’ã irundy línea joajuhápe ha’e kávada peteĩva umi tembiasakue jehechapy rehegua Elías, Juan ha Miller-pe, pe marandu añetegua añeteguáva ko ára pegua ha’e hague pe marandu oguahẽva pe mensajero rupive.</w:t>
      </w:r>
    </w:p>
    <w:p>
      <w:pPr>
        <w:pStyle w:val="ArticleScripture"/>
        <w:jc w:val="left"/>
      </w:pPr>
      <w:r>
        <w:rPr>
          <w:rFonts w:ascii="Times New Roman" w:hAnsi="Times New Roman" w:eastAsia="Times New Roman" w:cs="Times New Roman"/>
        </w:rPr>
        <w:t>Ha Elías, pe Tisbita, vaʼekue Galaadgua apytégua, heʼi Acabpe: Oikovéicha Tupã Ñandejára Israel Jára, hendápe che aime hag̃ua, koʼã ary aja ndaiporimoʼãi ysapy térã ama, ndahaʼéirõ che ñeʼẽ heʼiháicha. 1 Reyes 17:1.</w:t>
      </w:r>
    </w:p>
    <w:p>
      <w:pPr>
        <w:pStyle w:val="ArticleBody"/>
        <w:jc w:val="left"/>
      </w:pPr>
      <w:r>
        <w:rPr>
          <w:rFonts w:ascii="Times New Roman" w:hAnsi="Times New Roman" w:eastAsia="Times New Roman" w:cs="Times New Roman"/>
        </w:rPr>
        <w:t>Hermána White he’i hesakã porã umi ndojapóirõ guare Juan marandu, Jesucristo ohechakuaa haguéicha chupe Elías ramo, noñepytyvõmo’ãiha Jesús ñembo’ékuéra rupive; ha avei umi ombotovéva’ekue Miller marandu, oñerrepresentáva pe ánhel peteĩha marandu ramo, ndaikatúiha oñepytyvõ pe ánhel mokõiha marandu rupive. Elías marandu omoĩrõ guare ama ou hag̃uátaha añoite hembipota rupive, upéva ndive oúma avei pe prueba pahaite orekóva pe mandamiénto ojeporavóva hag̃ua Elías marandu térã Baal marandu. Pe símbolo profético “araka’e peve” ombojoaju Elías Monte Carmelo rehegua pe léi domingo ndive.</w:t>
      </w:r>
    </w:p>
    <w:p>
      <w:pPr>
        <w:pStyle w:val="ArticleScripture"/>
        <w:jc w:val="left"/>
      </w:pPr>
      <w:r>
        <w:rPr>
          <w:rFonts w:ascii="Times New Roman" w:hAnsi="Times New Roman" w:eastAsia="Times New Roman" w:cs="Times New Roman"/>
        </w:rPr>
        <w:t>Upévare Acab omondo marandu opa Israel ra’ykuérape ha ombyaty profétakuérape Carmelo yvyty ári. Ha Elías oñemboja opa tetãygua rendápe ha he’i: Mboy araka’e peiko mokõi apytépe pende py’a mokõime? Ñandejára ha’e hag̃ua Tupã, tapehóke hapykuéri; ha Baal ramo, tapehóke hapykuéri. Ha tetãygua ndohováiri chupe peteĩ ñe’ẽnte jepe. Upérõ Elías he’i tetãyguápe: Che añónte aheja hag̃ua proféta Ñandejára rehegua; ha proféta Baal reheguáva ningo irundy sua popa ha po. Toñeme’ẽ oréve mokõi tóro; ha toiporavo hikuái peteĩ tóro hag̃ua ijeheguikuéra, toikytĩ hag̃ua ipésope, tomoĩ yvyrakuéra ári, ha ani tomyendy tata iguýpe; ha che ambosako’íta ambue tóro, amoĩta yvyrakuéra ári, ha ani amoĩ tata iguýpe. Ha peẽ pehenóike pene tupãnguéra rérape, ha che ahenóita Ñandejára rérape; ha pe Tupã ombohováiva tata rupive, upéva toikóke Tupã. Ha opa tetãygua he’i ha ombohovái: Iporãite nde ere. 1 Reyes 18:20–24.</w:t>
      </w:r>
    </w:p>
    <w:p>
      <w:pPr>
        <w:pStyle w:val="ArticleBody"/>
        <w:jc w:val="left"/>
      </w:pPr>
      <w:r>
        <w:rPr>
          <w:rFonts w:ascii="Times New Roman" w:hAnsi="Times New Roman" w:eastAsia="Times New Roman" w:cs="Times New Roman"/>
        </w:rPr>
        <w:t>Pe prueba Carmelpegua oikuaaukáva mokõi marandu apytépe. Peteĩ prueba marandu profétika añetéva ha japuva apytépe, ha avei mensahéro Elías térã umi proféta oguapýva Jezabel mesa ári apytépe. Ko mba’e oñe’ẽkuri pe mensahéro rehe ha pe marandu rehe. Áño 1844-pe, Carmel oñembopyahu jey va’ekue Ñandejára oguerúvo peteĩ prueba ohechaukáva Miller-pe proféta añetetéva ramo, ha marandu Miller rehegua ysatĩ ha ama ramo. Pe joavy proféta añetéva ha marandu añetéva apytépe, ojoavyháicha proféta japu ha marandu japu gui, ojehechauka Exeter camp meeting-pe pe carpa Exeter reheve ha pe carpa pe aty Watertown-gua reheve. Mokõi tabernáculo ohechaukáva pe añetegua ojoavy hag̃uáicha pe japu gui. Pe joavy ojejapóva Carmel-pe ha tembiasakue 1844-pegua ojehechakuaa Cesarea de Filipos-pe Pedro oñesella jave ha oñemopu’ã Yvyty ári peteĩ techaukaha ramo. Ha’e oñemopu’ãkuri pórke he’i va’ekue imaranduha pe marandu añetetéva añoite pe ama pahápeguápe. Ha’e oñemopu’ãkuri iprofesía oñekumpli rire.</w:t>
      </w:r>
    </w:p>
    <w:p>
      <w:pPr>
        <w:pStyle w:val="ArticleBody"/>
        <w:jc w:val="left"/>
      </w:pPr>
      <w:r>
        <w:rPr>
          <w:rFonts w:ascii="Times New Roman" w:hAnsi="Times New Roman" w:eastAsia="Times New Roman" w:cs="Times New Roman"/>
        </w:rPr>
        <w:t>Trompéta arete niko mbohapýha ha ha’e pe prueba decisiva pe temporada pentecostalpe, ha upe prueba decisiva mboyve Pedro ohechauka Islam ojeheja hag̃ua osẽ hag̃ua hag̃ua hag̃ua hag̃ua pe proclamación Ñehẽpyhare Mbytépe. Pe ñembyaty oñemohu’ãva profecía rehegua ha’e upe ombojoavýva Millerita-kuérape Protestante-kuéragui, umíva orepresentáva pe tavayguakuéra pacto yma guare ojehasáva ykére. Elías voi ojuka umi maranduhára japu, upe rire ojehechauka rire pe joavy añete ha japu apytépe. Pe joavy ojejapo pe Trompéta Aretepe, peteĩ predicción Islam rehegua oñemohu’ã jave.</w:t>
      </w:r>
    </w:p>
    <w:p>
      <w:pPr>
        <w:pStyle w:val="ArticleBody"/>
        <w:jc w:val="left"/>
      </w:pPr>
      <w:r>
        <w:rPr>
          <w:rFonts w:ascii="Times New Roman" w:hAnsi="Times New Roman" w:eastAsia="Times New Roman" w:cs="Times New Roman"/>
        </w:rPr>
        <w:t>Pe Pyhare Sapy’a rembiasakue mileríta rehegua ha’e va’ekue peteĩ marandu porandúva oñemyatyrõ va’ekue ha upéi oñekumpli. Oñekumpli 22 jasypa 1844-pe, ha katu Miller remiandu ypygua Pe Pyhare Sapy’a rehegua ha’e va’ekue ary 1843. Samuel Snow ohechauka pe marandu ñemyatyrõ, ha imarandu ojekuaa hag̃ua pe marandu “añete” Pe Pyhare Sapy’a rehegua.</w:t>
      </w:r>
    </w:p>
    <w:p>
      <w:pPr>
        <w:pStyle w:val="ArticleBody"/>
        <w:jc w:val="left"/>
      </w:pPr>
      <w:r>
        <w:rPr>
          <w:rFonts w:ascii="Times New Roman" w:hAnsi="Times New Roman" w:eastAsia="Times New Roman" w:cs="Times New Roman"/>
        </w:rPr>
        <w:t>1844 niko peteĩ ta’anga ohechaukáva pe joavy oĩva Miller marandu ha Protestante-kuéra marandu apytépe. Pe jehechaukaha rapepe Protestante-kuéra ojuka Miller, ha upéi oiko hikuái Protestantismo apóstata, Roma rajykuéra, Jezabel pa’i kuéra. Pe joavy ojehechauka hag̃ua oiko va’ekue peteĩ marandu profético ñeñemoneĩ térã ñemboyke rupive. Juan ha Miller ndive, pe marandu profético ohechauka pe marandu japu yma guare pacto retãygua rehegua, umi ojehejáva tapykuépe. Elías marandu he’i va’ekue ndaiporimo’ãiha ama iñe’ẽ’ỹre, ha mbohapy ary imedio rire pe prueba upe he’i va’ekue rehegua ojehechauka va’erã.</w:t>
      </w:r>
    </w:p>
    <w:p>
      <w:pPr>
        <w:pStyle w:val="ArticleScripture"/>
        <w:jc w:val="left"/>
      </w:pPr>
      <w:r>
        <w:rPr>
          <w:rFonts w:ascii="Times New Roman" w:hAnsi="Times New Roman" w:eastAsia="Times New Roman" w:cs="Times New Roman"/>
        </w:rPr>
        <w:t>Ha ojehu rire, Acab ohechávo Elíaspe, Acab he’i chupe: “Nde piko pe remyangu’ekuéva Israelpe?” Ha ha’e ombohovái: “Che ndoromyangúi Israelpe; nde katu, ha nde ru róga, pende pehejágui Ñandejára rembiapoukapy, ha reseguígui umi Baal-kuérape. Ko’ág̃a, upévare, emondo ñehenói, ha embyaty chéve opa Israel yvyty Carmelo-pe, ha umi proféta Baalpegua irundycientos cincuenta, ha umi proféta ka’aguy kuérapegua irundycientos, umi okarúva Jezabel mesa guive.” 1 Reyes 18:17–19.</w:t>
      </w:r>
    </w:p>
    <w:p>
      <w:pPr>
        <w:pStyle w:val="ArticleBody"/>
        <w:jc w:val="left"/>
      </w:pPr>
      <w:r>
        <w:rPr>
          <w:rFonts w:ascii="Times New Roman" w:hAnsi="Times New Roman" w:eastAsia="Times New Roman" w:cs="Times New Roman"/>
        </w:rPr>
        <w:t>Pe jehechauka hag̃ua umi japúva ha umi añetegua, taha’e pe mensahéro térã pe mensáhe, ojejapo peteĩ proceso de prueba-pe, upépe oike va’ekue acusación kuéra mokõivévare: pe mensáhe ha pe mensahéro rehe. Elías ha’e va’ekue pe oñeaccusa va’ekue omyangekóiha Israel, pórke imensáhe oguereko va’ekue okyta hag̃ua pe ama. Osegíramo rire oky Israel-pe, ndaipóri va’erãmo’ã kuri mba’eveichagua cuestión oñemopu’ãva Elías rehe. Pe asunto oñemopyenda kuri Elías profecía rehe, ha iñemboguata añeteguápe umi mbohapy ary ha mbyte pukukue jave.</w:t>
      </w:r>
    </w:p>
    <w:p>
      <w:pPr>
        <w:pStyle w:val="ArticleBody"/>
        <w:jc w:val="left"/>
      </w:pPr>
      <w:r>
        <w:rPr>
          <w:rFonts w:ascii="Times New Roman" w:hAnsi="Times New Roman" w:eastAsia="Times New Roman" w:cs="Times New Roman"/>
        </w:rPr>
        <w:t>Peteĩ oĩ jave Cesarea de Filipo pe prueba decisiva-pe, ha upéva hína trompéta kuéra arete, ha avei pe tenda ojejorahápe pe vúrro, upépe oñemohu’ã pe inicio pe Marandu Pyharepyte Sapy’a Guasu rehegua. Pedro, Elías-icha, ramoite ohecha imarandu’ypy oñemopyendáva, ha pe joavy añetegua ha japuvaíva apytépe ojehechauka opavavépe ohecha hag̃ua. Pe marandu’ypy ñemopyenda ojehechauka trompéta kuéra arete rupive — upéva hína pe prueba decisiva. Pe marandu’ypy ojehechauka typológicamente mokõivéva 1840 ha 1844 rupive, upépe peteĩ predicción oñemyatyrõ ha upéi oñekumpli. Josías Litch marandu’ypy oñemyatyrõva omombarete vaekue pe ánhel peteĩha-pe agosto 11, 1840-pe, ha pe marandu’ypy ary 1843 rehegua, Miller ome’ẽ vaekue, oñemyatyrõ Snow rupive.</w:t>
      </w:r>
    </w:p>
    <w:p>
      <w:pPr>
        <w:pStyle w:val="ArticleScripture"/>
        <w:jc w:val="left"/>
      </w:pPr>
      <w:r>
        <w:rPr>
          <w:rFonts w:ascii="Times New Roman" w:hAnsi="Times New Roman" w:eastAsia="Times New Roman" w:cs="Times New Roman"/>
        </w:rPr>
        <w:t>“Áño 1840-pe oñekumpli ambue profecía hechapyrãva ha omoñepyrũ tuichaiterei interés. Mokõi áño mboyve, Josiah Litch, peteĩva umi ministro tenondegua opredikáva pe jeju mokõiha, omoherakuã peteĩ ñemyesakã Apocalipsis 9 rehegua, oikuaaukáva pe Imperio Otomano ho’ataha. Ipapapy he’iháicha, ko pu’aka ojeityva’erã... 11 jasypoapy 1840-pe, jave pe pu’aka otomano Constantinopla-pe ikatu oñeha’arõ oñembyaipaha. Ha kóva, che arovia, ojehechataha upéicha.”</w:t>
      </w:r>
    </w:p>
    <w:p>
      <w:pPr>
        <w:pStyle w:val="ArticleScripture"/>
        <w:jc w:val="left"/>
      </w:pPr>
      <w:r>
        <w:rPr>
          <w:rFonts w:ascii="Times New Roman" w:hAnsi="Times New Roman" w:eastAsia="Times New Roman" w:cs="Times New Roman"/>
        </w:rPr>
        <w:t>“Pe áraite oñemombe’upyrãme he’iháicha, Turkiakuéra, hemimondoha rupive, omoneĩ umi pokatu ojoajúva Európagua ñangareko; ha upéicha omoĩ ijehe umi tetã kristiánova poguýpe. Pe oikóva omoañete hekopete pe profesía. Ojekuaávo upéva, heta tapicha oguerovia Miller ha iñirũnguéra ombohape va’ekue marandu profesiakuéra ñemyesakã rembiporu añeteguaha, ha peteĩ kyre’ỹ tuichaite oñeme’ẽ pe advento rembiapópe. Kuimba’e arandu ha tetãme ojehecharamóva ojuaju Miller ndive, mokõivéva opredika ha opublika hag̃ua hemiandu; ha ary 1840 guive ary 1844 peve pe tembiapo pya’eterei oñemyasãi.” The Great Controversy, 334, 335.</w:t>
      </w:r>
    </w:p>
    <w:p>
      <w:pPr>
        <w:pStyle w:val="ArticleBody"/>
        <w:jc w:val="left"/>
      </w:pPr>
      <w:r>
        <w:rPr>
          <w:rFonts w:ascii="Times New Roman" w:hAnsi="Times New Roman" w:eastAsia="Times New Roman" w:cs="Times New Roman"/>
        </w:rPr>
        <w:t>Litch he’ẽpyre Islam rehegua vaʼekue, ha Snow he’ẽpyre okẽ oñembotypývaregua vaʼekue. Oñekumplírõ guare Litch he’ẽpyre, pe tape ojeiporúva oñemopyenda hag̃ua pe marandu oñemoneĩ, ha umi omoneĩ vaʼekue pe marandu “ojoaju” pe maranduhárape ndive. Mokõivéva, pe marandu ha pe maranduhára, ojekuaa pe he’ẽpyre oñekumplívo. Litch he’ẽpyre Islam rehegua vaʼekue, ha Snow he’ẽpyre okẽ oñembotypývaregua vaʼekue.</w:t>
      </w:r>
    </w:p>
    <w:p>
      <w:pPr>
        <w:pStyle w:val="ArticleScripture"/>
        <w:jc w:val="left"/>
      </w:pPr>
      <w:r>
        <w:rPr>
          <w:rFonts w:ascii="Times New Roman" w:hAnsi="Times New Roman" w:eastAsia="Times New Roman" w:cs="Times New Roman"/>
        </w:rPr>
        <w:t>“Ahecha Tupã tavayguakuérape vy’ápe oha’arõva, oma’ẽvo Ijára rehe. Péro Tupã oipota vaʼekue omboyke hag̃ua chupekuéra. Ipo ojahoʼi peteĩ jejavy pe ñehesaʼỹijópe umi ára profétikokuéra rehegua. Umi ohaʼarõva hína kuri Ijárape ndoikuaái upe jejavy, ha umi kuimbaʼe aranduvéva omokañýva pe ára avei ndahechái. Tupã oipota vaʼekue Itavayguakuéra ohasa peteĩ ñembyasýpe. Pe ára ohasa, ha umi ohaʼarõ vaʼekue vyʼápe Hesaʼỹijára ou hag̃ua oñembyasy ha ikangy pyʼa; upe aja umi ndohayhúivaʼekue Jesús jehechauka, ha omoneĩva pe marandu kyhyjégui, ovyʼa ndouihaguére upe árape ohaʼarõvaʼekue. Iñeʼẽrendu guaʼu ndopyhýi vaʼekue pe korasõ ha nomopotĩi pe tekove. Pe ára hasaha oĩ porãiterei vaʼekue ohechauka hag̃ua koʼãichagua korasõ. Haʼekuéra voi raẽvete ojere ha opuka hag̃ua umi oñembyasy ha oñembotavyvaʼekue rehe, umi añetehápe ohayhúvaʼekue Hesaʼỹijára jehechauka. Ahecha Tupã arandu oĩha ipype ohaʼã hag̃ua Itavayguakuérape ha omeʼẽ hag̃uáicha chupekuéra peteĩ mbaʼeporandu pypuku oikuaauká hag̃uáicha umi oñembotýva ha ojere jeýva aravo jehasa asýpe.”</w:t>
      </w:r>
    </w:p>
    <w:p>
      <w:pPr>
        <w:pStyle w:val="ArticleScripture"/>
        <w:jc w:val="left"/>
      </w:pPr>
      <w:r>
        <w:rPr>
          <w:rFonts w:ascii="Times New Roman" w:hAnsi="Times New Roman" w:eastAsia="Times New Roman" w:cs="Times New Roman"/>
        </w:rPr>
        <w:t>“Jesús ha opaite yvágapegua aty ohecha porã hag̃ua mborayhu ha poriahuvereko reheve umi, vy’apópe ha’e’ẽ porãme, are oha’arõ va’ekue ohecha hag̃ua upe Ijohayhúva ikorasõkuéra. Ángel-kuéra oveve hína kuri ijerére, omombarete hag̃ua chupekuéra iñehẽmbýpe pe hora ijehasa asýpe. Umi omboykéva’ekue pe marandu yvagapegua ñemoguahẽ, opyta pytũmbýpe, ha Tupã pochykue hendy hendýva hesekuéra, ndoguerohorýi rupi pe tesape Ha’e ombou va’ekue chupekuéra yvágagui. Umi jerovia hag̃ua ojeroviáva, oñembotavyetereíva, ha ndaikatúiva ontende mba’érepa ndouiri gueteri Ijára, ndopytái pytũmbýpe. Jey jeýma oñembojerovia chupekuéra hag̃ua Biblia-kuéra rehe, oheka hag̃ua umi ára profétikokuéra. Ñandejára po oñemboguejy umi ta’anga ári, ha pe jejavy oñemyesakã. Ohecha hikuái umi ára profétikokuéra oguahẽha 1844 peve, ha upe tembikuaaite oikuave’ẽ va’ekue hikuái ohechauka hag̃ua umi ára profétikokuéra oñemboty hague 1843-pe, ohechauka avei opaha va’erãha 1844-pe. Tupã Ñe’ẽgui osẽ va’ekue tesape omimbi hikuái rekove ári, ha ojuhu hikuái peteĩ ára oñembotare’ẽha—‘Jepe pe [visión] ipuku, eha’arõ chupe.’ Ijohayhúgui Cristo pya’eju, ha’ekuéra ndohechakuaái kuri pe visión oñembotare’ẽha, ojehechaukátava umi añetehápe oha’arõvape. Jey avei oguereko hikuái peteĩ ára renda. Upéicharõ jepe, ahecha heta hesekuéra ndaikatuiha opu’ã pe ñembyasy guasu oikovéva ári, oguereko hag̃uáicha upe kyre’ỹ ha mbarete omarkáva’ekue ijerovia 1843-pe.”</w:t>
      </w:r>
    </w:p>
    <w:p>
      <w:pPr>
        <w:pStyle w:val="ArticleScripture"/>
        <w:jc w:val="left"/>
      </w:pPr>
      <w:r>
        <w:rPr>
          <w:rFonts w:ascii="Times New Roman" w:hAnsi="Times New Roman" w:eastAsia="Times New Roman" w:cs="Times New Roman"/>
        </w:rPr>
        <w:t>“Satan ha hembiguái ipochy hikuái hesekuéra, ha umi ndojapysakáiva pe marandu rehe ovy’a hag̃ua ijehegui, oñemomba’eguasu hag̃ua iñarandu mombyry ohecháva ha iñakãguapy rehe ndoguerohorýigui pe jejavy, upéicha he’i haguéicha hikuái. Ha’ekuéra ndoikuaái kuri oheja hague ykére Tupã consejo ijehegui, ha omba’apoha hikuái joajúpe Satan ndive ha hembiguái ipochy ndive ombopy’arory hag̃ua Tupã tavayguakuérape, oikovéva pe marandu yvágagui ouva’ekue ryepýpe.”</w:t>
      </w:r>
    </w:p>
    <w:p>
      <w:pPr>
        <w:pStyle w:val="ArticleScripture"/>
        <w:jc w:val="left"/>
      </w:pPr>
      <w:r>
        <w:rPr>
          <w:rFonts w:ascii="Times New Roman" w:hAnsi="Times New Roman" w:eastAsia="Times New Roman" w:cs="Times New Roman"/>
        </w:rPr>
        <w:t>“Umi ogueroviáva ko marandu ojejopy vaʼekue umi tupãópe. Sapyʼami, umi ndojaposéivape pe marandu oñejoko kyhyjégui ani hag̃ua omombeʼu hekopete umi temimoʼã oguerekóva ipyʼapýpe; péro ára hasávo ojekuaauka hesakã porã umi añetegua oĩva ipyʼapýpe. Haʼekuéra oipotákuri omokirirĩ pe testimónio umi ohaʼarõvape oñembopýva hag̃ua omeʼẽ, haʼéva umi ára profétiko ojepyso hague pe ary 1844 peve. Hesakã porãme umi ogueroviáva omyesakã imbaʼe vai hague ha omeʼẽ umi mbaʼérepa ohaʼarõkuri Ijára pe ary 1844-pe. Umi ojopóiva ndoguerekói kuri mbaʼeveichagua argumento umi mbarete hag̃ua umi mbaʼére oñemeʼẽ vaʼekue rehe. Upéicharamo jepe, umi tupão pochy hendy; ojedetermina ani hag̃ua ohendu mbaʼeveichagua prueba, ha omboty hag̃ua pe testimónio tupãokuéragui, ani hag̃ua ambuekuéra ohendu. Umi ndaipyʼaguasúiva ojoko hag̃ua ambuépe pe tesape Tupã omeʼẽ vaʼekue chupekuéra, oñemosẽ umi tupãógui; péro Jesús oĩ kuri hendivekuéra, ha haʼekuéra ovyʼa Hova resape rehe. Oñembosakoʼi hikuái oguerohory hag̃ua pe marandu angel mokõiha gua.” Early Writings, 235–237.</w:t>
      </w:r>
    </w:p>
    <w:p>
      <w:pPr>
        <w:pStyle w:val="ArticleBody"/>
        <w:jc w:val="left"/>
      </w:pPr>
      <w:r>
        <w:rPr>
          <w:rFonts w:ascii="Times New Roman" w:hAnsi="Times New Roman" w:eastAsia="Times New Roman" w:cs="Times New Roman"/>
        </w:rPr>
        <w:t>Pedro orrepresenta umi cien cuarenta y cuatro mil-pe, haʼekuéra, Litch-icha, omoherakuã peteĩ profecía oñemyatyrõva Islam rehegua ha peteĩ reino paha rehegua; ha Snow-icha avei, Pedro omoherakuã peteĩ profecía oñemyatyrõva okẽ oñembotýva rehegua. Litch marandu, pe segundo ay Islam rehegua, vaʼekue peteĩ profecía okapeguáva, ha Snow rembiporavopyre okẽ oñembotýva vaʼekue peteĩ profecía hyepypeguáva. Snow-pe g̃uarã tembiapo oñepyrũkuri Ñandejára oipeʼa ramo guare ipo umi cifra ári, ha upérõ ojehechakuaa pe evidencia añetéva voi, yma ojejepyʼamongetákuri ohechauka hag̃ua 1843, añetehápe ohechaukaha October 22, 1844. Litch-pe g̃uarã katu, vaʼekue peteĩ cálculo, ha upéva oñekumplívo ogueru Apocalipsis 10 pe ánhel oguejy hag̃uáicha opyta yvy ári ha yguasu ári.</w:t>
      </w:r>
    </w:p>
    <w:p>
      <w:pPr>
        <w:pStyle w:val="ArticleBody"/>
        <w:jc w:val="left"/>
      </w:pPr>
      <w:r>
        <w:rPr>
          <w:rFonts w:ascii="Times New Roman" w:hAnsi="Times New Roman" w:eastAsia="Times New Roman" w:cs="Times New Roman"/>
        </w:rPr>
        <w:t>Pe hecho Litch omoĩjeyhaguére iprediksiõ ipytyvõmboyve diez ára, ohechauka pe tembiapo oñemyatyrõ hag̃ua peteĩ prediksiõ yma guareha peteĩ prueba-rõ. ¿Pe ñepyrũ 1840-pe ha pe opa 1844-pe añetehápe piko ha’e peteĩ símbolo profético peteĩ prediksiõ oñemoĩjeyva’ekue hag̃ua pe verdadero Clamor de Medianoche? ¿Pe alfa ha omega pe historia Millerita rehegua, opahague pe proclamación del Clamor de Medianoche rehe, añetehápe piko ohechauka hag̃ua umi característica profética pe verdadero Clamor de Medianoche rehegua umi ciento cuarenta y cuatro mil-pe?</w:t>
      </w:r>
    </w:p>
    <w:p>
      <w:pPr>
        <w:pStyle w:val="ArticleBody"/>
        <w:jc w:val="left"/>
      </w:pPr>
      <w:r>
        <w:rPr>
          <w:rFonts w:ascii="Times New Roman" w:hAnsi="Times New Roman" w:eastAsia="Times New Roman" w:cs="Times New Roman"/>
        </w:rPr>
        <w:t>Mokõive mokõi ára pe marandu oñemyatyrõ vaʼekue oñemoherakuã ramo, ojehechauka kuri joavy pe marandu Miller-gua rehe, pe marandu ombohasa asy rupi tavayguakuérape. Pedro oĩ ramo Cesarea de Filipo-pe, oĩ peteĩ joavy pe marandu rehe oñepyrũ vaʼekue Cesarea de Filipo mboyve, péva hína ñembotýpe ojehechaukáva ombojeroviaha haʼe hague Pedro ñeʼẽ rupive añoite pe ama marandu oguejy vaʼerãha. Cesarea de Filipo haʼe pe trompéta arete, oñembojoajúva Cristo omondóramo mokõi temimboʼe, ojeguerojapýva pe ánhel mokõiha ramo, ojora hag̃ua pe vúrro Islam-gua. Pe vúrro Islam-gua jejora omombeʼu pepykuéra pe ñeʼẽpyahu Pyharepytũ Sapukái rehegua oñepyrũha Exeter camp meeting-pe; Samuel Snow, ouvo kavaju ári peteĩ ára itardiágui, 13 jasypoapy-pe, haʼe opyta rire ohaʼarõvo, ndoúi hag̃ua pe ára oñepyrũhápe, omarkaha pe aravo ohaʼarõha paha ha pe marandu oñepyrũha, upéi oguerahaha yguasúicha pe aty opa rire 17-pe.</w:t>
      </w:r>
    </w:p>
    <w:p>
      <w:pPr>
        <w:pStyle w:val="ArticleBody"/>
        <w:jc w:val="left"/>
      </w:pPr>
      <w:r>
        <w:rPr>
          <w:rFonts w:ascii="Times New Roman" w:hAnsi="Times New Roman" w:eastAsia="Times New Roman" w:cs="Times New Roman"/>
        </w:rPr>
        <w:t>Miller pegua rembiasakue rehegua ñorairõ, mburuvicha Acab remi’akuãha, ha umi judío oñemoĩ mbaretéva, oñe’ẽ rei ha oñorairõva Cristo oike jave Jerusalénpe, opavave ohechauka peteĩ ñorairõ oguahẽva ipahápe trompéta ára guasúpe, pe vúrro ojejorávo. Pe vúrro jejorã ha’e peteĩ profesía ñemoneĩ omombe’úva peteĩ okẽ oñembotýva adventismo ári iñepyrũme Cesarea Filípipe, ha peteĩ okẽ oñembotýva ipahaitépe upe períodope Cesarea Marítimape. Pe vúrro ha’e Islam ra’anga mbohapyha ñehundi guasu rehegua, oinupãva Tetã peteĩ reko Amérikape, oikehápe Nashville, Tennessee. Pe ñeñandu vai ojejapova’ekue 18 jasypokõi ary 2020-pe, ko’ág̃a oñemyatyrõ mbeguekatúpe Ñandejára oipe’ávo Ipo, ha oipe’ávo pe ñemboty Jesús Cristo ñemombe’u rehegua. Upe jeipe’a oñepyrũ va’ekue pe desiértope julio ary 2023-pe.</w:t>
      </w:r>
    </w:p>
    <w:p>
      <w:pPr>
        <w:pStyle w:val="ArticleHeading"/>
        <w:jc w:val="left"/>
      </w:pPr>
      <w:r>
        <w:rPr>
          <w:rFonts w:ascii="Arial" w:hAnsi="Arial" w:eastAsia="Arial" w:cs="Arial"/>
        </w:rPr>
        <w:t>Pe visión Daniel Once rehegua</w:t>
      </w:r>
    </w:p>
    <w:p>
      <w:pPr>
        <w:pStyle w:val="ArticleBody"/>
        <w:jc w:val="left"/>
      </w:pPr>
      <w:r>
        <w:rPr>
          <w:rFonts w:ascii="Times New Roman" w:hAnsi="Times New Roman" w:eastAsia="Times New Roman" w:cs="Times New Roman"/>
        </w:rPr>
        <w:t>Pe Trompéta arete orrepresenta pe séptimo trompéta, ha’éva pe mbohapyha ñembyasýi, ha’éva Islam. Peteĩ trompéta ha’e peteĩ marandu ñehendu hag̃ua okáguio ñorairõ rehegua, ha katu ikatu avei oñentende peteĩ ñehenói hyepýguagua peteĩ aty marangatu-rã. Ha’évo pe prueba decisiva oñepyrũva umi mbohapypa ára pe mokõiha tupaópegua prueba oñemohu’ã vove, ha’e mokõivéva peteĩ marandu okáguagua ha hyepýguagua. Pe peteĩha prueba ypykue oguahẽ va’ekue pe araro’y 2024-pe pe visión okáguagua anticristo rehegua rupi, ojehechaukaháicha Daniel 11:14-pe.</w:t>
      </w:r>
    </w:p>
    <w:p>
      <w:pPr>
        <w:pStyle w:val="ArticleScripture"/>
        <w:jc w:val="left"/>
      </w:pPr>
      <w:r>
        <w:rPr>
          <w:rFonts w:ascii="Times New Roman" w:hAnsi="Times New Roman" w:eastAsia="Times New Roman" w:cs="Times New Roman"/>
        </w:rPr>
        <w:t>Ha upe umi ára-pe heta opuʼãta ñemby gotyo ruvicha guasu rehe; avei ne retãyguakuéra apytégui umi mbaretépe ojejapóva pohýipe oñemoirũta omopyenda hag̃ua pe visión; ha katu hoʼáta hikuái. Daniel 11:14.</w:t>
      </w:r>
    </w:p>
    <w:p>
      <w:pPr>
        <w:pStyle w:val="ArticleBody"/>
        <w:jc w:val="left"/>
      </w:pPr>
      <w:r>
        <w:rPr>
          <w:rFonts w:ascii="Times New Roman" w:hAnsi="Times New Roman" w:eastAsia="Times New Roman" w:cs="Times New Roman"/>
        </w:rPr>
        <w:t>Pe téra mboyvegua omoinge Panium, ha Panium rembiapokue rehegua testimónio ocontinúa pe versíkulo quince peve.</w:t>
      </w:r>
    </w:p>
    <w:p>
      <w:pPr>
        <w:pStyle w:val="ArticleScripture"/>
        <w:jc w:val="left"/>
      </w:pPr>
      <w:r>
        <w:rPr>
          <w:rFonts w:ascii="Times New Roman" w:hAnsi="Times New Roman" w:eastAsia="Times New Roman" w:cs="Times New Roman"/>
        </w:rPr>
        <w:t>Pe rréi yvategua ou jeýta, ha ombyatyta heta tavaygua tuichavéva umi tenondeguágui; ha añetépe ou jeýta rire mbovymi áño, peteĩ ehérsito tuicháva reheve ha heta mba’erepy reheve. Daniel 11:13.</w:t>
      </w:r>
    </w:p>
    <w:p>
      <w:pPr>
        <w:pStyle w:val="ArticleBody"/>
        <w:jc w:val="left"/>
      </w:pPr>
      <w:r>
        <w:rPr>
          <w:rFonts w:ascii="Times New Roman" w:hAnsi="Times New Roman" w:eastAsia="Times New Roman" w:cs="Times New Roman"/>
        </w:rPr>
        <w:t>Mburuvicha yvate gotygua umi versíkulo diez guive quince peve ha’e pe papado rembiguái pokatu, ojehechaukáva Ronald Reagan rupive versíkulo diez-pe, oñembogue jave pe muralla pe cortina de hierro rehegua, ojehechauka hag̃uáicha pe Muralla de Berlín ho’a haguére 9 de noviembre de 1989-pe. Pe versíkulo dieciséis ohechauka pe muro de separación iglesia ha estado apytégui oñembogueteha pe léi dominical-pe. Umi versíkulo once ha doce ohechauka pe ñorairõ Ucrania-pegua oñepyrũva’ekue 2014-pe, ha pe versíkulo trece omombe’u hina pe jeiporavo 2024 rehegua, upépe Trump, pe poapyha presidente Reagan guive, ha avei pe poapyha presidente umi siete presidente mboyveguáicha, “ojevy” pokatuve reheve, ha ojevýramo “ogueroútaha heta tavayguakuéra tenondegua-gui tuichavéva, ha katuete outa amo arykuéra rire.” Umi “amo arykuéra” ha’e Joe Biden irundy ary.</w:t>
      </w:r>
    </w:p>
    <w:p>
      <w:pPr>
        <w:pStyle w:val="ArticleBody"/>
        <w:jc w:val="left"/>
      </w:pPr>
      <w:r>
        <w:rPr>
          <w:rFonts w:ascii="Times New Roman" w:hAnsi="Times New Roman" w:eastAsia="Times New Roman" w:cs="Times New Roman"/>
        </w:rPr>
        <w:t>2024 rire, versíkulo trece ndive ojoajúvo, Roma oike jeýta Panium rembiasakue profétikape. 8 jasypokõi 2025-pe ojeporavo vaʼekue pe pára peteĩha pe yvy espirituál ha gloriósa-gui, ha haʼe oiporavo héra ramo Leo, oguerúva hendive heta característica profética iñimportánteva. Upéi, versíkulo quince-pe, ñorairõ oñepyrũ.</w:t>
      </w:r>
    </w:p>
    <w:p>
      <w:pPr>
        <w:pStyle w:val="ArticleScripture"/>
        <w:jc w:val="left"/>
      </w:pPr>
      <w:r>
        <w:rPr>
          <w:rFonts w:ascii="Times New Roman" w:hAnsi="Times New Roman" w:eastAsia="Times New Roman" w:cs="Times New Roman"/>
        </w:rPr>
        <w:t>Upévare pe mburuvicha yvate gotyogua ou vaerã, ha omopu’ãta peteĩ yvyty atãha hag̃ua, ha oipe’áta umi táva oñemboty porãvéva; ha umi py’a guasu yvy gotyogua ndikatumo’ãi opu’ã hese, ni ipueblo poravopyre, ha ndaiporimo’ãi mbarete hag̃ua oñemoĩ hag̃ua hese. Daniel 11:15.</w:t>
      </w:r>
    </w:p>
    <w:p>
      <w:pPr>
        <w:pStyle w:val="ArticleBody"/>
        <w:jc w:val="left"/>
      </w:pPr>
      <w:r>
        <w:rPr>
          <w:rFonts w:ascii="Times New Roman" w:hAnsi="Times New Roman" w:eastAsia="Times New Roman" w:cs="Times New Roman"/>
        </w:rPr>
        <w:t>Ñorairõ Panio pegua oñepyrũ mbohapyha verso 15-pe, ha yvy mymba, Donald Trump rehe oñerepresentáva, ombotyva’erã pe ñemburuvicha guasu yvygotyo pegua. Pe ñemburuvicha guasu yvygotyo pegua, verso 11-pe, omoñepyrũ peteĩ ñorairõ Ucrania ndive, papado pokatu proxy rehegua, oñemongakuaa ha oñepytyvõva’ekue papado pokatu proxy rehegua verso 10-pe guare rupive—Tetã peteĩ reko Amérika Joapykuéra. Pe ñemburuvicha guasu yvygotyo pegua oguerekóta jehupyty ñorairõ Rafia-pe, ha upe jehupyty rire, pe oñembyaipa mbeguekatúva, tapiaite ojoajúva peteĩ mburuvicharã dragón rehegua yvygotyo pegua mano hag̃ua ndive, oheja pe ñemburuvicha guasu yvygotyo pegua peteĩ tenda iñikangyetereívape, pe ñemburuvicha guasu yvynorte pegua ou jey jave, imbaretevéva araka’evegui ha oñembosako’ívo ñorairõ Panio peguarã. Rusia ha Putin ha’e pe ñemburuvicha guasu yvygotyo pegua Tetã peteĩ reko Amérika Joapykuéra omoñepyrũ rire pe ñorairõ Ucrania pegua ary 2014-pe. Ary 2022-pe oñepyrũ pe ñorairõ pavẽ ha tuguy oñepyrũ osyry. Ary 2024-pe pe ñemburuvicha guasu yvynorte pegua ou jey.</w:t>
      </w:r>
    </w:p>
    <w:p>
      <w:pPr>
        <w:pStyle w:val="ArticleBody"/>
        <w:jc w:val="left"/>
      </w:pPr>
      <w:r>
        <w:rPr>
          <w:rFonts w:ascii="Times New Roman" w:hAnsi="Times New Roman" w:eastAsia="Times New Roman" w:cs="Times New Roman"/>
        </w:rPr>
        <w:t>Pedro oĩ Cesarea de Filipope, ha’éva hína pe ñepyrũ marandu ñemyasãi rehegua Sapyʼa Pyharepytegua. Pedro, Elías ha umi Millerita-kuéra Litch ha Snow ohechauka haguéicha, yma guive omoĩma vaʼekue peteĩ maranduʼypy okẽ ñemboty rehegua ha Islam rehegua. Iñekumplimiénto ohechauka porã pe joavy pe ama kyreʼỹ paha añeteguáva ha japúva marandu apytépe, ha avei umi marandu rerahaha añeteguáva ha japúva apytépe. Pedro marandu hína pe marandu ojeheko porã jeyva Nashville ha Islam rehegua, ha haʼe oĩ jave Cesarea de Filipope, oĩ hína Paniope, upe ñorairõ ogueraháva domingo léi pe versíkulo dieciséis-pe. Iñekumplimiénto Pedro maranduʼypy rehegua ohechauka pe ñepyrũ marandu ñemyasãi rehegua Sapyʼa Pyharepytegua, Islam oñemosãso jave, ha upéva avei, línea ári línea, oiko jave pe ñorairõ Paniopegua.</w:t>
      </w:r>
    </w:p>
    <w:p>
      <w:pPr>
        <w:pStyle w:val="ArticleHeading"/>
        <w:jc w:val="left"/>
      </w:pPr>
      <w:r>
        <w:rPr>
          <w:rFonts w:ascii="Arial" w:hAnsi="Arial" w:eastAsia="Arial" w:cs="Arial"/>
        </w:rPr>
        <w:t>Daniel diez pe visión</w:t>
      </w:r>
    </w:p>
    <w:p>
      <w:pPr>
        <w:pStyle w:val="ArticleBody"/>
        <w:jc w:val="left"/>
      </w:pPr>
      <w:r>
        <w:rPr>
          <w:rFonts w:ascii="Times New Roman" w:hAnsi="Times New Roman" w:eastAsia="Times New Roman" w:cs="Times New Roman"/>
        </w:rPr>
        <w:t>Pe Trompéta rehegua arete ohechauka pe séptima trompéta, ha upéva hína pe mbohapyha ñembyasy guasu, ha upéva hína Islam. Peteĩ trompéta ha’e peteĩ marandu ñemomarandu, ha avei peteĩ ñehenói aty marangatu hag̃ua. Avei ha’e pe prueba decisiva oñepyrũva umi treinta ára pe mokõiha templo prueba rehegua oñemohu’ãvo. Pe peteĩha visión de prueba externa fundamental anticristo rehegua og̃uahẽ vaʼekue ara pyahu 2024-pe, ha pe mokõiha visión de prueba interna Cristo rehegua, oñeha’ãramo Daniel 10-pe, og̃uahẽ 2026-pe.</w:t>
      </w:r>
    </w:p>
    <w:p>
      <w:pPr>
        <w:pStyle w:val="ArticleScripture"/>
        <w:jc w:val="left"/>
      </w:pPr>
      <w:r>
        <w:rPr>
          <w:rFonts w:ascii="Times New Roman" w:hAnsi="Times New Roman" w:eastAsia="Times New Roman" w:cs="Times New Roman"/>
        </w:rPr>
        <w:t>Upéi amopu’ã che resa ha ama’ẽ, ha péina peteĩ kuimba’e oĩva ao líno reheve, ha ipy’a jerére oñekuatia óro porã Upaz guigua reheve. Irete avei ojogua berilope, hova katu ojogua overáva ára resaicha; hesa katu tata rendyicha; ipo ha ipy ojogua brónse oñemimbi porãvape; ha iñe’ẽnguéra tyapu ojogua heta tavayguakuéra ñe’ẽnguérape.</w:t>
      </w:r>
    </w:p>
    <w:p>
      <w:pPr>
        <w:pStyle w:val="ArticleScripture"/>
        <w:jc w:val="left"/>
      </w:pPr>
      <w:r>
        <w:rPr>
          <w:rFonts w:ascii="Times New Roman" w:hAnsi="Times New Roman" w:eastAsia="Times New Roman" w:cs="Times New Roman"/>
        </w:rPr>
        <w:t>Ha che Daniel añoite ahecha pe visión; umi kuimba'e oĩ va'ekue chendive ndohéchai pe visión; upéicharõ jehýi tuicha ou hi'ári kuéra, ha okañy hikuái oñemokañy hag̃ua.</w:t>
      </w:r>
    </w:p>
    <w:p>
      <w:pPr>
        <w:pStyle w:val="ArticleScripture"/>
        <w:jc w:val="left"/>
      </w:pPr>
      <w:r>
        <w:rPr>
          <w:rFonts w:ascii="Times New Roman" w:hAnsi="Times New Roman" w:eastAsia="Times New Roman" w:cs="Times New Roman"/>
        </w:rPr>
        <w:t>Upévare ajejuhu cheaño, ha ahecha pe visión tuicháva; ha ndaipóri véima mbarete cherehe: che porãitegui oiko chepype ñembyai, ha ndaikatuvéima areko mbarete.</w:t>
      </w:r>
    </w:p>
    <w:p>
      <w:pPr>
        <w:pStyle w:val="ArticleScripture"/>
        <w:jc w:val="left"/>
      </w:pPr>
      <w:r>
        <w:rPr>
          <w:rFonts w:ascii="Times New Roman" w:hAnsi="Times New Roman" w:eastAsia="Times New Roman" w:cs="Times New Roman"/>
        </w:rPr>
        <w:t>Ha ahendúkuri pe he ñe'ẽnguéra ryapu; ha ahendúramo guare iñe'ẽnguéra ryapu, aime hag̃ua peteĩ oke pypukúpe che rováre, ha che rova oma’ẽ yvýre.</w:t>
      </w:r>
    </w:p>
    <w:p>
      <w:pPr>
        <w:pStyle w:val="ArticleScripture"/>
        <w:jc w:val="left"/>
      </w:pPr>
      <w:r>
        <w:rPr>
          <w:rFonts w:ascii="Times New Roman" w:hAnsi="Times New Roman" w:eastAsia="Times New Roman" w:cs="Times New Roman"/>
        </w:rPr>
        <w:t>Ha, péina, peteĩ po chepoko, ha chemoĩ che renyhẽ ári ha che po py’a ári. Upéi he’i chéve: Daniel, kuimba’e oñehayhuetereíva, eikuaa umi ñe’ẽ ha’éva ndéve, ha eñembo’y porã; nde rendápe niko ko’ág̃a aju amondo hag̃ua. Ha oñe’ẽ rire upéicha chéve, añembo’y ryryipápe. Upémarõ he’i chéve: Ani rekyhyje, Daniel; peteĩha ára guive remoĩ haguéguinte nde py’a reikuaa hag̃ua, ha reñemomirĩ hag̃ua nde Jára renondépe, ne ñe’ẽ nguéra oñehendu, ha aju nde ñe’ẽ rehe. Péro Persia rréino ruvicha chejoko mokõi pa ary peteĩ ára; ha péina, Miguel, peteĩva umi mburuvicha guasu apytégui, ou chepytyvõ hag̃ua; ha che apyta upépe Persia ruvichakuéra ndive. Ko’ág̃a katu aju amboikuaa hag̃ua ndéve mba’épa oikótava ne retãygua rehe ára pahápe; pe visión niko gueteri heta ára pegua. Ha ha’e oñe’ẽ rire chéve ko’ã ñe’ẽ rehe, ambohovái che rova yvýre, ha chekirirĩmba.</w:t>
      </w:r>
    </w:p>
    <w:p>
      <w:pPr>
        <w:pStyle w:val="ArticleScripture"/>
        <w:jc w:val="left"/>
      </w:pPr>
      <w:r>
        <w:rPr>
          <w:rFonts w:ascii="Times New Roman" w:hAnsi="Times New Roman" w:eastAsia="Times New Roman" w:cs="Times New Roman"/>
        </w:rPr>
        <w:t>Ha péina, peteĩ ojoguáva yvypóra ra’y kuéra joguaha rehegua opoko che rembe’y rehe; upérõ aipe’a che juru, ha añe’ẽ, ha ha’e pe oĩvape che renondépe: Ñandejára che Jára, pe visión rupive che mba’asy oujey che ári, ha ndahepyme’ẽi mbareteveve. Mba’éicha piko ko che Jára rembiguái ikatúta oñe’ẽ ko che Jára ndive? Che rehe katu, upepete voi ndaipóri véima mbarete che pype, ha ndaipóri véima pytu che rehe.</w:t>
      </w:r>
    </w:p>
    <w:p>
      <w:pPr>
        <w:pStyle w:val="ArticleScripture"/>
        <w:jc w:val="left"/>
      </w:pPr>
      <w:r>
        <w:rPr>
          <w:rFonts w:ascii="Times New Roman" w:hAnsi="Times New Roman" w:eastAsia="Times New Roman" w:cs="Times New Roman"/>
        </w:rPr>
        <w:t>Upéi ou jeýva ha chemboja jey peteĩ kuimba’éicha ojehecháva, ha chemombarete, ha he’i: Nde kuimba’e ahayhuetereíva, ani rekyhyje: py’aguapy toĩ nderehe; embarete, heẽ, embarete. Ha oñe’ẽ rire chéve, añemombarete, ha ha’e: Toñe’ẽ che ruvicha; nde niko chemombarete. Daniel 10:5–19.</w:t>
      </w:r>
    </w:p>
    <w:p>
      <w:pPr>
        <w:pStyle w:val="ArticleBody"/>
        <w:jc w:val="left"/>
      </w:pPr>
      <w:r>
        <w:rPr>
          <w:rFonts w:ascii="Times New Roman" w:hAnsi="Times New Roman" w:eastAsia="Times New Roman" w:cs="Times New Roman"/>
        </w:rPr>
        <w:t>Daniel, mokoĩha árape, ohecha pe visión Sacerdóte Guasu yvagapegua rehegua umi ára pahápe. Pe visión Roma omopyendáva pe visión ha’e va’ekue pe prueba fundacional ha alfa ary 2024-pe, ha pe visión Cristo rehegua ha’e pe prueba templo rehegua. Kóva ogueru peteĩ ñemboja’o umi clase okañýva Daniel-gui ha oñemíva. Upe clase okañy japu ha añetegua’ỹ guýpe, ha ko mba’ére ohupyty hikuái peteĩ ñembotavy mbarete.</w:t>
      </w:r>
    </w:p>
    <w:p>
      <w:pPr>
        <w:pStyle w:val="ArticleBody"/>
        <w:jc w:val="left"/>
      </w:pPr>
      <w:r>
        <w:rPr>
          <w:rFonts w:ascii="Times New Roman" w:hAnsi="Times New Roman" w:eastAsia="Times New Roman" w:cs="Times New Roman"/>
        </w:rPr>
        <w:t>Upéi Daniel ojehupi mbohapy jevy, peteĩha Gabriel rupive, upéi Cristo rupive ha upéi mbohapyha jevy Gabriel rupive. Pe Tenda Marangatuvévape, Daniel ojehupi ramo mbohapy jevy, upéva ohechauka peteĩ mbarete jevy, pórke oñepyrũ chupe ndaipóri mbarete ohechávo pe visión, ha pe mbohapyha jehupípe ipahápe oñemombarete. Oñemombarete hag̃ua ontende hag̃ua mba’épa oikóta Tupã retãygua rehe ára pahápe. Pe marandu profético mba’épa oikóva Tupã retãygua rehe ára pahápe hína pe marandu ojehechaukáva pe parábola pa virgen rehegua ryepýpe.</w:t>
      </w:r>
    </w:p>
    <w:p>
      <w:pPr>
        <w:pStyle w:val="ArticleBody"/>
        <w:jc w:val="left"/>
      </w:pPr>
      <w:r>
        <w:rPr>
          <w:rFonts w:ascii="Times New Roman" w:hAnsi="Times New Roman" w:eastAsia="Times New Roman" w:cs="Times New Roman"/>
        </w:rPr>
        <w:t>Daniel oñepyrũ mbarete’ỹre, pe visión de Cristo espejo-icha oheja rupi chupe mbarete’ỹre; ha umi mbohapy jepoko pahápe oñembarete, ha pe tembiapoukapy “eñembarete, héẽ, eñembarete” ha’e peteĩ jekopyty jo’a, ha upéva ohechauka pe mokõiha ánhel térã pe mokõiha prueba. Pe mokõiha prueba ha’e pe tupaópegua prueba, upépe Ñandejára tavaygua oñembarete hag̃ua omombe’u hag̃ua pe marandu de Midnigth Cry, pe camp meeting de Exeter opa jave. Upe prueba ha’e pe tupaópegua prueba, upépe pe ita paha, ha’éva va’ekue pe fundamento ha pe ita esquina rehegua, oiko pe ita paha hechapyrãva tupaópegua, ha upéicha ojehechauka imohu’ãha. Daniel oñembarete ára mokõi pa mokõiha-pe, oike jave pe Lugar Santísimo-pe jerovia rupive. Upéicha ojapo ramo, Gabriel opoko hese, upéi Cristo opoko hese ha upéi Gabriel opoko jey hese. Upévare Daniel oñembarete omombe’u hag̃ua pe marandu pe Lugar Santísimo-pe, upépe ohecha Cristope mokõi ánhel mbytépe, ha pe tenda pe Lugar Santísimo-pe Cristo oĩháme mbytépe ha’e pe propiciatorio, mokõi querubín oñangarekóva oma’ẽva pe arca rehe, pe arca oñesape hag̃ua pe tesape reheve pe gloria Shekinah Cristo rehegua, oguapýva Itróno ári. Pe visión Daniel diez-pegua oñemohenda proféticamente Daniel oma’ẽvo Cristo gloria rehe, pe Shekinah ramo pe tróno ári pe propiciatorio-pe, ha pe mokõi querubín oñangarekóva oma’ẽ pe arca ryepýpe!</w:t>
      </w:r>
    </w:p>
    <w:p>
      <w:pPr>
        <w:pStyle w:val="ArticleBody"/>
        <w:jc w:val="left"/>
      </w:pPr>
      <w:r>
        <w:rPr>
          <w:rFonts w:ascii="Times New Roman" w:hAnsi="Times New Roman" w:eastAsia="Times New Roman" w:cs="Times New Roman"/>
        </w:rPr>
        <w:t>Mimbipa guasu mboyve Elías he’i yvypóra kuérape pe iñe’ẽngue ama rehegua añoiteha pe marandu ama rehegua oúva Ñandejáragui, ha omoĩ tenonderã peteĩ marandu porã oje’e hag̃ua oúvape ipahápe peteĩ jehechauka rupive ohechaukáva máva pa pe mensahéro térã ndaha’éi, ha mba’épa pe marandu térã mba’épa ndaha’éi. Mbohapy ary ha mbyte Karmelo mboyve mburuvicha guasu Acab oheka vaekue Elíaspe, pórke oĩ peteĩ tiempo ñe’ẽjoavy rehegua omotenondéva Karmélope. Yvyty Karmelo niko pe prueba añoite ikatuhápe tekokatu ojehechauka. Pe tiempo peteĩchaite Millerita rembiasakuepe oguereko vaekue avei upe testimonio peteĩcha, umi oipota’ỹva pe marandu ombotyháicha umi jerovia hag̃ua opytáva umi tupãóguio, ha umi jerovia hag̃ua opytáva upéi omopu’ã peteĩ marandu ohenóiva tapichápe osẽ hag̃ua umi tavayguakuéra ñembyai vaekuégui, umi pacto ymagua oitypyre ojehejareíva.</w:t>
      </w:r>
    </w:p>
    <w:p>
      <w:pPr>
        <w:pStyle w:val="ArticleBody"/>
        <w:jc w:val="left"/>
      </w:pPr>
      <w:r>
        <w:rPr>
          <w:rFonts w:ascii="Times New Roman" w:hAnsi="Times New Roman" w:eastAsia="Times New Roman" w:cs="Times New Roman"/>
        </w:rPr>
        <w:t>Pedro oĩ pe Léi dominical pentecostal-pe, omoherakuãvo Joel marandu; upéva he’ise Pedro omoherakuãha pe maranduete pe pyhare mbyte sapukái ára ñepyrũ jave, Exeter camp meeting paha gotyo, oñepyrũ vaekue Pedro predikción oñemyatyrõ rire, Snow ha Litch marandu-kuéraicha avei. Peteĩ ñorairõ jepi oiko mboyve pe predikción ñembotove hag̃ua. Upévare, pe ñorairõ oñepyrũ pe predikción ñembotove mboyve.</w:t>
      </w:r>
    </w:p>
    <w:p>
      <w:pPr>
        <w:pStyle w:val="ArticleBody"/>
        <w:jc w:val="left"/>
      </w:pPr>
      <w:r>
        <w:rPr>
          <w:rFonts w:ascii="Times New Roman" w:hAnsi="Times New Roman" w:eastAsia="Times New Roman" w:cs="Times New Roman"/>
        </w:rPr>
        <w:t>Pe marandu omoñemongyhyjéva Acab, Jezabel ha iprofetakuérape, ha umi judío oikóva ñembyai rehe Cristo árape, ha umi protestánte ho’áva historia Millerita-pe, Pedro omombe’u ha’eha Joel kuatiañe’ẽ. Mboyve pe mbohapyha prueba litmus rehegua ojehechaukáva vúrro ñemosãso rupive, Pedro marandu oñeattacka Adventismo Laodicea-gua reheve, ha Pedro ombohovái pe jehecharamo’ỹ ha’e hag̃ua umi mensajéro ndoka’úiha, síno ha’ekuéra hína Joel mbohapy kapítulo ñembyaty añeteguáva. Joel mbohapy kapítulo oñepyrũ peteĩ ñembojovake pohýi ha hendy reheve Adventismo Laodicea-gua rehe. Pe marandu og̃uahẽvo umi ijapysápe oka’úva mbarete rupive, ha’ekuéra ombohováita. Ha’ekuéra ombohovái Cristo-pe oguejy jave yvytýgui ohóvo Jerusalén gotyo, ha upéi ombohovái jey chupe Jerusalénpe.</w:t>
      </w:r>
    </w:p>
    <w:p>
      <w:pPr>
        <w:pStyle w:val="ArticleBody"/>
        <w:jc w:val="left"/>
      </w:pPr>
      <w:r>
        <w:rPr>
          <w:rFonts w:ascii="Times New Roman" w:hAnsi="Times New Roman" w:eastAsia="Times New Roman" w:cs="Times New Roman"/>
        </w:rPr>
        <w:t>Vúrro ojejora, oñepyrũ pe jeike; umi judío oñemoĩva ñe’ẽreípe oipota pe marandu oñembogue. Jesús osegi ha upéi opyta ha hasẽ Adventismo ára pahápe, itiémpo de gracia paha rehe. Upéi Jerusalén-pe oiko ambue ñorairõ umi judío ndive, haʼekuéra oipotaséva tavayguakuéra oheja imarandu. Ko árape kuarahy oike vove, pe gracia tetã judíape g̃uarã og̃uahẽ ambue etapa-pe. Pe ñembojoko rape osegi pe kurusúre mano peve, ha oñepyrũ añetehápe Lázaro jeikove jevy reheve, upéva ohechaukáva pe ángel mokõiha og̃uahẽha ha pe tiémpo de demora.</w:t>
      </w:r>
    </w:p>
    <w:p>
      <w:pPr>
        <w:pStyle w:val="ArticleScripture"/>
        <w:jc w:val="left"/>
      </w:pPr>
      <w:r>
        <w:rPr>
          <w:rFonts w:ascii="Times New Roman" w:hAnsi="Times New Roman" w:eastAsia="Times New Roman" w:cs="Times New Roman"/>
        </w:rPr>
        <w:t>Betania oĩmbaiterei Jerusalén-gui, upévare pya’eterei marandu Lázaro oñemopu’ã jeýgui og̃uahẽ távape. Espía-kuéra, ohechávo pe milágro, pya’e ombohasákuri umi mba’e oikóva umi mburuvicha judío pópe. Upepete voi ohenóikuri peteĩ aty Sanedrín-pe oñemoĩ hag̃ua ñembopy’arã mba’épa ojapóta hikuái. Cristo ko’ág̃a ohechauka porãite kuri Ipu’akaha ñemano ha pe tyvy ruguáre. Pe milágro tuichaitéva ha’eva’ekue pe techaukaha pahaite Tupã ome’ẽva yvypórape, ohechauka hag̃ua Ha’e ombou hague Ita’ýrape ko yvy ape ári isalvasión-rã. Upéva ha’eva’ekue peteĩ jehechauka pu’aka divínogui, ikatúva omokyre’ỹ hag̃ua opaite apytu’ũ oĩva peteĩ razon ipu’akapeguýpe ha peteĩ tekove py’a tesakãme. Heta umi ohecháva’ekue Lázaro ñemopu’ã jeýpe oguerovia Jesús rehe. Péro umi pa’i-kuéra ndaija’éivéima hese, ha iñarõve. Ha’ekuéra omboykémava’ekue opaite ambue prueba michĩvéva Idiositágui, ha ko milágro pyahu rehe katu oñembopochyve mante. Pe omano va’ekue oñemopu’ã jevy va’ekue ára resape tee ryepýpe, ha heta testígo renondépe. Ndaipóri va’ekue mba’eveichagua ñembotavy ikatúva ombogue térã omboyke koichagua prueba. Kóva rehe ae umi pa’i-kuéra ñaña ijyva pukuve. Hetave araka’evegui oĩkuri oñembopy’a hag̃uáicha ombohovái hag̃ua Cristo rembiapo.</w:t>
      </w:r>
    </w:p>
    <w:p>
      <w:pPr>
        <w:pStyle w:val="ArticleScripture"/>
        <w:jc w:val="left"/>
      </w:pPr>
      <w:r>
        <w:rPr>
          <w:rFonts w:ascii="Times New Roman" w:hAnsi="Times New Roman" w:eastAsia="Times New Roman" w:cs="Times New Roman"/>
        </w:rPr>
        <w:t>“Umi saduceo-kuéra, ndohayhúiramo jepe Cristo-pe, ndaijapóikuri heseichaite añaite umi fariseo-kuéra. Iñemborayhu’ỹ ndaha’éikuri upéichaite ro’y asýva. Péro ko’ág̃a tuichaiterei oñemondýi hikuái. Ndogueroviái hikuái umi omanóva oikove jeytaha. Omoĩvo tenonderã pe hérava ciencia, ojepy’amongeta hikuái ndikatumo’ãiha araka’eve peteĩ tete omanóva oikove jey. Péro mbovymi ñe’ẽ Cristo-gui ombyaipaite hekombo’e. Ojehechauka hesekuéra ndoikuaáiha mokõivéva, Ñandejára Ñe’ẽryru ha Ñandejára pokatu. Ndahechái hikuái mba’eichaitépa ikatúta oipe’a pe impresión ojapova’ekue tavayguakuéra apytépe pe milágro. Mba’éicha piko ikatúta kuimba’ekuéra oñembojei chugui, ha’éva ipu’akava’ekue omonda hag̃ua pe sepultura-gui umi imanombyre? Marandu japu oñemyasãi, péro pe milágro ndaikatúi oñembotove, ha mba’éichapa ojokóta ijehechakue, upéva ndoikuaái hikuái. Ko peve umi saduceo-kuéra nomokyre’ỹi pe plan Cristo-pe ojejuka hag̃ua. Péro Lázaro oikove jey rire, odesidi hikuái peteĩchante iñemanóre ikatutaha ojejoko umi iñe’ẽ mbarete kyhyje’ỹme odenunsiáva chupekuéra.” The Desire of Ages, 537.</w:t>
      </w:r>
    </w:p>
    <w:p>
      <w:pPr>
        <w:pStyle w:val="ArticleBody"/>
        <w:jc w:val="left"/>
      </w:pPr>
      <w:r>
        <w:rPr>
          <w:rFonts w:ascii="Times New Roman" w:hAnsi="Times New Roman" w:eastAsia="Times New Roman" w:cs="Times New Roman"/>
        </w:rPr>
        <w:t>Lázaro omano ohechauka umi irundy ára Jesús opytave hague. Imano ohechauka pe ángel mokõiha og̃uahẽha, ha upéva omoñepyrũ pe tiempo de demora. Ijeikove jey ohechauka umi mokõi testígo jeikove jey 31 de diciembre de 2023-pe, mokõi pa mokõi ary rire 9/11 guive. Ijeikove jey ohechauka Ezequiel kanguekue piru omanóva jeikove jey. Ijeikove jey ojehechauka raẽ vaʼekue Adán jejapo rupive, upéva oreko vaʼekue yvypóra rekove, tovatĩgui ojehechaukáva, oñembojoajúva Divinidad rehe, tekove pytu rupive ojehechaukáva.</w:t>
      </w:r>
    </w:p>
    <w:p>
      <w:pPr>
        <w:pStyle w:val="ArticleScripture"/>
        <w:jc w:val="left"/>
      </w:pPr>
      <w:r>
        <w:rPr>
          <w:rFonts w:ascii="Times New Roman" w:hAnsi="Times New Roman" w:eastAsia="Times New Roman" w:cs="Times New Roman"/>
        </w:rPr>
        <w:t>“Umi pa’i ha mburuvichakuéra judíokuéra ohaʼe vai Jesús rehe; ha heta tapicha aty guasu oñembyaty ohendu hag̃ua Iñeʼẽ arandu ha ohecha hag̃ua Hembiapo mbarete. Tavayguakuéra oñemomýi pypukuite peteĩ tuicha interés reheve ha kyhyjepópe osegi Jesúspe ohendu hag̃ua ko mboʼehára hechapyrãva ñemboʼe. Heta umi mburuvichakuéragui oguerovia hese, péro ndopyʼaguasúi omombeʼu hag̃ua ijerovia ani hag̃ua oñemosẽ chupekuéra sinagógagui. Umi paʼi ha umi karai guasu odesidi tekotevẽha ojejapo mbaʼe hag̃ua ojeguerovia tavayguakuéra atención Jesúsgui. Okyhyje opavave kuimbaʼe oguerovia hag̃ua hese. Ndohechái hikuái tekove hag̃ua hag̃ua ijehegui. Tekotevẽ vaʼekue okañy hag̃ua chupekuéra ijyvyra térã ojuka hag̃ua Jesúspe. Ha rire ojukávo chupe, oĩta gueteri umi oikovéva haʼéva manduʼa oikovéva Ipokatu rehe. Jesús omoingove jey vaʼekue Lázarope omanóva apytégui, ha okyhyje hikuái, ojukáramo Jesúspe, Lázaro otestifika haguére Ipokatu mbarete rehe. Tavayguakuéra oñembyaty meme ohecha hag̃ua pe oñemoingove jey vaʼekuépe omanóva apytégui, ha umi mburuvichakuéra odesidi ojuka hag̃ua avei Lázarope, ha ombogue hag̃ua pe akãraku. Upéicha ojere jeýta tavayguakuérape umi yvypóra rekoha ha mboʼeha gotyo, omeʼẽ hag̃ua diezmo menta ha ruda rehe, ha jey hag̃ua oreko hag̃ua influencia hesekuéra. Oñemoĩ peteĩ ñeʼẽme ojagarra hag̃ua Jesúspe haʼeño jave; pórke oñehaʼãrire ojagarra chupe peteĩ aty guasúpe, tavayguakuéra akãme opavave oñeinteresa jave hese, oñemombo itáta hikuái.” Early Writings, 165.</w:t>
      </w:r>
    </w:p>
    <w:p>
      <w:pPr>
        <w:pStyle w:val="ArticleBody"/>
        <w:jc w:val="left"/>
      </w:pPr>
      <w:r>
        <w:rPr>
          <w:rFonts w:ascii="Times New Roman" w:hAnsi="Times New Roman" w:eastAsia="Times New Roman" w:cs="Times New Roman"/>
        </w:rPr>
        <w:t>Árape 18 jasypoapy 2020-pe mokõi testígo Apocalipsis-pegua ojejuka, ha og̃uahẽ pe ánhel mokõiha ha pe tiempo de demora. Jasypakõi 31, 2023-pe oñepyrũ pe mokõi paso-pe oikóva pe jeikove jey. Pe paso peteĩha vaʼekue pe cimiento; pe paso mokõiha vaʼekue pe templo ñemopuʼã pe cimiento ári. Pe iglesia Adventista del Séptimo Día Laodiceagua ombojeguaru pe marandu guive heñói haguépe ary 1989-pe, ha koʼág̃a peve ombojeguaru gueteri. Koʼág̃a umi testígo oñembojeguarúva, haʼekuéra oimoʼã vaʼekue omanomaha, oikove jey rire; ombojeguaruvéta pe marandu. Oñemoĩta oñeʼẽ hag̃ua pe predicción rehegua ára 18 jasypoapy 2020-pe, peteĩ pohýi vai reheve umi judío oguereko haguéicha Lázaro jeikove jeýre. Pe templo prueba rembiasakue-pe, Pedro ombohováita ijacusaciónkuéra javy vaíva ohechaukávo Joel kuatiañeʼẽha ramo pe mbohovái opa hag̃ua umi ijapu rehe.</w:t>
      </w:r>
    </w:p>
    <w:p>
      <w:pPr>
        <w:pStyle w:val="ArticleBody"/>
        <w:jc w:val="left"/>
      </w:pPr>
      <w:r>
        <w:rPr>
          <w:rFonts w:ascii="Times New Roman" w:hAnsi="Times New Roman" w:eastAsia="Times New Roman" w:cs="Times New Roman"/>
        </w:rPr>
        <w:t>Rohóta jaipysóta ko ñehesa’ỹijo pe artículo oúvape.</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Joel Kuatia ha pe Iglesia Adventista del Séptimo Día Laodiceagua — Papapy Poteĩpa Mokõipa Teĩpo Vapyry Pa’ẽkõi hag̃ua peteĩ hag̃ua hag̃ua hag̃ua hag̃ua hag̃ampi hag̃ampi hag̃ampi hag̃ampiღ</dc:title>
  <dc:subject/>
  <dc:creator>Jeff Pippenger</dc:creator>
  <cp:keywords/>
  <dc:description>Generated by ArticleDigger from joel\46_joel.json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