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Oguahẽma Ñandejára Huísio Aravo — Peteĩha Número</w:t>
      </w:r>
    </w:p>
    <w:p>
      <w:pPr>
        <w:pStyle w:val="ArticleSubtitle"/>
        <w:jc w:val="left"/>
      </w:pPr>
      <w:r>
        <w:rPr>
          <w:rFonts w:ascii="Arial" w:hAnsi="Arial" w:eastAsia="Arial" w:cs="Arial"/>
        </w:rPr>
        <w:t>Umi Oikovévape rehegua ha 9/11 he’iséva marandu profétikope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Hetaite guive, añetehápe 9/11 rire pya’eite guive, ore roporombo’e meme va’ekue umi oikovéva juicio oñepyrũ hague 9/11-pe. Roikuaa kuri ko añetegua heta testígo bíblico rupive, omoañetéva’ekue chupe opaichagua hendaite guive. Julio 2023 guive, roikuaa porãve hetave detalle umi oikovéva juicio rehegua, oñepyrũ va’ekue 9/11-pe, umi detalle ojejuhu va’ekue 9/11 rire pya’eiteguáicha rangue. Mba’érepa umi oikovéva juicio oñepyrũ 9/11-pe? Mba’épa pe juicio bíblico umi oikovévape guarã?</w:t>
      </w:r>
    </w:p>
    <w:p>
      <w:pPr>
        <w:pStyle w:val="ArticleBody"/>
        <w:jc w:val="left"/>
      </w:pPr>
      <w:r>
        <w:rPr>
          <w:rFonts w:ascii="Times New Roman" w:hAnsi="Times New Roman" w:eastAsia="Times New Roman" w:cs="Times New Roman"/>
        </w:rPr>
        <w:t>Pe kapítulo peteĩha pe lívro Apocalipsis-pe, pe mba’e’ete tenondegua ojehechakuaáva Cristo rehe ha’eha Ha’e Alpha ha Omega, Ñepyrũ ha Paha, Peteĩha ha Pahaguéva. Ha’e ohechauka peteĩ techapyrã upe tekotevẽitépe imba’éva, omandárõ guare Juan-pe ohai hag̃ua umi mba’e oikova’ekue, ha upéicha rupi Juan avei ohai va’erã umi mba’e oútava. Jesús akóinte ohechauka pe paha pe ñepyrũ rupive. Upéva hína Ha’eha.</w:t>
      </w:r>
    </w:p>
    <w:p>
      <w:pPr>
        <w:pStyle w:val="ArticleBody"/>
        <w:jc w:val="left"/>
      </w:pPr>
      <w:r>
        <w:rPr>
          <w:rFonts w:ascii="Times New Roman" w:hAnsi="Times New Roman" w:eastAsia="Times New Roman" w:cs="Times New Roman"/>
        </w:rPr>
        <w:t>La Biblia omombeʼu Jesús haʼeha pe Ñeʼẽ. Pe aranduka peteĩha oĩva Bibliape, Génesis, heʼise “ñepyrũ.” Pe aranduka pahaite oĩva Bibliape haʼe pe Apocalipsis aranduka, ha umi añetegua oñemombeʼu raẽ vaʼekue Génesis arandukápe oñeñeʼẽ jey Apocalipsis arandukápe. Génesis haʼe pe Alfa ha Apocalipsis haʼe pe Omega, ha mokõivéva oñondive haʼe pe Ñeʼẽ, ha pe Ñeʼẽ haʼe Jesús, pe haʼéva Alfa ha Omega. Tupã réra tee, térã héra, ojehai oĩ hag̃ua opaite marandu bíblico profético ryepýpe. Upe téra tee omoañete pe tesape oĩva upe marandúpe haʼeha añetegua.</w:t>
      </w:r>
    </w:p>
    <w:p>
      <w:pPr>
        <w:pStyle w:val="ArticleBody"/>
        <w:jc w:val="left"/>
      </w:pPr>
      <w:r>
        <w:rPr>
          <w:rFonts w:ascii="Times New Roman" w:hAnsi="Times New Roman" w:eastAsia="Times New Roman" w:cs="Times New Roman"/>
        </w:rPr>
        <w:t>Peteĩ jehechakuaa peteĩ marandu profesía pegua rehegua ndohechaukáiramo Tupã réra ryru, ha’éva héra, ha’éva heko; upévare, pe jehechakuaa oĩ vai. Oĩ ambue mba’e rechaukaha ojeporuva’erã oñembohasa hag̃ua Tupã Ñe’ẽ profesía rehegua, ha katu taha’e ha’éva pe rechaukaha peteĩ tapicha omoĩva, pe rechaukaha tekotevẽ oñemyesakã Tupã Ñe’ẽ ryepýpe. Ndaipóriramo yvypóra rembiapokue rechaukaha, sa’ive oĩta yvypóra rembiapokue jehechakuaa. Upéicharõ, mba’ére? Ha mba’e? Pe huísio bíblico ojejapóva umi oikovéva rehe, oñepyrũva’ekue piko 9/11-pe?</w:t>
      </w:r>
    </w:p>
    <w:p>
      <w:pPr>
        <w:pStyle w:val="ArticleBody"/>
        <w:jc w:val="left"/>
      </w:pPr>
      <w:r>
        <w:rPr>
          <w:rFonts w:ascii="Times New Roman" w:hAnsi="Times New Roman" w:eastAsia="Times New Roman" w:cs="Times New Roman"/>
        </w:rPr>
        <w:t>Cristo oñemoherakuãvo ijehe pe lívro Apocalipsis-pe, ojekuaauka ha’eha ñepyrũ ha paha, ha oipuru proféta Juan-pe ohechauka hag̃ua mba’épa he’ise upe tekome’ẽ iñakãrapu’ãme. Ohechauka pe marandu lívro tuichakue rehegua ha’eha peteĩ revelación ijehegui. Omboaje Juan-pe ohai hag̃ua umi mba’e oĩva upérõ Juan arapýpe, ha upéicha rupi Juan ohaíta avei umi mba’e oikótava yvy ape ári paha gotyo. Juan ha’e va’ekue peteĩva umi doce mburuvicha apytégui pe iglesia cristiana ñepyrũme, ha upévare Juan ohechauka pe iglesia cristiana paha, oñerrepresentáva umi cien cuarenta y cuatro mil ha pe aty guasu Apocalipsis kapítulo siete-pe.</w:t>
      </w:r>
    </w:p>
    <w:p>
      <w:pPr>
        <w:pStyle w:val="ArticleBody"/>
        <w:jc w:val="left"/>
      </w:pPr>
      <w:r>
        <w:rPr>
          <w:rFonts w:ascii="Times New Roman" w:hAnsi="Times New Roman" w:eastAsia="Times New Roman" w:cs="Times New Roman"/>
        </w:rPr>
        <w:t>Pe lógica bíblica ha’e kóva: Jesús ha’e pe Ñe’ẽ, rupive opa mba’e ojejapo va’ekue; pe Ñe’ẽ oikóva va’ekue yma guive Itúva ndive, ha’e avei pe Biblia, pórke ha’e hína Tupã Ñe’ẽ. Pe tenondegua mba’e ojekuaaukáva Cristo reko rehegua pe mensáhe pahaitépe Tupã Ñe’ẽme ha’e kóva: Ha’e ohechauka peteĩ mba’e paha, pe iñepyrũ reheve upe mba’eetéva. Ko añetegua Tupã reko rehegua noñemoĩrõ peteĩ tapicha estudio bíblico-pe, ndaikatúi añetehápe oikuaa mba’épa pe juicio de los vivos, ha mba’érepa oñepyrũ 9/11-pe, ha iñimportantevéva, mba’érepa hi’ag̃uimbaitéma opa hag̃ua.</w:t>
      </w:r>
    </w:p>
    <w:p>
      <w:pPr>
        <w:pStyle w:val="ArticleBody"/>
        <w:jc w:val="left"/>
      </w:pPr>
      <w:r>
        <w:rPr>
          <w:rFonts w:ascii="Times New Roman" w:hAnsi="Times New Roman" w:eastAsia="Times New Roman" w:cs="Times New Roman"/>
        </w:rPr>
        <w:t>Techapyrã ramo pe principio Alfa ha Omega rehegua, Israel yma guare ohechauka Israel koʼág̃agua ypykue ramo, ha kóva haʼe peteĩ añetegua profétika ikatúva avei jaʼe hag̃ua péicha: Israel literal ohechauka Israel espiritual ypykue ramo. Tahaʼe mbaʼéichapa oñemombeʼu, mokõivéva, Israel literal yma guare ha Israel espiritual koʼág̃agua, oguereko peteĩ tembiasakue ñepyrũ rehegua ha peteĩ tembiasakue paha rehegua. Umi irundy tembiasakue apytégui mbohapy oĩma yma, ha ñande koʼág̃a jahasa hína pe irundyha ha paha tembiasakue rupi.</w:t>
      </w:r>
    </w:p>
    <w:p>
      <w:pPr>
        <w:pStyle w:val="ArticleBody"/>
        <w:jc w:val="left"/>
      </w:pPr>
      <w:r>
        <w:rPr>
          <w:rFonts w:ascii="Times New Roman" w:hAnsi="Times New Roman" w:eastAsia="Times New Roman" w:cs="Times New Roman"/>
        </w:rPr>
        <w:t>Umi mbohapy tembiasakue ohasava’ekue ohechauka mbohapy testígo ko yvy rembiasakue pahápe oikóva rehegua. Umi mbohapy tembiasakue ohasava’ekue omombe’u mba’éva pe generación ojehechaukáva Apocalipsis arandúpe umi cien cuarenta y cuatro mil ramo. Oĩ ambue línea profética tembiasakue rehegua avei oñe’ẽva umi cien cuarenta y cuatro mil rehe, ha upe número, cien cuarenta y cuatro mil, oguereko simbolismo profético ohechaukáva umi cien cuarenta y cuatro mil ha’eha umi proféticamente ojehechaukáva oñembohetavévo umi doce tríbu Israel yma guare, añeteguáva, umi doce discípulo Israel espiritual ko’ág̃agua ndive.</w:t>
      </w:r>
    </w:p>
    <w:p>
      <w:pPr>
        <w:pStyle w:val="ArticleBody"/>
        <w:jc w:val="left"/>
      </w:pPr>
      <w:r>
        <w:rPr>
          <w:rFonts w:ascii="Times New Roman" w:hAnsi="Times New Roman" w:eastAsia="Times New Roman" w:cs="Times New Roman"/>
        </w:rPr>
        <w:t>Ambue ehémplo Alpha ha Omega rehegua ramo, mbohapy ánhel Apocalipsis capítulo catorce-pe ohechauka peteĩ tembiasakue ñepyrũ ha paha. Pe movimiento Millerita orepresenta pe tembiasakue ñepyrũ mbohapy ánhel rehegua, ha pe movimiento umi cien cuarenta y cuatro mil rehegua orepresenta pe tembiasakue pe mensáhe ánhel mbohapyha rehegua paha gotyo. Pe movimiento alpha omoherakuãkuri pe huísio investigativo ñepyrũ ára 22 de octubre de 1844-pe. Pe movimiento omega omoherakuãkuri pe huísio umi oikovéva rehegua ñepyrũ, ha omombeʼu ikomiénsoha 9/11.</w:t>
      </w:r>
    </w:p>
    <w:p>
      <w:pPr>
        <w:pStyle w:val="ArticleBody"/>
        <w:jc w:val="left"/>
      </w:pPr>
      <w:r>
        <w:rPr>
          <w:rFonts w:ascii="Times New Roman" w:hAnsi="Times New Roman" w:eastAsia="Times New Roman" w:cs="Times New Roman"/>
        </w:rPr>
        <w:t>Peteĩha techapyrã Alpha ha Omega rehegua, inspiración rupive ndahasýiva oñemopyenda hag̃ua, ha’e kóva: ñepyrũme, Millerita-kuéra ñemongu’e alpha-pe, umi pa virgín parábola oñekumpliite pe letraite peve. Hermana White ohechauka Millerita-kuéra rembiasakue pe aranduka *The Great Controversy*-pe, upe parábola oñekumpliha upe jave rehegua contexto-pe. Ha’e ombo’e umi cien cuarenta y cuatro mil ñemongu’e omega avei okumpliha umi pa virgín parábola pe letraite peve. Mbohapy testigo mbyky Cristo-gui ombojekuaa hag̃ua pe paha ñepyrũ ndive.</w:t>
      </w:r>
    </w:p>
    <w:p>
      <w:pPr>
        <w:pStyle w:val="ArticleBody"/>
        <w:jc w:val="left"/>
      </w:pPr>
      <w:r>
        <w:rPr>
          <w:rFonts w:ascii="Times New Roman" w:hAnsi="Times New Roman" w:eastAsia="Times New Roman" w:cs="Times New Roman"/>
        </w:rPr>
        <w:t>Israel yma guarépe oñepyrũrõ guare, Ñandejára oike pacto-pe hebreo-kuéra ndive, okẽ rykue yvate ha yvýpe oĩva tuguy rupive ojehechaukaháicha; ha upéva, añetehápe, hína pe ñe’ẽpy peteĩha Opyharepyte Sapy’aitépegua Ñandejára Ñe’ẽme. Pe bautísmo ha’e peteĩ símbolo peteĩ relación de pacto Cristo ndivegua, ha Pablo ñanembo’e umi hebreo-kuéra osẽva’ekue Egipto-gui opavave oñemongarai hague “araípe” ha “Yguasu Pytãme”. Ohasáma rire hikuái yguasu, oñeme’ẽ chupekuéra maná, ha upéva, ambue mba’e apytépe, ha’e peteĩ símbolo pe sábado ára pokõiguápe, peteĩ prueba ramo oñemoĩva’ekue rehegua contexto-pe.</w:t>
      </w:r>
    </w:p>
    <w:p>
      <w:pPr>
        <w:pStyle w:val="ArticleBody"/>
        <w:jc w:val="left"/>
      </w:pPr>
      <w:r>
        <w:rPr>
          <w:rFonts w:ascii="Times New Roman" w:hAnsi="Times New Roman" w:eastAsia="Times New Roman" w:cs="Times New Roman"/>
        </w:rPr>
        <w:t>Pe “maná” ohechauka iha peteĩha iñeha’ãrã; ha oñembotavy rire hikuái iñeha’ãrã pahápe ha pahaite, ojerovia’ỹvo Josué ha Caleb marandúre, upe ramo Ñandejára omboykéma chupekuéra Ipuvliokuéra joajuguigua ramo ha oike ñe’ẽme’ẽme Josué ha Caleb ndive. Upéi, ipahápe oike jave hikuái Yvy Oñeme’ẽva’ekuépe, pe circuncisión jepokuaa ndojejapói umi kuimba’e oñemoheñóiva’ekue rehe umi irundypa ary aja, pe jepokuaa opa rire Kades-pe pe pu’akãre, ha oñemoñepyrũjey Kades-pe oike mboyve. Kóva hína peteĩ techaukaha Alpha ha Omega rehegua.</w:t>
      </w:r>
    </w:p>
    <w:p>
      <w:pPr>
        <w:pStyle w:val="ArticleBody"/>
        <w:jc w:val="left"/>
      </w:pPr>
      <w:r>
        <w:rPr>
          <w:rFonts w:ascii="Times New Roman" w:hAnsi="Times New Roman" w:eastAsia="Times New Roman" w:cs="Times New Roman"/>
        </w:rPr>
        <w:t>Umi cuarenta ary ñembyasýpe desiérto rupi oñepyrũ vaekue ñepu’ãme Josué ha Caleb marandu rehe, ha opa Moisés ñepu’ãme oinupãvo pe Ita, ha upéicha ohechauka vai Ñandejára reko ha hembiapo. Israel yma guare ñepyrũ ohechauka Israel yma guare paha.</w:t>
      </w:r>
    </w:p>
    <w:p>
      <w:pPr>
        <w:pStyle w:val="ArticleBody"/>
        <w:jc w:val="left"/>
      </w:pPr>
      <w:r>
        <w:rPr>
          <w:rFonts w:ascii="Times New Roman" w:hAnsi="Times New Roman" w:eastAsia="Times New Roman" w:cs="Times New Roman"/>
        </w:rPr>
        <w:t>Israel yma guare, Jesús, “Ñe’ẽmondo Kóvenant rehegua” ramo Malaquías mbohapyha kapítulope, ou omombarete hag̃ua pe “kóvenant” hetápe g̃uarã peteĩ semánarõ, oñembotývo Daniel porundyha kapítulo profésiape. Kóvenant Ñe’ẽmondo ramo, Cristo oike kóvenantpe pe tupao cristiana ndive upe tembiasakuepe voi, upépe ohasa hag̃uáicha pe tavayguakuéra yma guare kóvenant rehegua ypýgui. Israel yma guare ñepyrũmbyme, Tupã kóvenant tavayguakuéra ramo, Ñandejára ohasa peteĩ tavayguakuéra kóvenant rehegua yma hag̃ua, ha oike kóvenantpe peteĩ tetã pyahu poravopyre ndive. Péichaite avei ojapo Israel yma guare paha gotyo.</w:t>
      </w:r>
    </w:p>
    <w:p>
      <w:pPr>
        <w:pStyle w:val="ArticleBody"/>
        <w:jc w:val="left"/>
      </w:pPr>
      <w:r>
        <w:rPr>
          <w:rFonts w:ascii="Times New Roman" w:hAnsi="Times New Roman" w:eastAsia="Times New Roman" w:cs="Times New Roman"/>
        </w:rPr>
        <w:t>Pe ñemenda ha’e peteĩ símbolo peteĩ ñe’ẽme’ẽ rehegua, ha Cristo heñoihague guive Jerusalén oñehundi peve ary 70 d.C.-pe, marandu’ypy omoĩ tenondete peteĩ divorcio oho hag̃ua mbeguekatu Tupãgui Israel yma guaréva literal-gui. Upévare, ¿araka’e pe divorcio añetehápe oike vaʼekue mbareterãme: heñoihápe, omanohápe, Esteban ojejapírõ ita ñemombo rupive, térã Jerusalén oñehundívo?</w:t>
      </w:r>
    </w:p>
    <w:p>
      <w:pPr>
        <w:pStyle w:val="ArticleScripture"/>
        <w:jc w:val="left"/>
      </w:pPr>
      <w:r>
        <w:rPr>
          <w:rFonts w:ascii="Times New Roman" w:hAnsi="Times New Roman" w:eastAsia="Times New Roman" w:cs="Times New Roman"/>
        </w:rPr>
        <w:t>Upéicha avei, opa tetã guive umi omomba'éva Tupãpe oheka pe témplo oñemboykéva’ekue Tupã ñemomba’erã. Ohesape’áva óro ha ita hepyetéva reheve, ha’e va’ekue peteĩ jehecha porãite ha mburuvicha guasu rehegua. Péro Jehová ndojejuhuvéima va’erãmo’ã upéva pe óga porãite ryepýpe. Israel, tetã ramo, ojepe’a va’ekue Tupãgui peteĩ kuña ojeheja hag̃uáicha iména gui. Ha Cristo, hi’aguĩvo hu’ã hag̃uáicha hembiapo yvy arigua, oma’ẽvo pe témplo ryepýre pe ipahápe, he’i: “Péina, pende róga ojeheja peẽme nandi hag̃ua.” Mateo 23:38. Peve upérõ, Ha’e ohenói va’ekue pe témplo Túva róga; péro Tupã Ra’y osẽvo umi murálla apytégui, Tupã oĩha upépe oñemboyke hag̃ua ára hag̃uáicha pe témplogui, oñemopu’ãva’ekue Ijáva mimbipápe g̃uarã. Hechos de los Apóstoles, 145.</w:t>
      </w:r>
    </w:p>
    <w:p>
      <w:pPr>
        <w:pStyle w:val="ArticleBody"/>
        <w:jc w:val="left"/>
      </w:pPr>
      <w:r>
        <w:rPr>
          <w:rFonts w:ascii="Times New Roman" w:hAnsi="Times New Roman" w:eastAsia="Times New Roman" w:cs="Times New Roman"/>
        </w:rPr>
        <w:t>Pe oikeike jeike Triumphal Entry rire, Cristo omoherakuã judío róga opyta hague ojeheja rei, ha pe divorcio oñemohu’ãmbaitéma. Upéicha, pe divorcio oñemohu’ãmbaitéma kuarahy oike jave pe ára Triumphal Entry guare.</w:t>
      </w:r>
    </w:p>
    <w:p>
      <w:pPr>
        <w:pStyle w:val="ArticleScripture"/>
        <w:jc w:val="left"/>
      </w:pPr>
      <w:r>
        <w:rPr>
          <w:rFonts w:ascii="Times New Roman" w:hAnsi="Times New Roman" w:eastAsia="Times New Roman" w:cs="Times New Roman"/>
        </w:rPr>
        <w:t>“Jerusalén vaʼekue hína Kuarahy rehegua ñangareko memby, ha peteĩ túva pyʼaporã ojaheʼoháicha peteĩ taʼýra akarã vai rehe, upéicha Jesús hasẽ pe táva ohayhuetévape. Mbaʼéicha piko rohejátama? Mbaʼéicha piko ahecháta neñemeʼẽrõ pe ñehundípe? Ahejáta piko reho remyenyhẽ hag̃ua nde rembiapo vai kópa? Peteĩ alma iporãiterei mbaʼére, ha hendive oñembojojáramo, yvykuéra oguejy mbaʼeve hag̃uáicha; ha koʼápe katu peteĩ tetã tuichakue vaʼerã okanývo. Pe kuarahy pyaʼeve oike hag̃ua kuarahyreike gotyo, ojehechaʼỹmbotávo yvága guive, Jerusalén ára ñepyrũ porã rehegua opa hag̃uáma. Pe aty oguahẽ jave opytávo Olivét yvyty akã ári, neʼĩra gueteri ipyahẽ Jerusalén oñembyasy hag̃ua. Pe ánhel poriahuvereko rehegua upérõ ombyaty hína ipepo oguejy hag̃ua pe tróno óroguágui, omeʼẽ hag̃ua hendaguépe tekojoja ha pe juicio pyaʼe hag̃uáva. Ha Cristo mborayhu tuichaite korasõ guive gueteri oñemboʼe Jerusalén rehe, pe omboykéva hemimboriahuvereko, omboykéva heʼi hag̃ua guare, ha hiʼag̃uímava omyakãkuaa hag̃ua ipo huguýpe. Jerusalén oñarrepentírõnte, neʼĩra gueteri ipyahẽ. Pe kuarahy oike hag̃uávo hendy paha gueteri ojehecharamóva tupaóre, tórre ári ha pe ijapekue yvatevehápe, ndaipóri piko peteĩ ánhel marangatu ogueraháva chupe pe Salvador mborayhúpe, ha ojoko hag̃ua pe ihuʼã? Táva iporãva ha marãʼỹʼỹva, pe omboitýva itápe umi profétape, pe omboykéva Tupã Raʼýpe, pe oñembokadenáva ijehe voi iñembyasyʼỹre ñembiguái jokuáipe,—hiʼára poriahuvereko rehegua hiʼag̃uimbaitéma opa!”</w:t>
      </w:r>
    </w:p>
    <w:p>
      <w:pPr>
        <w:pStyle w:val="ArticleScripture"/>
        <w:jc w:val="left"/>
      </w:pPr>
      <w:r>
        <w:rPr>
          <w:rFonts w:ascii="Times New Roman" w:hAnsi="Times New Roman" w:eastAsia="Times New Roman" w:cs="Times New Roman"/>
        </w:rPr>
        <w:t>“Ojeýma jey Tupã Espíritu oñeʼẽ Jerusalén-pe. Arange opa mboyve, ambue testimónio ojehupi Cristo rehehápe. Testimónio ryapu oñembopu, ombohováivo pe ñehenói oúva peteĩ yma guare maranduhára arandukágui. Jerusalén ohendúramo pe ñehenói, oguerohoryramo pe Salvador oikehápe hína irokẽme, ikatu gueteri ojesalva.</w:t>
      </w:r>
    </w:p>
    <w:p>
      <w:pPr>
        <w:pStyle w:val="ArticleScripture"/>
        <w:jc w:val="left"/>
      </w:pPr>
      <w:r>
        <w:rPr>
          <w:rFonts w:ascii="Times New Roman" w:hAnsi="Times New Roman" w:eastAsia="Times New Roman" w:cs="Times New Roman"/>
        </w:rPr>
        <w:t>“Marandu oguahẽ Jerusalénpe mburuvichakuérape Jesús oñemoag̃uiha pe távape peteĩ aty guasu tavayguandive. Péro haʼekuéra ndoguerekói mbaʼeveichagua tory porã Tupã Raʼýpe g̃uarã. Kyhyjépe osẽ hikuái ojotopa hag̃ua hese, ohaʼarõvo omosarambi pe aty. Ha pe guata aty oĩmbotávo oguejy Olivoty Yvateguágui, mburuvichakuéra ojoko chupe. Oporandu hikuái mbaʼérepa pe vyʼa sarambi guasu. Ha oporandúvo hikuái: ‘Máva piko kóva?’ umi temimboʼekuéra, ñemyandu marangatu renyhẽme, ombohovái upe porandu. Ñeʼẽ porã ha pyʼaguapýpe omombeʼujey hikuái umi profesía Cristo rehegua:”</w:t>
      </w:r>
    </w:p>
    <w:p>
      <w:pPr>
        <w:pStyle w:val="ArticleScripture"/>
        <w:jc w:val="left"/>
      </w:pPr>
      <w:r>
        <w:rPr>
          <w:rFonts w:ascii="Times New Roman" w:hAnsi="Times New Roman" w:eastAsia="Times New Roman" w:cs="Times New Roman"/>
        </w:rPr>
        <w:t>“Adán he’íta ndéve: Kuña ñemoñare niko upe opyrũva moñái akã ári.</w:t>
      </w:r>
    </w:p>
    <w:p>
      <w:pPr>
        <w:pStyle w:val="ArticleScripture"/>
        <w:jc w:val="left"/>
      </w:pPr>
      <w:r>
        <w:rPr>
          <w:rFonts w:ascii="Times New Roman" w:hAnsi="Times New Roman" w:eastAsia="Times New Roman" w:cs="Times New Roman"/>
        </w:rPr>
        <w:t>“Eporandu Abraham-pe, ha’e he’íta ndéve: ‘Melquisedec, mburuvicha guasu Salem pegua,’ py’aguapy Ruvicha guasu. Génesis 14:18.”</w:t>
      </w:r>
    </w:p>
    <w:p>
      <w:pPr>
        <w:pStyle w:val="ArticleScripture"/>
        <w:jc w:val="left"/>
      </w:pPr>
      <w:r>
        <w:rPr>
          <w:rFonts w:ascii="Times New Roman" w:hAnsi="Times New Roman" w:eastAsia="Times New Roman" w:cs="Times New Roman"/>
        </w:rPr>
        <w:t>“Jacobo he’íta ndéve, Ha’e hína Silo Judá ñemoñaregua.”</w:t>
      </w:r>
    </w:p>
    <w:p>
      <w:pPr>
        <w:pStyle w:val="ArticleScripture"/>
        <w:jc w:val="left"/>
      </w:pPr>
      <w:r>
        <w:rPr>
          <w:rFonts w:ascii="Times New Roman" w:hAnsi="Times New Roman" w:eastAsia="Times New Roman" w:cs="Times New Roman"/>
        </w:rPr>
        <w:t>«Isaías nde’íta, ‘Imanuel’, ‘Ipypeguáva, Mbo’ehára, Tupã Ipoderósova, Túva Opa Ára G̃uarã, Py’aguapy Ruvicha’. Isaías 7:14; 9:6.»</w:t>
      </w:r>
    </w:p>
    <w:p>
      <w:pPr>
        <w:pStyle w:val="ArticleScripture"/>
        <w:jc w:val="left"/>
      </w:pPr>
      <w:r>
        <w:rPr>
          <w:rFonts w:ascii="Times New Roman" w:hAnsi="Times New Roman" w:eastAsia="Times New Roman" w:cs="Times New Roman"/>
        </w:rPr>
        <w:t>“Jeremías he’íta ndéve, David Rakarẽ, ‘Ñandejára, ñande tekojoja.’” Jeremías 23:6.</w:t>
      </w:r>
    </w:p>
    <w:p>
      <w:pPr>
        <w:pStyle w:val="ArticleScripture"/>
        <w:jc w:val="left"/>
      </w:pPr>
      <w:r>
        <w:rPr>
          <w:rFonts w:ascii="Times New Roman" w:hAnsi="Times New Roman" w:eastAsia="Times New Roman" w:cs="Times New Roman"/>
        </w:rPr>
        <w:t>«Daniel heʼíta ndéve: Haʼe hína pe Mesías.»</w:t>
      </w:r>
    </w:p>
    <w:p>
      <w:pPr>
        <w:pStyle w:val="ArticleScripture"/>
        <w:jc w:val="left"/>
      </w:pPr>
      <w:r>
        <w:rPr>
          <w:rFonts w:ascii="Times New Roman" w:hAnsi="Times New Roman" w:eastAsia="Times New Roman" w:cs="Times New Roman"/>
        </w:rPr>
        <w:t>“Oseas he’íta ndéve, Ha’e hína ‘Ñandejára Tupã ehérsitopegua; Ñandejára hína imandu’arã.’ Oseas 12:5.”</w:t>
      </w:r>
    </w:p>
    <w:p>
      <w:pPr>
        <w:pStyle w:val="ArticleScripture"/>
        <w:jc w:val="left"/>
      </w:pPr>
      <w:r>
        <w:rPr>
          <w:rFonts w:ascii="Times New Roman" w:hAnsi="Times New Roman" w:eastAsia="Times New Roman" w:cs="Times New Roman"/>
        </w:rPr>
        <w:t>“Juan el Bautista omombeʼúta ndéve, Haʼe hína ‘Pe Cordero de Dios, pe oipeʼáva ko múndo pekádo.’ Juan 1:29.</w:t>
      </w:r>
    </w:p>
    <w:p>
      <w:pPr>
        <w:pStyle w:val="ArticleScripture"/>
        <w:jc w:val="left"/>
      </w:pPr>
      <w:r>
        <w:rPr>
          <w:rFonts w:ascii="Times New Roman" w:hAnsi="Times New Roman" w:eastAsia="Times New Roman" w:cs="Times New Roman"/>
        </w:rPr>
        <w:t>“Pe Jehová Tuicha he’i porãma Itróno guive: ‘Kóva hína Che Ra’y ahayhuetéva.’ Mateo 3:17.</w:t>
      </w:r>
    </w:p>
    <w:p>
      <w:pPr>
        <w:pStyle w:val="ArticleScripture"/>
        <w:jc w:val="left"/>
      </w:pPr>
      <w:r>
        <w:rPr>
          <w:rFonts w:ascii="Times New Roman" w:hAnsi="Times New Roman" w:eastAsia="Times New Roman" w:cs="Times New Roman"/>
        </w:rPr>
        <w:t>“Ore, Hemimbo’e, ro’e: Kóva hína Jesús, pe Mesías, Tekove Ruvicha, yvy ape árigua Rredentór.”</w:t>
      </w:r>
    </w:p>
    <w:p>
      <w:pPr>
        <w:pStyle w:val="ArticleScripture"/>
        <w:jc w:val="left"/>
      </w:pPr>
      <w:r>
        <w:rPr>
          <w:rFonts w:ascii="Times New Roman" w:hAnsi="Times New Roman" w:eastAsia="Times New Roman" w:cs="Times New Roman"/>
        </w:rPr>
        <w:t>“Ha pe pytũmby mburuvichakuéra ruvicha ohechakuaa chupe, he’ívo: ‘Che aikuaa máva pa nde, Tupã Marangatu.’ Marcos 1:24.” The Desire of Ages, 577–579.</w:t>
      </w:r>
    </w:p>
    <w:p>
      <w:pPr>
        <w:pStyle w:val="ArticleBody"/>
        <w:jc w:val="left"/>
      </w:pPr>
      <w:r>
        <w:rPr>
          <w:rFonts w:ascii="Times New Roman" w:hAnsi="Times New Roman" w:eastAsia="Times New Roman" w:cs="Times New Roman"/>
        </w:rPr>
        <w:t>Cristo Jeike Triunfálva rembiasakue ohechauka mba’éichapa pe Pyhare Mbyte Sapy’a guasu rembiasakue oikova’ekue pe tiempo Millerita-pe. Pe jehasa pe Hermana White-gui ohechauka porã pe oikeha oñepyrũ jave, umi tavaygua oike hague Espíritu Santo inspiración guýpe, ha upéi Cristo opyta ha hasẽ Jerusalén rehe. Upe rire Ha’e osegui pe jeike, ha upémarõ ombohovái chupe pe liderazgo judío. Aipota amboyke hag̃ua ko rembiasakue rehegua ciertos atributos ikatu hag̃uáicha ahechakuaa umi waymarks ojerejeyva pe Milleritakuéra rembiasakuepe. Ha katu, tenonderãite aipota amombe’u peteĩ punto oñepyrũha ha opa hag̃uare. Pe ñacita ramóva pe Hermana White-gui orrepresenta peteĩ kapítulo paha, ha pe kapítulo oúvape iñepyrũ he’i kóicha.</w:t>
      </w:r>
    </w:p>
    <w:p>
      <w:pPr>
        <w:pStyle w:val="ArticleScripture"/>
        <w:jc w:val="left"/>
      </w:pPr>
      <w:r>
        <w:rPr>
          <w:rFonts w:ascii="Times New Roman" w:hAnsi="Times New Roman" w:eastAsia="Times New Roman" w:cs="Times New Roman"/>
        </w:rPr>
        <w:t>“Cristo jeike ñemomba’eguasúpe Jerusalén-pe ha’e va’ekue peteĩ ta’ãngamimi tesakã’ỹva, ohechauka hag̃uáicha upe ijuvy yvágagui arai apytépe pokatu ha mimbipápe, umi ánhel kuéra jehecharamópe ha umi marangatúva vy’ápe. Upérõ oñekumplíta Cristo ñe’ẽ he’iva’ekue umi pa’i ha fariséo kuérape: ‘Ndapechamo’ãvéima Cherehe ko’ág̃a guive, peje peve: Ojehovasáva pe ouva Ñandejára rérape.’ Mateo 23:39. Visión proféticape Zacarías ohecha va’ekue upe ára pahápegua ñesẽ porãite; ha ohecha avei umi yvypóra ohasa va’erãha, umi Cristo-pe omboykéva’ekue iñembou ypykue jave: ‘Ha’ekuéra oma’ẽta Cherehe, pe chekutiva’ekue rehe, ha hasẽta Hese, peteĩ ohasẽháicha ita’ýra peteĩete rehe; ha ipy’arasy etéta Hese, peteĩ ipy’arasyháicha ita’ýra ypykue rehe.’ Zacarías 12:10. Ko escena Cristo ohecha mboyve va’ekue, oma’ẽvo táva rehe ha hasẽvo hese. Jerusalén ñehundi ko yvy arigua rupive, Ha’e ohecha upe tavayguakuéra pahaite ñehundi, umi oiko va’ekue kulpávape Ñandejára Ra’y ruguy rehe.”</w:t>
      </w:r>
    </w:p>
    <w:p>
      <w:pPr>
        <w:pStyle w:val="ArticleScripture"/>
        <w:jc w:val="left"/>
      </w:pPr>
      <w:r>
        <w:rPr>
          <w:rFonts w:ascii="Times New Roman" w:hAnsi="Times New Roman" w:eastAsia="Times New Roman" w:cs="Times New Roman"/>
        </w:rPr>
        <w:t>“Umi temimbo’e ohechakuaa vaekue umi hudío-kuéra ndaija’éiha Cristo rehe, ha katu gueteri ndohecháikuri moõ peve oguerahátaha upéva. Gueteri noikũmbýi hikuái Israel rekotee, ni noikuaa porãi pe castígo oútava Jerusalén ári. Kóva Cristo ohechauka chupekuéra peteĩ mbo’epy mba’e ojehechaukaháicha iporãitereíva rupive.</w:t>
      </w:r>
    </w:p>
    <w:p>
      <w:pPr>
        <w:pStyle w:val="ArticleScripture"/>
        <w:jc w:val="left"/>
      </w:pPr>
      <w:r>
        <w:rPr>
          <w:rFonts w:ascii="Times New Roman" w:hAnsi="Times New Roman" w:eastAsia="Times New Roman" w:cs="Times New Roman"/>
        </w:rPr>
        <w:t>“Pe paha apelación paha Jerusalén-pe ndaiporihéi mba’erã. Pa’i ha mburuvichakuéra ohendu kuri yma guare ñe’ẽ marangatúpe heta tapicha ñe’ẽme oñembojoajúva, ombohováivo pe porandu: ‘Máva piko kóva?’, ha ndorogueroviái hikuái upéva ha’eha pe ñe’inspiración rehegua ñe’ẽ. Pochýpe ha ñemondýipe, oñeha’ã hikuái omokirirĩ hag̃ua tavayguakuérape. Oĩ kuri oficial romano aty apytépe, ha chupekuéra Jesús rembiayhukuéra omombe’u vai Jesús rehe, he’ívo ha’eha peteĩ pu’aka ñemoĩrã mburuvicha. Ohechauka hikuái ha’etévaicha ha’e oúma hag̃ua oguereko hag̃ua pe témplo, ha oisãmbyhy hag̃ua mburuvichaguasu ramo Jerusalén-pe.” The Desire of Ages, 580.</w:t>
      </w:r>
    </w:p>
    <w:p>
      <w:pPr>
        <w:pStyle w:val="ArticleBody"/>
        <w:jc w:val="left"/>
      </w:pPr>
      <w:r>
        <w:rPr>
          <w:rFonts w:ascii="Times New Roman" w:hAnsi="Times New Roman" w:eastAsia="Times New Roman" w:cs="Times New Roman"/>
        </w:rPr>
        <w:t>Pe punto ndaipotái okañy ha’e hína Cristo Jeike Triunfal Jerusalénpe ohechauka hag̃ua, ndaha’éi añónte pe Sapukái Pyhare Mbytegua tembiasakue Millerita-pe, ha katu avei pe mundo paha. Ojoajúma avei Cristo jeju jey rehe, pe milenio oñepyrũvo Apocalipsis kapítulo veinte-pe, ha avei Ijeju jey Nueva Jerusalén ndive pe milenio paha gotyo. Ojoajúma avei umi ñaña omanóva hese Ijeju mokõihápe, ha iñehusga paha pe milenio paha gotyo. Pe párrafo paha ñepyrũ he’i: “Pe ohenói paha Jerusalénpe natekotevẽmo’ãi. Umi pa’i ha mburuvicha ohendúkuri pe ñe’ẽ maranduhára yma guaréva osẽ jeyha heta aty rupi, ombohováivo pe porandu, ‘Máva piko kóva?’; ha’e kuéra katu noaseptái upéva Espíritu Inspiración ñe’ẽramo.”</w:t>
      </w:r>
    </w:p>
    <w:p>
      <w:pPr>
        <w:pStyle w:val="ArticleBody"/>
        <w:jc w:val="left"/>
      </w:pPr>
      <w:r>
        <w:rPr>
          <w:rFonts w:ascii="Times New Roman" w:hAnsi="Times New Roman" w:eastAsia="Times New Roman" w:cs="Times New Roman"/>
        </w:rPr>
        <w:t>Pe pahápe pe ñehenói paha oiko rei; ha upe ñehenói ojehechauka vaʼekue “pe ñeʼẽ marandu pyharevegua yma guare” ramo. Hetaiterei tapicha Cristo ára-pe ombotove iñehenói paha, ombotovére hikuái Jeremías consejo oguejy hag̃ua jey tape yma guarépe. Avei ndojaposei hikuái pe tape oho hag̃ua línea ári línea, umi temimboʼekuéra ombohovái haguére pe porandu “Máva piko koʼãva”, ombyatývo heta testígo oñondive, línea ári línea, koʼágui michĩmi ha amo michĩmi.</w:t>
      </w:r>
    </w:p>
    <w:p>
      <w:pPr>
        <w:pStyle w:val="ArticleBody"/>
        <w:jc w:val="left"/>
      </w:pPr>
      <w:r>
        <w:rPr>
          <w:rFonts w:ascii="Times New Roman" w:hAnsi="Times New Roman" w:eastAsia="Times New Roman" w:cs="Times New Roman"/>
        </w:rPr>
        <w:t>Cristo oñepyrũvo oike hag̃ua Jerusalénpe, opyta tape pukukue. Kóva oñepyrũ pe profesía ñekumpli reheve umi temimbo’e ojapyhyha pe vúrro Cristo oguata hag̃ua hi’ári. Ha’e araka’eve ndojupi va’ekue peteĩ mymbáre, ha pe mymba voi araka’eve ndojejupi hague. Pe razonamiento ohechauka peteĩ milagro, mba’ére piko mba’e mymba ohejáta peteĩ ojupiha hi’ári peteĩha jey, ha máva piko oikuaáta mba’éichapa oñemboguata peteĩ vúrro araka’eve ndojejupi hague. Kóva ojogua upe jave filisteokuéra omoĩrõ guare peteĩ ofrénda pe kárro ári, pe Arca ndive, ha ombojoaju mokõi vaka mokambúva, imemby guasu reheve, ha araka’eve ndoityryrýi va’ekue peteĩ kárro mboyve, ha pya’evoi oheja imembykuérape ha oñepyrũ pe oguata hag̃ua ombojevy hag̃ua pe Arca umi hebreokuérape. Pe Arca oho hína Jerusalén gotyo, ha David ipahápe oguerúrõ guare chupe Jerusalénpe, ohechauka hag̃ua Cristo jeike triunfál Jerusalénpe.</w:t>
      </w:r>
    </w:p>
    <w:p>
      <w:pPr>
        <w:pStyle w:val="ArticleBody"/>
        <w:jc w:val="left"/>
      </w:pPr>
      <w:r>
        <w:rPr>
          <w:rFonts w:ascii="Times New Roman" w:hAnsi="Times New Roman" w:eastAsia="Times New Roman" w:cs="Times New Roman"/>
        </w:rPr>
        <w:t>Oĩmba rire Cristo pe mburika ári, umi hénte oñepyrũ ombohyapu tape ijao reheve, oikytĩvo pindo rakã, ha sapukái osẽ he’ívo: “¡Hosanna pe Ta’ýra David rehe! ¡Ojehovasáva pe oúva Ñandejára rérape! ¡Hosanna yvateguápe!” (Mateo 21:9) Umi mburuvicha oñemoĩ hese ha ohenói Jesúspe omokirirĩ hag̃ua pe aty. Oho hikuái tenonderã, ha Jesús opyta hasẽ hag̃ua yvypórare okañývare, Jerusalén rehe oñeteháramo. Upéi pe guata guasu osegi, ha umi mburuvicha jey oikutu, ojerurévo oikuaa hag̃ua máva Jesús. Upérõ umi temimbo’e ombohovái pe marandu profétakuéra rehegua, línea ári línea.</w:t>
      </w:r>
    </w:p>
    <w:p>
      <w:pPr>
        <w:pStyle w:val="ArticleBody"/>
        <w:jc w:val="left"/>
      </w:pPr>
      <w:r>
        <w:rPr>
          <w:rFonts w:ascii="Times New Roman" w:hAnsi="Times New Roman" w:eastAsia="Times New Roman" w:cs="Times New Roman"/>
        </w:rPr>
        <w:t>Pe tembiasakue ñahesa’ỹijóva ko’ág̃a ojehechauka mboyve Lázaro jeikove jevy reheve, upéva omarkáva pe ñembotavy peteĩha pe línea profética-pe ojehechaukáva pe parábola umi diez vírgenes rehegua rupi, ha Uza opokóramo pe Arca rehe, pe línea oúva David oike hag̃ua triunfálmente Jerusalénpe. Pe ñembotavy peteĩha ojoaju peteĩ arévo reheve, ha Cristo oha’arõ kuri og̃uahẽvo hendápe marandu Lázaro hasyha, upéicha avei David oha’arõkuri ohejávo pe Arca pe tendápe omano haguépe Uza, pe rire ae oho hag̃ua oguerujey chupe. Lázaro omano kuri, ha upéi oikove jey. Lázaro hína upe upe rire ogueraháva pe mburika’i Jesús ojupihápe oike hag̃ua Jerusalénpe.</w:t>
      </w:r>
    </w:p>
    <w:p>
      <w:pPr>
        <w:pStyle w:val="ArticleBody"/>
        <w:jc w:val="left"/>
      </w:pPr>
      <w:r>
        <w:rPr>
          <w:rFonts w:ascii="Times New Roman" w:hAnsi="Times New Roman" w:eastAsia="Times New Roman" w:cs="Times New Roman"/>
        </w:rPr>
        <w:t>Miller pehẽngue rembiasakuepe pe mokoĩha ánhel oguahẽ kuri 19 jasypoapy ary 1844-pe, pe peteĩha ñembotavy guasúpe, upéva ohechauka vaʼekue pe aravo ohaʼarõha ñepyrũ. Upe rire Samuel Snow oñepyrũ kuri omyasãi ha ombohekoveve mbeguekatúpe pe Pyhare Mbyte Sapyʼa Añeʼẽmondo. Pe ñeʼẽmondo rehegua ñemotenonde mbeguekatúva ojehechauka Cristo oike haguére Jerusalén-pe. Snow rembiapo ñemotenonde avei ojehechauka Arca jeguata rupive, filisteogui, pe kárro peve, Uza peve ha ipahápe Jerusalén-pe.</w:t>
      </w:r>
    </w:p>
    <w:p>
      <w:pPr>
        <w:pStyle w:val="ArticleBody"/>
        <w:jc w:val="left"/>
      </w:pPr>
      <w:r>
        <w:rPr>
          <w:rFonts w:ascii="Times New Roman" w:hAnsi="Times New Roman" w:eastAsia="Times New Roman" w:cs="Times New Roman"/>
        </w:rPr>
        <w:t>Pe jeike oike peteĩ ñemoherakuã ypygua tavayguakuéra rehegua, mburuvichakuéra he’i rire Cristo-pe omokirirĩ hag̃ua aty guasu; upe rire Cristo hasẽ, ha upéi oúma peteĩ ñemoherakuã umi temimbo’ekuéra rehegua, umi mburuvichakuéra hatã akãva oporandu rire máva piko Cristo. Pe jehechauka ñe’ẽñemi guive tavayguakuérape omoheñóiva pe ñembohovái peteĩha umi mburuvichakuéra hatã akãvagui, oñembojey temimbo’ekuéra rupi, oguenohẽvo “línea ári línea” heta testígo profétiko yma guive. Kuarahy oike ramo guare upe árape, Israel yma guare oñemosẽ Tupãgui kuña divorcio ramo.</w:t>
      </w:r>
    </w:p>
    <w:p>
      <w:pPr>
        <w:pStyle w:val="ArticleBody"/>
        <w:jc w:val="left"/>
      </w:pPr>
      <w:r>
        <w:rPr>
          <w:rFonts w:ascii="Times New Roman" w:hAnsi="Times New Roman" w:eastAsia="Times New Roman" w:cs="Times New Roman"/>
        </w:rPr>
        <w:t>Upe tembiasakuepe ñandejehechakuaa umi temimbo'e ndohesakãporãi hague pe “ñemyengovia” oúva va'erã Jerusalén ári. Pe “ñemyengovia” oúva va'erã “Jerusalén ári” ojehechauka umi temimbo'épe “mba'e'echapyrã iñimportantetévape” rupive. Pe mba'e'echapyrã iñimportantetéva ha'e pe higuéra máta ñe'ẽvai. Jerusalén ñehundi, umi temimbo'e gueteri noikũmbyiháicha, ojehechauka pe higuéra máta ñe'ẽvai rupive, ha avei pe parávola Cristo ombo'e va'ekue yma pe higuéra rehegua.</w:t>
      </w:r>
    </w:p>
    <w:p>
      <w:pPr>
        <w:pStyle w:val="ArticleScripture"/>
        <w:jc w:val="left"/>
      </w:pPr>
      <w:r>
        <w:rPr>
          <w:rFonts w:ascii="Times New Roman" w:hAnsi="Times New Roman" w:eastAsia="Times New Roman" w:cs="Times New Roman"/>
        </w:rPr>
        <w:t>“Ko ñe’ẽmondýi opyta opa ára g̃uarã. Cristo rembiapo, omoñepyrũ rupi yvyramáta pe imbarete tee rupive ha upéi oñe’ẽ vai hese, opyta peteĩ ñe’ẽmondýiramo opa iglesia-kuérape ha opa cristiano-kuérape g̃uarã. Avave ndaikatúi oiko Ñandejára léi he’iháicha oservi’ỹre ambuépe. Hákatu heta oĩ ndoikovéiva Cristo rekove poriahuverekópe ha jejopói’ỹme. Oĩ some oimo’ãva ijehe cristiano porãitereiha noikũmbýi mba’épa he’ise añetehápe jaservi Ñandejárape. Oñemoĩ ha oikuaaukávo opa mba’e ojeguerohory hag̃ua ijeheguínte. Ojapo opa mba’e ijehe rehe añoite oñembohape hag̃ua. Aravo iporã chupekuéra añoite ikatúramo ombyaty mba’e ijeheguarã. Opa tekove rehegua apopyme kóva hína ijehupytyrã. Ndaha’éi ambuekuérape g̃uarã, síno ijeheguarã añónte oservi. Ñandejára ojapo chupekuéra oiko hag̃ua peteĩ yvy ape ári, upépe tekotevẽhápe ojejapo servicio jehegui’ỹva. Ha’e omohenda chupekuéra oipytyvõ hag̃ua hapicha-kuérape opa hendáicha ikatuhápe. Háguinte pe ijeheguigua tuicha eterei, ndohechái ambue mba’eve. Ndaipóri joaju kuérarekóva yvypóra ndive. Umi oikóva péicha ijeheguarã hína pe higuéraicha, ojapóva opaichagua jehechauka ha upéicharõ jepe ndahi’ái. Oñangareko hikuái ñemomba’e guasu rekoite rehe, ha katu ndojerevéi térã ndoguerekói jerovia. Iñe’ẽme omomba’e Ñandejára léi, hákatu iñe’ẽrendúpe ndaipóri añetegua. He’i hikuái, ha ndojapói. Pe tekombo’e oje’éva higuéra rehe, Cristo ohechauka mba’eichaitépa hembiguerovia’ỹete henondépe ko jehechaukarei rei. Ha’e he’i porã pe angaipa apo hechapyrãva noñembojavyetereiha pe oikuaaukáva oserviha Ñandejárape, ha katu ndaiguerahái yva imba’eguasurã.”</w:t>
      </w:r>
    </w:p>
    <w:p>
      <w:pPr>
        <w:pStyle w:val="ArticleScripture"/>
        <w:jc w:val="left"/>
      </w:pPr>
      <w:r>
        <w:rPr>
          <w:rFonts w:ascii="Times New Roman" w:hAnsi="Times New Roman" w:eastAsia="Times New Roman" w:cs="Times New Roman"/>
        </w:rPr>
        <w:t>“Pe yvyramáta ígo rehegua, oñeʼẽva’ekue Cristo oho mboyve Jerusalén-pe, oguereko vaʼekue peteĩ joaju hag̃uaicha pe mboʼepy haʼe omeʼẽ vaʼekuére oñeʼẽvo pohýi rehe pe yvyramáta hiʼaʼỹvare.” The Desire of Ages, 584.</w:t>
      </w:r>
    </w:p>
    <w:p>
      <w:pPr>
        <w:pStyle w:val="ArticleBody"/>
        <w:jc w:val="left"/>
      </w:pPr>
      <w:r>
        <w:rPr>
          <w:rFonts w:ascii="Times New Roman" w:hAnsi="Times New Roman" w:eastAsia="Times New Roman" w:cs="Times New Roman"/>
        </w:rPr>
        <w:t>Upe mburuvicha kuéra ndive ñorairõ pahápe rire, Jesús oñemombyry ñembo’e hag̃uáicha pyhare pukukue, ha upéi ko’ẽmbotávo, ohasávo hína pe ígo yvyrágui, oñe’ẽ vai hese.</w:t>
      </w:r>
    </w:p>
    <w:p>
      <w:pPr>
        <w:pStyle w:val="ArticleScripture"/>
        <w:jc w:val="left"/>
      </w:pPr>
      <w:r>
        <w:rPr>
          <w:rFonts w:ascii="Times New Roman" w:hAnsi="Times New Roman" w:eastAsia="Times New Roman" w:cs="Times New Roman"/>
        </w:rPr>
        <w:t>“Ndaha’éi kuri aravo ígo máva hi’aju hag̃uáicha, ndaha’éiramo peteĩteĩ tenda-pe; ha umi yvytykuéra Jerusalén jerére ikatu hag̃uáicha añetehápe oje’e: ‘Ndoúi gueteri kuri aravo ígopegua.’ Péro pe kogaty Jesús og̃uahẽhaguépe, peteĩ yvyramáta ojehechauka ohasaha hag̃ua opa ambuévagui tenonde gotyo. Oñemonde hag̃uama va’ekue hoguekuéra rehe. Pe ígo máta rekotee hína, mboyve umi hogue ojepe’a, pe hi’a okakuaáva ojehechauka. Upévare ko yvyramáta henyhẽva hogue rehe ome’ẽ va’ekue promésa hi’a porã ha oñemoakãporãma va’ekue rehegua. Péro pe ojehecháva hese mbotavyete va’ekue. Ohekávo hakãnguéra rupi, pe hakã yvýpeve guive pe hakã’i ijyvatevéva peve, Jesús ojuhu ‘ndaha’éi mba’eve ambue ndaha’éiramo hogue mante.’ Ha’e va’ekue peteĩ aty hogue jejapo guasu hag̃uáicha ojehechaukaséva, ha mba’eve ambue ndaha’éi.”</w:t>
      </w:r>
    </w:p>
    <w:p>
      <w:pPr>
        <w:pStyle w:val="ArticleScripture"/>
        <w:jc w:val="left"/>
      </w:pPr>
      <w:r>
        <w:rPr>
          <w:rFonts w:ascii="Times New Roman" w:hAnsi="Times New Roman" w:eastAsia="Times New Roman" w:cs="Times New Roman"/>
        </w:rPr>
        <w:t>“Cristo he’i hese peteĩ maldición omokangypáva. ‘Avave ani okaru nde yvágui ko’ág̃a guive opa ára g̃uarã’, he’i. Ká’ẽ ambuépe, pe Salvador ha hemimbo’ekuéra oho jey aja táva gotyo, umi hakã piru ha umi rogue ikangypáva ojapo ichupekuéra ohechakuaa hag̃ua. ‘Mbo’ehára’, he’i Pedro, ‘ehecha, pe ígo máta nde remaldesíva ipiru hag̃uéma.’”</w:t>
      </w:r>
    </w:p>
    <w:p>
      <w:pPr>
        <w:pStyle w:val="ArticleScripture"/>
        <w:jc w:val="left"/>
      </w:pPr>
      <w:r>
        <w:rPr>
          <w:rFonts w:ascii="Times New Roman" w:hAnsi="Times New Roman" w:eastAsia="Times New Roman" w:cs="Times New Roman"/>
        </w:rPr>
        <w:t>“Cristo rembiapo oja’óvo pe ígo máta rehe omondýi va’ekue umi temimbo’épe. Umíva-pe g̃uarã ha’ete ndaha’éiha upéva Hembiapo ha Hekokue rehegua. Heta jey ohendu hikuái chupe he’ívo ou hague ndaha’éi hag̃ua omoĩ hag̃ua condena ko yvy ape ári, síno ikatu hag̃uáicha ko yvy apegua tojesalva hese rupive. Omandu’a hikuái Iñe’ẽre: ‘Yvypóra Ra’y ndouirĩ yvypóra rekove ombyaívo, síno osalva hag̃ua.’ Lucas 9:56. Hembiapo hechapyrãva ojejapo va’ekue omyatyrõ hag̃ua, araka’eve ndaha’éi ohundi hag̃ua. Umi temimbo’e oikuaa va’ekue chupe Restaurador ha Pohãnohára-rõ añoite. Ko tembiapo oĩ va’ekue ijeheguiete año. Mba’épa raka’e upevarã? upéicha oporandu hikuái.”</w:t>
      </w:r>
    </w:p>
    <w:p>
      <w:pPr>
        <w:pStyle w:val="ArticleScripture"/>
        <w:jc w:val="left"/>
      </w:pPr>
      <w:r>
        <w:rPr>
          <w:rFonts w:ascii="Times New Roman" w:hAnsi="Times New Roman" w:eastAsia="Times New Roman" w:cs="Times New Roman"/>
        </w:rPr>
        <w:t>Tupã “ovy’a poriahuverekópe.” “Che aikovéicha, he’i Ñandejára Tupã, ndaijaguerohorýi añápe omano hag̃ua.” Miqueas 7:18; Ezequiel 33:11. Hupépe guarã, ñehundipa rembiapo ha juicio momarandu peteĩ “tembiapo ijojaha’ỹva.” Isaías 28:21. Ha’e katu poriahuvereko ha mborayhúpe oipe’a hag̃ua pe ao omokañýva tenonderã, ha ohechauka yvypórape mba’éichapa opa pe tape angaipa reheguáva.</w:t>
      </w:r>
    </w:p>
    <w:p>
      <w:pPr>
        <w:pStyle w:val="ArticleScripture"/>
        <w:jc w:val="left"/>
      </w:pPr>
      <w:r>
        <w:rPr>
          <w:rFonts w:ascii="Times New Roman" w:hAnsi="Times New Roman" w:eastAsia="Times New Roman" w:cs="Times New Roman"/>
        </w:rPr>
        <w:t>“Pe ígo yvyraty rehe ojepoi vaʼekue haʼe peteĩ ñeʼẽnga ojehechaukáva tembiapópe. Umi yvyraty hiʼaʼỹva, ohechaukáva hogue hetakue oñembotuichágui Cristo renondépe voi, haʼe vaʼekue peteĩ símbolo tetã judía rehegua. Pe Salvador oipota vaʼekue omyesakã Hemimboʼérape mbaʼérepa ha mbaʼeichaitépa añetehápe oguahẽta Israel ñehundi. Upévare omeʼẽ pe yvyratýpe tekoporãgua mbaʼe, ha ojapo chugui peteĩ omombeʼúva añetegua Tupãgui ouva. Umi judío ojehechauka porã vaʼekue opa ambue tetãgui iñambuéva ramo, heʼívo oĩha Tupã poguýpe. Haʼekuéra oñerayhu hag̃uáicha oñemombaʼeguasu vaʼekue hese ñandejáraitegui, ha ojerure vaʼekue tekojoja orekohague opa ambue tetã ári. Péro oñembyai kuri ko yvy rehegua rayhu ha viru rembiapo vai rupi. Oñemombaʼeguasu vaʼekue ikuaágui, péro ndoikuaái vaʼekue mbaʼe heʼisépa Tupã rembijerure, ha henyhẽ vaʼekue tekovaihaʼãgui. Pe yvyraty hiʼaʼỹvaicha, omyasãi yvate umi hakã guasu ojehechaukasévape, iporã ha hovyũvaicha ojehechávo, péro ndaipóri vaʼekue iporãva ‘hogue añónte.’ Pe religión judía, imbaʼeporãite hag̃ua pe itupaópe, iñaltar marangatúpe, ipaʼi kuéra akãao reheve ha hembiapo ceremonial omopirĩmbáva reheve, añetehápe iporã vaʼekue ojehechaukaháicha, péro ndaipóri ipype ñemomirĩ, mborayhu, térã pyʼaporã.” The Desire of Ages, 581, 582.</w:t>
      </w:r>
    </w:p>
    <w:p>
      <w:pPr>
        <w:pStyle w:val="ArticleBody"/>
        <w:jc w:val="left"/>
      </w:pPr>
      <w:r>
        <w:rPr>
          <w:rFonts w:ascii="Times New Roman" w:hAnsi="Times New Roman" w:eastAsia="Times New Roman" w:cs="Times New Roman"/>
        </w:rPr>
        <w:t>Ñañepyrũkuri mokõi porandu ñambohovái hag̃uáicha ko’ág̃a peve. Umi porandu ha’eva’ekue: “Mba’érepa umi oikovéva juicio oñepyrũ 9/11-pe? Mba’épa hína pe juicio bíblico umi oikovévape guarã?”</w:t>
      </w:r>
    </w:p>
    <w:p>
      <w:pPr>
        <w:pStyle w:val="ArticleBody"/>
        <w:jc w:val="left"/>
      </w:pPr>
      <w:r>
        <w:rPr>
          <w:rFonts w:ascii="Times New Roman" w:hAnsi="Times New Roman" w:eastAsia="Times New Roman" w:cs="Times New Roman"/>
        </w:rPr>
        <w:t>Umi mbovymi profecía rehegua ñamoĩmava ko’ág̃a ha’e testígo bíblico kuéra juicio oikovévape guarã. Umi línea profética oñe’ẽ heta mba’e rehe, ndaha’éi añónte umi juicio rehegua “A, B, C”, péro ñepyrũrã ñambohovái hína umi porandu 9/11 rehegua ha juicio oikovéva rehegua.</w:t>
      </w:r>
    </w:p>
    <w:p>
      <w:pPr>
        <w:pStyle w:val="ArticleScripture"/>
        <w:jc w:val="left"/>
      </w:pPr>
      <w:r>
        <w:rPr>
          <w:rFonts w:ascii="Times New Roman" w:hAnsi="Times New Roman" w:eastAsia="Times New Roman" w:cs="Times New Roman"/>
        </w:rPr>
        <w:t>“‘Ahecha’, he’i maranduhára Daniel, ‘apyta peve oñemohenda hag̃ua guapyha, ha peteĩ Ymave Guare oguapy: Ijao morotĩ yryruicha, ha iñakãrague ovecha rague potĩicha; Iguapyha tata rendy, ha ijuru’ỹmýi kuéra tata hendyva. Tata syry osẽ ha ou Henondégui: su mil su mil oservi Chupe, ha diez mil jevy diez mil oñembo’y Henondépe: huísio oñemopyenda, ha umi kuatiañe’ẽngue ojepe’a.’ Daniel 7:9, 10, R.V.</w:t>
      </w:r>
    </w:p>
    <w:p>
      <w:pPr>
        <w:pStyle w:val="ArticleScripture"/>
        <w:jc w:val="left"/>
      </w:pPr>
      <w:r>
        <w:rPr>
          <w:rFonts w:ascii="Times New Roman" w:hAnsi="Times New Roman" w:eastAsia="Times New Roman" w:cs="Times New Roman"/>
        </w:rPr>
        <w:t>“Upéicha oñemboguata marandu profétape pe ára tuicha ha ñemomorãitéva rehegua, upérõ yvyporakuéra rekove ha ikarakterkuéra ohasátava jehechapyrãme opa yvy rehegua Juez renondépe, ha peteĩteĩme oñeme’ẽtava ‘hembiapokuéra he’iháicha’. Pe Ymaguare Arakuépe Guare niko Tupã Túva. He’i salmista: ‘Oñemoheñói mboyve umi yvyty, térã nde remopyenda mboyve yvy ha arapy, opa ára yma guive opa ára peve, nde hína Tupã.’ Salmo 90:2. Ha’e hína opa tekove ypykue, ha opa léi yvu, upéva hína oguapýtava huísio ári. Ha umi ángel marangatu, tembijokuái ha testígo ramo, papapy ‘pa su mil jevy pa su mil, ha miles de miles’, oĩ ko tribunal guasu renondépe.”</w:t>
      </w:r>
    </w:p>
    <w:p>
      <w:pPr>
        <w:pStyle w:val="ArticleScripture"/>
        <w:jc w:val="left"/>
      </w:pPr>
      <w:r>
        <w:rPr>
          <w:rFonts w:ascii="Times New Roman" w:hAnsi="Times New Roman" w:eastAsia="Times New Roman" w:cs="Times New Roman"/>
        </w:rPr>
        <w:t>“‘Ha, péina, oú kuri peteĩ ojoguáva Yvypóra Ra’yme ou arai yvagagua reheve, ha og̃uahẽ Ymaguare ára pehẽngue rendápe, ha ogueru chupe henondépe. Ha oñeme’ẽ chupe mburuvicha hag̃ua, mimbipa ha peteĩ rréino, opa tavaygua, tetãnguéra ha ñe’ẽnguéra oservi hag̃ua chupe: imburuvicha hag̃ua niko peteĩ mburuvicha opa’ỹva, araka’eve ndohasamo’ãi hag̃ua.’ Daniel 7:13, 14. Pe jeju Cristo rehegua oñemombe’úva ko’ápe ndaha’éi ijevy mokõiha yvy ári. Ha’e ou Ymaguare ára pehẽngue rendápe yvágape orecibi hag̃ua mburuvicha hag̃ua, mimbipa ha peteĩ rréino, oñeme’ẽtava chupe ipahaitepe hembiapo mediador ramo. Kóva hína pe jeju, ha ndaha’éi ijevy mokõiha yvy ári, oñeporavóma hag̃ua marandu hag̃ua profesíape oikótava umi 2300 ára pahápe, ary 1844-pe. Omoirũ chupe umi ánhel yvagagua, ñande Pa’i Guasu oike pe lugár santísimope ha upépe ojehechauka Tupã renondépe oñemoĩ hag̃ua hembiapoukapy pahaitépe yvyporakuéra rehehápe—ojapo hag̃ua pe huísio investigativo rembiapo ha ojapo hag̃ua pe expiasiõ opa umi ojehechaukávape oĩha derécho oguereko hag̃ua umi mba’eporã osẽva chugui.</w:t>
      </w:r>
    </w:p>
    <w:p>
      <w:pPr>
        <w:pStyle w:val="ArticleScripture"/>
        <w:jc w:val="left"/>
      </w:pPr>
      <w:r>
        <w:rPr>
          <w:rFonts w:ascii="Times New Roman" w:hAnsi="Times New Roman" w:eastAsia="Times New Roman" w:cs="Times New Roman"/>
        </w:rPr>
        <w:t>“Pe servicio typicópe, umi oúva'ekue añónte Tupã renondépe he'ipávo iñemomarã ha oñembyasy añeteguápe, ha umi angaipa, pe mymbajuka angaiparehegua ruguy rupive, ojegueraháva pe santuariope, oguerekókuri peteĩ parte pe Ñemomarangatu Ára rembiapópe. Upéicha avei pe ára guasúpe ñemomarangatu paha ha juicio investigativope, umi káso ojehecháva añoite hína umi oje'éva Tupã retãygua rehegua. Umi heko vaíva juicio ha'e peteĩ tembiapo iñambuéva ha oñemboja'óva ambuégui, ha oiko upe rire. ‘Pe juicio oñepyrũva'erã Tupã róga guive: ha ñanderehe oñepyrũ ramo raẽ, mba'éta piko ipaha umi nohenduséivape pe evangelio?’ 1 Pedro 4:17.”</w:t>
      </w:r>
    </w:p>
    <w:p>
      <w:pPr>
        <w:pStyle w:val="ArticleScripture"/>
        <w:jc w:val="left"/>
      </w:pPr>
      <w:r>
        <w:rPr>
          <w:rFonts w:ascii="Times New Roman" w:hAnsi="Times New Roman" w:eastAsia="Times New Roman" w:cs="Times New Roman"/>
        </w:rPr>
        <w:t>“Umi kuatia yvágape oĩva, upépe oñemboguapyhápe umi téra ha umi tembiapo yvyporakuéra rehegua, ha’éta umi ohechaukáva mba’éichapa ojedesidíta pe juicio. He’i maranduhára Daniel: ‘Pe juicio oñemopyenda, ha umi kuatiañe’ẽ oñepe’a.’ Pe revelador, omombe’úvo upe escena peteĩchagua, omoĩve: ‘Ambue kuatiañe’ẽ oñepe’a, ha upéva hína pe kuatiañe’ẽ tekove rehegua: ha umi omanóva oñehusga umi mba’e ojehaíva’ekue umi kuatiañe’ẽme guive, hembiapokuéra rupi.’ Apocalipsis 20:12.”</w:t>
      </w:r>
    </w:p>
    <w:p>
      <w:pPr>
        <w:pStyle w:val="ArticleScripture"/>
        <w:jc w:val="left"/>
      </w:pPr>
      <w:r>
        <w:rPr>
          <w:rFonts w:ascii="Times New Roman" w:hAnsi="Times New Roman" w:eastAsia="Times New Roman" w:cs="Times New Roman"/>
        </w:rPr>
        <w:t>“Pe kuatia tekove rehegua oguereko umi téra opa umi oikéva’ekue Tupã rembiapópe. Jesús he’i vaʼekue hemimboʼekuérape: ‘Pevyʼáke, pende réra ojehaígui yvágape.’ Lucas 10:20. Pablo oñeʼẽ iñirũnguéra jerovia hag̃uáre ombaʼapóva hendive, ‘umi réra oĩva pe kuatia tekove reheguápe.’ Filipenses 4:3. Daniel, omaña hag̃ua tenonderãme ‘peteĩ ára jehasa asy arakaʼeve ndojejuhúi haguéicha’, heʼi Tupã tavayguakuéra ojesalvotaha, ‘opaite ojejuhútava ojehaíva pe kuatiápe.’ Ha pe ohecha vaʼekue revelasiónpe heʼi umi añoite oikeha Tupã távape umi téra ‘ojehaíva pe Cordero kuatia tekove reheguápe.’ Daniel 12:1; Apocalipsis 21:27.”</w:t>
      </w:r>
    </w:p>
    <w:p>
      <w:pPr>
        <w:pStyle w:val="ArticleScripture"/>
        <w:jc w:val="left"/>
      </w:pPr>
      <w:r>
        <w:rPr>
          <w:rFonts w:ascii="Times New Roman" w:hAnsi="Times New Roman" w:eastAsia="Times New Roman" w:cs="Times New Roman"/>
        </w:rPr>
        <w:t>“Oĩ peteĩ kuatiañe’ẽ mandu’arã” ojehaíva Tupã renondépe, upépe ojehai hag̃ua umi tembiapo porã “umi okyhyjéva Jehová-gui, ha opensáva héra rehe.” Malaquías 3:16. Iñe’ẽnguéra jeroviápe he’íva, ha hembiapo mborayhúpegua, ojehai yvágape. Nehemías oñe’ẽ ko mba’ére he’ívo: “Che mandu’a che rehe, che Tupã, … ha ani rembogue che rembiapo porã ajapova’ekue che Tupã róga rehehápe.” Nehemías 13:14. Tupã kuatiañe’ẽ mandu’arãme opa tembiapo tekojoja rehegua oikove hag̃ua opa ára g̃uarã. Upépe ojehaipaite jerovia hag̃uáicha opa ñemo’ã ojejokóva, opa ivaíva ojejepytasóva ári, opa ñe’ẽ py’a porã ha poriahuverekópe oñe’ẽva, jeroviaha hag̃uáicha. Ha opa jejopy hag̃ua oñeme’ẽva, opa jehasa asy ha ñembyasy ojehasáva Cristo rehehápe, ojehai avei. He’i salmista: “Nde reipapa che jeguata vai; emoĩ che resay nde ryru’ípe: ndaha’éi piko umíva nde kuatiañe’ẽme?” Salmo 56:8.</w:t>
      </w:r>
    </w:p>
    <w:p>
      <w:pPr>
        <w:pStyle w:val="ArticleScripture"/>
        <w:jc w:val="left"/>
      </w:pPr>
      <w:r>
        <w:rPr>
          <w:rFonts w:ascii="Times New Roman" w:hAnsi="Times New Roman" w:eastAsia="Times New Roman" w:cs="Times New Roman"/>
        </w:rPr>
        <w:t>“Oĩ avei peteĩ kuatiañe’ẽ ojehaihápe umi angaipa kuimba’e kuéra rehegua. ‘Tupã oguerútagui opa tembiapo jehuskápe, opa mba’e kañymíme ndive, taha’e iporã térã taha’e ivaíva.’ ‘Opa ñe’ẽ rei oje’éva yvypóra kuéra rupi, umívagui ome’ẽta hag̃ua kuenta ára huiskahápe.’ He’i pe Salvador: ‘Nde ñe’ẽ rupive rejejapova’erã hekojojápe, ha nde ñe’ẽ rupive rejehuskáta hag̃ua.’ Eclesiastés 12:14; Mateo 12:36, 37. Umi mba’e ojehupytyva’ekue kañymíme ha umi py’a remiandu ojekuaa pe kuatiañe’ẽ ndojavýivape; Tupã ‘omoesakãtagui pytũmby pegua kañymby, ha ohechaukáta umi py’a ñemoarandu.’ 1 Corintios 4:5. ‘Péina, ojehai che renondépe, … pene rembiapo vai ha pende ru kuéra rembiapo vai oñondivepa, he’i Ñandejára.’ Isaías 65:6, 7.”</w:t>
      </w:r>
    </w:p>
    <w:p>
      <w:pPr>
        <w:pStyle w:val="ArticleScripture"/>
        <w:jc w:val="left"/>
      </w:pPr>
      <w:r>
        <w:rPr>
          <w:rFonts w:ascii="Times New Roman" w:hAnsi="Times New Roman" w:eastAsia="Times New Roman" w:cs="Times New Roman"/>
        </w:rPr>
        <w:t>“Maymáva rembiapo ohasáta ojehechajey hag̃ua Tupã renondépe ha oñembokuatia hag̃ua jeroviahápe térã ndajajeroviaheihápe. Káda téra ykére yvágape oĩva kuatiápe oñemboguapy kyhyje hag̃uáicha añeteguaite reheve opa ñe’ẽ vai, opa tembiapo jeheguigua, opa tembiaporã ojejapo’ỹva, ha opa angaipa kañymby, opa japu ñemokañy reheve. Ñemoñe’ẽ térã ñemboyke yvágagui ouva’ekue oñemboykéva, aravo oñehundíva, juruja oñeiporu’ỹva, pu’aka oñemoasãiva iporã hag̃uáicha térã ivaí hag̃uáicha, hendive umi mba’e vaieterei mombyry oguahẽva, opa umíva oñembokuatia pe ánhel ombokuatiáva rupive.</w:t>
      </w:r>
    </w:p>
    <w:p>
      <w:pPr>
        <w:pStyle w:val="ArticleScripture"/>
        <w:jc w:val="left"/>
      </w:pPr>
      <w:r>
        <w:rPr>
          <w:rFonts w:ascii="Times New Roman" w:hAnsi="Times New Roman" w:eastAsia="Times New Roman" w:cs="Times New Roman"/>
        </w:rPr>
        <w:t>“Ñandejára léi ha’e pe yta’iha omoĩva mba’éichapa ojeha’ãta kuimba’e kuñanguéra rekove ha heko kuéra pe huísiope. Pe arandu he’i: ‘Ekyhyje Ñandejáragui ha ejapo Iñe’ẽmandakuéra; péva niko kuimba’e rembiaporã tuichakue. Ñandejára oguerúta opa tembiapo huísiope.’ Eclesiastés 12:13, 14. Pe apóstol Santiago omongeta ijoyke’y kuérape: ‘Peñe’ẽ ha pejapo péicha, umi ojehusgátava sãsõ léi rupiveicha.’ Santiago 2:12.”</w:t>
      </w:r>
    </w:p>
    <w:p>
      <w:pPr>
        <w:pStyle w:val="ArticleScripture"/>
        <w:jc w:val="left"/>
      </w:pPr>
      <w:r>
        <w:rPr>
          <w:rFonts w:ascii="Times New Roman" w:hAnsi="Times New Roman" w:eastAsia="Times New Roman" w:cs="Times New Roman"/>
        </w:rPr>
        <w:t>“Umi ojejapo hag̃ua pe juicio-pe ‘ojeguerekóva tekopotĩ hag̃ua’ orekóta peteĩ vore pe jeikove jey ijojávarãguápe. Jesús he’i vaʼekue: ‘Umi ojehechakuaáva oiko porã hag̃ua ohupyty hag̃ua upe mundo, ha pe jeikove jey omanóva apytégui, ... umíva ojoja umi ánhel rehe; ha haʼe hína Tupã raʼykuéra, pe jeikove jey raʼykuéra rupi.’ Lucas 20:35, 36. Ha ambue jeyve heʼi avei ‘umi ojapóva iporãva’ osẽtaha ‘jeikove hag̃uápe pe jeikove jey rupi.’ Juan 5:29. Umi omanóva ijojáva ndopoñemoingemoʼãi jeýi pe juicio rire añoite, upépe oñehechakuaa rire hikuái ‘jeikove hag̃uápe pe jeikove jey’ rehegua. Upévare ndaipórimoʼãi hikuái hetepyetépe pe huísio renda renondépe ijepapakuéra ojehesaʼỹijo jave ha ikáso ojedesidi jave.”</w:t>
      </w:r>
    </w:p>
    <w:p>
      <w:pPr>
        <w:pStyle w:val="ArticleScripture"/>
        <w:jc w:val="left"/>
      </w:pPr>
      <w:r>
        <w:rPr>
          <w:rFonts w:ascii="Times New Roman" w:hAnsi="Times New Roman" w:eastAsia="Times New Roman" w:cs="Times New Roman"/>
        </w:rPr>
        <w:t>“Jesús ojechaukáta iñemo’ãhára ramo, oñe’ẽ hag̃ua hesekuéra Tupã renondépe. ‘Oiméramo oĩva opeka, jareko peteĩ ñemo’ãhára Túva ndive, Jesucristo hekojojáva.’ 1 Juan 2:1. ‘Cristo niko ndoikéi pe tupa guasu poapykuépe ojapopyrévape, ha’éva añeteguáva ta’ãnga año, ha katu oike yvágape voi, ko’ág̃a ojechauka hag̃ua Tupã renondépe ñanderehehápe.’ ‘Upévare ha’e ikatu avei osalvaite umi oñembojáva Tupã rendápe hese rupive, oikove meme rupi oñemo’ã hag̃ua hesekuéra.’ Hebreos 9:24; 7:25.</w:t>
      </w:r>
    </w:p>
    <w:p>
      <w:pPr>
        <w:pStyle w:val="ArticleScripture"/>
        <w:jc w:val="left"/>
      </w:pPr>
      <w:r>
        <w:rPr>
          <w:rFonts w:ascii="Times New Roman" w:hAnsi="Times New Roman" w:eastAsia="Times New Roman" w:cs="Times New Roman"/>
        </w:rPr>
        <w:t>“Ojepe’ávo umi kuatiañe’ẽ marandu rehegua huísiope, opa umi ojeroviáva’ekue Jesús rehe rekove ojehecha jeýta Tupã renondépe. Oñepyrũvo umi ypykuéra oikovaʼekue ko yvy ári guive, ñane Mo’ãhára omoĩ hag̃ua peteĩteĩ generasión ojoapykuéva rembiasakue, ha omohu’ã umi oikovéva reheve. Oje’e peteĩteĩ téra, ojehechakuaa porã peteĩteĩ káso. Oĩ téra oñemoneĩva, oĩ téra oñemboykéva. Oiméramo oĩ yvypóra rembiapo vai opytáva gueteri umi kuatiañe’ẽ marandu reheguápe, nombyasyjeyri ha ndojehejareíri gueteri, upéicharõ itéra oñemboguejyta tekove kuatiágui, ha hembiapo porã kuatiañe’ẽ oñemboguepaite Tupã mandu’a kuatiágui. Ñandejára he’i va’ekue Moiséspe: ‘Pe opeka va’ekue cherehe, upevape aipe’áta che kuatiágui.’ Éxodo 32:33. Ha proféta Ezequiel he’i: ‘Pe hekojojáva ojere jey ramo hekojoja gui, ha ojapo tekoañáme, … opa hekojoja ojapo va’ekue noñemombe’umo’ãi.’ Ezequiel 18:24.” The Great Controversy, 479–483.</w:t>
      </w:r>
    </w:p>
    <w:p>
      <w:pPr>
        <w:pStyle w:val="ArticleBody"/>
        <w:jc w:val="left"/>
      </w:pPr>
      <w:r>
        <w:rPr>
          <w:rFonts w:ascii="Times New Roman" w:hAnsi="Times New Roman" w:eastAsia="Times New Roman" w:cs="Times New Roman"/>
        </w:rPr>
        <w:t>Roñembojereve ko ñehesa’ỹijo ha rombohováita umi porandu oñemopu’ãva pe artíkulo oútavape ko sériepe.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Oguahẽma Ñandejára Huísio Aravo — Peteĩha Número</dc:title>
  <dc:subject>Umi Oikovévape rehegua ha 9/11 he’iséva marandu profétikope hag̃ua hag̃ua hag̃uáicha</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