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Papapy Po’ẽmbýva</w:t>
      </w:r>
    </w:p>
    <w:p>
      <w:pPr>
        <w:pStyle w:val="ArticleSubtitle"/>
        <w:jc w:val="left"/>
      </w:pPr>
      <w:r>
        <w:rPr>
          <w:rFonts w:ascii="Arial" w:hAnsi="Arial" w:eastAsia="Arial" w:cs="Arial"/>
        </w:rPr>
        <w:t>Mbohapy Ipahápegua Mbohapy"}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Iporãvévo, umi siete iglésia ha umi siete séllo oñentendeva’erã ta’ãnga joja ramo, ohechaukáva peteĩchagua tembiasakue ryepy rehegua ha okápe rehegua rape kuéra. Tuicha mba’e avei jahechakuaa hag̃ua, jañemoĩvo umi mbohapy iglésia pahague ha umi mbohapy séllo pahague rehe, pe línea histórica ohechaukáva tembiasakue oñembotuicháva ndaha’éi umi ta’ãnga rembiaporã tenondegua. Umi iglésia oñemoĩramo tembiasakue joja ryepýpe, tembiasakue rape ñemotenonde ha’e peteĩ mba’e esencial pe simbolísmape; hákatu ndaha’éi upéicha umi mbohapy iglésia ha séllo pahague ojeguerekóramo peteĩ ta’ãnga ijeheguiete ramo.</w:t>
      </w:r>
    </w:p>
    <w:p>
      <w:pPr>
        <w:pStyle w:val="ArticleBody"/>
        <w:jc w:val="left"/>
      </w:pPr>
      <w:r>
        <w:rPr>
          <w:rFonts w:ascii="Times New Roman" w:hAnsi="Times New Roman" w:eastAsia="Times New Roman" w:cs="Times New Roman"/>
        </w:rPr>
        <w:t>Umi mbohapy tupão paha ipahapegua, peteĩ símbolo ramo, oñe’ẽ umi mbohapy aty joaju rehe ha umi mba’e oiko hag̃ua iñondive umi mbohapy aty omomba’eguasúva apytépe, ojehechaukáva umi tupão opaichaguápe. Umi mbohapy sello ipahapegua oikuaauka Tupã tavayguakuérape, ojehechaukaháicha Moisés ha Elías rupive. Elías ohechauka umi cien cuarenta y cuatro milpe, ha Moisés umi omanóva hekopotĩvape.</w:t>
      </w:r>
    </w:p>
    <w:p>
      <w:pPr>
        <w:pStyle w:val="ArticleScripture"/>
        <w:jc w:val="left"/>
      </w:pPr>
      <w:r>
        <w:rPr>
          <w:rFonts w:ascii="Times New Roman" w:hAnsi="Times New Roman" w:eastAsia="Times New Roman" w:cs="Times New Roman"/>
        </w:rPr>
        <w:t>Haʼe oipeʼa rire pe sello po’ẽha, ahecha pe altar guýpe umi ánga umi ojejukávaʼekue Tupã ñeʼẽ rehehápe ha pe testimonio orekóva rehe; ha osapukái hikuái hatãme, heʼívo: Arakaʼe peve, Ñandejára, marangatu ha añetegua, nderehusgái ha nerepaga jeýi ore ruguy umi oikóva yvy ári rehe? Ha oñemeʼẽ peteĩteĩme ao morotĩ; ha heʼi chupekuéra topytuʼu hag̃ua gueteri sapyʼami, oñemyenyhẽ peve avei iñirũnguéra tembiguái ha ijoykeʼykuéra, ojejukátava hendáicha kuéra. Ha oipeʼa ramo pe sello poteĩha, péina ápe, oiko peteĩ yvyryrýi tuicha; ha kuarahy oñemoĩ hũ ao vosa akãragueguaicha, ha jasy opyta tuguyicha; ha yvága mbyjakuéra hoʼa yvy ári, peteĩ higuéra omomboháicha hiʼáva pyahuʼỹva, oity ramo chupe yvytu mbarete. Ha yvága oñemomombyry ku kuatiañeʼẽ oñembojoapývaicha; ha opaite yvyty ha isla oñemýi ijyvágagui. Ha mburuvichakuéra yvy arigua, ha umi tuicháva, ha umi ipirapiréva, ha kapitán guasukuéra, ha umi mbaretéva, ha opa tembiguái ha opa isãsóva, okañy itakua ha umi ita aty yvytykuérapegua rupi; ha heʼi umi yvyty ha ita atýpe: Peʼa ore ári, ha peñomi orehegui pe oguapýva guapyha ári rova, ha pe Ovecha Raʼy pochygui; pe ipochy ára guasu og̃uahẽma rire, ha máva piko ikatúta oñemboʼy? Apocalipsis 6:9–17.</w:t>
      </w:r>
    </w:p>
    <w:p>
      <w:pPr>
        <w:pStyle w:val="ArticleBody"/>
        <w:jc w:val="left"/>
      </w:pPr>
      <w:r>
        <w:rPr>
          <w:rFonts w:ascii="Times New Roman" w:hAnsi="Times New Roman" w:eastAsia="Times New Roman" w:cs="Times New Roman"/>
        </w:rPr>
        <w:t>Hermana White ñanemomarandu pe quinto sello oñe’ẽha “peteĩ ára rupi oútava rehe.” Umi versículo pe quinto sello rehegua oporandu araka’épa Tupã ohusgáta pe papadope iñakãrapu’ãre ojuka haguére Tupã retãyguápe pe Yma Pytũ Arape. Mbohovái oñeme’ẽ vaʼekue haʼeha umi “ára pahápe” Tupã ohusgátaha pe papadope upe jejuka rehe, ha avei ambue aty mártir papal rehe, umívape avei pe papado ojukátava pe léi domingo apañuãi aja.</w:t>
      </w:r>
    </w:p>
    <w:p>
      <w:pPr>
        <w:pStyle w:val="ArticleScripture"/>
        <w:jc w:val="left"/>
      </w:pPr>
      <w:r>
        <w:rPr>
          <w:rFonts w:ascii="Times New Roman" w:hAnsi="Times New Roman" w:eastAsia="Times New Roman" w:cs="Times New Roman"/>
        </w:rPr>
        <w:t>“‘Ha’e oipe’ávo pe quinto sello... [Revelation 6:9–11]. Ko’ápe ojehechauka Juanpe ta’angamýi ndaha’éiva añetegua añetetépe, síno umi oikótava peteĩ ára ñembyasyme’ẽme amo tenonderãme.” Manuscript Releases, volúmen 20, 197.</w:t>
      </w:r>
    </w:p>
    <w:p>
      <w:pPr>
        <w:pStyle w:val="ArticleBody"/>
        <w:jc w:val="left"/>
      </w:pPr>
      <w:r>
        <w:rPr>
          <w:rFonts w:ascii="Times New Roman" w:hAnsi="Times New Roman" w:eastAsia="Times New Roman" w:cs="Times New Roman"/>
        </w:rPr>
        <w:t>Ñe’ẽngue porã avei omoneĩ porã umi ánga oĩva pe altar guýpe, oikuaaséva araka’épa Tupã ohusgáta pe papado, ojoajúva umi mokõi ñe’ẽngue pe ánhel rehegua omimbipáva yvy iporãmbajepýpe ipokatu reheve Apocalipsis kapítulo dieciocho-pe.</w:t>
      </w:r>
    </w:p>
    <w:p>
      <w:pPr>
        <w:pStyle w:val="ArticleScripture"/>
        <w:jc w:val="left"/>
      </w:pPr>
      <w:r>
        <w:rPr>
          <w:rFonts w:ascii="Times New Roman" w:hAnsi="Times New Roman" w:eastAsia="Times New Roman" w:cs="Times New Roman"/>
        </w:rPr>
        <w:t>“Pe quinto sello oñepe’árõ guare, Juan Revelador, visiónpe, ohecha altar guýpe umi aty ojejukáva’ekue Tupã Ñe’ẽ ha Jesucristo testimonio rehehápe. Upe rire ou umi mba’e ojehechaukáva Apocalipsis 18-pe, upépe umi jerovia hag̃ua ha añeteguáva oñehenói osẽ hag̃ua Babiloniágui. Apocalipsis 18:1–5 oñecita hag̃ua.” Manuscript Releases, volúmen 20, 14.</w:t>
      </w:r>
    </w:p>
    <w:p>
      <w:pPr>
        <w:pStyle w:val="ArticleBody"/>
        <w:jc w:val="left"/>
      </w:pPr>
      <w:r>
        <w:rPr>
          <w:rFonts w:ascii="Times New Roman" w:hAnsi="Times New Roman" w:eastAsia="Times New Roman" w:cs="Times New Roman"/>
        </w:rPr>
        <w:t>Apocalipsis dieciocho-pe, catolicismo rehechávo mokõi jey, upépe ha upe jave oñembyasy’ypy hag̃ua ndaha’éi umi ojukátavare añoite “ára pahápe”, ha katu avei umi ojejuka va’ekuépe Pytũmby Árape papakuéra poguýpe.</w:t>
      </w:r>
    </w:p>
    <w:p>
      <w:pPr>
        <w:pStyle w:val="ArticleScripture"/>
        <w:jc w:val="left"/>
      </w:pPr>
      <w:r>
        <w:rPr>
          <w:rFonts w:ascii="Times New Roman" w:hAnsi="Times New Roman" w:eastAsia="Times New Roman" w:cs="Times New Roman"/>
        </w:rPr>
        <w:t>Ha ahendu ótra ñe’ẽ yvágagui, he’íva: Pesẽ chugui, che retãyguakuéra, ani hag̃ua peikévo umi ipekádope, ha ani hag̃ua pehupyty umi ijehupi hag̃ua. Pórke umi ipekádo og̃uahẽ yvága peve, ha Tupã imandu’a umi hembiapo vaíre. Pembojevy chupe, ha’e pende mbojevy haguéicha, ha pemokõi jevy chupe ikõi hag̃uáicha hembiapokuéra he’iháicha: pe kópa ha’e omyenyhẽ haguepe, pemyenyhẽ chupe mokõive jevy. Apocalipsis 18:4–6.</w:t>
      </w:r>
    </w:p>
    <w:p>
      <w:pPr>
        <w:pStyle w:val="ArticleBody"/>
        <w:jc w:val="left"/>
      </w:pPr>
      <w:r>
        <w:rPr>
          <w:rFonts w:ascii="Times New Roman" w:hAnsi="Times New Roman" w:eastAsia="Times New Roman" w:cs="Times New Roman"/>
        </w:rPr>
        <w:t>Pe poteĩha sello ome’ẽ peteĩva la Biblia remombeʼugui ojekuaavéva umi mbaʼe oikótavagui pyaʼeite Cristo Jeju Mokõiha mboyve umi pochy paha siete aja. Kóva oñemohuʼã Apocalipsis kapítulo siete ñepyrũme, upépe oñemeʼẽ hag̃ua mbohovái pe porandu ojejapóvape pe versíkulo paha pe poteĩha sellope, “máva ikatútapa oñemboʼy.” Oĩ mokõi aty oñemboʼýtava Tupã poyvi ramo pe krísis léi dominicalpe, pe oñemohuʼãva umi pochy paha siete og̃uahẽvo. Umi mokõi aty hína umi cien cuarenta y cuatro mil, ojehechaukáva Elías rupive, ha pe “aty guasu”, ojehechaukáva Moisés rupive. Koʼã mokõi taʼanga simbólico Moisés ha Elías rehegua ojekuaaukáma vaʼekue ymave ramo umi oñemboʼýva mundo paha gotyo, mokõivéva oñemboʼy rupi Cristo ndive pe Yvyty Transfiguraciónpe.</w:t>
      </w:r>
    </w:p>
    <w:p>
      <w:pPr>
        <w:pStyle w:val="ArticleBody"/>
        <w:jc w:val="left"/>
      </w:pPr>
      <w:r>
        <w:rPr>
          <w:rFonts w:ascii="Times New Roman" w:hAnsi="Times New Roman" w:eastAsia="Times New Roman" w:cs="Times New Roman"/>
        </w:rPr>
        <w:t>Pe aty umiha mártir papal ypykuéra, Arapytu Pytũ Ára-gui, oñeme'ẽ chupekuéra ao morotĩ; ha pe mokõiha aty, upéva rehe oje'éva chupekuéra toha'arõ hag̃ua pe aty oñemyenyhẽ meve, ha'e pe “aty guasu”, ha'ekuéra avei oĩva ao morotĩ reheve. Pe sello poha ha potĩha ndome'ẽi peteĩ tembiasakue ojoguáva umi tupão poha ha potĩhávape; ome'ẽ uvei peteĩ testimonio umi mokõi aty rehegua, opu'ãva peteĩ poyvi ramo Ñandejárape guarã umi “ára pahápe”. Umi mokõi aty ha'e umi omoherakuãva umi marandu mokõi ñe'ẽgui Apocalipsis kapítulo dieciocho-pe. Pe marandu upérõ oñemoherakuãva oñemoirũ Espíritu Santo ñehẽkue reheve, ojehechauka hag̃uáicha Pentecostés rembiasakue rupive ha Pyhare Mbyte Sapukái rembiasakue rupive, Adventismo ñepyrũmbýpe.</w:t>
      </w:r>
    </w:p>
    <w:p>
      <w:pPr>
        <w:pStyle w:val="ArticleScripture"/>
        <w:jc w:val="left"/>
      </w:pPr>
      <w:r>
        <w:rPr>
          <w:rFonts w:ascii="Times New Roman" w:hAnsi="Times New Roman" w:eastAsia="Times New Roman" w:cs="Times New Roman"/>
        </w:rPr>
        <w:t>“Pe ánhel, oñembojoajúva pe marandu mombeʼúpe pe tercer ánhel rembiapo rehegua, omyesakãta opaite yvy iñemimbipápe. Koʼápe ojeʼe yma guive peteĩ tembiapo oguerekótava pyʼaguasu opavave yvy ape ári ha peteĩ puʼaka ndaiporivéimava. Pe advento ñemonguʼe ary 1840–44 pegua haʼe vaʼekue peteĩ jehechauka porãiterei Tupã puʼaka rehegua; pe primer ánhel marandu oguerahahague opaite tenda misionérope ko yvy ape ári, ha oĩ vaʼekue ambue tetãnguérape pe tuichavéva interés religioso ojehechavaʼekue oimeraẽ tetãme pe Reforma siglo XVI pegua guive; ha upéva ári ohasáta pe ñemonguʼe mbarete guasu pe paha ñemongeta pe tercer ánhel rehegua guýpe.</w:t>
      </w:r>
    </w:p>
    <w:p>
      <w:pPr>
        <w:pStyle w:val="ArticleScripture"/>
        <w:jc w:val="left"/>
      </w:pPr>
      <w:r>
        <w:rPr>
          <w:rFonts w:ascii="Times New Roman" w:hAnsi="Times New Roman" w:eastAsia="Times New Roman" w:cs="Times New Roman"/>
        </w:rPr>
        <w:t>“Pe tembiapo ojoguaíta upe Pentecostés Árape guarépe. Pe ‘amáma ypykue’ oñeme’ẽ haguéicha, Espíritu Santo oñehẽmbávo evangelio ñepyrũme, oñemongakuaa hag̃ua pe ñemitỹ iporãiteva, upéicha avei pe ‘amáma pahague’ oñeme’ẽta ipahápe pe mba’e mono’õ ojekakuaapa hag̃ua. ‘Upérõ jaikuaáta, ñañeha’ãramo jaikuaa hag̃ua Ñandejárape: Iñsẽha oĩmbama ko’ẽrõicha; ha Ha’e oúta ñandéve amaicha, pe amáma pahague ha pe amáma ypykueicha yvy ári.’ Oseas 6:3. ‘Pevy’a upéicharõ, Siõ membykuéra, ha peñembovy’a Ñandejára pende Jára rehe: Ha’e ome’ẽgui peẽme pe amáma ypykue hi’a porã hag̃uáicha, ha omboguejýta peẽme pe ama, pe amáma ypykue, ha pe amáma pahague.’ Joel 2:23. ‘Umi ára pahápe, he’i Tupã, ahẽíta Che Espíritu opa tetépe ári.’ ‘Ha oikóta, opavave ohenóiva Ñandejára réra, ojesalváta.’ Hechos 2:17, 21.”</w:t>
      </w:r>
    </w:p>
    <w:p>
      <w:pPr>
        <w:pStyle w:val="ArticleScripture"/>
        <w:jc w:val="left"/>
      </w:pPr>
      <w:r>
        <w:rPr>
          <w:rFonts w:ascii="Times New Roman" w:hAnsi="Times New Roman" w:eastAsia="Times New Roman" w:cs="Times New Roman"/>
        </w:rPr>
        <w:t>“Pe tembiapo tuicháva evanhélio rehegua ndaha’éi opaha hag̃ua peteĩ jehechauka michĩvév Tupã pu’aka rehegua-gui upe ojehechakuaáva’ekue iñepyrũrãme. Umi profesía oñekumpli va’ekue ama ypykue ñehẽguasupe evanhélio ñepyrũme, oñekumplíta jey ama pahápe ipahápe. Ko’ápe oĩ ‘umi ára piro’y’ rehegua apóstol Pedro oma’ẽ va’ekue tenonderã, he’írõ guare: ‘Peñembyasy piko upévare, ha peñekonverti, pene angaipa hag̃ua oñembogue, ou vove umi ára piro’y Ñandejára renondégui; ha Ha’e omondóta Jesúspe.’ Hechos 3:19, 20.” The Great Controversy, 611.</w:t>
      </w:r>
    </w:p>
    <w:p>
      <w:pPr>
        <w:pStyle w:val="ArticleBody"/>
        <w:jc w:val="left"/>
      </w:pPr>
      <w:r>
        <w:rPr>
          <w:rFonts w:ascii="Times New Roman" w:hAnsi="Times New Roman" w:eastAsia="Times New Roman" w:cs="Times New Roman"/>
        </w:rPr>
        <w:t>Pe sexto sello rire hag̃ua pe porandu omoñepyrũva Elías ha Moisés, ojehechaukáva Apocalipsis capítulo siete-pe, ojepe’a pe séptimo sello ha omombe’u Espíritu Santo oñeñohẽha umi mokõi aty ári. Ojehechakuaa hag̃ua, pe descripción-pe oĩha peteĩ kirirĩ sapy’aite media hora pukukue. Pe ñeñohẽ ára pahápegua, ojehechaukáva pe séptimo sello jepe’ápe, oguereko peteĩ periodo kirirĩme.</w:t>
      </w:r>
    </w:p>
    <w:p>
      <w:pPr>
        <w:pStyle w:val="ArticleScripture"/>
        <w:jc w:val="left"/>
      </w:pPr>
      <w:r>
        <w:rPr>
          <w:rFonts w:ascii="Times New Roman" w:hAnsi="Times New Roman" w:eastAsia="Times New Roman" w:cs="Times New Roman"/>
        </w:rPr>
        <w:t>Ha oñemboty rire pe séllo poapyha, oiko kirirĩ yvágape ku media óra rupícha. Ha ahecha umi siete ánhel oĩva Tupã renondépe; ha chupekuéra oñeme’ẽ siete trompéta. Ha ambue ánhel ou ha oñembo’y pe altár rovái, oguerekóvo peteĩ incensário óroguigua; ha oñeme’ẽ chupe heta insiénso, ikatu hag̃uáicha oikuave’ẽ opa umi marangatu ñembo’e ndive pe altár óroguigua ári, oĩva tróno renondépe. Ha pe insiénso tatatĩ, osẽva umi marangatu ñembo’e ndive, ojupi Tupã renondépe pe ánhel po guive. Ha pe ánhel ojapyhy pe incensário, omyenyhẽ altár tata reheve, ha omombo yvy ári: ha oiko ñe’ẽnguéra, araveráicha ryapu, ára vera ha peteĩ yvyryrýi. Apocalipsis 8:1–5.</w:t>
      </w:r>
    </w:p>
    <w:p>
      <w:pPr>
        <w:pStyle w:val="ArticleBody"/>
        <w:jc w:val="left"/>
      </w:pPr>
      <w:r>
        <w:rPr>
          <w:rFonts w:ascii="Times New Roman" w:hAnsi="Times New Roman" w:eastAsia="Times New Roman" w:cs="Times New Roman"/>
        </w:rPr>
        <w:t>Ojehechakuaaháicha pe pasáhe oĩva *The Great Controversy*-pe, ama pahague oñepyrũ oñehẽ jave pe ánhel mbarete oguejy ha omyesakã yvy iñemimbipa rupive. Pe ama pahague oñepyrũ ramo guare “umi óga guasu táva Nueva York-pegua oñemombo yvýre” septiembre 11, 2001-pe.</w:t>
      </w:r>
    </w:p>
    <w:p>
      <w:pPr>
        <w:pStyle w:val="ArticleScripture"/>
        <w:jc w:val="left"/>
      </w:pPr>
      <w:r>
        <w:rPr>
          <w:rFonts w:ascii="Times New Roman" w:hAnsi="Times New Roman" w:eastAsia="Times New Roman" w:cs="Times New Roman"/>
        </w:rPr>
        <w:t>“¿Mávapa niko ñe’ẽ che amombeʼu vaekue Nueva York ojeipeʼataha peteĩ ola guasu rupive? Kóva araka’eve nda’éi che. Ha’e vaekue, ahechávo umi óga yvate guasu upépe oñemopuʼãva, piso ári piso, ‘¡Mba’e ñemondýiha oikóta Ñandejára opuʼãvo omynguʼe hag̃ua mbarete hag̃uáicha yvy! Upérõ oñekumplíta Apocalipsis 18:1–3 ñe’ẽ.’ Pe kapítulo dieciocho tuichakue Apocalipsis-pe ha’e peteĩ ñe’ẽmondo yvy ári ou hag̃uáre. Péro ndarekói mba’eveichagua tesape poravopyre mba’épa ou Nueva York ári, peteĩnte aikuaa: peteĩ ára umi óga yvate guasu upépe oitypáta Tupã pu’aka ojere ha ojere jevývo rupive. Pe tesape oñemeʼẽ vaekuégui chéve, aikuaa ñehundi oĩha ko múndope. Peteĩ ñe’ẽnte Ñandejáragui, peteĩ pokomi Imbarete Guasu rehegua, ha koʼã tetãygua guasu hoʼáta. Oikóta umi mbaʼe ñemondýiva ndaikatúiva ñañeimahina hag̃ua.” Review and Herald, July 5, 1906.</w:t>
      </w:r>
    </w:p>
    <w:p>
      <w:pPr>
        <w:pStyle w:val="ArticleBody"/>
        <w:jc w:val="left"/>
      </w:pPr>
      <w:r>
        <w:rPr>
          <w:rFonts w:ascii="Times New Roman" w:hAnsi="Times New Roman" w:eastAsia="Times New Roman" w:cs="Times New Roman"/>
        </w:rPr>
        <w:t>11 jasyporundy ary 2001-pe okẽ huʼa paha oñepyrũ oguejy, ha upe ama ñehẽ oñohẽva oguejy umi ojehechaukáva Elías ha Moisés rupive ári, ha oguereko avei peteĩ kirirĩ ára. Peteĩ kirirĩ ára Moisés ha Elías-pe g̃uarã ojehechauka avei Apocalipsis kapítulo once-pe, upépe Moisés ha Elías, umi mokõi maranduhára ombohasa asy vaʼekue ko yvy ape ári, ojejuka vaʼekue “tape mbytépe”. Péro mbohapy ára ha mbyte rire osẽ hikuái Horeb itakuágui ha ojupi yvágape. Okẽ huʼa paha rembiasakue ryepýpe, pe marandu, ojehechaukáva umi mokõi maranduhára rupive, ojejuka ha oñemombo tape mbytépe, péro ndojeñotýi oñemoingove jey mboyve chupekuéra. Kóva haʼe peteĩva umi añetegua tenondegua pe León Judá ñemoñaregua koʼág̃a oipeʼáva.</w:t>
      </w:r>
    </w:p>
    <w:p>
      <w:pPr>
        <w:pStyle w:val="ArticleBody"/>
        <w:jc w:val="left"/>
      </w:pPr>
      <w:r>
        <w:rPr>
          <w:rFonts w:ascii="Times New Roman" w:hAnsi="Times New Roman" w:eastAsia="Times New Roman" w:cs="Times New Roman"/>
        </w:rPr>
        <w:t>Mbohapy sello paha ohechauka Ñandejára tavayguakuéra remimoĩmby paha, ojehechaukáva Elías ha Moisés rupive. Upe remimoĩmby omano ha oñemopuʼã jey. Haʼe peteĩ remimoĩmby, Adventismo ñepyrũgui niko oñepyrũ peteĩ remimoĩmby ramo ha osegi vaʼekue pe ary 1863 peve, ha upérõ omboyke hikuái pe añetegua peteĩha William Miller oisãmbyhy haguépe ohechakuaa hag̃ua. Pe ary 1863-pe upe remimoĩmby opa, pe ary 1863-pe legalmente oiko hag̃ua peteĩ iglesia ramo. Pe Alfa ha Omega oñemombaʼe mbarete hag̃ua, oñepyrũ hague hembýva tavayguakuérape peteĩ remimoĩmby ramo, upéicha avei omohuʼãta chupekuéra peteĩ remimoĩmby ramo.</w:t>
      </w:r>
    </w:p>
    <w:p>
      <w:pPr>
        <w:pStyle w:val="ArticleBody"/>
        <w:jc w:val="left"/>
      </w:pPr>
      <w:r>
        <w:rPr>
          <w:rFonts w:ascii="Times New Roman" w:hAnsi="Times New Roman" w:eastAsia="Times New Roman" w:cs="Times New Roman"/>
        </w:rPr>
        <w:t>Koʼág̃a rojapóma ñepyrũrã jehecha guasu umi siete tupãóre ha umi siete sello rehe. Umi mbohapy sello pahápe jahecha mokõi aty umi ojepeʼáva rehegua, ojehechaukáva Moisés ha Elías rupive. Umi sello mayma oguerovia hag̃ua pe ánhel mbarete Apocalipsis dieciocho-pe guare. Oguejy ramo 11 jasyporundy ary 2001-pe, mokõi aty umi ojepeʼáva oike peteĩ ñemopotĩ rapepe ojejapóva ojekuaaukávo ha oñembojaʼóvo mokõi aty omombaʼeguasúva pe movimiento ryepýpe Adventismo paha gotyo, ojehechauka ypykueháicha pe movimiento Adventismo ñepyrũme guare. Daniel ohechauka peteĩva umi aty apytégui, haʼe ombohérava umi añáva, ndoikuaamoʼãi pe arandu ñembohetave; umi arandúvante katu heẽ. Mateo ñanemomarandu umi ndorekóiva pe entendimiento pe arandu oñemosãso vaʼekue rehegua omohuʼãha peteĩ kuñataĩramo tavy. Umi kuñataĩ arandúva ohechauka pe apañuãi pyhare mbyte jave oikuaaha ha oguerekóha pe arandu ñembohetave. Umi arandúva ha umi tavýva ojehechauka Filadelfia tupãópe térã Laodicea tupãópe. Umi añáva, kuñataĩ tavýva Laodiceagua, oñemombo vaʼerã Ñandejára jurúgui, ha umi arandúva katu oguereko Tupã réra, térã Ikarakter, ijapytépe. Oĩramo pe sexto tupaó Philadelphia ohechauka umi arandúvape, mbaʼéicha piko pe séptimo tupaó Laodicea ohechauka umi añávape? Péicha ramo, pe secuencia ndaiporãi porãri, ndajajavyi piko? Pe mbohovái, añetépe, oñesolusiona Alpha ha Omega rupive.</w:t>
      </w:r>
    </w:p>
    <w:p>
      <w:pPr>
        <w:pStyle w:val="ArticleBody"/>
        <w:jc w:val="left"/>
      </w:pPr>
      <w:r>
        <w:rPr>
          <w:rFonts w:ascii="Times New Roman" w:hAnsi="Times New Roman" w:eastAsia="Times New Roman" w:cs="Times New Roman"/>
        </w:rPr>
        <w:t>Ñepyrũme pe tavaygua peteĩha oñembohérava’ekue Tupã retã, Israel yma guare, Moisés ohechauka hag̃ua Cristo-pe pe tavaygua oñembohérava’ekue paha gotyo.</w:t>
      </w:r>
    </w:p>
    <w:p>
      <w:pPr>
        <w:pStyle w:val="ArticleScripture"/>
        <w:jc w:val="left"/>
      </w:pPr>
      <w:r>
        <w:rPr>
          <w:rFonts w:ascii="Times New Roman" w:hAnsi="Times New Roman" w:eastAsia="Times New Roman" w:cs="Times New Roman"/>
        </w:rPr>
        <w:t>Moisés ningo he’i añetéva umi túvape: Ñandejára pende Jára omopu’ãta peẽme guarã pene ryvukuéragui peteĩ maranduhára cheichagua; chupe pene ñe’ẽrenduva’erã opa mba’épe, opa mba’e ha’e he’íva peẽme. Ha oikóta, opa ánga nohenduséiva upe maranduhárape oñehundíta tavayguakuéragui. Hechos 3:22, 23.</w:t>
      </w:r>
    </w:p>
    <w:p>
      <w:pPr>
        <w:pStyle w:val="ArticleBody"/>
        <w:jc w:val="left"/>
      </w:pPr>
      <w:r>
        <w:rPr>
          <w:rFonts w:ascii="Times New Roman" w:hAnsi="Times New Roman" w:eastAsia="Times New Roman" w:cs="Times New Roman"/>
        </w:rPr>
        <w:t>Peteĩha Tupã remimoĩva tavayguakuéra peteĩha apýrape, Juan el Bautista ha’e vaekue pe Elías mensahéro ombosako’íva tape Cristo ou hag̃ua peteĩhaite. Upéi Jesús ojapo vaekue Ijapopyrã kurusúre ha upe rire omoñepyrũ Ipa’i Guasu rembiapo pe tenda marangatúpe pe santuario yvagapeguápe. Pe mokoĩha Tupã remimoĩva tavayguakuéra ñepyrũme, Israel moderno, William Miller ha’e vaekue pe Elías mensahéro ombosako’íva tape Cristo Jeju Mokõiha hag̃ua. Upérõ Jesús sapy’aitépe oike pe Tenda Marangatuvévape ha omoñepyrũ pe huísio. Pe mokoĩha Tupã remimoĩva tavayguakuéra apýrape, peteĩ Elías mensahéro paha ombosako’i tape Cristo omoñepyrũ hag̃ua pe dispensación pe huísio oikovévaregua, Ipaha hag̃ua Irembiapo Pa’i Guasu Yvagagua ramo ha Ijeju Mokõiha.</w:t>
      </w:r>
    </w:p>
    <w:p>
      <w:pPr>
        <w:pStyle w:val="ArticleBody"/>
        <w:jc w:val="left"/>
      </w:pPr>
      <w:r>
        <w:rPr>
          <w:rFonts w:ascii="Times New Roman" w:hAnsi="Times New Roman" w:eastAsia="Times New Roman" w:cs="Times New Roman"/>
        </w:rPr>
        <w:t>William Miller ohechauka ndaha’éi ñemomaranduhára añoite, ha katu avei pe movimiento ha’e oĩhaguépe joaju hag̃ua.</w:t>
      </w:r>
    </w:p>
    <w:p>
      <w:pPr>
        <w:pStyle w:val="ArticleScripture"/>
        <w:jc w:val="left"/>
      </w:pPr>
      <w:r>
        <w:rPr>
          <w:rFonts w:ascii="Times New Roman" w:hAnsi="Times New Roman" w:eastAsia="Times New Roman" w:cs="Times New Roman"/>
        </w:rPr>
        <w:t>“Oryrýigui, William Miller oñepyrũ omyesakã hag̃ua tavayguárape Ñandejára rréino ñemimbykuéra, ogueraha iñehenduhárape umi profesía rupive pe mokõiha Cristo jeju peve. Káda ñeha’ãme ipy’aguasu ha imbareteve ohóvo. Juan el Bautista oikove haguéicha tenondegua Jesús jeju peteĩhára rehegua marandu hag̃uáicha ha ombosako’i Tape Ijeju hag̃ua, upéicha avei William Miller ha umi oñemoirũva’ekue hendive omoherakuã Ñandejára Ra’y mokõiha jeju….</w:t>
      </w:r>
    </w:p>
    <w:p>
      <w:pPr>
        <w:pStyle w:val="ArticleScripture"/>
        <w:jc w:val="left"/>
      </w:pPr>
      <w:r>
        <w:rPr>
          <w:rFonts w:ascii="Times New Roman" w:hAnsi="Times New Roman" w:eastAsia="Times New Roman" w:cs="Times New Roman"/>
        </w:rPr>
        <w:t>“Hetaiterei oñemboguata hag̃ua omoañete hag̃ua pe añetegua ombo’éva’ekue William Miller, ha Tupã rembijokuái oñemopu’ã Elías espíritu ha pokatupe omoherakuã hag̃ua pe marandu.” Early Writings, 229, 230, 233.</w:t>
      </w:r>
    </w:p>
    <w:p>
      <w:pPr>
        <w:pStyle w:val="ArticleBody"/>
        <w:jc w:val="left"/>
      </w:pPr>
      <w:r>
        <w:rPr>
          <w:rFonts w:ascii="Times New Roman" w:hAnsi="Times New Roman" w:eastAsia="Times New Roman" w:cs="Times New Roman"/>
        </w:rPr>
        <w:t>Yma Israel yma guarépe Tupã ohenói Moiséspe, ha’e oguereko rire irundy pa ary tekombo’e oñembyaíva Egíptope, upéva oikotevẽkuri ambue irundy pa ary oiko hag̃ua desiértope oñeha’ãvo ojeipe’a hag̃ua Egipto rembiapo imbarete hag̃ua icharakterégui. Irundy pa ary rire heñói hague guive, oikuaávo ojeporavo hague chupe oguenohẽ hag̃ua Tupã retãyguápe Egíptogui, Moisés oiporu yvypóra mbarete ojuka hag̃ua pe egipciope. Ambue irundy pa ary rire, pe yvyramáta hendývape, ha’e opu’ã Tupã renói rehe. Ipahápe omoneĩ rire pe renói, omboyke pe tembiapoukapy omongarai hag̃ua ita’ýrape toikytĩ hag̃ua, oñemongyhyje meve ñemanórupi. Yvy Ñeprometida rembe’ýpe, opu’ã jey ha ombota pe Ita mokõiháicha. Yma Israel ñepyrũmbýpe, Moisés oguerekókuri peteĩ Laodiceagua rekokatu. Péicha jave jepe, omohu’ãkuri iñarandu yvate ha marangatu, oikehápe avei Cristo rehegua ta’angahai yma Israel pahaite peve. Cristo, oñorairõva’ekue umi judío oikóva ñe’ẽrei rehe, térã umi he’íva ijeheguieteha judío, ha ndaha’éiva, ohechauka peteĩ Filadelfiagua rekokatu. Yma Israel ñepyrũmbýpe Moisés ohechauka peteĩ Laodiceagua oikotevẽva órore, tesay ñepohãre ha ao morotĩre. Ipahápe Cristo ha’e peteĩ Filadelfiagua.</w:t>
      </w:r>
    </w:p>
    <w:p>
      <w:pPr>
        <w:pStyle w:val="ArticleBody"/>
        <w:jc w:val="left"/>
      </w:pPr>
      <w:r>
        <w:rPr>
          <w:rFonts w:ascii="Times New Roman" w:hAnsi="Times New Roman" w:eastAsia="Times New Roman" w:cs="Times New Roman"/>
        </w:rPr>
        <w:t>Adventísmo ñepyrũmbýpe, William Miller, ojehechaukáva umi mbovymi Sardis-pe oĩva nomongy’áiva ijao, ohechauka peteĩ Filadélfiagua, upéicha avei pe movimiento hendive ojoajúva. Adventísmo paha gotyo, pe movimiento oikuaáva pe ára paha 1989-pe, ha’ekuéra Laodiceaguaite va’ekue, Moisés-icha avei. Pe movimiento millerita omohe’õ pe movimiento Future for America rehe, ko ñe’ẽ profético ñeñangareko reheve: pe peteĩha movimiento oñembyaty Filadélfiaguáre Filadélfia ára-pe, ha pe pahagua movimiento oñembyaty Laodiceaguáre Laodicea ára-pe.</w:t>
      </w:r>
    </w:p>
    <w:p>
      <w:pPr>
        <w:pStyle w:val="ArticleBody"/>
        <w:jc w:val="left"/>
      </w:pPr>
      <w:r>
        <w:rPr>
          <w:rFonts w:ascii="Times New Roman" w:hAnsi="Times New Roman" w:eastAsia="Times New Roman" w:cs="Times New Roman"/>
        </w:rPr>
        <w:t>Che ha’e testígo hetave ko movimiento rembiasakue proféticogui oñepyrũva 1989 guive ambue tapicha oimeraẽgui ojoajúva Future for America rembiasakue rehe, ha ahechauka che voi aguata hague upe tembiasakue rupi oñepyrũvo 1989 guive peteĩ Adventista Laodiceagua oñemoneĩmava ramo. Oĩ heta ánga upe tape rehe omombaretétava che testimónio. Avei ikatu ahechauka añetehápe umi ojoajúva pe movimiento rehe Adventismo paha jave ha’e hague avei Adventista Laodiceagua oñemoneĩmava. Pe peteĩha tavayguakuéra oñembohérava oñepyrũ peteĩ Laodiceagua rehe, oikóva Filadelfiagua ramo, ha opa peteĩ Filadelfiagua rehe. Pe mokõiha tavayguakuéra oñembohérava oñepyrũ peteĩ Filadelfiagua rehe ha opa peteĩ Laodiceagua rehe oñehenóiva oiko hag̃ua Filadelfiagua ramo. Kóva hína Alpha ha Omega firma.</w:t>
      </w:r>
    </w:p>
    <w:p>
      <w:pPr>
        <w:pStyle w:val="ArticleBody"/>
        <w:jc w:val="left"/>
      </w:pPr>
      <w:r>
        <w:rPr>
          <w:rFonts w:ascii="Times New Roman" w:hAnsi="Times New Roman" w:eastAsia="Times New Roman" w:cs="Times New Roman"/>
        </w:rPr>
        <w:t>Mboriahu ha ñembotavy vai ha imboriahúva espiritual orekóva pe mburuvicha ha umi oñembojoajúva hendive, Tupã gueteri ombohape ha oisãmbyhy umi señal profética ojehúva’ekue ary 1989 guive ko’ág̃a peve. Mboriahu ha opívo’ỹ espiritual rehe pe mburuvicha ha umi oñembojoajúva hendive, Tupã gueteri ombohape pe jejuruvy’ỹ ñemongakuaa umi añetegua Ha’e ohechaporãva ojejuruvy’ỹ hag̃ua. Iporiahuverekópe, araka’eve ndojei’ýiva I “añeteguágui,” Ha’e omoheñói peteĩ ñemopotĩ rape ome’ẽva peteĩ Laodicense omano hag̃ua ha upéi oñemopu’ãjey hag̃ua peteĩ Filadelfiaygua ramo. Upe mano ha ñemopu’ãjey oñetipifika va’ekue umi kuatiañe’ẽ Daniel ha Apocalipsis ohai va’ekue rehe, mokõivéva oñejuka simbólikamente ha oñemopu’ãjey va’ekue. Juan oñemopu’ãjey pe mano-gui oñemombo haguére chupe peteĩ ña’ẽrõ ryakuápe haku etéva, Daniel katu umi león iñembyahýiva kuápe guive. Upéicha rupi, umi mokõi kuatiañe’ẽ, ha’éva peteĩnte kuatiañe’ẽ, ome’ẽ peteĩ énfasis pe símbolo mano ha ñemopu’ãjey rehe, pe marandu ko’ág̃a ojejuruvy’ỹva peteĩ párte ramo.</w:t>
      </w:r>
    </w:p>
    <w:p>
      <w:pPr>
        <w:pStyle w:val="ArticleBody"/>
        <w:jc w:val="left"/>
      </w:pPr>
      <w:r>
        <w:rPr>
          <w:rFonts w:ascii="Times New Roman" w:hAnsi="Times New Roman" w:eastAsia="Times New Roman" w:cs="Times New Roman"/>
        </w:rPr>
        <w:t>Pe “ara ára pahápe” pe movimiento juicio investigador rehegua, (ojejapouka vaʼekue techaukaháramo pe movimiento Millerita rupive), og̃uahẽvo tiempo paha hiʼaguĩhápe, Tupã omoĩ vaʼekue pe líder ha pe movimiento tojejuka hag̃ua ha upe rire toikove jevy hag̃ua. Pe contexto umi siete iglesias rehegua ryepýpe, Laodicea ojejuka vaʼekue 18 de julio de 2020-pe ha oikove jevýta Filadelfia ramo pe ley dominical og̃uahẽ mboyve. Pe movimiento oikove jevy vaʼekue appétava umi siete iglesias rehegua, ha katu upéva vaʼerã pe ochoha. Pe movimiento haʼéta pe ochoha, péva heʼiséva, umi siete-gui.</w:t>
      </w:r>
    </w:p>
    <w:p>
      <w:pPr>
        <w:pStyle w:val="ArticleBody"/>
        <w:jc w:val="left"/>
      </w:pPr>
      <w:r>
        <w:rPr>
          <w:rFonts w:ascii="Times New Roman" w:hAnsi="Times New Roman" w:eastAsia="Times New Roman" w:cs="Times New Roman"/>
        </w:rPr>
        <w:t>Ko secreto profético ojejoko Apocalipsis kuatiápe heta testígo ári, jepe koʼág̃a peve noñeñandúi vaʼekue. Ko aravo ñaimehápe koʼág̃a jahasávo pe mymba raʼanga ñehaʼãrõme, pe Hermana White ñanemboʼehaicha upéva haʼeha pe ñehaʼãrõ og̃uahẽva pe léi domingo mboyve. Pe léi domingo-pe hína Ñandejára sello oñemboguapy umi Filadelfia-guáre upe tembiasakuepegua. Haʼekuéra katu ohasa vaʼerã pe mymba raʼanga ñehaʼãrõ og̃uahẽva pe tiempo de gracia oñemboty mboyve.</w:t>
      </w:r>
    </w:p>
    <w:p>
      <w:pPr>
        <w:pStyle w:val="ArticleScripture"/>
        <w:jc w:val="left"/>
      </w:pPr>
      <w:r>
        <w:rPr>
          <w:rFonts w:ascii="Times New Roman" w:hAnsi="Times New Roman" w:eastAsia="Times New Roman" w:cs="Times New Roman"/>
        </w:rPr>
        <w:t>“Pe Señor ohechauka chéve hesakã porã hag̃uáicha pe mbói ra’anga oñemoheñóitaha pe gracia ára oñemboty mboyve; péva hína pe jehechaukaha guasu Tupã tavayguakuérape guarã, upéva rupive ojedesidíta hag̃ua hekove opave’ỹva raperã. Nde rembo’yháicha pe nde posición peteĩ jopara vaieterei ñemoĩjoavykuéra rehegua, upévare mbovymi añónte oñembotavyta.”</w:t>
      </w:r>
    </w:p>
    <w:p>
      <w:pPr>
        <w:pStyle w:val="ArticleScripture"/>
        <w:jc w:val="left"/>
      </w:pPr>
      <w:r>
        <w:rPr>
          <w:rFonts w:ascii="Times New Roman" w:hAnsi="Times New Roman" w:eastAsia="Times New Roman" w:cs="Times New Roman"/>
        </w:rPr>
        <w:t>“Apocalipsis 13-pe ko tema ojehechauka porã; [Apocalipsis 13:11–17, oñecita].”</w:t>
      </w:r>
    </w:p>
    <w:p>
      <w:pPr>
        <w:pStyle w:val="ArticleScripture"/>
        <w:jc w:val="left"/>
      </w:pPr>
      <w:r>
        <w:rPr>
          <w:rFonts w:ascii="Times New Roman" w:hAnsi="Times New Roman" w:eastAsia="Times New Roman" w:cs="Times New Roman"/>
        </w:rPr>
        <w:t>“Kóva hína pe prueba tavaygua Tupã rehegua ohasava’erã oje-sella mboyve. Opavave ohechaukáva hekojerovia Tupãme iñe’ẽrendu rupi I Léi, ha omboykévo omoneĩ hag̃ua peteĩ sábado japu, oñemohendáta Ñandejára Tupã Jehová poyvi guýpe, ha ohupytýta Tupã oikovéva sello. Umi ombohasáva pe añetegua yvágagui ouva’ekue ha omoneĩva domingo sábado ramo, ohupytýta pe mymba ñaña marka” Manuscript Releases, volúmen 15, 15.</w:t>
      </w:r>
    </w:p>
    <w:p>
      <w:pPr>
        <w:pStyle w:val="ArticleBody"/>
        <w:jc w:val="left"/>
      </w:pPr>
      <w:r>
        <w:rPr>
          <w:rFonts w:ascii="Times New Roman" w:hAnsi="Times New Roman" w:eastAsia="Times New Roman" w:cs="Times New Roman"/>
        </w:rPr>
        <w:t>Ko tembiasakue ojehasa ko’ág̃a, mokõi hatĩ yma ojekuaaukáva Republicanismo ha Protestantismo ramo oiko jeýma democracia ha Protestantismo apóstata ramo. Umi mokõi hatĩ oñembojoajúvoitepa, upéi omoheñói peteĩ pokatu año, peteĩ hatĩ año. Upe período-pe avei, Tupã ohechaukáta ha omopu’ãta Protestantismo añetegua hatĩ oikuaauka hag̃ua mymba guasu ra’anga rehegua. Umi mokõi hatĩ oguata ojoja oñondive pe Estados Unidos ndohejamo’ãi pe sexto reino profecía bíblica-pegua hag̃ua.</w:t>
      </w:r>
    </w:p>
    <w:p>
      <w:pPr>
        <w:pStyle w:val="ArticleBody"/>
        <w:jc w:val="left"/>
      </w:pPr>
      <w:r>
        <w:rPr>
          <w:rFonts w:ascii="Times New Roman" w:hAnsi="Times New Roman" w:eastAsia="Times New Roman" w:cs="Times New Roman"/>
        </w:rPr>
        <w:t>Apocalipsis diecisiete ohechauka pe joaju mbohapyháicha pe dragón rehegua (Tetã Joaju), pe mymba rehegua (poder papal) ha pe proféta japu rehegua (Tetã Unidos) ha’eha pe poder ha’éva pe akã poapyha, ha oúva umi siete akã apytégui. Umi siete akã ha’e umi reino profecía bíblica rehegua oñepyrũva Babilonia-gui, upéi Medo-Persia, Grecia ha upéi Roma pagana. Upéi pe quinto reino ha’e Roma papal, proféticamente oguerekóva peteĩ herida mortal ary 1798-pe. Upe punto histórico-pe pe sexto reino profecía bíblica rehegua, Tetã Unidos, ojupi pe tróno ári peve oñemboty pe léi domingo oútava pya’e rehe.</w:t>
      </w:r>
    </w:p>
    <w:p>
      <w:pPr>
        <w:pStyle w:val="ArticleBody"/>
        <w:jc w:val="left"/>
      </w:pPr>
      <w:r>
        <w:rPr>
          <w:rFonts w:ascii="Times New Roman" w:hAnsi="Times New Roman" w:eastAsia="Times New Roman" w:cs="Times New Roman"/>
        </w:rPr>
        <w:t>Tetãnguéra Joaju hag̃uare oñembopytareíta upéi pe pu’aka opavave yvy ape ári ombopytareíva ta’ãnga mymbaguasúpe g̃uarã. Upérõ pe poteĩha mburuvicharenda avei ohupytýta peteĩ ai omano hag̃uáicha, ha Tetã peteĩ reko Amérikagua upéi ombohováita opaite yvy ape ári oguerovia hag̃ua iñakãrapu’ã Tetãnguéra Joajupáre ári, ha ojeruréta avei ojeguerovia hag̃ua papado rekokatupyry tekoporãguáva mburuvicha hag̃ua pe mbohapy joaju ári.</w:t>
      </w:r>
    </w:p>
    <w:p>
      <w:pPr>
        <w:pStyle w:val="ArticleScripture"/>
        <w:jc w:val="left"/>
      </w:pPr>
      <w:r>
        <w:rPr>
          <w:rFonts w:ascii="Times New Roman" w:hAnsi="Times New Roman" w:eastAsia="Times New Roman" w:cs="Times New Roman"/>
        </w:rPr>
        <w:t>Ha ombotavy umi oikóva ko yvy ári umi mba’e hechapyrã rupi oguerekóva pu’aka ojapo hag̃ua mymbaguasu renondépe; ha he’i umi oikóva ko yvy ári tojejapo hag̃ua ta’anga mymbaguasúpe g̃uarã, upe ojeheridava’ekue kyse puku reheve ha oikove jeýva. Ha oguereko va’ekue pu’aka ome’ẽ hag̃ua tekove mymbaguasu ra’ãngápe, ikatu hag̃uáicha mymbaguasu ra’anga oñe’ẽ ha ojapo hag̃ua opa umi ndovy’áiva omomba’e guasu hag̃ua mymbaguasu ra’anga tojejuka. Apocalipsis 13:13, 14.</w:t>
      </w:r>
    </w:p>
    <w:p>
      <w:pPr>
        <w:pStyle w:val="ArticleBody"/>
        <w:jc w:val="left"/>
      </w:pPr>
      <w:r>
        <w:rPr>
          <w:rFonts w:ascii="Times New Roman" w:hAnsi="Times New Roman" w:eastAsia="Times New Roman" w:cs="Times New Roman"/>
        </w:rPr>
        <w:t>Pe “ta’ãnga mymba ñarõ” rehegua jehechauka añoite oñeme’ẽva inspiración rupive ha’e kóva: ohechauka joaju iglesia rehegua (poder papal) ha estado rehegua (Naciones Unidas, Estados Unidos omboguatáva ambue porundy porundy mburuvicha guasu.) Jezabel ha’e poder papal; Acab ha’e Estados Unidos, ha’éva mburuvicha guasu umi diez tribu yvategua ári.</w:t>
      </w:r>
    </w:p>
    <w:p>
      <w:pPr>
        <w:pStyle w:val="ArticleBody"/>
        <w:jc w:val="left"/>
      </w:pPr>
      <w:r>
        <w:rPr>
          <w:rFonts w:ascii="Times New Roman" w:hAnsi="Times New Roman" w:eastAsia="Times New Roman" w:cs="Times New Roman"/>
        </w:rPr>
        <w:t>Tetã peteĩ rekojoja hag̃ua pe léi domingo-pe, Tiro (papado) ojepysova’ekue tesaráipe ary 1798 guive “mandu’áta” hese, ha upépe oñepyrũta umi purahéi ombotavýva. Pe yvypóra rembipota guasu oguejýgui, oñemombe’úva “tetã ñehundi” ramo Ellen White jehaípe, Estados Unidos ojejokóva ogueru hag̃ua opaite yvy ape ári oikóva peteĩ ñeñomoirũme oñembohovái hag̃ua pe pokatu bíblico ombojoajúva mayma kuimba’e po hendive hese oñemoĩ hag̃uáicha. Upéva hína Islam, oñerrepresentáva Islam ru ypykuéra Ismael rupive.</w:t>
      </w:r>
    </w:p>
    <w:p>
      <w:pPr>
        <w:pStyle w:val="ArticleScripture"/>
        <w:jc w:val="left"/>
      </w:pPr>
      <w:r>
        <w:rPr>
          <w:rFonts w:ascii="Times New Roman" w:hAnsi="Times New Roman" w:eastAsia="Times New Roman" w:cs="Times New Roman"/>
        </w:rPr>
        <w:t>Ha Ñandejára ángel he’i chupe: Péina nde ryeguasu, ha reiméta peteĩ ta’ýra; ha remoĩta héra Ismael; Ñandejára ohendúgui nde jehasa asy. Ha’e katu peteĩ kuimba’e ka’aguyguáicha; ipo opu’ãta opavave rehe, ha opavave po opu’ãta hese; ha oikóta opa ijoyke’ykuéra renondépe. Génesis 16:11, 12.</w:t>
      </w:r>
    </w:p>
    <w:p>
      <w:pPr>
        <w:pStyle w:val="ArticleBody"/>
        <w:jc w:val="left"/>
      </w:pPr>
      <w:r>
        <w:rPr>
          <w:rFonts w:ascii="Times New Roman" w:hAnsi="Times New Roman" w:eastAsia="Times New Roman" w:cs="Times New Roman"/>
        </w:rPr>
        <w:t>Estados Unidos omoheñói peteĩ joaju ambue porundýva mburuvicha guasu ndive, ha ojapyhy upe sãmbyhyha renda. Upéva ojapo sapy’ami hag̃uánte, ha upéi ojerure hatãta pe pokatu papal oguapy hag̃ua opa mba’e akãrãicha, Jezabel oisãmbyhy haguéicha Acab-pe.</w:t>
      </w:r>
    </w:p>
    <w:p>
      <w:pPr>
        <w:pStyle w:val="ArticleBody"/>
        <w:jc w:val="left"/>
      </w:pPr>
      <w:r>
        <w:rPr>
          <w:rFonts w:ascii="Times New Roman" w:hAnsi="Times New Roman" w:eastAsia="Times New Roman" w:cs="Times New Roman"/>
        </w:rPr>
        <w:t>Upéicha, pe alianza mbohapy pegua—dragón, mymba ñarõ ha proféta japu—oho oñondive Armagedón-pe. Pe papapy ocho he’ise jeikove jey, ha pe reino oñemombe’úva profesía rupi ojapyhy hague peteĩ herida omano hag̃uáva ha’eva’ekue pe quinto reino, pe pu’aka papal. Pe papado oikove jeýramo, oiko hikuái pe octavo reino-rõ, ha oñeme’ẽ chupekuéra pe joaju mbohapy pegua rehegua ñangareko; ha upe octavo reino ha’e pe peteĩ akã umi siete reino apytégui oñemohu’ãmava oñemombe’uha ojapyhy hague peteĩ herida omano hag̃uáva, péro pe inspiración avei omombe’u upe herida omano hag̃uáva pohãno rehegua.</w:t>
      </w:r>
    </w:p>
    <w:p>
      <w:pPr>
        <w:pStyle w:val="ArticleScripture"/>
        <w:jc w:val="left"/>
      </w:pPr>
      <w:r>
        <w:rPr>
          <w:rFonts w:ascii="Times New Roman" w:hAnsi="Times New Roman" w:eastAsia="Times New Roman" w:cs="Times New Roman"/>
        </w:rPr>
        <w:t>“Oñemoaguĩvo pe apañuãi pahaitépe, tuicha mba’eete oĩ hag̃ua joaju ha peteĩ ñe’ẽme’ẽ Ñandejára rembiporukuéra apytépe. Ko yvy henyhẽ ama vai, ñorairõ ha joavygui. Ha upéicharõ jepe, peteĩ akã guýpe—mbarete papal guýpe—tapichakuéra oñembyatyta oñemoĩ hag̃ua Ñandejára rehe, Itestígo kuéra rapykuéri. Ko joaju oñemohatã pe apostata guasúre. Ha’e oñeha’ã aja ombojoaju hag̃ua hembiguáikuérape oñorairõ hag̃ua añetegua rehe, omba’apóta avei omboja’o ha omosarambi hag̃ua umi añetegua moherakuãhára. Akãrasy, ñaimo’ã vai ojuehe, ñe’ẽvai, ha’e omokyre’ỹ oiko hag̃uáicha joavy ha ñembyaipa.” Testimonies, volume 7, 182.</w:t>
      </w:r>
    </w:p>
    <w:p>
      <w:pPr>
        <w:pStyle w:val="ArticleBody"/>
        <w:jc w:val="left"/>
      </w:pPr>
      <w:r>
        <w:rPr>
          <w:rFonts w:ascii="Times New Roman" w:hAnsi="Times New Roman" w:eastAsia="Times New Roman" w:cs="Times New Roman"/>
        </w:rPr>
        <w:t>Pe poapyha mburuvicha guasu, pe poteĩha mburuvicha guasu ha pe pokõiha mburuvicha guasu upe jave opavave omokañyma hikuái ijeheguiete umi tetãnguéra; upévare, peteĩteĩva tetãnguéra opu’ã jevýta oñondivepa peteĩ tetã ramo, mbohapy voregui ojepóva, ojoguase hag̃ua añetegua’ỹme pe Tupã Reko Yvateguasu mbohapy-joajúva.</w:t>
      </w:r>
    </w:p>
    <w:p>
      <w:pPr>
        <w:pStyle w:val="ArticleBody"/>
        <w:jc w:val="left"/>
      </w:pPr>
      <w:r>
        <w:rPr>
          <w:rFonts w:ascii="Times New Roman" w:hAnsi="Times New Roman" w:eastAsia="Times New Roman" w:cs="Times New Roman"/>
        </w:rPr>
        <w:t>Pe poteĩha rréino oñepyrũva mokõi hatĩ ovecha ra’y joguaha reheve ha opa peteĩ hatĩ oñe’ẽva dragónicha oguereko marandu-proféticape mba’etéva pokatu papal rehegua, péva oikógui mymba ra’anga ramo. Ha’e hína pe mymba, pe pokatu papal, upe tenonderãite ojehechauka hag̃ua pe poapyha rréino oikove jey va’ekue ramo, ha’éva umi siete-gui. Péro jepe pe pokatu papal ha’e pe omohu’ãvéva hekopete pe enigma profética, pe poapyha ha’égui umi siete-gui, Tetã Unidos omoheñói peteĩ ta’anga papado rehegua ha upévare, proféticamente, oguenohẽ umi peteĩchagua característica pe pokatu papal rehegua.</w:t>
      </w:r>
    </w:p>
    <w:p>
      <w:pPr>
        <w:pStyle w:val="ArticleBody"/>
        <w:jc w:val="left"/>
      </w:pPr>
      <w:r>
        <w:rPr>
          <w:rFonts w:ascii="Times New Roman" w:hAnsi="Times New Roman" w:eastAsia="Times New Roman" w:cs="Times New Roman"/>
        </w:rPr>
        <w:t>Tetã peteĩ rekojoja Estádos Unídos oñepyrũkuri ary 1798-pe, Isaías mokoipa mbohapy he’iháicha, Tiro, pe pokatu papal, ojeheja hag̃uáicha ñembyesaráipe pe sexto rréino pahápe peve. 1798 ha’eva’ekue pe ára paha umi Millerita-kuérape ĝuarã, Adventismo ñepyrũme. 1844 arapokõindy peve, Adventismo Millerita omoneĩma va’ekue Protestantismo ao guasu, ohojoja hag̃ua pe kornu Republicano reheve, ohechaukáva Tetã peteĩ rekojoja Estádos Unídos governación. Mokõi kornu oĩ peteĩ tembiapo peteĩme, upévare ohasa joajúpe tembiasakue rupi. Adventismo ñepyrũ ha ipaha ohojoja pe kornu Republicano reheve. Pe tembiasakue 1798 guive, umi Protestante-kuéra ombotove mboyve pe ángel peteĩha marandu, ha’eva’ekue pe ára Tupã omopyendaha pe kornu protestante. Upéicha ojapo peteĩ proceso de prueba rupive, ojapo haguéicha pe kornu Republicano ndive. Heta mba’e ikatu hag̃uáicha oñeñe’ẽ umi kornu ojojaváre, ha katu ndaha’éi ko’ág̃a.</w:t>
      </w:r>
    </w:p>
    <w:p>
      <w:pPr>
        <w:pStyle w:val="ArticleBody"/>
        <w:jc w:val="left"/>
      </w:pPr>
      <w:r>
        <w:rPr>
          <w:rFonts w:ascii="Times New Roman" w:hAnsi="Times New Roman" w:eastAsia="Times New Roman" w:cs="Times New Roman"/>
        </w:rPr>
        <w:t>Pe kuatiaĩ republicano omoakãratĩ apóstata protestantísmo ndive, ndaha’éi pe kuatiaĩ protestante añetegua ndive; pe kuatiaĩ añetegua ha’e pe Ovecha Ra’y rajy rembireko ha ha’e peteĩ kuña marangatu. Aravo paha guive ary 1989-pe oĩ kuri siete mburuvicha guasu. Pe sexto umi mburuvicha guasu apytégui orresivi peteĩ herida omano hag̃uáicha upe aryete voi pe movimiento opaha Adventismo-pe avei orresivi haguépe peteĩ herida omano hag̃uáicha. Pe octavo mburuvicha guasu aravo paha guive ary 1989-pe, ha’éta pe orresivíva’ekue peteĩ herida omano hag̃uáicha ha upéi okuera jey. Ha’eva’erã peteĩ mburuvicha guasu oúva umi siete apytégui. Upe jave avei, ary 2020-pe, pe sexto mburuvicha guasu orresivi ramo guare pe herida omano hag̃uáicha, pe kuatiaĩ ko’ág̃a ogueraháva pe manto protestante avei ojejuka. Oiko haguéicha pe mymba Catholicismo rehegua ndive, ha oiko haguéicha pe ta’anga mymba rehegua apóstata protestantismo rehegua ndive, upéicha avei pe kuatiaĩ añetegua protestantismo rehegua ndive. Pe kuatiaĩ protestantismo rehegua oñerrepresenta pe sexta iglesiaicha, oikóva pe octava, ha katu oúva umi siete apytégui.</w:t>
      </w:r>
    </w:p>
    <w:p>
      <w:pPr>
        <w:pStyle w:val="ArticleBody"/>
        <w:jc w:val="left"/>
      </w:pPr>
      <w:r>
        <w:rPr>
          <w:rFonts w:ascii="Times New Roman" w:hAnsi="Times New Roman" w:eastAsia="Times New Roman" w:cs="Times New Roman"/>
        </w:rPr>
        <w:t>Reñangareko jave koʼã heʼíva, nemanduʼavaʼerã pe marandu ojeipeʼa hag̃uáta mbeguekatúpe pe tiempo de gracia oñembotýta hag̃uáicha mboyve, katuete oñepresentáta pe contextope pe ñepyrũ ohechauka hag̃ua pe paha. Upe marandu oñepresentáta pe metodología “historicismo” reheve, oiporúva tembiasakue bíblica, ombojoajúvo tembiasakue mundial rehe, ojekuaa hag̃ua arapaha. Upe marandu osẽ yvýgui.</w:t>
      </w:r>
    </w:p>
    <w:p>
      <w:pPr>
        <w:pStyle w:val="ArticleScripture"/>
        <w:jc w:val="left"/>
      </w:pPr>
      <w:r>
        <w:rPr>
          <w:rFonts w:ascii="Times New Roman" w:hAnsi="Times New Roman" w:eastAsia="Times New Roman" w:cs="Times New Roman"/>
        </w:rPr>
        <w:t>Añetegua osẽta yvýgui; ha tekojoja oma’ẽta yvágagui. Heẽ, Ñandejára ome’ẽta iporãva; ha ñane retãta ome’ẽ hi’a heta. Tekojoja oho va’erã henonderã; ha ñanemoĩta hapykuéri tapepe. Salmos 85:11–13.</w:t>
      </w:r>
    </w:p>
    <w:p>
      <w:pPr>
        <w:pStyle w:val="ArticleBody"/>
        <w:jc w:val="left"/>
      </w:pPr>
      <w:r>
        <w:rPr>
          <w:rFonts w:ascii="Times New Roman" w:hAnsi="Times New Roman" w:eastAsia="Times New Roman" w:cs="Times New Roman"/>
        </w:rPr>
        <w:t>Ndaha’éi añónte pe yvy pe pasáhepe ojehechaukaha “tetã”ramo. Pe pasáhe Salmos-pe ndaha’éi añónte ohechaukáva pe “tetã”ha pe “yvy” mymba guasu Apocalipsis mokõipaapyha-pe, síno avei he’i “añetegua” “hoky”ha pe yvýgui.</w:t>
      </w:r>
    </w:p>
    <w:p>
      <w:pPr>
        <w:pStyle w:val="ArticleScripture"/>
        <w:jc w:val="left"/>
      </w:pPr>
      <w:r>
        <w:rPr>
          <w:rFonts w:ascii="Times New Roman" w:hAnsi="Times New Roman" w:eastAsia="Times New Roman" w:cs="Times New Roman"/>
        </w:rPr>
        <w:t>“Mávapa tetã pyahu Yvy Pyahúpe, ary 1798-pe, opuʼãvaʼekue mbareterãme, omeʼẽvo promésa pyʼaguasu ha tuichakue rehegua, ha ogueraháva yvóra atención? Pe símbolo ñembojoaju ndaikatúi oiko porandu. Peteĩ tetã, ha peteĩnte, ombohovái ko profesía mbaʼejerure; haʼe ohechauka hesakã porã hag̃uáicha Estados Unidos de América rehe. Jey ha jey, pe apytuʼũ, haimete pe ñeʼẽ exacta jepe, pe haihára marangatu rehegua, ojeporu vaʼekue oikuaaʼỹre oradór ha historiadór rupive omombeʼu hag̃ua ko tetã opuʼã ha okakuaa hague. Pe mymba ojehecha vaʼekue ‘osẽ yvýgui’; ha, traduktór-kuéra heʼiháicha, pe ñeʼẽ koʼápe oñembohasáva ‘osẽ’ ramo heʼise tee ‘okakuaa térã hoky hag̃ua peteĩ kaʼavoicha.’” The Great Controversy, 440.</w:t>
      </w:r>
    </w:p>
    <w:p>
      <w:pPr>
        <w:pStyle w:val="ArticleBody"/>
        <w:jc w:val="left"/>
      </w:pPr>
      <w:r>
        <w:rPr>
          <w:rFonts w:ascii="Times New Roman" w:hAnsi="Times New Roman" w:eastAsia="Times New Roman" w:cs="Times New Roman"/>
        </w:rPr>
        <w:t>Tetã peteĩ rekojoja Joajuupyre ha’e pe mymba yvy rehegua “okakuaáva”. Upévare, peẽ peñeha’ã jave peikuaa hag̃ua ko’ã artíkulope oñemoĩva je’e añeteha, ñanembo’éva Tupã ñe’ẽ rupive ohechauka pe marandu oñemopyendataha pe paha ojehechaukávo pe ñepyrũ rupive, oñemoĩta hag̃ua contexto-pe línea histórica ári línea histórica, ha oúta va’erã peteĩ ñe’ẽgui Tetã peteĩ rekojoja Joajuypýpegua. Añetehápe oĩ ñe’ẽ japu Tetã peteĩ rekojoja Joajuypýpe, péro Tupã Ñe’ẽ he’íva ha ipoguýpe, oimeraẽ mensahéro térã ministerio oĩva térã iñepyrũva Tetã peteĩ rekojoja Joajuypégui okápe ha’e peteĩ tesape japu. Adventismo oñepyrũ Tetã peteĩ rekojoja Joajuypýpe peteĩ kuimba’e ñe’ẽ reheve ha peteĩ movimiento oñemopyendáva upe tetãme. Jesús ohechauka peteĩ mba’e paha pe mba’e ñepyrũ rupive.</w:t>
      </w:r>
    </w:p>
    <w:p>
      <w:pPr>
        <w:pStyle w:val="ArticleBody"/>
        <w:jc w:val="left"/>
      </w:pPr>
      <w:r>
        <w:rPr>
          <w:rFonts w:ascii="Times New Roman" w:hAnsi="Times New Roman" w:eastAsia="Times New Roman" w:cs="Times New Roman"/>
        </w:rPr>
        <w:t>Pe oguerekóva apysa, tohendu mba’épa he’i pe Espíritu umi iglésiakuérape.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Papapy Po’ẽmbýva</dc:title>
  <dc:subject>Mbohapy Ipahápegua Mbohapy"}</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