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Omopyenda pe Visión — Mokõiha’ẽ}</w:t>
      </w:r>
    </w:p>
    <w:p>
      <w:pPr>
        <w:pStyle w:val="ArticleSubtitle"/>
        <w:jc w:val="left"/>
      </w:pPr>
      <w:r>
        <w:rPr>
          <w:rFonts w:ascii="Arial" w:hAnsi="Arial" w:eastAsia="Arial" w:cs="Arial"/>
        </w:rPr>
        <w:t>Ojehechakuaa hag̃ua Róma Koʼag̃agua ha pe visión profética umi ára pahápeguápe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2024-07-05</w:t>
      </w:r>
    </w:p>
    <w:p>
      <w:pPr>
        <w:pStyle w:val="ArticleScripture"/>
        <w:jc w:val="left"/>
      </w:pPr>
      <w:r>
        <w:rPr>
          <w:rFonts w:ascii="Times New Roman" w:hAnsi="Times New Roman" w:eastAsia="Times New Roman" w:cs="Times New Roman"/>
        </w:rPr>
        <w:t>Ha umi árape heta opuʼãta pe mburuvicha guasu ñemby gotyopegua rehe; avei ne retãygua apohare vai oñembohetata omopyenda hag̃ua pe visión; haʼekuéra katu hoʼáta. Daniel 11:14.</w:t>
      </w:r>
    </w:p>
    <w:p>
      <w:pPr>
        <w:pStyle w:val="ArticleBody"/>
        <w:jc w:val="left"/>
      </w:pPr>
      <w:r>
        <w:rPr>
          <w:rFonts w:ascii="Times New Roman" w:hAnsi="Times New Roman" w:eastAsia="Times New Roman" w:cs="Times New Roman"/>
        </w:rPr>
        <w:t>Pe poder ipahapegua ára pahápe ojehechaukáva Róma Moderna ramo, ha upévare pe poder “omopyenda pe visión”, jehechakuaa hekopete tuicha mba’e ha oporosalva hag̃ua. Kóva ohechauka peteĩ mba’e pe proceso paha ñeha’ãrõme umi cien cuarenta y cuatro mil rehegua. Pe ñe’ẽ “visión” pe versíkulope ha’e upe ñe’ẽ hebreo peteĩchagua Salomón oiporavova’ekue omombe’u jave mba’érepa Tupã tavaygua oñehundi.</w:t>
      </w:r>
    </w:p>
    <w:p>
      <w:pPr>
        <w:pStyle w:val="ArticleScripture"/>
        <w:jc w:val="left"/>
      </w:pPr>
      <w:r>
        <w:rPr>
          <w:rFonts w:ascii="Times New Roman" w:hAnsi="Times New Roman" w:eastAsia="Times New Roman" w:cs="Times New Roman"/>
        </w:rPr>
        <w:t>Oĩhápe visión’ỹva, tavayguakuéra oñehundi; ha pe oñongatúva léi, ojehovasáva ha’e. Proverbios 29:18.</w:t>
      </w:r>
    </w:p>
    <w:p>
      <w:pPr>
        <w:pStyle w:val="ArticleBody"/>
        <w:jc w:val="left"/>
      </w:pPr>
      <w:r>
        <w:rPr>
          <w:rFonts w:ascii="Times New Roman" w:hAnsi="Times New Roman" w:eastAsia="Times New Roman" w:cs="Times New Roman"/>
        </w:rPr>
        <w:t>Opaite maranduhára oñe’ẽ hína iporãve hag̃uáicha umi ára paháre rehe, ambue ára oimeraẽva tembiasakue marangatupegua ári; ha Salomón ñe’ẽmondo rehegua tekotevẽha oñeguereko pe “visión” ha’e peteĩ mba’e oikove térã omanóva rehegua. Añetegua akóinte omboja’o ha omoheñói mokõi atýpe oñemomba’eguasúva. Pe versíkulope oĩ peteĩ aty omanóva ha peteĩ aty ovy’áva oñongatúva léi. Upéicharõ jepe, tekotevẽ ojehechakuaa Salomón ñe’ẽporã oĩha peteĩ ñorairõ “añetegua” rehegua ryepýpe. Avei oĩ umi diez vírgenes ñe’ẽnga’u ryepýpe, pe diez vírgenes ñe’ẽnga’u ha’égui peteĩ techapyrã tenondegua Tupã tavayguakuéra jeikove rehegua umi ára pahápe.</w:t>
      </w:r>
    </w:p>
    <w:p>
      <w:pPr>
        <w:pStyle w:val="ArticleScripture"/>
        <w:jc w:val="left"/>
      </w:pPr>
      <w:r>
        <w:rPr>
          <w:rFonts w:ascii="Times New Roman" w:hAnsi="Times New Roman" w:eastAsia="Times New Roman" w:cs="Times New Roman"/>
        </w:rPr>
        <w:t>Pe itavýva omyesakãmba opaite ipy’apy oikuaáva; ha arandu katu oñongatu upéva ipype upe rire peve. Peteĩ mburuvicha ohendúramo japu, opa hembiguái iñañáva. Mboriahu ha kuimba’e mbotavy ojojuhu oñondive; Ñandejára omyesakã mokõivéva resa. Mburuvicha guasu oikoporã ha jerovia hag̃uáicha ohusgáva mboriahúpe, itróno oñemopyenda hag̃ua opa ára g̃uarã. Yvyra ha ñembo’e’ẽ porã ome’ẽ arandu; mitã oñeheja hag̃uáicha ijehegui katu omotĩ isýpe. Oñemboheta vove umi iñañáva, tekovai hetave; ha umi hekojoja ohecháta ho’aha. Emoñe’ẽ nde ra’yme, ha ome’ẽta ndéve pytu’u; heẽ, ome’ẽta vy’a ne ángape. Ndaipórihápe visión, tavayguakuéra oñehundi; pe oñongatúva léi katu ovy’a. Proverbios 29:11–18.</w:t>
      </w:r>
    </w:p>
    <w:p>
      <w:pPr>
        <w:pStyle w:val="ArticleBody"/>
        <w:jc w:val="left"/>
      </w:pPr>
      <w:r>
        <w:rPr>
          <w:rFonts w:ascii="Times New Roman" w:hAnsi="Times New Roman" w:eastAsia="Times New Roman" w:cs="Times New Roman"/>
        </w:rPr>
        <w:t>Ndaha’éi che rembiapo amombo hag̃ua kuãre umi ikatúva oguereko ambue ñehesa’ỹijo Roma Moderna rehe che ahechaháicha. Che rembipota hína amyesakã hag̃ua Salomón oñe’ẽha mokõi aty oporomomba’égua rehe, ha’e ombohérava peteĩ “kuimba’e arandu” ha peteĩ “tavy”. Pe “tavy” avei ojekuaa hag̃ua pe “aña” ramo. Umi kuñataĩ arandu ha tavy pe ñe’ẽnga’upegua ojehechauka avei Daniel capítulo doce-pe, línea profética-pe, umi arandu ha umi aña ramo.</w:t>
      </w:r>
    </w:p>
    <w:p>
      <w:pPr>
        <w:pStyle w:val="ArticleScripture"/>
        <w:jc w:val="left"/>
      </w:pPr>
      <w:r>
        <w:rPr>
          <w:rFonts w:ascii="Times New Roman" w:hAnsi="Times New Roman" w:eastAsia="Times New Roman" w:cs="Times New Roman"/>
        </w:rPr>
        <w:t>Heta oĩta oñemopotĩta, oñemomorotĩta ha oñeha’ãta; ha umi ñaña katu oñembyai hag̃uáicha ojapóta: ha avave umi ñañáva apytégui noikũmbymo’ãi; umi arandúva katu oikũmbýta. Daniel 12:10.</w:t>
      </w:r>
    </w:p>
    <w:p>
      <w:pPr>
        <w:pStyle w:val="ArticleBody"/>
        <w:jc w:val="left"/>
      </w:pPr>
      <w:r>
        <w:rPr>
          <w:rFonts w:ascii="Times New Roman" w:hAnsi="Times New Roman" w:eastAsia="Times New Roman" w:cs="Times New Roman"/>
        </w:rPr>
        <w:t>Salomón ha Daniel oĩ peteĩ ñe’ẽme, opaite marandu profétiko ojuehe ombojoaju hag̃ua ára paha peve. Umi arandu oikuaa “aranduka jehepyme’ẽ” hag̃ua.</w:t>
      </w:r>
    </w:p>
    <w:p>
      <w:pPr>
        <w:pStyle w:val="ArticleScripture"/>
        <w:jc w:val="left"/>
      </w:pPr>
      <w:r>
        <w:rPr>
          <w:rFonts w:ascii="Times New Roman" w:hAnsi="Times New Roman" w:eastAsia="Times New Roman" w:cs="Times New Roman"/>
        </w:rPr>
        <w:t>Ha umi iñarandúva omimbi vaʼerã ára pytagua resaichápe; ha umi heta tapichápe ogueraháva tekojojápe, mbyjakuéraicha opa ára g̃uarã. Ha nde katu, Daniel, emoĩ porã koʼã ñeʼẽ, ha emboty pe kuatiañeʼẽ, opa paha ára peve: heta oikóta oho ha ou, ha arandu okakuaáta. Daniel 12:3, 4.</w:t>
      </w:r>
    </w:p>
    <w:p>
      <w:pPr>
        <w:pStyle w:val="ArticleBody"/>
        <w:jc w:val="left"/>
      </w:pPr>
      <w:r>
        <w:rPr>
          <w:rFonts w:ascii="Times New Roman" w:hAnsi="Times New Roman" w:eastAsia="Times New Roman" w:cs="Times New Roman"/>
        </w:rPr>
        <w:t>Pe versíkulo diez omombeʼu pe proceso de prueba mbohapy jepytasóva oavyaíva umi vírhen, ohenóiva oĩ hag̃ua apytépe umi cien cuarenta y cuatro mil. Mokõivéva kásope pe proceso de avyi ha prueba oñemopyenda rehe ikatúpa umi vírhen ontende pe aumento de conocimiento (pe visión) oñembojaʼóva yvýpe pe ára paha jave ary 1989-pe.</w:t>
      </w:r>
    </w:p>
    <w:p>
      <w:pPr>
        <w:pStyle w:val="ArticleBody"/>
        <w:jc w:val="left"/>
      </w:pPr>
      <w:r>
        <w:rPr>
          <w:rFonts w:ascii="Times New Roman" w:hAnsi="Times New Roman" w:eastAsia="Times New Roman" w:cs="Times New Roman"/>
        </w:rPr>
        <w:t>“Pe ára pahápe” umi ára pahápe ha’e vaʼekue 1989, araka’eve Daniel 11-pe, umi versíkulo mokõi pa, irundy ha po, peve oñembohesakãjey ramo guare. Upérõ oñemopyenda va’ekue pe tema umi versíkulo rehegua ha’eha pe mburuvicha yvate gotyopegua pahaitépe opuʼã ha hoʼa. Upérõ avei oñemopyenda va’ekue pe mburuvicha yvate gotyopegua umi versíkulope ha’eha pe poder papal umi ára pahapegua. Pe inspiración araka’eve ndoipurúi pe ñeʼẽjoaju “Roma Moderna.” Ko ñeʼẽjoaju ajapo vaʼekue che, hag̃ua ojehechauka pe poder papal umi ára pahapegua, profétikamente “moderna” oguerovia hag̃ua umi ára pahápe. Ellen White araka’eve ndoipurúi pe ñeʼẽjoaju “Roma Moderna.”</w:t>
      </w:r>
    </w:p>
    <w:p>
      <w:pPr>
        <w:pStyle w:val="ArticleBody"/>
        <w:jc w:val="left"/>
      </w:pPr>
      <w:r>
        <w:rPr>
          <w:rFonts w:ascii="Times New Roman" w:hAnsi="Times New Roman" w:eastAsia="Times New Roman" w:cs="Times New Roman"/>
        </w:rPr>
        <w:t>Oĩ yvypóra remiandu vai mba’éichapa pe mburuvicha yvate gotyo ohechauka hína Daniel 11 pehẽngue paha seis versículo-pe, ha katu peteĩnte oĩ ñemyesakã hekopeteva. Pe ñemyesakã he’íva pe mburuvicha yvate gotyo umi versículo-pe ha’eha pe pokatu papal, ojehupyty heta testígo profético-gui. Versículo 40 oñepyrũ ohechauka hag̃ua pe papado orresiviha peteĩ herida omano hag̃uáicha ary 1798-pe; upéi versículo 41 guive 43 peve ohechauka umi mba’e oikóva pe herida omano hag̃uáicha oñemonguera jey hag̃ua. Versículo 44 omombe’u pe marandu ombopochýva pe papado-pe ha ogueraha versículo 45-pe, upépe pe pokatu papal oguahẽ ijapypete ha opaite hag̃uápe. Pe visión ojeipe’ava’ekue 1989-pe, ha’e pe visión pe pokatu papal pu’aka paha ha ho’a paha rehegua ára pahápe. Upéva visión ha’e pe kuaapy okakuaáva ha omoheñóiva ha ohechaukáva mokõi aty oporomomba’égui, oñemopyendáva hikuái iñaccepta térã iñemboyke rehe pe kuaapy oĩva umi versículo-pe.</w:t>
      </w:r>
    </w:p>
    <w:p>
      <w:pPr>
        <w:pStyle w:val="ArticleBody"/>
        <w:jc w:val="left"/>
      </w:pPr>
      <w:r>
        <w:rPr>
          <w:rFonts w:ascii="Times New Roman" w:hAnsi="Times New Roman" w:eastAsia="Times New Roman" w:cs="Times New Roman"/>
        </w:rPr>
        <w:t>Pe capítulo peteĩchaguaitepe, pe ñemyesakã ñemoĩ porã rehegua ojepe’a hague 1989-pe, umi “nde retãygua mondaha”, “ojehupi hag̃ua ijehe” ha ipahápe “ho’áva”, hína pe techaukaha omoañetéva pe “ta’anga”. Pe mboyke pahápe, pe porandu peteĩha oñeha’ã hag̃ua ha’e máva ojehechauka umi “nde retãygua mondaha” ramo, pórke ha’ekuéra hína pe techaukaha maranduhára omoañetéva pe “ta’anga”. ¿Umi mondaha piko hína pe pokatu papal térãpa Estados Unidos?</w:t>
      </w:r>
    </w:p>
    <w:p>
      <w:pPr>
        <w:pStyle w:val="ArticleBody"/>
        <w:jc w:val="left"/>
      </w:pPr>
      <w:r>
        <w:rPr>
          <w:rFonts w:ascii="Times New Roman" w:hAnsi="Times New Roman" w:eastAsia="Times New Roman" w:cs="Times New Roman"/>
        </w:rPr>
        <w:t>Pe lívro de Daniel ha Apocalipsis ha’e peteĩcha lívro, ohechaukáva mokõi testígo peteĩcha línea de profesía rehegua. Daniel ha’e ñepyrũ, ha Apocalipsis ha’e paha, ha mokõivéva oñondive ohechauka mokõi testígo pe añetegua rehegua ojeipe’áva sellogui ára paha-pe ary 1989-pe.</w:t>
      </w:r>
    </w:p>
    <w:p>
      <w:pPr>
        <w:pStyle w:val="ArticleBody"/>
        <w:jc w:val="left"/>
      </w:pPr>
      <w:r>
        <w:rPr>
          <w:rFonts w:ascii="Times New Roman" w:hAnsi="Times New Roman" w:eastAsia="Times New Roman" w:cs="Times New Roman"/>
        </w:rPr>
        <w:t>Daniel omombe’u pe tembiapo ñemopotĩrã rehegua ojejapóva’ekue pe León pe Tríbu Judá guáva oipe’a rire umi versíkulo cuarenta guive cuarenta y cinco peve ary 1989-pe. Upe jave oñepyrũ peteĩ tembiapo jeha’ãrã ojekuaaukávo ha ojehechaukávo mávapa umi “pa’i” omoheñóiva tavaygua joajupy rehegua, ha’éva umi ciento cuarenta y cuatro mil ára pahápe. Oseas ombojoapy umi ombotovéva aranduka’aty ára pahápegua noiko mo’ãiha peteĩva umi pa’i apytégui omohendáva umi ciento cuarenta y cuatro mil.</w:t>
      </w:r>
    </w:p>
    <w:p>
      <w:pPr>
        <w:pStyle w:val="ArticleScripture"/>
        <w:jc w:val="left"/>
      </w:pPr>
      <w:r>
        <w:rPr>
          <w:rFonts w:ascii="Times New Roman" w:hAnsi="Times New Roman" w:eastAsia="Times New Roman" w:cs="Times New Roman"/>
        </w:rPr>
        <w:t>Che retakuéra oñehundi arandu’ỹre: nde rejeity arandukuaa, upévare che avei romombojéta, ani hag̃ua reiko che pa’i ramo: nde nderesaráigui nde Jára léigui, che avei cheresaráita ne membykuéragui. Oseas 4:6.</w:t>
      </w:r>
    </w:p>
    <w:p>
      <w:pPr>
        <w:pStyle w:val="ArticleBody"/>
        <w:jc w:val="left"/>
      </w:pPr>
      <w:r>
        <w:rPr>
          <w:rFonts w:ascii="Times New Roman" w:hAnsi="Times New Roman" w:eastAsia="Times New Roman" w:cs="Times New Roman"/>
        </w:rPr>
        <w:t>Pe lívro Apocalípsis ohechauka pe kuaapy oñemboty’ỹva ha peteĩ aty omboykéva omoañeteha iñemboyke mboyve pe grásia ára oñemboty hag̃uáicha.</w:t>
      </w:r>
    </w:p>
    <w:p>
      <w:pPr>
        <w:pStyle w:val="ArticleScripture"/>
        <w:jc w:val="left"/>
      </w:pPr>
      <w:r>
        <w:rPr>
          <w:rFonts w:ascii="Times New Roman" w:hAnsi="Times New Roman" w:eastAsia="Times New Roman" w:cs="Times New Roman"/>
        </w:rPr>
        <w:t>Ha he’i chéve: Ani hag̃ua resella ko kuatiañe’ẽ marandu hag̃ua profecía ñe’ẽnguéra; ára niko og̃uahẽma. Pe iñañáva, ta iñañave gueteri; ha pe ky’a vaíva, ta iky’ave gueteri; ha pe hekojojáva, ta hekojojave gueteri; ha pe imarangatúva, ta imarangatuve gueteri. Apocalipsis 22:10, 11.</w:t>
      </w:r>
    </w:p>
    <w:p>
      <w:pPr>
        <w:pStyle w:val="ArticleBody"/>
        <w:jc w:val="left"/>
      </w:pPr>
      <w:r>
        <w:rPr>
          <w:rFonts w:ascii="Times New Roman" w:hAnsi="Times New Roman" w:eastAsia="Times New Roman" w:cs="Times New Roman"/>
        </w:rPr>
        <w:t>Pe historia Millerita ohechauka pe historia umi cien cuarenta y cuatro mil rehegua, ha oñondive umi Millerita ha umi cien cuarenta y cuatro mil ohechauka pe ñe’ẽmondo ha tembiapo ñepyrũ ha paha umi mbohapy ánhel Apocalipsis capítulo catorce-pegua rehegua. Umi historia ojoguáva omombeʼu umi mbaʼe oikóva gracia ñemboty rehegua ndive. Mokõivéva historia rembiapo ojejapo hag̃ua techaukáramo Elías ha Juan el Bautista rupive.</w:t>
      </w:r>
    </w:p>
    <w:p>
      <w:pPr>
        <w:pStyle w:val="ArticleScripture"/>
        <w:jc w:val="left"/>
      </w:pPr>
      <w:r>
        <w:rPr>
          <w:rFonts w:ascii="Times New Roman" w:hAnsi="Times New Roman" w:eastAsia="Times New Roman" w:cs="Times New Roman"/>
        </w:rPr>
        <w:t>“Kyhyjépe reheve, William Miller oñepyrũ omyesakã hag̃ua tavayguakuérape Ñandejára rréino ñemimbykuéra, ogueraha iñehenduhárape maranduháicha profesiakuéra rupive pe mokõiha jeju Kristogua peve. Káda ñeha’ãme imbareteve ohóvo. Juan el Bautista omomaranduháicha Jesús jeju peteĩha ha ombosako’ívo tape Ijupe g̃uarã, upéicha avei William Miller ha umi ojoajúva hendive omombe’u pe Ta’ýra Ñandejára rehegua mokõiha jeju.” Early Writings, 229, 230.</w:t>
      </w:r>
    </w:p>
    <w:p>
      <w:pPr>
        <w:pStyle w:val="ArticleBody"/>
        <w:jc w:val="left"/>
      </w:pPr>
      <w:r>
        <w:rPr>
          <w:rFonts w:ascii="Times New Roman" w:hAnsi="Times New Roman" w:eastAsia="Times New Roman" w:cs="Times New Roman"/>
        </w:rPr>
        <w:t>Pe mensáhe Millerita oikuaa porã vaʼekue umi “mbaʼe oikóva” oñembojoajúva pe grásia ára paha rehe, ojehechauka haguéicha mokõivéva Elías ha Juan el Bautista rupive.</w:t>
      </w:r>
    </w:p>
    <w:p>
      <w:pPr>
        <w:pStyle w:val="ArticleScripture"/>
        <w:jc w:val="left"/>
      </w:pPr>
      <w:r>
        <w:rPr>
          <w:rFonts w:ascii="Times New Roman" w:hAnsi="Times New Roman" w:eastAsia="Times New Roman" w:cs="Times New Roman"/>
        </w:rPr>
        <w:t>“Tekotevẽ kuri yvypórape oñemombáy hag̃ua ikatu hag̃uáicha ohechakuaa hikuái pe peligro oĩhápe; ha oñemokyre’ỹ hag̃ua ojejapo hag̃uáicha pe ñembosako’i umi mba’e guasu ha ñeñanduka porã oikótavape ojoajúva pe gracia ára paha rehe.” The Great Controversy, 310.</w:t>
      </w:r>
    </w:p>
    <w:p>
      <w:pPr>
        <w:pStyle w:val="ArticleBody"/>
        <w:jc w:val="left"/>
      </w:pPr>
      <w:r>
        <w:rPr>
          <w:rFonts w:ascii="Times New Roman" w:hAnsi="Times New Roman" w:eastAsia="Times New Roman" w:cs="Times New Roman"/>
        </w:rPr>
        <w:t>Áño 1989-pe, Unión Soviética oñembyai jave, Daniel aranduka pehẽ oĩva ára paha rehegua ojeipe’a, ha oñepyrũ peteĩ proceso jehechajeyrã. Pe jehechajey oñemopyenda Tupã tavayguakuéra ikatúpa térã ndaikatúi hikuái oikuaa térã omboyke pe arandu hetaveha ojehechaukáva Daniel kapítulo once pegua poteĩ versículo paha rupi; umi versículo ogueraháva kapítulo doce versículo peteĩhápe, omoañetéva “gracia ñemboty”. Upérõ pe marandu rehegua “umi mba’e oikótava gracia ñemboty ndive” ojeipe’a, ha oñepyrũ pe tembiapo umi oĩva candidato ramo hag̃ua “sacerdote” umi cien cuarenta y cuatro mil peguarã. Ijapopyrã ha’eva’erã kuri “oikuaa” ha omyasãi pe marandu ojehechaukáva upe pasáhepe. Pe marandu ha pe tembiapo umi cien cuarenta y cuatro mil rehegua, ha’eva’erã kuri oikuave’ẽ pe marandu ojeipe’áva ikatu hag̃uáicha omombáy yvypórape “oñembosako’i hag̃ua umi mba’e guasu ha kyhyjepyrãva ojoajúva gracia ñemboty ndive.”</w:t>
      </w:r>
    </w:p>
    <w:p>
      <w:pPr>
        <w:pStyle w:val="ArticleScripture"/>
        <w:jc w:val="left"/>
      </w:pPr>
      <w:r>
        <w:rPr>
          <w:rFonts w:ascii="Times New Roman" w:hAnsi="Times New Roman" w:eastAsia="Times New Roman" w:cs="Times New Roman"/>
        </w:rPr>
        <w:t>“Ko árape, Elías ha Juan Bautista espíritu ha pokatupe, Tupã omoĩva marandu rerahaha-kuéra ohenói hína peteĩ mundo oĩvape huísio poguýpe oñatendévo umi mba’e pohýi oikótavare ko’ág̃aite, ojoajúva gracia ára pahaite rehe ha Cristo Jesús jehechauka rehe Mburuvicha guasu-kuéra Ruvicha ha Jára-kuéra Jára ramo. Ko’ẽrõite káda kuimba’e ojehusgáta umi hembiapo rehe ojapóva’ekue hetepe. Og̃uahẽma Tupã huísio aravo, ha Itupao yvy arigua miembro-kuéra ári opyta pe tembiapo marangatuite oavisa hag̃ua umi oĩvape, ku oĩ hag̃uáicha voi opa’ãme pe ñehundi hag̃ua opa ára g̃uarã rovái. Mayma yvypórape, ko yvy tuichakue javeve, ohendusevape, tekotevẽ ojehechauka porã umi principio oĩva mba’e tuicháva ñorairõme oñemotenondéva, umi principio rehe oñemboja hag̃ua mayma yvypóra rapykue.” Profetas y Reyes, 715, 716.</w:t>
      </w:r>
    </w:p>
    <w:p>
      <w:pPr>
        <w:pStyle w:val="ArticleBody"/>
        <w:jc w:val="left"/>
      </w:pPr>
      <w:r>
        <w:rPr>
          <w:rFonts w:ascii="Times New Roman" w:hAnsi="Times New Roman" w:eastAsia="Times New Roman" w:cs="Times New Roman"/>
        </w:rPr>
        <w:t>Juan Bautista ha Cristo rembiasakue, ha avei umi Millerita rembiasakue, ohechauka pe marandu ha tembiapo umi cien cuarenta y cuatro mil rehegua. Juan ha Cristo mokõivéva oikuaa porãkuri imarandu ohechaukaha ramo pe gracia ára paha.</w:t>
      </w:r>
    </w:p>
    <w:p>
      <w:pPr>
        <w:pStyle w:val="ArticleScripture"/>
        <w:jc w:val="left"/>
      </w:pPr>
      <w:r>
        <w:rPr>
          <w:rFonts w:ascii="Times New Roman" w:hAnsi="Times New Roman" w:eastAsia="Times New Roman" w:cs="Times New Roman"/>
        </w:rPr>
        <w:t>Ha'e katu ohechávo heta fariséo ha saduceo oúva ivautismohápe, he'i chupekuéra: Peẽ mbói ra'ykuéra, máva piko pene momarandúkuri peheja hag̃ua pe pochy oútavagui? Mateo 3:7.</w:t>
      </w:r>
    </w:p>
    <w:p>
      <w:pPr>
        <w:pStyle w:val="ArticleBody"/>
        <w:jc w:val="left"/>
      </w:pPr>
      <w:r>
        <w:rPr>
          <w:rFonts w:ascii="Times New Roman" w:hAnsi="Times New Roman" w:eastAsia="Times New Roman" w:cs="Times New Roman"/>
        </w:rPr>
        <w:t>Cristo ohechauka Jerusalén ñehundi, upe ñehundi voi Juan oikuaaukáma vaʼekue umi judío ñeʼẽjoavy apohápe, oguahẽmbotaitéma ramo guáicha. Jesús oiporu upe ñehundi peteĩ taʼanga ramo pe “pochy” oñepyrũva jave Haʼe, Miguel ramo, opuʼãvo Daniel capítulo doce, versículo peteĩme.</w:t>
      </w:r>
    </w:p>
    <w:p>
      <w:pPr>
        <w:pStyle w:val="ArticleScripture"/>
        <w:jc w:val="left"/>
      </w:pPr>
      <w:r>
        <w:rPr>
          <w:rFonts w:ascii="Times New Roman" w:hAnsi="Times New Roman" w:eastAsia="Times New Roman" w:cs="Times New Roman"/>
        </w:rPr>
        <w:t>“Cristo ohecha Jerusalén-pe peteĩ símbolo ko yvy arigua, ijatãva jerovia’ỹ ha ñemoĩrõme, ha pya’e ohóva ombohovái hag̃ua Tupã rembiapoukapy joja rupive oúva. Pe ypykuéra peteĩ ñemoñare ho’ava’ekue mba’easy, ojopyva’ekue Ipy’a, omosẽ chugui upe sapukái hasýva eterei. Ha’e ohecha angaipa kuatiañe’ẽ ojehaiha yvypóra ñembyasýpe, tesay ha tuguype; Ipy’a omýi poriahuvereko opa’ỹvape umi ko yvy arigua ohasa asy ha oñembyasyvare rehe; Ha’e oipotaite omboguejy hag̃ua chupekuéra opavave. Hákatu jepe Ipo ndaikatúi ombojevýi yvypóra mba’easy ysyry guasu; mbovymi añoite ohekáta Ipytyvõha peteĩete. Ha’e oĩva’ekue oñohẽ hag̃uáicha Ipy’a omanóvo peve, ogueru hag̃uáicha salvación hi’ag̃uĩ hag̃uáicha chupekuéra; hákatu mbovymi añoite ouva’erãta Hendápe oguereko hag̃ua tekove.”</w:t>
      </w:r>
    </w:p>
    <w:p>
      <w:pPr>
        <w:pStyle w:val="ArticleScripture"/>
        <w:jc w:val="left"/>
      </w:pPr>
      <w:r>
        <w:rPr>
          <w:rFonts w:ascii="Times New Roman" w:hAnsi="Times New Roman" w:eastAsia="Times New Roman" w:cs="Times New Roman"/>
        </w:rPr>
        <w:t>“Yvágagui Ruvichaete hasẽ hag̃uáicha! Tupã Ra’y opa’ỹvagui ojejopy espíritu-pe, oñemomirĩ hag̃ua ñembyasy guasúpe! Upe techaukaha omyenyhẽ yvágape ñemondýi ha mba’eporãrã. Upe techaukaha ohechauka ñandéve angaipa tuichaiterei hag̃ua angaipa; ohechauka mba’éichaitépa hasy tembiapo, Poder Infinito-pe jepe, oñesalva hag̃ua umi orekóva kulpa pe léi Tupã rehegua rembiapo vai rapykuekuégui. Jesús, oma’ẽvo pe generación pahápe, ohecha yvy ape ári oikeha peteĩ ñembotavy ojoguáva upe oguerúva Jerusalén ñehundi. Judío-kuéra angaipa tuichavéva va’ekue Cristo rejeheja; ha mundo cristiano angaipa tuichavéva va’erãta pe Tupã léi rejeheja, ha’éva Igovierno pyenda yvágape ha yvy ári. Jehová rembiapoukapy oñemombo’asy ha oñembotove hag̃uáicha mba’eve’ỹramo. Hetaiterei tapicha angaipa poguýpe, Satanás rembiguáiramo, ojehejava’erãva ohasa hag̃ua pe mokõiha mano, ndohenduséimo’ãi pe añetegua ñe’ẽ iara ojevisita jave chupekuéra. Ñande resa pytũmbaiterei! ñembotavy hag̃ua hasy hag̃uáicha!” The Great Controversy, 22.</w:t>
      </w:r>
    </w:p>
    <w:p>
      <w:pPr>
        <w:pStyle w:val="ArticleBody"/>
        <w:jc w:val="left"/>
      </w:pPr>
      <w:r>
        <w:rPr>
          <w:rFonts w:ascii="Times New Roman" w:hAnsi="Times New Roman" w:eastAsia="Times New Roman" w:cs="Times New Roman"/>
        </w:rPr>
        <w:t>Marandu ñe’ẽ porãha Juan el Bautista ha avei Cristo omombeʼúva vaʼekue haʼe vaʼekue peteĩchagua marandu ñe’ẽ porãha; ha upéicha avei marandu ñe’ẽ porãha umi Millerita-kuéra rehegua haʼe vaʼekue pe marandu peteĩchaite ohechaukáva umi mbaʼe oikóva gracia rembiapo ñemboty rehegua ndive, ha upéva voi umi cien cuarenta y cuatro mil oporomoñeʼẽtaha. Mbohapy testígo; Juan el Bautista, Cristo ha umi Millerita-kuéra, otestifika hína pe tembiapo ha marandu umi cien cuarenta y cuatro mil rehegua haʼeha peteĩ proceso de prueba tekove térã ñemano rehegua, ojejapóva pe arandu ñembohetave rupive oñembotyʼỹ vaʼekue ary 1989-pe. Pe marandu oñembotyʼỹ vaʼekue upe jave haʼe pe visión ára pahápegua oikuaa vaʼerã umi arandúva, ikatu hag̃uáicha haʼekuéra haʼe umi “paʼi” omohendáva umi cien cuarenta y cuatro mil. Umi candidato ndoikuaáiramo upe visión, oñemombeʼu chupekuéra iñañaha térã itavýva ramo, ha oñehundi hikuái. Haʼekuéra ha taʼýra kuéra oñemboyke, ojoajúvo pe visión rehegua iñemboyke rehe, haʼéva pe arandu ñembohetave.</w:t>
      </w:r>
    </w:p>
    <w:p>
      <w:pPr>
        <w:pStyle w:val="ArticleBody"/>
        <w:jc w:val="left"/>
      </w:pPr>
      <w:r>
        <w:rPr>
          <w:rFonts w:ascii="Times New Roman" w:hAnsi="Times New Roman" w:eastAsia="Times New Roman" w:cs="Times New Roman"/>
        </w:rPr>
        <w:t>Ñandejára Ñe’ẽ he’i porã Roma ha’eha pe pu’aka oñemomba’eguasúva ijehe, oipe’áva Ñandejára tavayguakuérape, ha upéi ho’a ha omoĩmbytéva pe visión. Porandu pe Roma Ko’ag̃agua ha’épa pe pu’aka papal térã Estados Unidos, ha’e pe prueba ohechaukáva umi kandidáto ha’eha virgen arandu térã virgen vyrorei. Ko prueba ha’e peteĩ prueba profética oguerekóva iñepyrũ Daniel kuatiañe’ẽgui, ha upéi oñemoneĩ ha oguahẽ iporãmbaitépe Apocalipsis kuatiañe’ẽme. Pe tema Roma Ko’ag̃agua rehegua ndaha’éi añónte peteĩ jeporavo pe pu’aka papal térã Estados Unidos apytépe; ha’e pe prueba paha umi cien cuarenta y cuatro mil-pe g̃uarã. Ha’e peteĩ prueba profética, ha oñentende porãramo, oguereko ipype opaite ta’anga ojehechaukáva pe proceso paha jehechavérõ rehegua, oñemoĩva tenonde hag̃ua Ñandejára marandu profético oñesantifikávape.</w:t>
      </w:r>
    </w:p>
    <w:p>
      <w:pPr>
        <w:pStyle w:val="ArticleBody"/>
        <w:jc w:val="left"/>
      </w:pPr>
      <w:r>
        <w:rPr>
          <w:rFonts w:ascii="Times New Roman" w:hAnsi="Times New Roman" w:eastAsia="Times New Roman" w:cs="Times New Roman"/>
        </w:rPr>
        <w:t>Juan el Bautista ha Cristo ára pe prueba rehegua osẽ kuri Daniel kuatiañe’ẽgui, upéicha avei pe prueba rehegua pe Miller-guakuéra árape. Pe prueba profétikaramo, pe mba’éichapa oñemopyenda añetegua ha’e tuichaite mba’e umi candidato-kuérape g̃uarã oiporu hag̃ua hekopete, ha ndaha’éi añónte ojoko hag̃ua pe jehecha porã mávapa Roma Moderna. Taha’e oñeconsidera pe identificación hekopete Roma Moderna rehegua, térã pe aplicación pe metodología hekopete rehegua, mokõivéva pe prueba rembiapo oĩ oñemoĩporã hag̃uáicha Daniel kuatiañe’ẽme. Daniel peteĩha kapítulope, Daniel ohasákuri peteĩ proceso de prueba mbohapy jepéva rupive, oñepyrũva tembi’u rehe, upéi peteĩ prueba jehecháva, ha upéi peteĩ prueba ojapóva Nabucodonosor, peteĩ símbolo bíblico Ñembyaty Yvategua Ruvicha rehegua, pe poder papal ára pahapegua.</w:t>
      </w:r>
    </w:p>
    <w:p>
      <w:pPr>
        <w:pStyle w:val="ArticleScripture"/>
        <w:jc w:val="left"/>
      </w:pPr>
      <w:r>
        <w:rPr>
          <w:rFonts w:ascii="Times New Roman" w:hAnsi="Times New Roman" w:eastAsia="Times New Roman" w:cs="Times New Roman"/>
        </w:rPr>
        <w:t>Ha umi irundy mitãrusu rehe, Tupã ome’ẽ chupekuéra arandu ha katupyry opaichagua mbo’e ha arandúpe; ha Daniel oguereko kuaapy opaite visión ha kérape. Ha umi ára pahápe pe rréi he’i hague ojegueru vaʼerãha chupekuéra, upérõ umi mburuvicha umi eunuco-kuéra rehegua ogueru chupekuéra Nabucodonosor renondépe. Ha pe rréi oñomongeta hendivekuéra; ha opaite apytépe ndojejuhúi avave ojoguáva Daniel, Hananías, Misael ha Azaríaspe; upévare opyta hikuái pe rréi renondépe. Ha opa mbaʼépe, arandu ha kuaapy rehegua, pe rréi oporandu haguépe chupekuéra, ojuhu chupekuéra diez jey iporãveha opa umi paje apoha ha astrólogo-kuéragui oĩva’ekue opa irréinope. Daniel 1:17–20.</w:t>
      </w:r>
    </w:p>
    <w:p>
      <w:pPr>
        <w:pStyle w:val="ArticleBody"/>
        <w:jc w:val="left"/>
      </w:pPr>
      <w:r>
        <w:rPr>
          <w:rFonts w:ascii="Times New Roman" w:hAnsi="Times New Roman" w:eastAsia="Times New Roman" w:cs="Times New Roman"/>
        </w:rPr>
        <w:t>“Ára ára pahápe,” profetikamente ha’éva umi ára paha, oñeha’ã jave umi cien cuarenta y cuatro mil, Daniel ha umi mbohapy kuimba’e porã ojeporavo ojetopa hague “pa hetave iporãha opa umi pajeha ha astrólogo-kuéragui oĩva’ekue opa hekopegua rréinope,” ha Daniel oreko va’ekue “entendimiento opa visión ha sueño-kuérape.” Daniel orrepresenta umi cien cuarenta y cuatro mil-pe, umi ára pahápe oikũmbyva pe ñemboheta arandu rehegua og̃uahẽva’ekue Cristo, Judá ñemoñarégui León ramo, oipe’a rire pe séllo “upe kuatiañe’ẽ Daniel peg̃ua pehẽngue oguerekóva’ekue relación umi ára paha rehe,” ary 1989-pe.</w:t>
      </w:r>
    </w:p>
    <w:p>
      <w:pPr>
        <w:pStyle w:val="ArticleBody"/>
        <w:jc w:val="left"/>
      </w:pPr>
      <w:r>
        <w:rPr>
          <w:rFonts w:ascii="Times New Roman" w:hAnsi="Times New Roman" w:eastAsia="Times New Roman" w:cs="Times New Roman"/>
        </w:rPr>
        <w:t>Daniel ndaha’éi añoite ontendeveha ambuekuéragui hetave sueño ha visión rehegua; ha’e oguereko va’ekue “arandu opaite visión ha sueñope.” Ha’e ohechauka umi oiporúva pe tembiaporã rape línea ári línea, pe tembiaporãrape oguerúgui “opaite visión ha sueño” peteĩ marandu joaju hag̃uáme. Pe marandu ombojoajúva opaite sueño ha visión peteĩ línea proféticape ohechauka umi “mba’e oikóva opakuaávo pe tiempo de gracia.” Upe marandu oñemopyenda pe símbolo profético rehe ha’éva Roma Moderna, pe pokatu oñembotuicháva ijehegui, omonda Tupã retayguápe, ha ho’a.</w:t>
      </w:r>
    </w:p>
    <w:p>
      <w:pPr>
        <w:pStyle w:val="ArticleBody"/>
        <w:jc w:val="left"/>
      </w:pPr>
      <w:r>
        <w:rPr>
          <w:rFonts w:ascii="Times New Roman" w:hAnsi="Times New Roman" w:eastAsia="Times New Roman" w:cs="Times New Roman"/>
        </w:rPr>
        <w:t>Pe pu’aka ikatu hag̃uáicha oñemopyenda añete hag̃ua, tekotevẽ ojeporu pe metodología hekopete. Hetave umi he’íva oikuaaukaseha ohesa’ỹijoha la Biblia omboyke pe metodología de línea sobre línea, ha oĩ avei umi he’íva oiporuha upéva, péro oiporu vai umi léi ojejapóva pe metodología de línea sobre línea rehe. Umi léi oñemoĩ raẽ kuri kuatiahaipyre público-pe umi Millerita rupive, ha Tupã ára pahápegua tavayguakuérape oñemomarandu yma hag̃ua umi añetehápe ha’éva mbohéraha ángel mbohapyha rehegua oipurutaha William Miller rembiapoukapy profético ñemyesakãrã.</w:t>
      </w:r>
    </w:p>
    <w:p>
      <w:pPr>
        <w:pStyle w:val="ArticleScripture"/>
        <w:jc w:val="left"/>
      </w:pPr>
      <w:r>
        <w:rPr>
          <w:rFonts w:ascii="Times New Roman" w:hAnsi="Times New Roman" w:eastAsia="Times New Roman" w:cs="Times New Roman"/>
        </w:rPr>
        <w:t>“Umi oñembokatupyrýva omomarandúvo mbohapyha ánhel rembiasa, oheka hag̃ua Ñandejára Ñe’ẽme pe tembiapo rape peteĩchaite pe Túva Miller oguerahákue.” Review and Herald, 25 de noviembre de 1884.</w:t>
      </w:r>
    </w:p>
    <w:p>
      <w:pPr>
        <w:pStyle w:val="ArticleBody"/>
        <w:jc w:val="left"/>
      </w:pPr>
      <w:r>
        <w:rPr>
          <w:rFonts w:ascii="Times New Roman" w:hAnsi="Times New Roman" w:eastAsia="Times New Roman" w:cs="Times New Roman"/>
        </w:rPr>
        <w:t>William Miller ohechauka pe mbohapy ánhel Apocalipsis catorcepegua ñepyrũ, ha ha’e ojehechaukaraka Juan el Bautísta rupive, ha’éva pe ñepyrũ pe marandu rehegua Cristo ha’e hag̃ua ipaha. Hermana White ombojoaju hag̃ua peteĩchaite Juan el Bautísta jehechaporãrã Cristo rehegua pe mbohapy ánhel jehechaporãrã ndive. Juan omoñepyrũ pe marandu, ha ndaha’éi pe kurusu mboyveite, Cristo ogueraha rire hemimbo’ekuéra Cesarea de Filipos-pe, upérõ Jesús ombojuapy pe marandu Juan omoñepyrũ va’ekuépe umi mba’e detalle rehegua. Pe añetegua peteĩha Juan ohechakuaa va’ekue, ohechávo Cristo-pe, ha’e va’ekue ojehechauka Cristo-pe Tupã Ovecha Ra’y ramo, pe oipe’áva ko yvy arigua angaipa.</w:t>
      </w:r>
    </w:p>
    <w:p>
      <w:pPr>
        <w:pStyle w:val="ArticleScripture"/>
        <w:jc w:val="left"/>
      </w:pPr>
      <w:r>
        <w:rPr>
          <w:rFonts w:ascii="Times New Roman" w:hAnsi="Times New Roman" w:eastAsia="Times New Roman" w:cs="Times New Roman"/>
        </w:rPr>
        <w:t>Koʼã mbaʼe ojejapo vaʼekue Betábara Jordán mboypýri, upépe Juan omongaraihague. Ambue ára Juan ohecha Jesús ouha hendápe, ha heʼi: Péina Ñandejára Ovecha Raʼy, pe oipeʼáva yvóra angaipa. Kóva hína upe che haʼévaʼekue hese: Che rire ou peteĩ kuimbaʼe oĩva che ári; haʼe niko oĩ vaʼekue che mboyve. Juan 1:28–30.</w:t>
      </w:r>
    </w:p>
    <w:p>
      <w:pPr>
        <w:pStyle w:val="ArticleBody"/>
        <w:jc w:val="left"/>
      </w:pPr>
      <w:r>
        <w:rPr>
          <w:rFonts w:ascii="Times New Roman" w:hAnsi="Times New Roman" w:eastAsia="Times New Roman" w:cs="Times New Roman"/>
        </w:rPr>
        <w:t>Upéi oñepyrũ pe mbohapy áño ha mbyte pukukue pe jehasa’asy aravo, opa vaekue kurusupe. Juan ojejuka rire, kurusu mboyveite, Jesús upéi oñepyrũ omyesakã hag̃ua pe ñe’ẽ peteĩhaite Juan he’i vaekue.</w:t>
      </w:r>
    </w:p>
    <w:p>
      <w:pPr>
        <w:pStyle w:val="ArticleScripture"/>
        <w:jc w:val="left"/>
      </w:pPr>
      <w:r>
        <w:rPr>
          <w:rFonts w:ascii="Times New Roman" w:hAnsi="Times New Roman" w:eastAsia="Times New Roman" w:cs="Times New Roman"/>
        </w:rPr>
        <w:t>Ha Jesús og̃uahẽ ramo Cesarea de Filipo yvýre, oporandu hemimbo'épe, he'ívo: Mávapa yvypóra kuéra he'i che, Yvypóra Ra'y, ha'eha? Ha'e kuéra he'i: Oĩ he'íva nde ha'eha Juan Bautista; ambuekuéra, Elías; ha ambue, Jeremías térã peteĩva umi maranduhára kuéragui. Ha'e he'i chupekuéra: Ha peẽ, mávapa peje che ha'eha? Upémarõ Simón Pedro ombohovái ha he'i: Nde hína pe Cristo, Tupã oikovéva Ra'y. Ha Jesús ombohovái ha he'i chupe: Ojehovasáva nde, Simón Barjona; ndaha'éi niko to'o ha tuguy oikuaauka vaekue ndéve ko mba'e, che Ru yvágape oĩva katu. Ha che avei ha'e ndéve: nde hína Pedro, ha ko ita ári amopu'ãta che tupao; ha Añaretã rokẽ kuéra ndaipu'akamo'ãi hese. Ha ame'ẽta ndéve yvágaguy mburuvicharenda llavekuéra; ha opa mba'e rehe rembotovéva ko yvy ári, oñembotovéta yvágape; ha opa mba'e rehe rembojehe'áva ko yvy ári, oñembojehe'áta yvágape. Upéi he'i mbarete hemimbo'épe ani hag̃ua omombe'u avavépe ha'eha Jesús pe Cristo. Upe guive Jesús oñepyrũ ohechauka hemimbo'épe tekotevẽha oho Jerusalén-pe, ha ohasa heta mba'e vai umi myakãhára, pa'i ruvicha ha mbo'ehára kuéra poguýpe, ha ojejuka hag̃ua chupe, ha mbohapy ára rire opu'ã jey hag̃ua. Mateo 16:13–21.</w:t>
      </w:r>
    </w:p>
    <w:p>
      <w:pPr>
        <w:pStyle w:val="ArticleBody"/>
        <w:jc w:val="left"/>
      </w:pPr>
      <w:r>
        <w:rPr>
          <w:rFonts w:ascii="Times New Roman" w:hAnsi="Times New Roman" w:eastAsia="Times New Roman" w:cs="Times New Roman"/>
        </w:rPr>
        <w:t>Cesarea Filípi hína pe téra Panium réra Cristo araka’épe, ha Panium ojehechakuaa pe versíkulo ouva versíkulo catorce rire Daniel once-pe, moõ oike ne retãygua mondaha kuéra, omomba’eguasúva ijupekuéra, ha katu ho’áva. Juan el Bautista marandu, ñe’inspirado ha perfecto, ha’e va’ekue pe marandu iñepyrũmbyme ohechaukáva pe marandu Millerita, oñemopyendáva’ekue Miller léi kuéra ári. Cristo marandu pahápe, oñemopu’ãva Juan marandu ári ha omyasãiva upéva, ha’e va’ekue peteĩ tipo pe marandu opaha hag̃uáicha umi mbohapy ánhel rembiapoukapy rehegua, péva he’iséva oñemopyendáva Miller léi kuéra ári ha umi detalle oñembojoapýva Miller marandúpe pe metodología línea sobre línea oguahẽvo pe opaha hag̃uápe.</w:t>
      </w:r>
    </w:p>
    <w:p>
      <w:pPr>
        <w:pStyle w:val="ArticleBody"/>
        <w:jc w:val="left"/>
      </w:pPr>
      <w:r>
        <w:rPr>
          <w:rFonts w:ascii="Times New Roman" w:hAnsi="Times New Roman" w:eastAsia="Times New Roman" w:cs="Times New Roman"/>
        </w:rPr>
        <w:t>Oguahẽ hag̃ua peteĩ entendimiento vai pe símbolo omopyendáva visión pe símbolo Roma Moderna reheve oñembojoja umi oĩva Cristo rembiasakuépe omboykéva pe kurusu marandu. Ñamombeʼu hag̃ua ñandéve umi judío omboykéva Juan el Bautista marandu ndaikatúi ojehepymeʼẽ Jesús mboʼepykuéragui, ha umi judío rembiasakue ojapóva upe mbaʼeete ohechauka umi omboykéva pe peteĩha ánhel marandu. Umi Millerita ohechakuaa nde retãygua mondaha kuérape, upéva che upe rire ambohérava koʼã ñeʼẽme, “Roma Moderna,” haʼeha pe pokatu papal.</w:t>
      </w:r>
    </w:p>
    <w:p>
      <w:pPr>
        <w:pStyle w:val="ArticleBody"/>
        <w:jc w:val="left"/>
      </w:pPr>
      <w:r>
        <w:rPr>
          <w:rFonts w:ascii="Times New Roman" w:hAnsi="Times New Roman" w:eastAsia="Times New Roman" w:cs="Times New Roman"/>
        </w:rPr>
        <w:t>Jahecháta koʼã mbaʼe ñehesaʼỹijo oúva rire pe artíkulo ambuépe.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Omopyenda pe Visión — Mokõiha’ẽ}</dc:title>
  <dc:subject>Ojehechakuaa hag̃ua Róma Koʼag̃agua ha pe visión profética umi ára pahápeguápe</dc:subject>
  <dc:creator>Jeff Pippenger</dc:creator>
  <cp:keywords/>
  <dc:description>Generated by ArticleDigger from modern_rome\02_modern_rome.json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