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Róma Omopyenda pe Jehecha — Papapy Irundyha</w:t>
      </w:r>
    </w:p>
    <w:p>
      <w:pPr>
        <w:pStyle w:val="ArticleSubtitle"/>
        <w:jc w:val="left"/>
      </w:pPr>
      <w:r>
        <w:rPr>
          <w:rFonts w:ascii="Arial" w:hAnsi="Arial" w:eastAsia="Arial" w:cs="Arial"/>
        </w:rPr>
        <w:t>Ñamoingove jevy hag̃ua umi kontroversia yma guaréva: Ñorairõ maranduhára ñehesa’ỹijo rehegua Adventismo-pe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2024-08-08</w:t>
      </w:r>
    </w:p>
    <w:p>
      <w:pPr>
        <w:pStyle w:val="ArticleBody"/>
        <w:jc w:val="left"/>
      </w:pPr>
      <w:r>
        <w:rPr>
          <w:rFonts w:ascii="Times New Roman" w:hAnsi="Times New Roman" w:eastAsia="Times New Roman" w:cs="Times New Roman"/>
        </w:rPr>
        <w:t>Ñandejára ohechaukákuri ñandéve tenonderãme umi “ñe’ẽvai ymaguare” oikove jeýta hag̃ua umi ára pahápe.</w:t>
      </w:r>
    </w:p>
    <w:p>
      <w:pPr>
        <w:pStyle w:val="ArticleScripture"/>
        <w:jc w:val="left"/>
      </w:pPr>
      <w:r>
        <w:rPr>
          <w:rFonts w:ascii="Times New Roman" w:hAnsi="Times New Roman" w:eastAsia="Times New Roman" w:cs="Times New Roman"/>
        </w:rPr>
        <w:t>“Tembiasakue ha profesíape Tupã Ñe’ẽ ohechauka pe joavy puku oikóva añetegua ha jejavy apytépe. Upe joavy gueteri oiko hína. Umi mba’e oikóma va’ekue, ojejapóta jey. Umi ñorairõ yma guarã oñemoingove jeýta, ha teoría pyahu kuéra osẽ meme vaʼerã.” Selected Messages, book 2, 109.</w:t>
      </w:r>
    </w:p>
    <w:p>
      <w:pPr>
        <w:pStyle w:val="ArticleBody"/>
        <w:jc w:val="left"/>
      </w:pPr>
      <w:r>
        <w:rPr>
          <w:rFonts w:ascii="Times New Roman" w:hAnsi="Times New Roman" w:eastAsia="Times New Roman" w:cs="Times New Roman"/>
        </w:rPr>
        <w:t>Umi ñorairõ yma guare katuete ha’e va’ekue peteĩ ñeha’ã satanás-gua omongy’a hag̃ua Roma Moderna rembiapo, mba’érehepa ha’e Roma papal ára pahapegua omoañetéva pe visión. Oĩ heta techapyrã ko añetegua rehe Adventismo rembiasakuepe. Peteĩha ha’e pe ñorairõ Protestántekuéra ha Milleritakuéra apytépe, ojehechauka haguéicha pe ta’anga tenondegua 1843-pegua ári. Pe ñe’ẽjoaju añoite pe ta’anga sagrado tenondegua 1843-pegua ári, pe “ojesarekóva’ekue Ñandejára rupive ha ndojehejáiva oñemoambue,” ndaha’éiva peteĩ ñe’ẽjoaju directo Tupã ñe’ẽ añetegua profétikare, ha’e va’ekue pe jehechauka Milleritakuéra ñorairõ rehe Protestántekuéra upe época guare ndive. Protestántekuéra omoĩkuaa Daniel kapítulo once, versíkulo catorce-pe pe “mondaha nde retãygua” ha’eha Antiochus Epiphanes, ha Milleritakuéra oikuaa porãva’ekue ha’eha Roma.</w:t>
      </w:r>
    </w:p>
    <w:p>
      <w:pPr>
        <w:pStyle w:val="ArticleScripture"/>
        <w:jc w:val="left"/>
      </w:pPr>
      <w:r>
        <w:rPr>
          <w:rFonts w:ascii="Times New Roman" w:hAnsi="Times New Roman" w:eastAsia="Times New Roman" w:cs="Times New Roman"/>
        </w:rPr>
        <w:t>“164 Antiochus Epífanes mano, ha’e katuete noñembo’yri Mburuvicha Guasu Ruvicha rovái, ha’e niko omanóma 164 ary mboyve Mburuvicha Guasu Ruvicha onase mboyve.” 1843 Pioneer Chart.</w:t>
      </w:r>
    </w:p>
    <w:p>
      <w:pPr>
        <w:pStyle w:val="ArticleBody"/>
        <w:jc w:val="left"/>
      </w:pPr>
      <w:r>
        <w:rPr>
          <w:rFonts w:ascii="Times New Roman" w:hAnsi="Times New Roman" w:eastAsia="Times New Roman" w:cs="Times New Roman"/>
        </w:rPr>
        <w:t>Upéi oiko pe controversia James White ha Uriah Smith apytépe pe “mburuvicha yvate gotyo” rehegua jehechakuaa hendaitépe Daniel kapítulo once-pe. James oĩ vaʼekue hekopete omombeʼúvo pe “mburuvicha yvate gotyo” umi versíkulo pahápe Daniel 11-pe haʼeha Roma papal, térã che ahero hag̃ua Roma moderna. Smith heʼi vaʼekue pe “mburuvicha yvate gotyo” Daniel kapítulo once, versíkulo treinta y seis-pe haʼeha Francia atea.</w:t>
      </w:r>
    </w:p>
    <w:p>
      <w:pPr>
        <w:pStyle w:val="ArticleScripture"/>
        <w:jc w:val="left"/>
      </w:pPr>
      <w:r>
        <w:rPr>
          <w:rFonts w:ascii="Times New Roman" w:hAnsi="Times New Roman" w:eastAsia="Times New Roman" w:cs="Times New Roman"/>
        </w:rPr>
        <w:t>“MBO’EPY 36. Ha pe mburuvicha ojapóta hembipota he’iháicha; ha ombotuicháta ijehe, ha omomba’eguasuvéta ijupe opaite tupã ári, ha oñe’ẽta mba’e hechapyrãva Tupãnguéra Tupã rehe; ha oikóta porã pe pochy oñembotývo peve; pe ojekuaaukáva ojejapótava niko oikóta.”</w:t>
      </w:r>
    </w:p>
    <w:p>
      <w:pPr>
        <w:pStyle w:val="ArticleScripture"/>
        <w:jc w:val="left"/>
      </w:pPr>
      <w:r>
        <w:rPr>
          <w:rFonts w:ascii="Times New Roman" w:hAnsi="Times New Roman" w:eastAsia="Times New Roman" w:cs="Times New Roman"/>
        </w:rPr>
        <w:t>“Pe mburuvicha ko’ápe oñemoñepyrũva ndaikatúi he’ise upe pokatu peteĩchagua oñehechakuaa ramóva ipahápe; ha’éva, pe pokatu papal; pórke umi mba’e oñemombe’úva ndohupytýi porãmo’ãi oñemoĩramo upe pokatu rehe.” Uriah Smith, Daniel and the Revelation, 292.</w:t>
      </w:r>
    </w:p>
    <w:p>
      <w:pPr>
        <w:pStyle w:val="ArticleBody"/>
        <w:jc w:val="left"/>
      </w:pPr>
      <w:r>
        <w:rPr>
          <w:rFonts w:ascii="Times New Roman" w:hAnsi="Times New Roman" w:eastAsia="Times New Roman" w:cs="Times New Roman"/>
        </w:rPr>
        <w:t>Smith omoinge ijehegui imba’e “ñemyesakã ñemigua” he’ívo: “Pe mburuvicha guasu ko’ápe oñemoingeva’ekue ndaikatúi he’ise pe pokatu peteĩcha pe ipahápe oñeñe’ẽ va’ekue rehe; hína, pe pokatu papal; umi mba’e ojehechaukáva ningo ndojeporokuaái porãmo’ã pe pokatu rehe.” Tupã Ñe’ẽ araka’eve ndofallái, ha gramatikálmente naiñcorrectoi ojeporu hag̃ua peteĩ proposición yvypóra rehegua oñembotove hag̃ua pe estructura gramatical hesakãva pe pasáhepe. Pe versíkulo he’i “ha pe mburuvicha guasu”, upéva ojerure hag̃ua pe mburuvicha guasu oñemombe’úva ha’eha pe mburuvicha guasu peteĩchava pe pasáhe mboyveguápe oñerepresentáva. Ndaipóri peteĩ mba’eveichagua prueba peteĩ mburuvicha guasu pyahu rehegua, ha Smith omoneĩ pe “pokatu peteĩcha pe ipahápe oñeñe’ẽ va’ekue rehe” hague pe “pokatu papal”. Ha’e omoneĩ hembiapokuépe versíkulo treinta y uno guive versíkulo treinta y cinco peve ha’eha pe pokatu papal, ha ndaipórigui evidencia gramatical ohechaukáva peteĩ mburuvicha guasu pyahu versíkulo treinta y seis-pe, ha’e iñe’ẽnte ombohovái umi versíkulo oúva versíkulo treinta y cinco rire ndohechaukaiha umi característica profética pe pokatu papal rehegua. Upévare omoinge ijehegui iñemo’ã Francia rehegua.</w:t>
      </w:r>
    </w:p>
    <w:p>
      <w:pPr>
        <w:pStyle w:val="ArticleBody"/>
        <w:jc w:val="left"/>
      </w:pPr>
      <w:r>
        <w:rPr>
          <w:rFonts w:ascii="Times New Roman" w:hAnsi="Times New Roman" w:eastAsia="Times New Roman" w:cs="Times New Roman"/>
        </w:rPr>
        <w:t>Smith oñe’ẽ jave pe versíkulo cuarenta rehe, pe plataforma profética vai omopu’ãva’ekue ha’eñoite oguerekóva’ekue iñemyesakãme, ombojere chupe tekotevẽ hag̃uáicha ohechakuaa peteĩ ñorairõ mbohapy hendáicha, upéva he’iséva, he’i hag̃uáicha iñemo’ã rupive pe mburuvicha yvategua sud-gua ha’eha Egipto, ha pe versíkulope “ombotuicha” Francia rehe, ha Turquía katu omombe’u pe mburuvicha yvategua norte-gua ramo, avei oúva Francia rehe. Upe interpretación yvypóra omoĩvéva omopu’ã peteĩ modelo profético, upépe Smith ohechakuaa peteĩ Armagedón literal, moõ Turquía oguata Jerusalén peve, ohechaukáva yvypóra prueba paha ñemboty, Miguel opu’ãvo. Heta aranduka Adventismo rembiasakue ryepýpe ojehai porãma, ohechaukávo heko vaiha ko’ãichagua aplicación.</w:t>
      </w:r>
    </w:p>
    <w:p>
      <w:pPr>
        <w:pStyle w:val="ArticleBody"/>
        <w:jc w:val="left"/>
      </w:pPr>
      <w:r>
        <w:rPr>
          <w:rFonts w:ascii="Times New Roman" w:hAnsi="Times New Roman" w:eastAsia="Times New Roman" w:cs="Times New Roman"/>
        </w:rPr>
        <w:t>Ko artíkulo ndorekói propósito ombohovái hag̃ua umi fruto oguerúva Uriah Smith rembikuaa iñepyrũha guive ha’eño, síno ohechauka hag̃uánte pe controversia oñepyrũva’ekue ha’e oñepyrũ rire omyasãi hag̃ua iñinterpretación privada; pórke James White oñemoĩvo ijykére ikatu hag̃uáicha omboyke pe hechakuaa japu rehegua, upéva oiko ambue línea de controversia ramo Adventísmope, upépe Roma jehechakuaa añetegua oñeataka peteĩ aplicación japu rupive.</w:t>
      </w:r>
    </w:p>
    <w:p>
      <w:pPr>
        <w:pStyle w:val="ArticleBody"/>
        <w:jc w:val="left"/>
      </w:pPr>
      <w:r>
        <w:rPr>
          <w:rFonts w:ascii="Times New Roman" w:hAnsi="Times New Roman" w:eastAsia="Times New Roman" w:cs="Times New Roman"/>
        </w:rPr>
        <w:t>Oĩkuri avei pe ñorairõ puku “pe ára ha ára” rehegua kuatia Daniel-pe, ára Laodiceagua Adventismo omoneĩrõ guare pe protestante apóstata remiandu, ojekuaaukáva “pe ára ha ára” kuatia Daniel-pe ha’eha Cristo rembiapo pe santuario-pe, ojehováiva pe añetegua fundacional oñemopyendapyréva rehe, he’íva “pe ára ha ára” ha’e hague peteĩ símbolo Roma pagana rehegua.</w:t>
      </w:r>
    </w:p>
    <w:p>
      <w:pPr>
        <w:pStyle w:val="ArticleScripture"/>
        <w:jc w:val="left"/>
      </w:pPr>
      <w:r>
        <w:rPr>
          <w:rFonts w:ascii="Times New Roman" w:hAnsi="Times New Roman" w:eastAsia="Times New Roman" w:cs="Times New Roman"/>
        </w:rPr>
        <w:t>Upéi ahecha pe “apytegua káda ára guáre” (Daniel 8:12), pe ñe'ẽ “sacrificio” yvypóra arandu rupive oñemoĩ hague, ha ndaha'éi pe texto pegua, ha Ñandejára ome'ẽ hague hese pe jehecha añeteguáva umi ome'ẽ va'ekuépe pe huísio aravo sapukái. Oĩ jave peteĩ ñejoaju, 1844 mboyve, haimete opavave oĩ peteĩ ñe'ẽme pe jehecha añeteguápe pe “apytegua káda ára guáre”; ha pe ñembotavy guasu rire 1844 guive, ambue jehecha oñemoneĩ, ha pytũ ha ñembotavy oúva hapykuéri. Aravo ndaha'éi peteĩ prueba 1844 guive, ha araka'eve noñemoĩmo'ãi jey ramo peteĩ prueba ramo.” Early Writings, 74.</w:t>
      </w:r>
    </w:p>
    <w:p>
      <w:pPr>
        <w:pStyle w:val="ArticleBody"/>
        <w:jc w:val="left"/>
      </w:pPr>
      <w:r>
        <w:rPr>
          <w:rFonts w:ascii="Times New Roman" w:hAnsi="Times New Roman" w:eastAsia="Times New Roman" w:cs="Times New Roman"/>
        </w:rPr>
        <w:t>Ára pahápe, ary 1989-pe, Daniel 11-pe umi 6 versíkulo pahague ojeipe’árõ guare, pe mburuvicha yvate gotyo ojekuaa upérõha Roma papal, peteĩchaite James White yma ohechakuaahaguéicha iñorairõme Uriah Smith ndive. White omoĩva’ekue pe tape “línea ári línea”, ombohováivo Smith jejavy. White he’i va’ekue: pe pu’aka pahague ojehechaukáva Daniel 2-pe, ha pe pu’aka pahague ojehechaukáva Daniel 7-pe, ha pe pu’aka pahague ojehechaukáva Daniel 8-pe, opa umíva ha’éramo Roma, upéicharõ mbohapy testígo línea rupive pe pu’aka oguahẽva ipahápe Daniel 11-pe ha’e Roma, ha ndaha’éi Smith he’íva ha’éva Turquía.</w:t>
      </w:r>
    </w:p>
    <w:p>
      <w:pPr>
        <w:pStyle w:val="ArticleBody"/>
        <w:jc w:val="left"/>
      </w:pPr>
      <w:r>
        <w:rPr>
          <w:rFonts w:ascii="Times New Roman" w:hAnsi="Times New Roman" w:eastAsia="Times New Roman" w:cs="Times New Roman"/>
        </w:rPr>
        <w:t>Pe tercer ángel rembiguái marandu profético oñepyrũ vaekue ary 1989-pe, ojuhu sapy’aite rire jasyporundy 11, 2001 guive peteĩ controversia Joel aranduka peteĩha rehegua. Umi po peteĩha versíkulo ryepýpe, mokõi testígo, tenonderãite ñemoñarekuéra rehe, upéi tymba’i kuéra rehe, ohechauka peteĩ ñehundi oñemotenondéva oguahẽva Adventismo ári Roma rupive. “Umi ka’u vaíva” profecíape, Isaías he’iháicha, ha’e “umi kuimba’e puka rehegua oguerekóva Jerusalén poguýpe.” Ha’ekuéra opáy generación irundyha ha pahaitepe. Pe ñehundi oñemotenondéva ha’e peteĩ ñehundi espiritual, pórke oñeñe’ẽ hína Jerusalén ára pahapegua rehe, ha ñepu’ã 1863 guive umi Adventista del Séptimo Día Laodicéagua mbeguekatúpe ho’upy umi doctrina Roma-pegua.</w:t>
      </w:r>
    </w:p>
    <w:p>
      <w:pPr>
        <w:pStyle w:val="ArticleScripture"/>
        <w:jc w:val="left"/>
      </w:pPr>
      <w:r>
        <w:rPr>
          <w:rFonts w:ascii="Times New Roman" w:hAnsi="Times New Roman" w:eastAsia="Times New Roman" w:cs="Times New Roman"/>
        </w:rPr>
        <w:t>Ñandejára ñe'ẽ oúva'ekue Joel, Petuel ra'y, rendápe. Pehendúke kóva, peẽ kuimba'e tuja; ha pehendu porãke, opa peẽ pe yvygua. Oikópa raka'e kóva pende árape, térã pende ru kuéra árape jepe? Pemombe'úke pende ra'y kuérape hese; ha pende ra'y kuéra tomombe'u ita'ýra kuérape, ha umíva ita'ýra kuéra ambue generaciónpe. Tuku rembyre ho'u va'ekue tuku; ha tuku rembyre ho'u va'ekue ñakyra; ha ñakyra rembyre ho'u va'ekue tuguái. Pepáy, peẽ oka'úva, ha peseja; ha pesapukái ñembyasy reheve, opa peẽ vino oy'úva, mosto rehehápe; pórke oñembotýma pende jurúgui. Joel 1:1–5.</w:t>
      </w:r>
    </w:p>
    <w:p>
      <w:pPr>
        <w:pStyle w:val="ArticleBody"/>
        <w:jc w:val="left"/>
      </w:pPr>
      <w:r>
        <w:rPr>
          <w:rFonts w:ascii="Times New Roman" w:hAnsi="Times New Roman" w:eastAsia="Times New Roman" w:cs="Times New Roman"/>
        </w:rPr>
        <w:t>Umi edificio tuichavéva táva Nueva York-pe hoʼárõ rire, ojekuaa pe ama pyahu upéi oñepyrũ hague “omyhi”, ha pe ñorairõ Habacuc kapítulo mokõipegua, oñekumpli vaʼekue historia Millerita-pe, peteĩ jey jevy oñepyrũ hague. Pe ñorairõ rehegua vaʼekue pe metodología profética añetévare.</w:t>
      </w:r>
    </w:p>
    <w:p>
      <w:pPr>
        <w:pStyle w:val="ArticleScripture"/>
        <w:jc w:val="left"/>
      </w:pPr>
      <w:r>
        <w:rPr>
          <w:rFonts w:ascii="Times New Roman" w:hAnsi="Times New Roman" w:eastAsia="Times New Roman" w:cs="Times New Roman"/>
        </w:rPr>
        <w:t>Añemo’ãta che ñangarekoha ári, ha amoĩta chejehe tórre ári, ha ama’ẽta ahecha hag̃ua mba’épa he’íta chéve, ha mba’épa ha’éta ajevy hag̃ua oñembojovakéramo che rehe. Ha Ñandejára ombohovái chéve, ha he’i: Ehai pe visión, ha emboporu porã itablakuérape, ikatu hag̃uáicha odipara pe omoñe’ẽva. Péva visión gueteri peteĩ ára ojehechaukámava hag̃ua; ha ipahápe oñe’ẽta, ha ndijapumo’ãi: imbeguéramo jepe, eha’arõ chupe; añetehápe oúta, ndahi’aréi mo’ãi. Péina ápe, pe iñangekói oñembotuicháva ndohupytýi tekojoja ipype; pe hekojojáva katu oikovéta ijerovia rupi. Ha avei, vino rupi oñemomombyrýgui, ha’e peteĩ kuimba’e oñemomba’eguasúva, ndopytái hógape; ombotuicha ijuruja hag̃ua añaretãicha, ha ojogua manope, ha ndohorypái araka’eve; ombyaty hag̃ua hag̃ua ichupe opa tetãnguéra, ha ombojo’a hag̃ua ichupe opa tavayguakuéra. Habacuc 2:1–5.</w:t>
      </w:r>
    </w:p>
    <w:p>
      <w:pPr>
        <w:pStyle w:val="ArticleBody"/>
        <w:jc w:val="left"/>
      </w:pPr>
      <w:r>
        <w:rPr>
          <w:rFonts w:ascii="Times New Roman" w:hAnsi="Times New Roman" w:eastAsia="Times New Roman" w:cs="Times New Roman"/>
        </w:rPr>
        <w:t>Pe prueba oĩva Habacuc mokõi-pe ohechauka hag̃ua pe prueba ohasátava pe movimiento umi cien cuarenta y cuatro mil rehegua, oñepyrũva’ekue pe ángel mbarete Apocalipsis capítulo dieciocho pegua oguejy ramo guare 11 jasyporundy 2001-pe. Upérõ oñepyrũ peteĩ controversia umi oĩva Adventismo pyendakuéra ári, ojehechaukáva pe carta pionera 1843-pe, ha umi Habacuc-pe “vino rupive” opyrũva’ekue, ha’eva’ekue Joel pegua “ka’úguiakuéra” upéi “opáyva’ekue”, añónte hag̃ua oñekytĩ hag̃ua pe “vino pyahu” ijuru-gui.</w:t>
      </w:r>
    </w:p>
    <w:p>
      <w:pPr>
        <w:pStyle w:val="ArticleBody"/>
        <w:jc w:val="left"/>
      </w:pPr>
      <w:r>
        <w:rPr>
          <w:rFonts w:ascii="Times New Roman" w:hAnsi="Times New Roman" w:eastAsia="Times New Roman" w:cs="Times New Roman"/>
        </w:rPr>
        <w:t>Pe ñe’ẽ hebreo “reproved” versíkulo peteĩhápe he’ise “oñemongeta hese”. Pe argumento oñeme’ẽva’ekue umi centinela Millerita-pe ojehechauka kuri pe ta’anga pionéro 1843 rehegua ári, oñembosako’íva’ekue mayo ary 1842-pe ko’ã versíkulo ñekumplimientorã. Peteĩ aty oikovéva ijerovia rupive oĩkuri ñorairõme pe marandu profétiko añetegua ko período-pe guarã rehe, ambue aty ndive, opekava’ekue víno rupive. Umíva hína Joel ka’úre he’íva, opáyva ohechakuaa hag̃ua pe víno, doctrina símbolo, ojepe’a hague ijurúgui. Ha’e kuéra hína Isaías ka’úre Efraín gua, oguerekóva Jerusalén poguýpe ha ndaikatúiva ontende pe kuatiañe’ẽ oñembotyva’ekue.</w:t>
      </w:r>
    </w:p>
    <w:p>
      <w:pPr>
        <w:pStyle w:val="ArticleScripture"/>
        <w:jc w:val="left"/>
      </w:pPr>
      <w:r>
        <w:rPr>
          <w:rFonts w:ascii="Times New Roman" w:hAnsi="Times New Roman" w:eastAsia="Times New Roman" w:cs="Times New Roman"/>
        </w:rPr>
        <w:t>Aikóne pe jehecháva rekojerovia mboyvépe, Efraín ka’u reheguápe, iporãiteha omimbíva yvoty ipirúmavaicha, oĩva umi ñu ikyráva akã ári, umi víno ombotavyva’ekuépe! Péina, Ñandejára oguereko peteĩ imbarete ha mbaretéva, ha’e peteĩ amandáu yvytu atã ha peteĩ ama vai ohundívaicha, y guasu mbarete osyryry ha ojaho’ipávicha, omombo yvýre ipo rupive. Upe akãjegua rekojerovia rehegua, Efraín ka’u reheguáva, oñembohasáta py guýpe.... Pepyta ha peñemondýi; pesapukái ha pesapukái: oka’u hikuái, ha katu ndaha’éi víno rehe; opyta joavy hikuái, ha katu ndaha’éi kaguy mbaretéva rehe.... Upévare pehendúke Ñandejára ñe’ẽ, peẽ kuimba’e ñembohoryháva, peẽ pejapóva poguýpe ko tavayguakuéra oĩva Jerusalénpe. Ñandejára niko oñohẽ pende ári peteĩ kerayvoty pypuku espíritu, ha omboty pene resa: maranduhára kuéra ha pende ruvicha kuéra, umi techapyrãhára, ha’e omo’ã va’ekue. Ha opa visión oiko peẽme guarã peteĩ kuatiañe’ẽ oñembotýva ñe’ẽicha, ome’ẽva peteĩ oikuaáva pe omoñe’ẽ hag̃ua, he’ívo: “Emoñe’ẽna kóva, ajerure ndéve”; ha ha’e he’i: “Ndaikatúi, oñemboty rupi”; ha upe kuatiañe’ẽ oñeme’ẽ pe ndoikuaáivape, he’ívo: “Emoñe’ẽna kóva, ajerure ndéve”; ha ha’e he’i: “Che ndaikuaái amoñe’ẽ.” Isaías 28:1–3, 14; 29:9–12.</w:t>
      </w:r>
    </w:p>
    <w:p>
      <w:pPr>
        <w:pStyle w:val="ArticleBody"/>
        <w:jc w:val="left"/>
      </w:pPr>
      <w:r>
        <w:rPr>
          <w:rFonts w:ascii="Times New Roman" w:hAnsi="Times New Roman" w:eastAsia="Times New Roman" w:cs="Times New Roman"/>
        </w:rPr>
        <w:t>Habacuc ñemoĩva Efraín ka’uva kuéra ha umi oguata vaʼekue jeroviápe Tupã ñeʼẽ maranduhára rehegua rupive oñemombeʼu hesakã hag̃uáicha peteĩ ñeʼẽjováiha mbaʼéichapa ojeiporu hekoitépe térã hekopeʼỹ Isaías testimóniope; Isaías niko omombeʼu pe “línea sobre línea” rapeha voi pe omoñepysãnga umi ka’uva kuérape ha omoinge chupekuéra peteĩ ñembojoaju ñemanóndi.</w:t>
      </w:r>
    </w:p>
    <w:p>
      <w:pPr>
        <w:pStyle w:val="ArticleScripture"/>
        <w:jc w:val="left"/>
      </w:pPr>
      <w:r>
        <w:rPr>
          <w:rFonts w:ascii="Times New Roman" w:hAnsi="Times New Roman" w:eastAsia="Times New Roman" w:cs="Times New Roman"/>
        </w:rPr>
        <w:t>Ha’e kuéra avei ojavy víno rupi, ha káña mbarete rupi ojei tape porãgui; pa’i ha proféta ojavy káña mbarete rupi, víno omokõmba chupekuéra, ha káña mbarete rupi ojei tape porãgui; ojavy visión-pe, ha oñepysanga juicio-pe. Opavave mesa henyhẽ vómito ha ky’a rehe, ha ndaipóri peteĩ hendápe jepe ipotĩva. Máva piko ombo’éta arandu? ha mávape piko omoikũmbyta doctrina? Umi ojepe’ávape kamby-gui, ha oñemboguejývape pyti’a-gui. Mbo’e porã niko va’erã mbo’e porã ári, mbo’e porã ári mbo’e porã; línea línea ári, línea línea ári; ko’ápe michĩmi, ha upépe michĩmi: pendeapo pytuhẽ’ỹvape ha ñe’ẽ ambuépe oñe’ẽta ko tetãme. Upe kuérape he’i va’ekue: Kóva hína pytu’u, peme’ẽ haguã pytu’u kane’õvape; ha kóva hína piro’y: upéicharõ jepe ndohendusevéi hikuái. Upévare Jehová ñe’ẽ ou chupekuéra mbo’e porã ári mbo’e porã, mbo’e porã ári mbo’e porã; línea línea ári, línea línea ári; ko’ápe michĩmi, ha upépe michĩmi; ikatu hag̃uáicha oho, ha ho’a hapykuépe, ha oñembyai, ha ojejura, ha ojepyty. Upévare pehendúke Jehová ñe’ẽ, peẽ kuimba’e ñembohoryhára, peisãmbyhýva ko tavayguakuéra oĩva Jerusalén-pe. Pende eregui: Ore rojapo peteĩ ñe’ẽme’ẽ mano ndive, ha añaretã ndive roime ñe’ẽme’ẽme; ohasávo ñanembyasyha guasu osyryryva, ndohasamo’ãi ore ári: japoguapygui japu rehe ore ñemo’ãrã, ha japu guýpe roñomi orejehe. Isaías 28:7–15.</w:t>
      </w:r>
    </w:p>
    <w:p>
      <w:pPr>
        <w:pStyle w:val="ArticleBody"/>
        <w:jc w:val="left"/>
      </w:pPr>
      <w:r>
        <w:rPr>
          <w:rFonts w:ascii="Times New Roman" w:hAnsi="Times New Roman" w:eastAsia="Times New Roman" w:cs="Times New Roman"/>
        </w:rPr>
        <w:t>Upéi Isaías ohechauka mba’épa Tupã omoĩkuri Habacuc controversia-pe, oguerútava juicio umi oka’úva ári; ha upéva vaʼekue pe ita pyenda, umi “siete tiempo” Levítico veintiséis-pe, ha upéva vaʼekue pe profecía peteĩha tiempo rehegua, Gabriel ha umi ánhel kuéra ogueraha hag̃ua William Miller-pe oikũmby hag̃ua.</w:t>
      </w:r>
    </w:p>
    <w:p>
      <w:pPr>
        <w:pStyle w:val="ArticleScripture"/>
        <w:jc w:val="left"/>
      </w:pPr>
      <w:r>
        <w:rPr>
          <w:rFonts w:ascii="Times New Roman" w:hAnsi="Times New Roman" w:eastAsia="Times New Roman" w:cs="Times New Roman"/>
        </w:rPr>
        <w:t>Upévare péicha he'i Ñandejára Tupã: Péina, amoĩ Siónpe peteĩ ita pyenda-rã, peteĩ ita ojehechaporãmava, peteĩ ita esquina pegua hepyetéva, peteĩ pyenda atãva; pe ogueroviáva ndopyta mo’ãi oñemyangekópe. Huísio avei amoĩta línia ramo, ha tekojoja plomada ramo; ha amandáu ohundi jeýta japu ñemo’ãha, ha y osyryrymbáva ojaho’íta kañyha. Ha pene ñe’ẽme’ẽ mano ndive oñemboyke jeýta, ha pene ñe’ẽ peteĩme’ẽ añaretã ndive ndopytamo’ãi; pe kastígo osyryrymbáva ohasávo, upérõ peẽ pejejapiráta hese. Isaías 28:16–18.</w:t>
      </w:r>
    </w:p>
    <w:p>
      <w:pPr>
        <w:pStyle w:val="ArticleBody"/>
        <w:jc w:val="left"/>
      </w:pPr>
      <w:r>
        <w:rPr>
          <w:rFonts w:ascii="Times New Roman" w:hAnsi="Times New Roman" w:eastAsia="Times New Roman" w:cs="Times New Roman"/>
        </w:rPr>
        <w:t>Mbykymi rire Ñandejára ogueru jey rire Itavayguakuérape tape yma guarépe, oñepyrũvo 11 jasyporundy ary 2001-pe, oĩkuri peteĩ aty oikéva’ekue pe movimiento-pe, ha’ekuéra ohechakuaa hag̃ua Joel rembiapópe umi irundy mymba’i ohechauka Islam-pe, mbohapyha ñembyasy rehegua. Pe metodología “line upon line” oñemboty’ỹrõ guare Tupã tavayguakuérape upe generación pahápe, ojekuaa peteĩ regla profética iñimportánteva. Upe regla ha’e pe profecía jeporu mbohapy jey, ha pe aty ohechakuaáva Joel rembiapópe umi irundy generación ohechauka Islam-pe mbohapyha ñembyasy rehegua, ojavykuri oiporúvo pe regla profecía jeporu mbohapy jey rehegua omoĩ hag̃ua porã hag̃ua iñembojoaju vai.</w:t>
      </w:r>
    </w:p>
    <w:p>
      <w:pPr>
        <w:pStyle w:val="ArticleBody"/>
        <w:jc w:val="left"/>
      </w:pPr>
      <w:r>
        <w:rPr>
          <w:rFonts w:ascii="Times New Roman" w:hAnsi="Times New Roman" w:eastAsia="Times New Roman" w:cs="Times New Roman"/>
        </w:rPr>
        <w:t>Upéi, ary 2014 ary pe, ojeheja hag̃ua Satanás oike ko movimiento-pe pe agenda homosexual “woke” reheve, ouva’ekue Gran Bretaña ha Australia-gui, omopyendáva iñorairõ peteĩ interpretación japu rehe oñe’ẽva tembiasakue rehe ojehechaukáva Daniel capítulo once, versículo peteĩ guive quince peve. Umi mburuvicha omokyre’ỹva homosexualismo, oike ñemimby hag̃uáicha ha oityva’ekue ko movimiento, ipahápe he’i Adventismo ojerureva’erãha disculpa papa de Roma-pe, ndaje ojapo haguére acusación japu anticristo rehe, ha’éva papa de Roma. Ko ñorairõ rembipota va’ekue hína ojuka hag̃ua pe movimiento, ha tenonderãite omoheñói hag̃ua confusión upe pasaje-pe voi (Daniel 11:1–15), moõ “nde pueblo mondahakuéra” ojehechakuaa.</w:t>
      </w:r>
    </w:p>
    <w:p>
      <w:pPr>
        <w:pStyle w:val="ArticleBody"/>
        <w:jc w:val="left"/>
      </w:pPr>
      <w:r>
        <w:rPr>
          <w:rFonts w:ascii="Times New Roman" w:hAnsi="Times New Roman" w:eastAsia="Times New Roman" w:cs="Times New Roman"/>
        </w:rPr>
        <w:t>Koʼã opaite ñorairõ ñemimoʼãrã haʼe vaʼekue peteĩ ñehaʼã Satanás-gui ombyavy hag̃ua Roma papal rembiapu taʼãngachaukarã. Ndaipóri mbaʼeve pyahu kuarahy guýpe, heʼiháicha pe kuimbaʼe iñaranduvéva oikovaʼekue arapy ári. Ko árape, pe ñorairõ jey oñemopyenda Roma jehechakuaáre, oñetaʼãngachaukáva “nde retãyguakuéra mondahakuéra” ramo. Pe interpretación pyahu ha ñemigua heʼi “nde retãyguakuéra mondahakuéra” haʼeha Estados Unidos, ha upéicha ojapóvo hikuái, hesakã porã ndoikuaáiha kóva hína pe ñorairõ peteĩchaitéva pe ñorairõ tenondeguaite oikovaʼekue Milleritakuéra ha Protestánte kuéra apytépe, ha avei pe ñeʼẽ ymaguare ojeʼeha siglo XVI-hápe oikovaʼekuehaihára John Heywood rehe, heʼíva: “Ndaipóri avave oñesẽvéva ysatĩgui umi ndohechaséivagui.” Ambue iñambue michĩva iñeʼẽme haʼe: “Ndaipóri avave oñesẽvéva apysatĩgui umi nohenduséivagui.” Hetavéva ikatu hag̃uáicha ndoikuaái ko ñeʼẽ oñeatribuiha Heywood-pe, ha ni ndoikuaái pe ñeʼẽ Heywood-gua ouhague Biblia pehẽnguéguinte, umi ojejuhúva Jeremías-pe, Isaías-pe, ha Jesús omombeʼúva Nuevo Testamento-pe.</w:t>
      </w:r>
    </w:p>
    <w:p>
      <w:pPr>
        <w:pStyle w:val="ArticleScripture"/>
        <w:jc w:val="left"/>
      </w:pPr>
      <w:r>
        <w:rPr>
          <w:rFonts w:ascii="Times New Roman" w:hAnsi="Times New Roman" w:eastAsia="Times New Roman" w:cs="Times New Roman"/>
        </w:rPr>
        <w:t>Pehendúke koʼág̃a kóva, pe tetãgua tavy ha ndaikatúiva oikũmby; orekóva tesa ha ndohecháiva; orekóva apysa ha nohendúiva. Jeremías 5:21.</w:t>
      </w:r>
    </w:p>
    <w:p>
      <w:pPr>
        <w:pStyle w:val="ArticleBody"/>
        <w:jc w:val="left"/>
      </w:pPr>
      <w:r>
        <w:rPr>
          <w:rFonts w:ascii="Times New Roman" w:hAnsi="Times New Roman" w:eastAsia="Times New Roman" w:cs="Times New Roman"/>
        </w:rPr>
        <w:t>Ha’e Daniel-pegua “aña” ha Mateo-pegua “virhén itavýva” kuéra ndoikuaái pe “arandu jehepyme’ẽve”. Pe arandu jehepyme’ẽve ojehechakuaa va’ekue ary 1989-pe, tenonderãite, ha’e va’ekue pe ñemomba’e porãha Daniel kapítulo once-pegua mbohapy mokõi versíkulo pahague ohechauka pe papado pu’aka paha ojupiha ha ho’aha, térã che ambohérakuri haguéicha, Roma Moderna. Umi versíkulo ohechauka Estados Unidos-pe, ha katu Estados Unidos rembiapo joaju añónte pe pu’aka papal ndive. Umi “aña” ha “itavýva” oñembojoja mboyve umi “arandúva” rehe, ha umi arandúva ára pahápe oikuaa añete pe arandu jehepyme’ẽve oúva ary 1989-pe. Umi itavýva ha’e umi hesa va’ekue, ha ndohechái, ha ijapysa ha nohendúi.</w:t>
      </w:r>
    </w:p>
    <w:p>
      <w:pPr>
        <w:pStyle w:val="ArticleScripture"/>
        <w:jc w:val="left"/>
      </w:pPr>
      <w:r>
        <w:rPr>
          <w:rFonts w:ascii="Times New Roman" w:hAnsi="Times New Roman" w:eastAsia="Times New Roman" w:cs="Times New Roman"/>
        </w:rPr>
        <w:t>Avei ahendu avei Ñandejára ñe'ẽ he'íva: Mávapepa amondóta, ha mávapa oho va'erã oréve g̃uarã? Upérõ ha'e che: Kóina aime; chemondóna. Ha ha'e he'i: Tereho, ha ere ko tetãme: Pehendu añetehápe, ha ani peikũmby; ha pema'ẽ añetehápe, ha ani pehechakuaa. Emohatã ko tetã py'a, embopy'a guasu iapytekuéra, ha emboty hesakuéra; ani hag̃uáicha ohecha hesa rupive, ha ohendu ijapysa rupive, ha oikũmby ipy'ápe, ha oñekonverti, ha okuera. Isaías 6:8–10.</w:t>
      </w:r>
    </w:p>
    <w:p>
      <w:pPr>
        <w:pStyle w:val="ArticleBody"/>
        <w:jc w:val="left"/>
      </w:pPr>
      <w:r>
        <w:rPr>
          <w:rFonts w:ascii="Times New Roman" w:hAnsi="Times New Roman" w:eastAsia="Times New Roman" w:cs="Times New Roman"/>
        </w:rPr>
        <w:t>Umi oñeñe’ẽhína Isaías capítulo seis-pe ha’e umi he’íva oĩha pe marandu “añetegua ko’ág̃agua” ryepýpe, og̃uahẽva’ekue 11 jasyporundy 2001-pe, Isaías seis ningo omohu’ã pe pasáhe oikohague ramo “yvy henyhẽ Ñandejára mimbipápe”. Yvy oñemyesakã Ñandejára mimbipápe ángel Apocalipsis dieciocho-pegua oguejy jave, umi óga guasu Nueva York táva peguakuéra oñembotykái ramo peteĩ pokóre Ñandejáragui.</w:t>
      </w:r>
    </w:p>
    <w:p>
      <w:pPr>
        <w:pStyle w:val="ArticleScripture"/>
        <w:jc w:val="left"/>
      </w:pPr>
      <w:r>
        <w:rPr>
          <w:rFonts w:ascii="Times New Roman" w:hAnsi="Times New Roman" w:eastAsia="Times New Roman" w:cs="Times New Roman"/>
        </w:rPr>
        <w:t>Mburu ojejukárõ guare mburuvicha guasu Uzías, ahecha avei pe Ñandejára oguapyha peteĩ tróno ári, yvate ha oñemopu’ãmbyre; ha ijao puku omyenyhẽ pe tupão. Hi’ári oĩ va’ekue umi serafín; peteĩteĩ oguereko seis pepo; mokõi reheve ojaho’i hova, mokõi reheve ojaho’i ipy, ha mokõi reheve oveve. Ha peteĩ osapukái ambuépe ha he’i: Marangatu, marangatu, marangatu, hína Ñandejára de los ejércitos; ko yvy tuichakue henyhẽ hína iglóriagui. Ha umi okẽ rokẽ yta oñemýi pe osapukáiva ñe’ẽ rupi, ha pe óga henyhẽ tatatĩgui. Isaías 6:1–4.</w:t>
      </w:r>
    </w:p>
    <w:p>
      <w:pPr>
        <w:pStyle w:val="ArticleBody"/>
        <w:jc w:val="left"/>
      </w:pPr>
      <w:r>
        <w:rPr>
          <w:rFonts w:ascii="Times New Roman" w:hAnsi="Times New Roman" w:eastAsia="Times New Roman" w:cs="Times New Roman"/>
        </w:rPr>
        <w:t>Hermana White ombojoaju pe ánhel marandu momarandúva rehe upe mba’e ohechaukáva araka’épa pe ánhel Apocalipsis kapítulo dieciochopegua omyenyhẽ yvy tuichakue heko mimbipápe.</w:t>
      </w:r>
    </w:p>
    <w:p>
      <w:pPr>
        <w:pStyle w:val="ArticleScripture"/>
        <w:jc w:val="left"/>
      </w:pPr>
      <w:r>
        <w:rPr>
          <w:rFonts w:ascii="Times New Roman" w:hAnsi="Times New Roman" w:eastAsia="Times New Roman" w:cs="Times New Roman"/>
        </w:rPr>
        <w:t>“Oimérõ Tupã omondotárõ guare Isaíaspe peteĩ marandu reheve Ipuéblope, tenonderã ohejámi profétape oma’ẽ hag̃ua visiónpe pe tupaópe pe tenda marangatúvévape, pe Santísimope. Pya’e pe okẽ ha pe ao ryepýpe oĩva templogua ojupi hag̃uáicha térã oñemboguejy hag̃uáicha ojehecha, ha ojehejágui chupe oma’ẽ hag̃ua hyepýpe, pe tenda marangatúvévape, upépe ni pe proféta py ndaikatúi oike. Upérõ ojechauka henondépe peteĩ visión Jehová oguapyha peteĩ guapyhápe yvate ha oñembotuicháva, ha Iñemimbipa jegua omyenyhẽ pe templo. Pe guapyha jerére oĩ serafín kuéra, ñangarekoháicha pe Mburuvicha Guasu rehe, ha ha’ekuéra omimbipa jey pe gloria ijerére oĩva. Ipurahéi ñemomba’eguasu osẽ jave pypuku hag̃uáicha ñemomorãme, pe okẽ yvykua yta ñemopyendaha oryrýi, ku yvyryrýi guasúicha omokyre’ỹva. Ha umi ánhel kuéra, tembe ijurupyre angaipágui marã’ỹva reheve, osẽ omoherakuãvo Tupã ñemomba’eguasu. ‘Marangatu, marangatu, marangatu, pe Ñandejára de los ejércitos,’ he’i hikuái; ‘opaite yvy henyhẽ Iglóriagui.’ [Ehecha Isaías 6:1–8.]</w:t>
      </w:r>
    </w:p>
    <w:p>
      <w:pPr>
        <w:pStyle w:val="ArticleScripture"/>
        <w:jc w:val="left"/>
      </w:pPr>
      <w:r>
        <w:rPr>
          <w:rFonts w:ascii="Times New Roman" w:hAnsi="Times New Roman" w:eastAsia="Times New Roman" w:cs="Times New Roman"/>
        </w:rPr>
        <w:t>“Umi serafín oĩva tróno jerére henyhẽiterei kyhyje marangatu reheve oma’ẽvo Tupã mimbipa rehe, upévare ni peteĩ sapy’ami nohechái ijehekuéra ñemomba’eguasúpe. Iñemomba’eguasu ha’e pe Ñandejára de los ejércitos peguarã. Oma’ẽvo tenonderãme, opa yvy henyhẽmbotátarõ guive Hembipe rehe, pe purahéi ñepyrũ porã oñembohéra jey peteĩgui ambuépe peteĩ ñe’ẽjoja porãme: ‘Santo, santo, santo, ha’e pe Ñandejára de los ejércitos.’” Gospel Workers, 21.</w:t>
      </w:r>
    </w:p>
    <w:p>
      <w:pPr>
        <w:pStyle w:val="ArticleBody"/>
        <w:jc w:val="left"/>
      </w:pPr>
      <w:r>
        <w:rPr>
          <w:rFonts w:ascii="Times New Roman" w:hAnsi="Times New Roman" w:eastAsia="Times New Roman" w:cs="Times New Roman"/>
        </w:rPr>
        <w:t>Isaías, omboherakuévo Ñandejára retãyguápe pe tiémpope oñembotyhague, oñepyrũva’ekue 11 jasyporundy 2001-pe, oñeme’ẽ chupe peteĩ marandu ogueraha hag̃ua peteĩ tetãygua orekóvape tesa, ha katu ndoiporavóiva ohecha hag̃ua, ha apysa, ha katu ndoiporavóiva ohendu hag̃ua. Jesús, Alfa ha Omega ramo, ohechauka ñembotýha paha peteĩ sua kuarahy irundy ha irundy mil rehegua iñepyrũ ndive. Ipahápe oĩta jey peteĩ marandu rerahaha Isaías rehe ojoguáva, ogueraháva peteĩ marandu peteĩ tetãyguápe oiporavóva ndohechái ha nohendúi hag̃ua. Upe marandu oguerúta pe ñemopotĩ paha pe sua kuarahy irundy ha irundy mil rehegua. Pe marandu hína añetegua ñe’ẽnguéra, oguerúva Ñandejára marandupy maranduhápe guive. Upe marandupy maranduhápe hína pe “visión”, oñemopyendáva pokatu ojehechauka hag̃ua “nde retãyguakuéra mondaha kuéra” ramo.</w:t>
      </w:r>
    </w:p>
    <w:p>
      <w:pPr>
        <w:pStyle w:val="ArticleBody"/>
        <w:jc w:val="left"/>
      </w:pPr>
      <w:r>
        <w:rPr>
          <w:rFonts w:ascii="Times New Roman" w:hAnsi="Times New Roman" w:eastAsia="Times New Roman" w:cs="Times New Roman"/>
        </w:rPr>
        <w:t>Pe artíkulo oúvape jaguata peteĩteĩ ko’ã ñorairõme’ẽ ha ñamoĩta ojuehe ári, peteĩ línea ári ambue líneaicha. Pe línea Millerita, pe línea Smith ha White rehegua, pe línea “diario” rehegua, pe línea “norte ruvicha guasu” rehegua ary 1989-pe, pe línea Joel remimbokua rehegua ha pe ñorairõme’ẽ ko’ág̃agua. Poteĩ ñorairõme’ẽ yma guare, ha ojehecháramo línea ári líneaicha, hesakã porã oipytyvõha pe añetegua pe ñorairõme’ẽ peteĩha rehegua, ojehechaukáva pe cuadro pionero 1843 guápe. Upéva hína pe añetegua: Roma ha’eha “nde retãygua mondaha kuéra”, ombotuicháva ijehe, ha ho’áva, ha omopyendáva pe visión.</w:t>
      </w:r>
    </w:p>
    <w:p>
      <w:pPr>
        <w:pStyle w:val="ArticleScripture"/>
        <w:jc w:val="left"/>
      </w:pPr>
      <w:r>
        <w:rPr>
          <w:rFonts w:ascii="Times New Roman" w:hAnsi="Times New Roman" w:eastAsia="Times New Roman" w:cs="Times New Roman"/>
        </w:rPr>
        <w:t>“Ahecha 1843-pegua kuatiahaipyre ojejapo hague Ñandejára po rupive, ha ndovaiha oñemoambue; umi papapy oĩhague Haʼe oipotaháicha; Ipo oĩhague hiʼári ha omoñemi peteĩ jejavy umi papapy apytépe, avave ndohechakuaái hag̃uáicha, pe Ipo ojeipeʼa meve.” Early Writings, 74.</w:t>
      </w:r>
    </w:p>
    <w:p>
      <w:pPr>
        <w:pStyle w:val="ArticleBody"/>
        <w:jc w:val="left"/>
      </w:pPr>
      <w:r>
        <w:rPr>
          <w:rFonts w:ascii="Times New Roman" w:hAnsi="Times New Roman" w:eastAsia="Times New Roman" w:cs="Times New Roman"/>
        </w:rPr>
        <w:t>Pe rejecha hag̃ua umi añetegua oĩva upe kuatiarogue ári ha’e peteĩchaite rejecha hag̃ua Espíritu de Profecía autorida, ha upe kuatiarogue ohechauka porãha Roma, ndaha’éi Estados Unidos,ha omoĩva “la visión”, ha upéva hína pe visión Salomón ñanembo’éva, upéva’ỹre “la visión”, Tupã tavayguakuéra oñehundíta.</w:t>
      </w:r>
    </w:p>
    <w:p>
      <w:pPr>
        <w:pStyle w:val="ArticleScripture"/>
        <w:jc w:val="left"/>
      </w:pPr>
      <w:r>
        <w:rPr>
          <w:rFonts w:ascii="Times New Roman" w:hAnsi="Times New Roman" w:eastAsia="Times New Roman" w:cs="Times New Roman"/>
        </w:rPr>
        <w:t>“Satana hína... opa rupi omoinge meme mba’e japu hag̃ua—oguerojeroky hag̃ua pe añeteguá-gui. Pe ñembotavy pahagueite Satana ojapótava ha’éta omboyke hag̃ua mba’eve’ỹramo Tupã Espíritu testimonio. ‘Ndaipórihápe visión, upépe tavayguakuéra oñehundi’ (Proverbios 29:18). Satana omba’apóta arandu vai reheve, opaichagua tape rupi ha opaichagua tembiporu rupive, omokangy hag̃ua jerovia Tupã remanénte tavaygua rehegua orekóva pe testimonio añeteguáre.”</w:t>
      </w:r>
    </w:p>
    <w:p>
      <w:pPr>
        <w:pStyle w:val="ArticleScripture"/>
        <w:jc w:val="left"/>
      </w:pPr>
      <w:r>
        <w:rPr>
          <w:rFonts w:ascii="Times New Roman" w:hAnsi="Times New Roman" w:eastAsia="Times New Roman" w:cs="Times New Roman"/>
        </w:rPr>
        <w:t>“Oñembopochýta hag̃ua peteĩ ñemotĩ Testimonios rehe, ha upéva ha’éta satánico. Satanás rembiapo ha’éta omokangy hag̃ua umi iglesia-kuéra jerovia hesekuéra, ko mba’ére: Satanás ndaikatúi oguereko tape hesakã porã hag̃uáicha omoinge hag̃ua hembotavykuaa ha ombojokua hag̃ua umi ánga ijejavykuaa-pe, noñehendúiramo’ỹre umi ñe’ẽmondo, umi jepy’apy ha umi consejo Espíritu Santo-gua.” Selected Messages, libro 1, 48.</w:t>
      </w:r>
    </w:p>
    <w:p>
      <w:pPr>
        <w:pStyle w:val="ArticleScripture"/>
        <w:jc w:val="left"/>
      </w:pPr>
      <w:r>
        <w:rPr>
          <w:rFonts w:ascii="Times New Roman" w:hAnsi="Times New Roman" w:eastAsia="Times New Roman" w:cs="Times New Roman"/>
        </w:rPr>
        <w:t>“Pe Ohecháva umi mba’e ojehechávagui, omoñe’ẽva opa yvypóra korasõ, he’i umi oguerekóvagui tuicha tesape: ‘Noñembyasyri ha ndopytairĩri hikuái iñemoĩporã’ỹ rehe tekoporãme ha espiritualitépe.’ Añetehápe, ha’ekuéra oiporavo hekove rape kuéra voi, ha iñángapy oguerovy’a hembiapo vaiete. Che avei aiporavóta iñembotavyha kuéra, ha amoĩta hi’ári umi mba’e okyhyjéva hikuái; pórke ahenói ramo jepe, avave norrespondéi; añe’ẽ ramo, nohendúi; síno ojapo ivaíva che resa renondépe, ha oiporavo upe che ndacherovy’áiva.” “Tupã omondóta hi’árikuéra mbotavy mbarete, oguerovia hag̃ua peteĩ japu,” pórke “ndorohayhúi pe añetegua, ikatu hag̃uáicha ojesalva,” “ha oguerovy’a tekojoja’ỹme.” Isaías 66:3, 4; 2 Tesalonicenses 2:11, 10, 12.</w:t>
      </w:r>
    </w:p>
    <w:p>
      <w:pPr>
        <w:pStyle w:val="ArticleScripture"/>
        <w:jc w:val="left"/>
      </w:pPr>
      <w:r>
        <w:rPr>
          <w:rFonts w:ascii="Times New Roman" w:hAnsi="Times New Roman" w:eastAsia="Times New Roman" w:cs="Times New Roman"/>
        </w:rPr>
        <w:t>“Pe Mbo’ehára yvagagua oporandu: ‘Mba’e jejavy mbotavýva ikatúta ombotavyve akãgui ko ñembotavygui peimo’ãva pehupytyha pe pyenda porãre ha Tupã omoneĩha pene rembiapo, ha añetépe pehapo heta mba’e ko yvy arigua politika rehehápe ha peñangaipa Jehová rovake? ¡Ah, tuichaiterei ningo pe ñembotavy, peteĩ jejavy porãiterei opoko ha ojagarráva akãnguére, kuimba’ekuéra yma oikuaava’ekue pe añetegua, ojavy jave pe Tupã rerovia rehegua peteĩ ta’ãnga añoite oimo’ãvo pe espíritu ha ipokatuha; ha oimo’ã jave hikuái imba’ereta ha oñembohetave hague heta mba’épe ha ndoikotevẽiha mba’eve rehe, ha añetépe katu oikotevẽ opa mba’e rehe.’” Testimonies, volúmen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Róma Omopyenda pe Jehecha — Papapy Irundyha</dc:title>
  <dc:subject>Ñamoingove jevy hag̃ua umi kontroversia yma guaréva: Ñorairõ maranduhára ñehesa’ỹijo rehegua Adventismo-pe</dc:subject>
  <dc:creator>Jeff Pippenger</dc:creator>
  <cp:keywords/>
  <dc:description>Generated by ArticleDigger from modern_rome\04_modern_rome.json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