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omoĩmbyaty pe visión — Papapy Poteĩha’ẽ</w:t>
      </w:r>
    </w:p>
    <w:p>
      <w:pPr>
        <w:pStyle w:val="ArticleSubtitle"/>
        <w:jc w:val="left"/>
      </w:pPr>
      <w:r>
        <w:rPr>
          <w:rFonts w:ascii="Arial" w:hAnsi="Arial" w:eastAsia="Arial" w:cs="Arial"/>
        </w:rPr>
        <w:t>Uriah Smith ha James White joavy profétikapegua Adventista rembiasakuepe: Ñantende hag̃ua conflicto oĩva Daniel 11:36 rehe hag̃ua hag̃ua hag̃ua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Ñaime hína seis línea controversia profética rehegua ojehúva’ekue Adventismo rembiasakue ryepýpe 1798 guive ko árape peve.</w:t>
      </w:r>
    </w:p>
    <w:p>
      <w:pPr>
        <w:pStyle w:val="ArticleScripture"/>
        <w:jc w:val="left"/>
      </w:pPr>
      <w:r>
        <w:rPr>
          <w:rFonts w:ascii="Times New Roman" w:hAnsi="Times New Roman" w:eastAsia="Times New Roman" w:cs="Times New Roman"/>
        </w:rPr>
        <w:t>“Tem biasýpe ha profecíape Tupã Ñe’ẽ ohechauka pe joavy pukukue oĩva añetegua ha jejavy apytépe. Upe joavy gueteri oiko hína. Umi mba’e oikova’ekue, ojehu jeýta. Umi ñorairõ yma guare oñembopyahúta, ha arandukuaa pyahu opu’ã meme va’erã. Péro Tupã retãyguakuéra, ijeroviápe ha profesía ñembyajhúpe oguerekova’ekue peteĩ tembiapo pe marandu peteĩha, mokõiha ha mbohapyha ánhel remimombe’úpe, oikuaa moõpa oñembo’y. Ha’ekuéra oguereko peteĩ jehasa hague iporãvéva óro porãitégui. Ha’ekuéra oñembo’yva’erã mbaretépe itaicha, ojokóvo hatã ijerovia ñepyrũme guive pe paha peve.” Selected Messages, lívro 2, 109.</w:t>
      </w:r>
    </w:p>
    <w:p>
      <w:pPr>
        <w:pStyle w:val="ArticleBody"/>
        <w:jc w:val="left"/>
      </w:pPr>
      <w:r>
        <w:rPr>
          <w:rFonts w:ascii="Times New Roman" w:hAnsi="Times New Roman" w:eastAsia="Times New Roman" w:cs="Times New Roman"/>
        </w:rPr>
        <w:t>Pe artíkulo mboyvegua ohecha vaʼekue pe peteĩha ha pe pahague joavy pe mburuvicha románo rehegua, ha koʼág̃a jahecháta pe joavy oikovaʼekue Uriah Smith ha James White apytépe. Uriah Smith omoinge ivera hag̃ua ipropia “ñemyesakã ijeheguíva” pe versíkulo mbohapy pa ha poteĩme.</w:t>
      </w:r>
    </w:p>
    <w:p>
      <w:pPr>
        <w:pStyle w:val="ArticleScripture"/>
        <w:jc w:val="left"/>
      </w:pPr>
      <w:r>
        <w:rPr>
          <w:rFonts w:ascii="Times New Roman" w:hAnsi="Times New Roman" w:eastAsia="Times New Roman" w:cs="Times New Roman"/>
        </w:rPr>
        <w:t>“VERSÍKULO 36. Ha pe mburuvicha ojapóta oipotaháicha; ha oñemomba’eguasúta ijehe, ha ombotuicháta ijehe opaichagua tupã ári, ha oñe’ẽta mba’e hechapyrãva Tupã tupãnguéra Jára rehe; ha osẽporãta pe pochy oñembotýva peve; mba’érehepa upe oñemoĩmava ojejapóta.”</w:t>
      </w:r>
    </w:p>
    <w:p>
      <w:pPr>
        <w:pStyle w:val="ArticleScripture"/>
        <w:jc w:val="left"/>
      </w:pPr>
      <w:r>
        <w:rPr>
          <w:rFonts w:ascii="Times New Roman" w:hAnsi="Times New Roman" w:eastAsia="Times New Roman" w:cs="Times New Roman"/>
        </w:rPr>
        <w:t>“Pe mburuvicha ko’ápe oñemoingéva ndaikatúi he’ise pe mbarete peteĩchaite pe ipahápe oñeñe’ẽ vaʼekuéndi; hína, pe mbarete papal; peteĩteĩ umi mba’e oñemombe’úva ndohupytýi porãmo’ãiramo ojeporu hag̃ua upe mbarete rehe.” Uriah Smith, Daniel and the Revelation, 292.</w:t>
      </w:r>
    </w:p>
    <w:p>
      <w:pPr>
        <w:pStyle w:val="ArticleBody"/>
        <w:jc w:val="left"/>
      </w:pPr>
      <w:r>
        <w:rPr>
          <w:rFonts w:ascii="Times New Roman" w:hAnsi="Times New Roman" w:eastAsia="Times New Roman" w:cs="Times New Roman"/>
        </w:rPr>
        <w:t>Smith omone’ẽkuri pe mbarete oñe’ẽva pe versíkulo mboyveguápe ha’eha “Roma papal”, péro he’i pe versíkulo treinta y seis rembiapo rechaukaha ndaha’éiha techaukaha profétika ohechakuaa hag̃ua Roma papal. Upéva japu. Tekotevẽ ñanemandu’a, pe pu’aka’ỹme oikova’ekue ary 1863-pe, umi siete tiempo Levítico kapítulo veintiséis-pe oñemoĩ hague ykére, ha upévare oñemboyke pe representación umi siete tiempo rehegua mokõive Habacuc tabla-pe. Mokõive kuatia’atã 1843 ha 1850 gua ohechauka umi siete tiempo pe mbytépeite umi kuatia’atãgui, ha mokõivéva ta’anga omoĩ pe kurusu mbytépe pe línea umi siete tiempo rehegua. Araka’e pe tesape pyahu umi siete tiempo rehegua og̃uahẽkuri ary 1856-pe ha upéi oñemboyke, upéva ohechauka peteĩ ñemboyke Habacuc mokõi tabla rehe, ha avei pe Espíritu de Profecía autorida rehe, pe omombe’u porãitereíva mokõive kuatia’atã ojedirihi hague Tupã rupive.</w:t>
      </w:r>
    </w:p>
    <w:p>
      <w:pPr>
        <w:pStyle w:val="ArticleBody"/>
        <w:jc w:val="left"/>
      </w:pPr>
      <w:r>
        <w:rPr>
          <w:rFonts w:ascii="Times New Roman" w:hAnsi="Times New Roman" w:eastAsia="Times New Roman" w:cs="Times New Roman"/>
        </w:rPr>
        <w:t>Hermana White he’iháicha rire, Satanás rembiguái pytyvõ paha ha’e ojapo hag̃ua mba’eve’ỹrõ Tupã Espíritu testimonio; ha ko’ápe pe ñembotavy peteĩha ha’e va’ekue ojapo hag̃ua mba’eve’ỹrõ Tupã Espíritu testimonio, ha avei ohechauka peteĩ jeheja peteĩchaitepe guive umi añetegua ñepyrũrãva mokõi ta’ãngakuéra ári, ha iporãvévérõ ja’e, umi siete tiempos.</w:t>
      </w:r>
    </w:p>
    <w:p>
      <w:pPr>
        <w:pStyle w:val="ArticleBody"/>
        <w:jc w:val="left"/>
      </w:pPr>
      <w:r>
        <w:rPr>
          <w:rFonts w:ascii="Times New Roman" w:hAnsi="Times New Roman" w:eastAsia="Times New Roman" w:cs="Times New Roman"/>
        </w:rPr>
        <w:t>Pe ñepu’ã vai guasúpe ary 1863-pe, ndaha’éi avave ambuéva síno Uriah Smith voi ojapóva’ekue pe kuatia ta’ãngamýi japu 1863-gua, omboguévo pe línea umi siete tiempos rehegua. Ary 1863 peve, Uriah Smith ombotyma va’ekue hesa pe tesape umi siete tiempos rehegua, ha ndaikatúi ohecha oĩha mokõi “indignaciones” Daniel ohechauka va’ekue. Ko’ã mokõi indignación orrepresenta umi siete tiempos pe rréino yvate gotyo Israel rehe, ha pe rréino ñemby gotyo Judá rehe. Peteĩha umi diez tribu yvate gotyoguáre oñepyrũ 723 a.C.-pe ha opa 1798-pe, ha mokõiha oñepyrũ 677 a.C.-pe ha opa 1844-pe.</w:t>
      </w:r>
    </w:p>
    <w:p>
      <w:pPr>
        <w:pStyle w:val="ArticleBody"/>
        <w:jc w:val="left"/>
      </w:pPr>
      <w:r>
        <w:rPr>
          <w:rFonts w:ascii="Times New Roman" w:hAnsi="Times New Roman" w:eastAsia="Times New Roman" w:cs="Times New Roman"/>
        </w:rPr>
        <w:t>Gabriel ou Daniel rendápe mokõiha ñe’ẽme’ẽme, kapítulo 8-pe, omyesakã hag̃ua marah visión, ha hembiapo rehegua joajúpe, ome’ẽ avei mokõiha testígo 1844 rehe. Daniel kapítulo 8-pe oñeñe’ẽva mokõi sua y trescientos ary opahu 1844-pe; ha upeichaite avei opahu pe pahague umi mokõi pochy apytégui, umi tetãnguéra yvategua ha yvy gotyogua rehe.</w:t>
      </w:r>
    </w:p>
    <w:p>
      <w:pPr>
        <w:pStyle w:val="ArticleScripture"/>
        <w:jc w:val="left"/>
      </w:pPr>
      <w:r>
        <w:rPr>
          <w:rFonts w:ascii="Times New Roman" w:hAnsi="Times New Roman" w:eastAsia="Times New Roman" w:cs="Times New Roman"/>
        </w:rPr>
        <w:t>Ha he’i: Péina, aikuaaukáta ndéve mba’épa oikótava pe pochy pahaitepe; pe ára oñemoĩmava guive, pe paha og̃uahẽta. Daniel 8:19.</w:t>
      </w:r>
    </w:p>
    <w:p>
      <w:pPr>
        <w:pStyle w:val="ArticleBody"/>
        <w:jc w:val="left"/>
      </w:pPr>
      <w:r>
        <w:rPr>
          <w:rFonts w:ascii="Times New Roman" w:hAnsi="Times New Roman" w:eastAsia="Times New Roman" w:cs="Times New Roman"/>
        </w:rPr>
        <w:t>Pe pahá opaha presupone peteĩ opa ypygua. Pe pahá mokõi pochy apytégui, ha’éva simplemente ambue ñe’ẽjoaju umi siete tiempos rehegua, opa kuri 1844-pe, ha pe peteĩha pochy opa kuri 1798-pe. Pe versíkulo Smith he’i va’ekue ndoguerekoiha mba’eveichagua especificación poder papal rehegua, ohechauka pe ary pe papado ohupytytahápe iherida mortal.</w:t>
      </w:r>
    </w:p>
    <w:p>
      <w:pPr>
        <w:pStyle w:val="ArticleScripture"/>
        <w:jc w:val="left"/>
      </w:pPr>
      <w:r>
        <w:rPr>
          <w:rFonts w:ascii="Times New Roman" w:hAnsi="Times New Roman" w:eastAsia="Times New Roman" w:cs="Times New Roman"/>
        </w:rPr>
        <w:t>Ha pe rréi ojapóta ivoluntad he'iháicha; ha omomba'eguasuvéta ijehe, ha ombotuichavéta ijehe opaichagua tupã ári, ha oñe'ẽta mba'e hechapyrãva Tupã Tupãnguéra Jára rehe, ha oprosperáta pe pochy ojejapopa peve; mba'ére piko pe ojedetermináva ojejapóta. Daniel 11:36.</w:t>
      </w:r>
    </w:p>
    <w:p>
      <w:pPr>
        <w:pStyle w:val="ArticleBody"/>
        <w:jc w:val="left"/>
      </w:pPr>
      <w:r>
        <w:rPr>
          <w:rFonts w:ascii="Times New Roman" w:hAnsi="Times New Roman" w:eastAsia="Times New Roman" w:cs="Times New Roman"/>
        </w:rPr>
        <w:t>“Pe mburuvicha guasu” versíkulo treinta y seis-pe “oporomoakãporãta pe indignación oñembotývo peve”. Ema’ẽ mbaʼépa Smith ohai Daniel capítulo ocho, versíkulo veinte y tres ha veinte y cuatro rehe, upe kuatiañeʼẽ peteĩchaguápe haʼe heʼihápe pe pokatu papal ndorekoiha umi atributo añetéva omyenyhẽ hag̃ua versíkulo treinta y seis.</w:t>
      </w:r>
    </w:p>
    <w:p>
      <w:pPr>
        <w:pStyle w:val="ArticleScripture"/>
        <w:jc w:val="left"/>
      </w:pPr>
      <w:r>
        <w:rPr>
          <w:rFonts w:ascii="Times New Roman" w:hAnsi="Times New Roman" w:eastAsia="Times New Roman" w:cs="Times New Roman"/>
        </w:rPr>
        <w:t>“VERSÍCULO 23. Ha ipahápe iguikuéra rréino, umi transgresór kuéra oguahẽ vove henyhẽmbaitépe, opuʼãta peteĩ mburuvicha rova atãva ha oikuaáva ñeʼẽ ñemimby. 24. Ha ipokatu tuicháta, ha ndahaʼéi hag̃ua ipokatu tee rupi; ha ombyaíta hechapyrã hag̃uáicha, ha osẽ porãta, ha ombaʼapóta, ha ombyaíta umi mbarete guasu ha tavayguakuéra marangatu. 25. Ha iporiháicha avei ojapóta hag̃ua ñembotavy osẽ porã ipope; ha omombaʼeguasúta ijupe ikorasõme, ha pyʼaguapýpe ohundíta heta tapichápe; opuʼãta avei Mburuvicha kuéra Ruvicha rehe; ha oñembyaíta poʼỹre.</w:t>
      </w:r>
    </w:p>
    <w:p>
      <w:pPr>
        <w:pStyle w:val="ArticleScripture"/>
        <w:jc w:val="left"/>
      </w:pPr>
      <w:r>
        <w:rPr>
          <w:rFonts w:ascii="Times New Roman" w:hAnsi="Times New Roman" w:eastAsia="Times New Roman" w:cs="Times New Roman"/>
        </w:rPr>
        <w:t>“Ko pu'aka oĩ irundy ñemboja’ópe mburuvicha guasu kavara rehegua pe tiémpo pahápe ipoguýpe, ha’éva, hi’ãguio oñemohu’ãvo hikuái ikuatia rape. Katuete, kóva hína peteĩcha pe hatĩ michĩva ndive oñeñe’ẽva versíkulo 9 guive tenonderã. Emyesakã Roma rehe, he’iháicha oñemombe’u hag̃ua versíkulo 9 rehegua, ha opa mba’e ojoaju porã ha hesakã.”</w:t>
      </w:r>
    </w:p>
    <w:p>
      <w:pPr>
        <w:pStyle w:val="ArticleScripture"/>
        <w:jc w:val="left"/>
      </w:pPr>
      <w:r>
        <w:rPr>
          <w:rFonts w:ascii="Times New Roman" w:hAnsi="Times New Roman" w:eastAsia="Times New Roman" w:cs="Times New Roman"/>
        </w:rPr>
        <w:t>“‘Mburuvicha rova atãva.’ Moisés, oikuaauka hag̃ua pe ñembyasy oútava umi judío ári ko misma mbaretegui, henói chupe ‘peteĩ tetã rova atãva.’ Deut. 28:49, 50. Avave tavaygua ndohechaukái vaʼekue peteĩ jehecha tuichaitereíva ñorairõ renda-pe umi romano-kuéraicha. ‘Oikuaa ñeʼẽ ijetuʼúva.’ Moisés, pe Escritura oñeʼẽma haguepe, heʼi: ‘Iñeʼẽ ndaikatumoʼãi rentende.’ Kóva ndaikatúi oñeñeʼẽ umi babilonio, persa térã griego-kuéra rehe, umi judío-kuéra rehegua rupi; pe ñeʼẽ caldea ha griega niko ojeporu vaʼekue, hetave térã michĩveháicha, Palestina-pe. Upéicharõ jepe, ndaupéichai vaʼekue pe latín rehe.”</w:t>
      </w:r>
    </w:p>
    <w:p>
      <w:pPr>
        <w:pStyle w:val="ArticleScripture"/>
        <w:jc w:val="left"/>
      </w:pPr>
      <w:r>
        <w:rPr>
          <w:rFonts w:ascii="Times New Roman" w:hAnsi="Times New Roman" w:eastAsia="Times New Roman" w:cs="Times New Roman"/>
        </w:rPr>
        <w:t>“Oñembohysýi vove hembiapo vaihára kuéra.” Opaite peve, oñeñongatu ojehecha hag̃uáicha pe joaju Ñandejára tavayguakuéra ha umi ombojeguereko vai hag̃ua chupekuéra apytépe. Itavayguakuéra rembiapo vaikue rehe ae oñeme’ẽ chupekuéra tembiguái hag̃uáicha. Ha iñakãratã hag̃ua angaipápe ogueru peteĩ ñenupã ijetuʼuvéva. Arakaʼeve umi judío kuéra, tetãramo, noñembyaivéikuri tekoañeteguápe upe jave oike ramo guare hikuái umi romano kuéra poguýpe.</w:t>
      </w:r>
    </w:p>
    <w:p>
      <w:pPr>
        <w:pStyle w:val="ArticleScripture"/>
        <w:jc w:val="left"/>
      </w:pPr>
      <w:r>
        <w:rPr>
          <w:rFonts w:ascii="Times New Roman" w:hAnsi="Times New Roman" w:eastAsia="Times New Roman" w:cs="Times New Roman"/>
        </w:rPr>
        <w:t>“‘Ipoderóso, péro ndaha’éi imbarete tee rupive.’ Umi Romano-kuéra jehupyty porã oukuri tuichaiterei iñirũnguéra pytyvõ rehe, ha avei umi joavy iñenemigo-kuéra apytépe, ha ha’ekuéra akóinte oĩkuri oipuru hag̃uáicha upe oportunidad. Roma Papal avei ipoderóso va’ekue umi mburuvicha reko yvy arigua rupive, hi’ári omotenonde hague ñangareko espiritual.”</w:t>
      </w:r>
    </w:p>
    <w:p>
      <w:pPr>
        <w:pStyle w:val="ArticleScripture"/>
        <w:jc w:val="left"/>
      </w:pPr>
      <w:r>
        <w:rPr>
          <w:rFonts w:ascii="Times New Roman" w:hAnsi="Times New Roman" w:eastAsia="Times New Roman" w:cs="Times New Roman"/>
        </w:rPr>
        <w:t>“‘Ombyai hechapyrã ñehundi.’ Ñandejára he’i va’ekue umi judíope proféta Ezequiel rupive ome’ẽtaha chupekuéra kuimba’épe ‘ikatúva ohundi hag̃ua;’ ha jejuka peteĩ sua cien mil judío rehegua, Jerusalén ñehundípe ehérsito romano po rupive, ha’e va’ekue peteĩ ñemoneĩ vaietereíva proféta ñe’ẽ rehe. Ha Roma, imokõihápe, térã papal, fase-pe, oguereko va’ekue responsabilidad cincuenta millones mártir ñemano rehe.”</w:t>
      </w:r>
    </w:p>
    <w:p>
      <w:pPr>
        <w:pStyle w:val="ArticleScripture"/>
        <w:jc w:val="left"/>
      </w:pPr>
      <w:r>
        <w:rPr>
          <w:rFonts w:ascii="Times New Roman" w:hAnsi="Times New Roman" w:eastAsia="Times New Roman" w:cs="Times New Roman"/>
        </w:rPr>
        <w:t>“‘Ha iporã ñemongu’e rupi avei ombohekove porãta ñembotavy ipópe.’ Roma ojehechakuaa va’ekue opa ambue pu’aka ári, peteĩ política ñembotavy rehegua rupi, upéva rupive ogueru hag̃ua tetãnguéra ipo guýpe. Péva añete Roma pagána ha Roma papal mokõivévare. Ha péicha py’aguapýpe ohundipa heta tapichápe.”</w:t>
      </w:r>
    </w:p>
    <w:p>
      <w:pPr>
        <w:pStyle w:val="ArticleScripture"/>
        <w:jc w:val="left"/>
      </w:pPr>
      <w:r>
        <w:rPr>
          <w:rFonts w:ascii="Times New Roman" w:hAnsi="Times New Roman" w:eastAsia="Times New Roman" w:cs="Times New Roman"/>
        </w:rPr>
        <w:t>“Ha Roma, ipahápe, peteĩva umi mburuvicha guasu oisãmbyhýva rupi, opu’ã Mburuvicha guasukuéra Ruvicha rehe, omoĩvo ñemano renda Jesucristo rehe. ‘Ha ojekytíta po’ỹre,’ peteĩ ñe’ẽjoaju ohechaukáva ko pu’aka ñehundi ojoajúha pe ta’anga oñembyaíva capítulo 2-pe.” Uriah Smith, Daniel and the Revelation, 202–204.</w:t>
      </w:r>
    </w:p>
    <w:p>
      <w:pPr>
        <w:pStyle w:val="ArticleBody"/>
        <w:jc w:val="left"/>
      </w:pPr>
      <w:r>
        <w:rPr>
          <w:rFonts w:ascii="Times New Roman" w:hAnsi="Times New Roman" w:eastAsia="Times New Roman" w:cs="Times New Roman"/>
        </w:rPr>
        <w:t>Smith, mokõi jey pe pasáhepe, he’i umi característica profética Roma pagana ha papal rehegua ikatuha ojuehe ojepyru, pórke ha’e kuérante hína Roma jehechauka mokõi fasepe, pe mezcla hierro ha ñai’ũ reheguaicha Daniel capítulo mokõihápe, Sister White omombe’úva símbolo ramo iglesia rembiapo ha Estado rembiapo rehegua. Daniel omombe’u ramo umi versíkulope Smith oñe’ẽhína hese—Roma “oñakãrapu’ãta ha omba’apóta”, ha Roma “ojapóta craft oñakãrapu’ã hag̃ua ipope”—Smith he’i versíkulo treinta y seis-pe pe “mburuvicha guasu” “oñakãrapu’ãtava pe indignación oñemohu’ã peve” ohechauka peteĩ característica profética mokõivéva Roma pagana ha papal rehegua. Upéi he’i ndaiporiha ni peteĩva umi característica Roma rehegua versíkulo treinta y seis-pe oñe’ẽva pe pu’aka papal rehe.</w:t>
      </w:r>
    </w:p>
    <w:p>
      <w:pPr>
        <w:pStyle w:val="ArticleBody"/>
        <w:jc w:val="left"/>
      </w:pPr>
      <w:r>
        <w:rPr>
          <w:rFonts w:ascii="Times New Roman" w:hAnsi="Times New Roman" w:eastAsia="Times New Roman" w:cs="Times New Roman"/>
        </w:rPr>
        <w:t>Ña’ẽmaguasúpe roñe’ẽma kuri Smith rehe, oipytyvõ hag̃ua pe jehechakuaa hag̃ua Roma ha’eha umi mondaha omoañetéva pe visión, ha peteĩva umi irundy mba’e profética oĩva pe versículo catorcepe ha’e Roma omomba’eguasuha ijehe.</w:t>
      </w:r>
    </w:p>
    <w:p>
      <w:pPr>
        <w:pStyle w:val="ArticleScripture"/>
        <w:jc w:val="left"/>
      </w:pPr>
      <w:r>
        <w:rPr>
          <w:rFonts w:ascii="Times New Roman" w:hAnsi="Times New Roman" w:eastAsia="Times New Roman" w:cs="Times New Roman"/>
        </w:rPr>
        <w:t>Ha upe umi ára-pe heta opuʼãta ñemby gotyo rréi rehe; avei ne retãygua apytégui umi tekove vai oñemopuʼãta omopyendávo pe visión; haʼekuéra katu hoʼáta. Daniel 11:14.</w:t>
      </w:r>
    </w:p>
    <w:p>
      <w:pPr>
        <w:pStyle w:val="ArticleBody"/>
        <w:jc w:val="left"/>
      </w:pPr>
      <w:r>
        <w:rPr>
          <w:rFonts w:ascii="Times New Roman" w:hAnsi="Times New Roman" w:eastAsia="Times New Roman" w:cs="Times New Roman"/>
        </w:rPr>
        <w:t>Smith he’i pe mburuvicha remimombe’upy kuatiañe’ẽ 36-pe ndojoajúiha pe pokatu papal ndive, jepémo tenonderã odefendéma hague ha’eha Roma kuatiañe’ẽ 14-pe pe oñemomba’eguasúva ijehegui. Upéicharõ jepe, pe mburuvicha kuatiañe’ẽ 36-pe “oñemomba’eguasúta ijehegui.” Upe mburuvichaete voi kuatiañe’ẽ 36-pe “he’íta mba’e hechapyrãva Tupã Tupãnguéra ári.” Daniel-pe pe pokatu papal “he’íta ñe’ẽ guasu Yvatetegua ári,” ha Apocalipsis arandukápe pe pokatu papal oñe’ẽ vai Yvatetegua rehe.</w:t>
      </w:r>
    </w:p>
    <w:p>
      <w:pPr>
        <w:pStyle w:val="ArticleScripture"/>
        <w:jc w:val="left"/>
      </w:pPr>
      <w:r>
        <w:rPr>
          <w:rFonts w:ascii="Times New Roman" w:hAnsi="Times New Roman" w:eastAsia="Times New Roman" w:cs="Times New Roman"/>
        </w:rPr>
        <w:t>Ha oñeme’ẽ chupe peteĩ juru oñeʼẽ hag̃ua mbaʼe guasu ha ñeʼẽ vai hag̃ua; ha oñeme’ẽ avei chupe pokatu ombaʼapo hag̃ua irundy pa mokõi jasy pukukue. Ha oipeʼa ijuru oñeʼẽ vai hag̃ua Tupã rehe, oñeʼẽ vai hag̃ua héra rehe, itabernáculo rehe, ha umi oikóva yvágape rehe. Apocalipsis 13:5, 6.</w:t>
      </w:r>
    </w:p>
    <w:p>
      <w:pPr>
        <w:pStyle w:val="ArticleBody"/>
        <w:jc w:val="left"/>
      </w:pPr>
      <w:r>
        <w:rPr>
          <w:rFonts w:ascii="Times New Roman" w:hAnsi="Times New Roman" w:eastAsia="Times New Roman" w:cs="Times New Roman"/>
        </w:rPr>
        <w:t>Opaite mba’e oñemombeʼúva profetikamente pe pokatu papal rehegua ojekuaa hag̃ua versíkulo treinta y seis-pe.</w:t>
      </w:r>
    </w:p>
    <w:p>
      <w:pPr>
        <w:pStyle w:val="ArticleScripture"/>
        <w:jc w:val="left"/>
      </w:pPr>
      <w:r>
        <w:rPr>
          <w:rFonts w:ascii="Times New Roman" w:hAnsi="Times New Roman" w:eastAsia="Times New Roman" w:cs="Times New Roman"/>
        </w:rPr>
        <w:t>Ha pe mburuvicha guasu ojapóta hembipota rupiete; ha omomba'eguasúta ijehe, ha ombotuicháta ijehe opaite tupã ári, ha ñe'ẽ hechapyrãva he'íta Tupã kuéra Tupã rehe, ha oñemotenondéta pe pochy ojejapopa peve; mba'ére piko upe ojehechaukáva oikóta katuete. Daniel 11:36.</w:t>
      </w:r>
    </w:p>
    <w:p>
      <w:pPr>
        <w:pStyle w:val="ArticleBody"/>
        <w:jc w:val="left"/>
      </w:pPr>
      <w:r>
        <w:rPr>
          <w:rFonts w:ascii="Times New Roman" w:hAnsi="Times New Roman" w:eastAsia="Times New Roman" w:cs="Times New Roman"/>
        </w:rPr>
        <w:t>Hetaiterei oĩva ndohovái jepi, hákatu heta comentarista Adventista omombe’u porã pe añetegua hesakãva: ha’e hague pe versíkulo mbohapypa’ẽ (36) apóstol Pablo ombojoajúva he’ívo iñe’ẽme 2 Tesalonicenses-gui, oñe’ẽrõ guare pe kuimba’e angaipa rehe.</w:t>
      </w:r>
    </w:p>
    <w:p>
      <w:pPr>
        <w:pStyle w:val="ArticleScripture"/>
        <w:jc w:val="left"/>
      </w:pPr>
      <w:r>
        <w:rPr>
          <w:rFonts w:ascii="Times New Roman" w:hAnsi="Times New Roman" w:eastAsia="Times New Roman" w:cs="Times New Roman"/>
        </w:rPr>
        <w:t>Ani peneñembotavy avavépe mba’eveichagua rupi: pe ára ndog̃uahẽmo’ãi, oikoraẽ’ỹre pe jehekýi guasu, ha ojehechauka hag̃ua pe kuimba’e angaipa rehegua, pe ñehundi ra’y; upéva oñemoĩ ha oñembotuicha opa mba’e Tupã héravare térã oñemomba’eguasúva ári; upéicha hag̃uáicha, ha’e Tupãicha oguapy Tupã róga marangatúpe, ohechaukávo ijehegui ha’eha Tupã. 2 Tesalonicenses 2:2, 3.</w:t>
      </w:r>
    </w:p>
    <w:p>
      <w:pPr>
        <w:pStyle w:val="ArticleBody"/>
        <w:jc w:val="left"/>
      </w:pPr>
      <w:r>
        <w:rPr>
          <w:rFonts w:ascii="Times New Roman" w:hAnsi="Times New Roman" w:eastAsia="Times New Roman" w:cs="Times New Roman"/>
        </w:rPr>
        <w:t>Pe versíkulo treinta y seis he’i: “ha’e oñemomba’eguasúta ha ombotuicháta ijehe opa tupã ári”, ha Pablo he’i: “tojekuaauka pe kuimba’e angaipa rehegua, pe ñehundírã ra’y; pe oñemoĩva ha oñemomba’eguasúva opa mba’e oñehenóivagui Tupã térã oñemomba’eguasúva ári.” Ojekuaa porã Smith ndorekói hague mburuvicha’ỹ profétika hag̃ua he’i hag̃ua pe mburuvicha versíkulo treinta y seis pegua iñambueha pe mburuvichágui oñehesa’ỹijóva umi versíkulo ogueraháva versíkulo treinta y seis peve. Gramátikamente ndorekói va’ekue mba’eveichagua tekojoja ojapo hag̃ua pe porupyrã jejavýva, ha iñe’ẽ hag̃ua ojapo hague upéva versíkulo treinta y seis ndoguerekóigui mba’eveichagua techaukaha pe pokatu papál rehegua, ha’e va’ekue peteĩ jepokuaa vai Escritúrare, oñeha’ã hag̃uáicha omopyenda peteĩ interpretación privada.</w:t>
      </w:r>
    </w:p>
    <w:p>
      <w:pPr>
        <w:pStyle w:val="ArticleScripture"/>
        <w:jc w:val="left"/>
      </w:pPr>
      <w:r>
        <w:rPr>
          <w:rFonts w:ascii="Times New Roman" w:hAnsi="Times New Roman" w:eastAsia="Times New Roman" w:cs="Times New Roman"/>
        </w:rPr>
        <w:t>Oreko avei peteĩ ñe’ẽ marandu profétikava añetetéve; ha pejapo porã peñatendéramo hese, peteĩ mba’e resape omimbi hag̃uáicha peteĩ tenda pytũmbýpe, pe ára hesakã peve, ha pe mbyja ko’ẽmegua osẽ peve pene korasõme: Peikuaávo ko mba’e tenonderãite, ndaipóriha mavave profecía Ñandejára Ñe’ẽmegua ojehechakuaáva avave ijeheguínte. Yma guive, profecía ndouíriva’ekue yvypóra rembipota rupi; síno Ñandejára kuimba’e marangatu oñe’ẽkuri Espíritu Santo omongu’éicha chupekuéra. 2 Pedro 1:19–21.</w:t>
      </w:r>
    </w:p>
    <w:p>
      <w:pPr>
        <w:pStyle w:val="ArticleBody"/>
        <w:jc w:val="left"/>
      </w:pPr>
      <w:r>
        <w:rPr>
          <w:rFonts w:ascii="Times New Roman" w:hAnsi="Times New Roman" w:eastAsia="Times New Roman" w:cs="Times New Roman"/>
        </w:rPr>
        <w:t>Ary ohasa Laodicéa pegua Adventismo aja, heta teólogo adventista, pastor ha autor oñembohovái hag̃ua pe porandu rehe: haʼekuéra oimoʼãpa Smith rembiapo jeiporuha hekoitépe térã nahániri. Peteĩ pastor australiano, hérava Louis Were, ymaite guive omanóma, ombaʼapo hetave iministerio pukukue jave oĩ hag̃ua Smith modelo profético japu rehe. Ndahaʼéi peteĩnte mbaʼére añónte ombohováiva, péva hína Smith ipahápe omboherahague pe mburuvicha oguahẽva ipahápe versíkulo cuarenta y cinco-pe Turquía ramo; síno avei Smith plataforma ogueru peteĩ jeiporu vai Armagedón rehegua. Ary 1980 rupi térã upéichaite, peteĩ autor adventista ohai peteĩ aranduka hérava, Adventists and Armageddon, Have we Misunderstood Prophecy? Pe autor réra hína Donald Mansell, ha pe aranduka gueteri ojeguereko.</w:t>
      </w:r>
    </w:p>
    <w:p>
      <w:pPr>
        <w:pStyle w:val="ArticleBody"/>
        <w:jc w:val="left"/>
      </w:pPr>
      <w:r>
        <w:rPr>
          <w:rFonts w:ascii="Times New Roman" w:hAnsi="Times New Roman" w:eastAsia="Times New Roman" w:cs="Times New Roman"/>
        </w:rPr>
        <w:t>Mansell omombe’u pe tembiasakue ogueraha vaʼekue Primera Guerra Mundial ha Segunda Guerra Mundial peve, ohechaukávo mokõive umi ñorairõ guasu ojehechakuaa ramo oñembojaha, umi maranduhára adventista oñepyrũ hague oiporu Smith rembiapo japu: Turquía oguataha Jerusalén literal peve techaukaha ramo Armagedón rehegua ha arapaha. Haʼe ohechauka tupao membresía rysýi rupive, káda peteĩ umi ñorairõ oñembojávo, heta ánga oike hague Iglesia Adventista membresíape, oñemopyendáva umi maranduhára énfasis profético rehe, osẽva Smith remiandu vai Armagedón rehegua guive.</w:t>
      </w:r>
    </w:p>
    <w:p>
      <w:pPr>
        <w:pStyle w:val="ArticleBody"/>
        <w:jc w:val="left"/>
      </w:pPr>
      <w:r>
        <w:rPr>
          <w:rFonts w:ascii="Times New Roman" w:hAnsi="Times New Roman" w:eastAsia="Times New Roman" w:cs="Times New Roman"/>
        </w:rPr>
        <w:t>Opa hag̃ua umi ñorairõ, ha umi marandu-profético jejavy rehegua ndojehupytýi riremínte, tupão okañy hetave tapicha umi oganávagui pe modelo profético Smith omopu’ã vaʼekuégui.</w:t>
      </w:r>
    </w:p>
    <w:p>
      <w:pPr>
        <w:pStyle w:val="ArticleBody"/>
        <w:jc w:val="left"/>
      </w:pPr>
      <w:r>
        <w:rPr>
          <w:rFonts w:ascii="Times New Roman" w:hAnsi="Times New Roman" w:eastAsia="Times New Roman" w:cs="Times New Roman"/>
        </w:rPr>
        <w:t>Smith omboykére rupi pe marandu ypykue umi Millerita rehegua, ha hi’ãgui omotenonde hag̃ua iñe’ẽmbyrã tee Daniel-pe, versíkulo treinta y seis guive cuarenta y cinco peve rehe, Smith lógica oguenohẽ peteĩ modelo profético oñemopyendáva umi mba’e oikóva ko’ág̃a rupi ári.</w:t>
      </w:r>
    </w:p>
    <w:p>
      <w:pPr>
        <w:pStyle w:val="ArticleBody"/>
        <w:jc w:val="left"/>
      </w:pPr>
      <w:r>
        <w:rPr>
          <w:rFonts w:ascii="Times New Roman" w:hAnsi="Times New Roman" w:eastAsia="Times New Roman" w:cs="Times New Roman"/>
        </w:rPr>
        <w:t>Ñorairõme oĩva Smith ha James White apytépe mburuvicha oguahẽva ipaha peve rehegua Daniel 11 pahaite versíkulope, James White omoĩ peteĩ lógica mbykyhápe ohechaukáva Smith fundamento profético yvyku’íva. White ombo’e vaekue “profesía ogueru tembiasakue, ha tembiasakue ndoguerúi profesía.”</w:t>
      </w:r>
    </w:p>
    <w:p>
      <w:pPr>
        <w:pStyle w:val="ArticleBody"/>
        <w:jc w:val="left"/>
      </w:pPr>
      <w:r>
        <w:rPr>
          <w:rFonts w:ascii="Times New Roman" w:hAnsi="Times New Roman" w:eastAsia="Times New Roman" w:cs="Times New Roman"/>
        </w:rPr>
        <w:t>Umi evangelista adventista ombaʼapóva mokõi ñorairõ guasu mboyve oiporu vaʼekue tembiasakue oñemotenondéva omoĩ hag̃ua Smith marandu profético jejavykue Armagedón rehegua, ha hembiapo, ojehecha vaʼekue tuichaiterei jehovasapy ramo umi ñorairõ peve, ogueru ipahápe peteĩ pérdida neta oñemombeʼu rire pe modelo profético oñemopyenda hague peteĩ interpretación privada ári.</w:t>
      </w:r>
    </w:p>
    <w:p>
      <w:pPr>
        <w:pStyle w:val="ArticleScripture"/>
        <w:jc w:val="left"/>
      </w:pPr>
      <w:r>
        <w:rPr>
          <w:rFonts w:ascii="Times New Roman" w:hAnsi="Times New Roman" w:eastAsia="Times New Roman" w:cs="Times New Roman"/>
        </w:rPr>
        <w:t>Peñeñangareko proféta japuha rehe, ouva pene rendápe ovecha aope, ha ipype katu jaguarete ñarõ oguereko jejopy hag̃ua. Peẽ peikuaáta chupekuéra hi’a rupi. Oñembyaty piko uva ñuatĩgui, térã ígo karuguágui? Péicha avei opa yvyra porã ogueru hi’a porã; ha yvyra ivaíva ogueru hi’a vai. Peteĩ yvyra porã ndaikatúi ogueru hi’a vai, ha peteĩ yvyra ivaíva ndaikatúi ogueru hi’a porã. Opa yvyra ndoguerúiva hi’a porã oñekytĩ ha oñemombo tata ryepýpe. Upévare peikuaáta chupekuéra hi’a rupi. Mateo 7:15–20.</w:t>
      </w:r>
    </w:p>
    <w:p>
      <w:pPr>
        <w:pStyle w:val="ArticleBody"/>
        <w:jc w:val="left"/>
      </w:pPr>
      <w:r>
        <w:rPr>
          <w:rFonts w:ascii="Times New Roman" w:hAnsi="Times New Roman" w:eastAsia="Times New Roman" w:cs="Times New Roman"/>
        </w:rPr>
        <w:t>Smith reko oime hag̃uáicha omyasãi hag̃ua peteĩ modelo profético privado pe mburuvicha rehegua versíkulo mbohapy pa’ẽ hag̃uare, ogueru avei hi’a hag̃ua peteĩ aplicación vai pe sexta plaga ha Armagedón rehe.</w:t>
      </w:r>
    </w:p>
    <w:p>
      <w:pPr>
        <w:pStyle w:val="ArticleScripture"/>
        <w:jc w:val="left"/>
      </w:pPr>
      <w:r>
        <w:rPr>
          <w:rFonts w:ascii="Times New Roman" w:hAnsi="Times New Roman" w:eastAsia="Times New Roman" w:cs="Times New Roman"/>
        </w:rPr>
        <w:t>Ha pe sexto ánhel oñohẽ ivíala pe ysyry guasu Éufrates ári; ha ijykuéra seca, ikatu hag̃uáicha oñembosako’i tape umi mburuvichakuéra kuarahyresẽguio ou hag̃ua. Ha ahecha mbohapy espíritu ky’a juky’ỹva, juky’ỹva ju’i kuéraicha, osẽva dragón jurúgui, mymba jurúgui, ha maranduhára japu jurúgui. Ha’ekuéra niko aña kuéra espíritu, ojapóva techaukaha hechapyrãva, osẽva yvy ruvichakuéra rendápe ha opaite yvy ape ári oikóva rendápe, ombyaty hag̃ua chupekuéra ñorairõrãme upe ára guasu Tupã Ipu’akapáva pegua. Péina, aju mondahaicha. Ojehovasáva pe opáyva ha oñangarekóva ijaóre, ani hag̃uáicha oguata opívo ha ojehecha hẽre. Ha ombyaty chupekuéra peteĩ hendápe, hebreo ñe’ẽme hérava Armagedón. Apocalipsis 16:12–16.</w:t>
      </w:r>
    </w:p>
    <w:p>
      <w:pPr>
        <w:pStyle w:val="ArticleBody"/>
        <w:jc w:val="left"/>
      </w:pPr>
      <w:r>
        <w:rPr>
          <w:rFonts w:ascii="Times New Roman" w:hAnsi="Times New Roman" w:eastAsia="Times New Roman" w:cs="Times New Roman"/>
        </w:rPr>
        <w:t>Jahechaháicha rohechauka haguéicha yma, pe mbohapyha plága riregua, pe poteĩha plága ou rire yvypóra aravo paha oñembotýma rire; upévare pe ñe’ẽmondo oĩva pype—“eñangareko nde ao rehe”—tekotevẽ oñe’ẽ peteĩ mba’e oñeha’ãha ha oikóva upe mboyve Michael opu’ã mboyve, ha yvypóra aravo paha oñemboty mboyve, ha pe peteĩha plága oñepyrũ mboyve. Pe poteĩha plága ohechauka pe dragón, pe mymba ha pe proféta japu rembiapo, ha umíva hína pe mbohapy joaju oúva oñondive pe aranduka Domingo rehegua pya’etéma ou hag̃uápe. Upe mbohapy joaju hína Roma Moderna, ha pe símbolo ohechakuaa ha omopyenda hag̃ua pe mbohapy joaju Roma Moderna rehegua, ha’e hína “nde retãyguakuéra mondaha”, umi “opu’ãva omopyenda hag̃ua pe visión” ha “ho’áva.”</w:t>
      </w:r>
    </w:p>
    <w:p>
      <w:pPr>
        <w:pStyle w:val="ArticleBody"/>
        <w:jc w:val="left"/>
      </w:pPr>
      <w:r>
        <w:rPr>
          <w:rFonts w:ascii="Times New Roman" w:hAnsi="Times New Roman" w:eastAsia="Times New Roman" w:cs="Times New Roman"/>
        </w:rPr>
        <w:t>Pe sextoha plága ñe’ẽmondýi, oñentendéramo, oheja peteĩ ánga oñongatu hag̃ua ijao; ha oñemboykéramo, oheja peteĩ ánga opytávo opívo, ha upéva ha’e peteĩ umi po atributo orekóva peteĩ Laodiceagua. Pe símbolo omopyenda hag̃ua upe ñe’ẽmondýi ha’e nde retãyguakuéra mondaha, oñemomba’eguasúva ijehe, ha ipahápe ho’a. Salomón he’i vaekue Tupã retayguakuéra ndorekóiramo upe visión, oñehundiha.</w:t>
      </w:r>
    </w:p>
    <w:p>
      <w:pPr>
        <w:pStyle w:val="ArticleScripture"/>
        <w:jc w:val="left"/>
      </w:pPr>
      <w:r>
        <w:rPr>
          <w:rFonts w:ascii="Times New Roman" w:hAnsi="Times New Roman" w:eastAsia="Times New Roman" w:cs="Times New Roman"/>
        </w:rPr>
        <w:t>Oĩhápe ndaipóri visión, upépe tavayguakuéra oñehundi; ha pe oñangarekóva pe léire, ovyʼa haʼe. Proverbios 29:18.</w:t>
      </w:r>
    </w:p>
    <w:p>
      <w:pPr>
        <w:pStyle w:val="ArticleBody"/>
        <w:jc w:val="left"/>
      </w:pPr>
      <w:r>
        <w:rPr>
          <w:rFonts w:ascii="Times New Roman" w:hAnsi="Times New Roman" w:eastAsia="Times New Roman" w:cs="Times New Roman"/>
        </w:rPr>
        <w:t>Pe ñe’ẽ hebreo “perish” he’ise “ojejapo opívo”, ha Juan ohai va’ekue: “Ovy’aite pe oma’ẽ porãva ha oñangarekóva ijaóre, ani hag̃ua oguata opívo ha hikuái ohecha hag̃ua henda vai.” Smith ojavy va’ekue pe Mburuvicha Yvate gotyo rehe, ha upe pyenda maranduhára japu rehegua ome’ẽ chupe pa’ũ omboguata hag̃ua peteĩ aplicación profética ha’éva, oñemoneĩramo, ogueru opívoha, ha upéva ha’e peteĩ símbolo umi Laodiceaguápe guarã, umi oñemosẽva Ñandejára jurúgui.</w:t>
      </w:r>
    </w:p>
    <w:p>
      <w:pPr>
        <w:pStyle w:val="ArticleBody"/>
        <w:jc w:val="left"/>
      </w:pPr>
      <w:r>
        <w:rPr>
          <w:rFonts w:ascii="Times New Roman" w:hAnsi="Times New Roman" w:eastAsia="Times New Roman" w:cs="Times New Roman"/>
        </w:rPr>
        <w:t>Smith ndahasýi voi omoñe’ẽ hag̃ua heko pyahu japu rehegua pe Mburuvicha Yvateguáva Yvategua rehe, profetísa ména James White rovake. Umi historiógrafo adventista, ha Sister White avei, oñe’ẽ hikuái ijoavykue herakuãitévare. Ellen White omongavaju mokõivépe, iména ha Smithpe, ohejávo pe ijoavy oñondivepa hag̃ua mba’éichapa ojehechauka pe mburuvicha yvategua yvategua Daniel kapítulo once-pe, osẽ hag̃ua tetãygua renondépe. Pe peteĩha kuatia Adventista osẽva rire pe Tuicha Jejavy 1844-pe, James White ohai:</w:t>
      </w:r>
    </w:p>
    <w:p>
      <w:pPr>
        <w:pStyle w:val="ArticleScripture"/>
        <w:jc w:val="left"/>
      </w:pPr>
      <w:r>
        <w:rPr>
          <w:rFonts w:ascii="Times New Roman" w:hAnsi="Times New Roman" w:eastAsia="Times New Roman" w:cs="Times New Roman"/>
        </w:rPr>
        <w:t>“Jesús opu’ã hague, omboty hag̃ua okẽ, ha ou hag̃ua pe Antiguo de días rendápe, ohupyty hag̃ua irreino, pe mes 7ha-pe, ary 1844-pe, upéva agueroviaite. Ehecha Lucas 13:25; Mateo 25:10; Daniel 7:13,14. Ha Miguel opu’ã hag̃ua, Daniel 12:1-pe, ojehecha ambue mba’eha, ambue propósito hag̃ua. Ipu’ã 1844-pe va’ekue, omboty hag̃ua okẽ, ha ou hag̃ua Itúa rendápe, ohupyty hag̃ua irreino, ha pokatu ogoverna hag̃ua; ha Miguel opu’ã hag̃ua katu, ohechauka hag̃ua ipokatu mburuvicharã, orekóma va’ekue, umi añáme oñehundi haguépe, ha ipuévlo ñemosãsópe. Miguel opu’ã va’erã upe ára pe pahaguéva mbarete capítulo 11-pe oguahẽvo ipahápe, ha ndaipóri avave oipytyvõva chupe. Ko mbarete hína pe pahaguéva opyrũva Tupã iglesia añetéva ári; ha pe iglesia añetéva gueteri oñepyrũ guýpe, ha oñemosẽ okápe opa cristiandad rupive, upévare ojehechakuaa pe paha mbarete jojahare ndoúi gueteri ‘ipahápe’; ha Miguel ndopu’ãi gueteri. Ko paha mbarete opyrũva umi santo ári ojehechauka Apocalipsis 13:11-18-pe. Inúmero hína 666.” James White, A Word to the Little Flock, 8.</w:t>
      </w:r>
    </w:p>
    <w:p>
      <w:pPr>
        <w:pStyle w:val="ArticleBody"/>
        <w:jc w:val="left"/>
      </w:pPr>
      <w:r>
        <w:rPr>
          <w:rFonts w:ascii="Times New Roman" w:hAnsi="Times New Roman" w:eastAsia="Times New Roman" w:cs="Times New Roman"/>
        </w:rPr>
        <w:t>Oguerahávo jave Smith pe “tesape pyahu” hérava pe mba’e “pu’aka paha Daniel capítulo once-pe” rehegua, James White ohecha Smith rembiaporã ndaha’éiha tesape pyahu ramo, síno peteĩ ñeha’ã omongu’i hag̃ua umi pyenda. Pe ñorairõ marandu rehegua Roma ha’eha mburuvicha yvate gotyogua Daniel once-pe, oikova’ekue Uriah Smith ha James White apytépe, oguereko umi tekome’ẽ poravopyre, ha ñande, maranduhára profecía rehegua ramo, jajuhu va’erã ha ñambyaty va’erã ambue ñorairõ marandu rehegua historia Adventista-pe oĩva Roma símbolo rehe.</w:t>
      </w:r>
    </w:p>
    <w:p>
      <w:pPr>
        <w:pStyle w:val="ArticleBody"/>
        <w:jc w:val="left"/>
      </w:pPr>
      <w:r>
        <w:rPr>
          <w:rFonts w:ascii="Times New Roman" w:hAnsi="Times New Roman" w:eastAsia="Times New Roman" w:cs="Times New Roman"/>
        </w:rPr>
        <w:t>Peteĩ umi mba’e tee apytégui hína pe moingekove peteĩ interpretación privada rehegua. Ambue mba’e tee katu ha’e pe aplicación pe interpretación privada rehegua oikotevẽha oñemombo hag̃ua pe gramática isãsóvape, pórke Smith ndaha’éi año disregarda hague mayma mba’e tee profétika versíkulo mbohapypa poteĩme oñe’ẽha Róma rehe, ha’e avei disregarda pe estructura gramatical ojerureha pe mburuvicha versíkulo mbohapypa poteĩmegua toiko va’erãha upe mburuvicha peteĩva oñerrepresentáva pe pasáhe mboyveguápe.</w:t>
      </w:r>
    </w:p>
    <w:p>
      <w:pPr>
        <w:pStyle w:val="ArticleBody"/>
        <w:jc w:val="left"/>
      </w:pPr>
      <w:r>
        <w:rPr>
          <w:rFonts w:ascii="Times New Roman" w:hAnsi="Times New Roman" w:eastAsia="Times New Roman" w:cs="Times New Roman"/>
        </w:rPr>
        <w:t>Ambue katu ha’e pe interpretación privada ha’e hague peteĩ ñemboyke añeteguakuéra ypykuégui. Ambue katu ha’e ohechauka peteĩ ñemboyke Espíritu de Profecía autoridágui. Ambue característica ha’e pe peteĩha idea vai Roma rehegua ogueraha hag̃ua peteĩ modelo profético ndohejái va’erã peteĩ tapicha oñongatu ijao oñemboja aja yvypóra prueba rembe’ýpe. Ambue katu ha’e pe disposición omyasãi hag̃ua hembiapo interpretación privada opavave renondépe. Ambue katu ha’e pe interpretación privada oñemohenda memeha tesape pyahu ramo. Ko’ãva opaite atributo ojehechauka ko’ág̃a guive pe discusión ojejapóvape “nde retãyguakuéra mondahakuéra” rehe.</w:t>
      </w:r>
    </w:p>
    <w:p>
      <w:pPr>
        <w:pStyle w:val="ArticleBody"/>
        <w:jc w:val="left"/>
      </w:pPr>
      <w:r>
        <w:rPr>
          <w:rFonts w:ascii="Times New Roman" w:hAnsi="Times New Roman" w:eastAsia="Times New Roman" w:cs="Times New Roman"/>
        </w:rPr>
        <w:t>Pe tĩ opa hag̃ua Roma pe ñorairõ paha, ojehechauka vaʼekue peteĩ taʼãnga ramo Roma pe ñorairõ peteĩha rupive, omoĩva peteĩ téra “nde retãygua mondaha kuéra” rehe, ha oñembojoaju vove Uriah Smith ha James White ñorairõ línea profética ndive, jahecháta peteĩ aty omopuʼãha hína i modelo profético peteĩ interpretación privada ári, omboykéva pe añetegua fundacional.</w:t>
      </w:r>
    </w:p>
    <w:p>
      <w:pPr>
        <w:pStyle w:val="ArticleBody"/>
        <w:jc w:val="left"/>
      </w:pPr>
      <w:r>
        <w:rPr>
          <w:rFonts w:ascii="Times New Roman" w:hAnsi="Times New Roman" w:eastAsia="Times New Roman" w:cs="Times New Roman"/>
        </w:rPr>
        <w:t>Peñemboyke hag̃ua umi añetegua ypykuéra rehegua ha’e ijeheguiete peteĩ ñemboyke Espíritu de Profecía pokatu rehegua, upéva oñangareko mbarete porãva umi añetegua ypykuéra rehe. Pe aty upéva avei oĩta oĩ hag̃uáicha oikuave’ẽ hag̃ua hembiapo ñemimo’ã opavave renondépe, oñemomba’éỹre mba’eveichagua jepy’apy ikatúva oñemopu’ã pe mba’éichapa ko mbo’epy ikatu hag̃uáicha ohupyty Tupã retãygua kuérape arapy tuichakue javeve.</w:t>
      </w:r>
    </w:p>
    <w:p>
      <w:pPr>
        <w:pStyle w:val="ArticleBody"/>
        <w:jc w:val="left"/>
      </w:pPr>
      <w:r>
        <w:rPr>
          <w:rFonts w:ascii="Times New Roman" w:hAnsi="Times New Roman" w:eastAsia="Times New Roman" w:cs="Times New Roman"/>
        </w:rPr>
        <w:t>1844 riregua upepete, Adventismo ñepyrũha ñemoñare peteĩha ryepýpe, oñemoinge ambue ñorairõ Rome rehegua. Upe ñorairõ oñembohory ha oñemoakãraku meme, pe jehecha japu oñemoneĩ meve Adventismo ñemoñare mbohapyhápe. Jahecháta pe ñorairõ “ara ha ára pegua” rehegua, irundyha ramo umi poteĩ apytégui ko’ág̃a ñahesañu’ũva pe ta’anga líneape ári línea rupive.</w:t>
      </w:r>
    </w:p>
    <w:p>
      <w:pPr>
        <w:pStyle w:val="ArticleBody"/>
        <w:jc w:val="left"/>
      </w:pPr>
      <w:r>
        <w:rPr>
          <w:rFonts w:ascii="Times New Roman" w:hAnsi="Times New Roman" w:eastAsia="Times New Roman" w:cs="Times New Roman"/>
        </w:rPr>
        <w:t>Ha katu, jajapyhy mboyve Roma ñe’ẽjoavy rehegua línea irundyha, tekotevẽ ñanemandu’a pe artículo mboyveguápe, ñañe’ẽrõ guare Daniel capítulo once versículo diez rehe, ja’e hague: “Pe versículo diez avei ombojoaju hag̃uaichaite pe ‘siete tiempos’ Levítico veintiséis pegua pe tembiasakue kañymby rehe, ha katu upe añetegua línea oĩ okápe ko’ápe ñamyesakãva’ekuegui.”</w:t>
      </w:r>
    </w:p>
    <w:p>
      <w:pPr>
        <w:pStyle w:val="ArticleBody"/>
        <w:jc w:val="left"/>
      </w:pPr>
      <w:r>
        <w:rPr>
          <w:rFonts w:ascii="Times New Roman" w:hAnsi="Times New Roman" w:eastAsia="Times New Roman" w:cs="Times New Roman"/>
        </w:rPr>
        <w:t>Uriah Smith haʼe vaʼekue pe tenondegua omboykévo umi siete tiempos ary 1863-pe. Haʼe omboykéma vaʼekue pe ñemoakãrapuʼã arandu upe mbaʼére, oñepresentáva umi artículo upe tema rehegua, Hiram Edson ohai vaʼekue ha oñemoherakuã vaʼekue Review-pe ary 1856-pe. Umi mbaʼe ojehechaukáva Smith oñembojoajúvo peteĩ movimiento ohechaukáva umi siete tiempos rehe, ha upéi katu omboykéva peteĩ ñemoakãrapuʼã arandu upe tema etei rehe, upéva avei oĩ okápe pe tema oñeñeʼẽva Smith omoñepyrũ hague umi mbaʼe haʼe heʼíva hague tesape pyahuha pe mburuvicha yvate gotyo rehegua, ha roikememéta vove ñane jehechajoja rehe pe línea umi controversia adventista Roma rehegua, jajevy jeýta mokõivéva-pe: pe mbaʼe tuicháva Daniel capítulo once versículo diez rehegua, ha avei pe mbaʼe ojejoguáva Smith omboyke haguére pe mensaje Laodiceagua oguahẽ vaʼekue ary 1856-pe pe ñemoakãrapuʼã arandu reheve umi siete tiempos rehegua.</w:t>
      </w:r>
    </w:p>
    <w:p>
      <w:pPr>
        <w:pStyle w:val="ArticleScripture"/>
        <w:jc w:val="left"/>
      </w:pPr>
      <w:r>
        <w:rPr>
          <w:rFonts w:ascii="Times New Roman" w:hAnsi="Times New Roman" w:eastAsia="Times New Roman" w:cs="Times New Roman"/>
        </w:rPr>
        <w:t>“Ore jerovia umi marandu peteĩha, mokõiha ha mbohapyha ánhel rehegua hína kuri añetete. Umi tuicha techaukaha ñande jahasava’ekue ndikatúi oñemongu’e. Jepe añaretã atykuéra oñeha’ãramo omondoho hag̃ua umíva ijypykuégui, ha ovy’áramo pe apytu’ũme oku’éma hague, upéicharõ jepe ndaikatúi ojapo upéva. Ko’ã añeteguáva yta guasu opyta mbarete umi yvyty opa’ỹvaicha, ndojeguerovái opa umi kuimba’e rembiapo oñondive Satanás ha iñaty ndive. Ikatu ñañemoarandu heta mba’ére, ha tekotevẽ jaseka meme Ñandejára Ñe’ẽme jahecha hag̃ua ko’ã mba’e upéicha piko.” Evangelism, 223.</w:t>
      </w:r>
    </w:p>
    <w:p>
      <w:pPr>
        <w:pStyle w:val="ArticleScripture"/>
        <w:jc w:val="left"/>
      </w:pPr>
      <w:r>
        <w:rPr>
          <w:rFonts w:ascii="Times New Roman" w:hAnsi="Times New Roman" w:eastAsia="Times New Roman" w:cs="Times New Roman"/>
        </w:rPr>
        <w:t>“Umi mbaʼe guasu añetegua rehegua, ohechaukáva ñandéve ñande renda historia profética-pe, ñañangarekova’erã hesekuéra kyre’ỹme, ani hag̃ua oñembyai, ha oñemoĩ hendaguépe teoría-kuéra oguerútava sarambi tesaráipe rangue tesape añetetéva.” Selected Messages, libro 2, 101, 102.</w:t>
      </w:r>
    </w:p>
    <w:p>
      <w:pPr>
        <w:pStyle w:val="ArticleScripture"/>
        <w:jc w:val="left"/>
      </w:pPr>
      <w:r>
        <w:rPr>
          <w:rFonts w:ascii="Times New Roman" w:hAnsi="Times New Roman" w:eastAsia="Times New Roman" w:cs="Times New Roman"/>
        </w:rPr>
        <w:t>“Ko tiempope heta ñeha’ã ojejapóta omokangy hag̃ua ñande jerovia pe santuario rehegua porandúpe; hákatu ndajaikytĩriva’erã. Ni peteĩ tachuela jepe ndojei hag̃ua ñande jerovia pyenda-kuéragui. Pe añetegua gueteri ha’e añetegua. Umi oiko va’ekue ndaipýri porãiva katu oguejýta mba’e’apo vai apytépe, ha ipahápe ojejuhúta hikuái ijerovia’ỹ hag̃uáicha umi mba’e rechaukaha yma guarépe jaguerekóvape mba’épa pe añetegua. Umi yma guare techaukaha tapére oñeñongatuva’erã, ani hag̃ua ñañemokañy ñande rape guive.”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omoĩmbyaty pe visión — Papapy Poteĩha’ẽ</dc:title>
  <dc:subject>Uriah Smith ha James White joavy profétikapegua Adventista rembiasakuepe: Ñantende hag̃ua conflicto oĩva Daniel 11:36 rehe hag̃ua hag̃ua hag̃ua hag̃ua hag̃ua.</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