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omopyenda pe visión — Papy peteĩha peteĩ</w:t>
      </w:r>
    </w:p>
    <w:p>
      <w:pPr>
        <w:pStyle w:val="ArticleSubtitle"/>
        <w:jc w:val="left"/>
      </w:pPr>
      <w:r>
        <w:rPr>
          <w:rFonts w:ascii="Arial" w:hAnsi="Arial" w:eastAsia="Arial" w:cs="Arial"/>
        </w:rPr>
        <w:t>Ñantende hag̃ua Mbohapy Jeporu Marandu Porã Rehegua: 11 jasyporundy ary 2001-pe, ha pe Proceso Paha ojehechaukahápe Laodicea Adventismo hag̃ua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Péicha 11 jasypoapy ary 1840 omoneĩva’ekue añetegua umi mbojoja Miller omoguahẽva’ekue, upéicha avei, 11 jasyporundy ary 2001 rire ojehechakuaa, umi ohechasevape g̃uarã, umi principio profético Future for America omoĩva’ekue ha’eha pe metodología bíblica añetéva pe ama paha rehegua, oñemoĩháicha Isaías kuatiañe’ẽ capítulo mokõipaapy pe. Pe jeporu línea de reforma ári línea de reforma ári, oñemoĩháicha tembiasakue marangatupe, omopyenda 11 jasyporundy ary 2001 ha’eha peteĩ jevy jey 11 jasypoapy ary 1840 rehegua.</w:t>
      </w:r>
    </w:p>
    <w:p>
      <w:pPr>
        <w:pStyle w:val="ArticleBody"/>
        <w:jc w:val="left"/>
      </w:pPr>
      <w:r>
        <w:rPr>
          <w:rFonts w:ascii="Times New Roman" w:hAnsi="Times New Roman" w:eastAsia="Times New Roman" w:cs="Times New Roman"/>
        </w:rPr>
        <w:t>Ojehecha vaʼekue pe ánhel mbarete Apocalipsis diez-pe oñemboguejy hague ary 1840-pe, Haʼe ohechauka hag̃ua iñemboguejy ary 2001-pe. Mokõive ánhel oñemboguejy peteĩ profesía Islam rehegua oñekumpli aja ramo. Upéi pe movimiento okakuaa kuña ha kuimbaʼe ombohovái rupi pe metodología rembiapo porãite. Pe liderásgo Adventismo del Séptimo Día laodicense rehegua ojehasávaʼekue ára paha-pe ary 1989-pe, ha koʼág̃a pe iglesia oike ipahaite prueba rapepe, Ñandejára oñepyrũvo poravo pe movimiento pe tercer ángel rehegua hag̃ua Haʼe vocero paha árapegua.</w:t>
      </w:r>
    </w:p>
    <w:p>
      <w:pPr>
        <w:pStyle w:val="ArticleBody"/>
        <w:jc w:val="left"/>
      </w:pPr>
      <w:r>
        <w:rPr>
          <w:rFonts w:ascii="Times New Roman" w:hAnsi="Times New Roman" w:eastAsia="Times New Roman" w:cs="Times New Roman"/>
        </w:rPr>
        <w:t>Peteĩva yvatevéva umi mbojoja apytépe oñeme'ẽva umi ára pahápe g̃uarã ha’eva'ekue pe marandu profetiko jeipurupyrã mbohapy hendáicha. Ko'ýte upe jave ojehechauka porã va'ekue pe mbohapy hendáicha jeipurupyrã umi mbohapy ñembyasýpe, upéva hesakã porãvaicha omopyenda haguére pe tembiapo oikova'ekue 11 jasyporundy ary 2001-pe. Upe añetegua ojehechajeyrõ guare py'a potĩ reheve, umi upérõ oñemoakãrapu'ãva Jeremías “tape yma guarépe”, py'a oheka añetegua reheve, ojekuaa añeteha pe profecía ñehundipýra, upéicha avei añeteha umi mbojoja oñemoneĩva profecía ñemyesakãrã pe movimiento ángel mbohapyhágui.</w:t>
      </w:r>
    </w:p>
    <w:p>
      <w:pPr>
        <w:pStyle w:val="ArticleBody"/>
        <w:jc w:val="left"/>
      </w:pPr>
      <w:r>
        <w:rPr>
          <w:rFonts w:ascii="Times New Roman" w:hAnsi="Times New Roman" w:eastAsia="Times New Roman" w:cs="Times New Roman"/>
        </w:rPr>
        <w:t>Ojehecha vaʼekue pe entendimiento correcto umi pionero rehegua, pe tembiasakue ñembyasy peteĩha rehegua Apocalipsis kapítulo nueve-pe ohechauka hague Islam-pe. Ojehecha vaʼekue pe maranduhára japu Mahoma haʼe hague pe mburuvicha guasu upe tembiasakuepe. Upe tembiasakuepe, Islam omboguatáta vaʼekue peteĩ ñorairõ Románo Imperio rehe, ha iñorairõ rape ojehechakuaa porã vaʼekue haʼeha peteĩ jejapi pyaʼe ha oñehaʼarõʼỹva. Upévare ojeikuaa vaʼekue pe Islam ñorairõ rape tee omeʼẽ hague pe affuero etimológico ñeʼẽ “assassin” pegua. Upe tembiasakuepe Islam ombyasyta vaʼekue Roma ehérsito-kuérape, ha upe periodo opa vaʼekue peteĩ profesía aravo rehegua cien cincuenta ary pegua guýpe. Upe profesía aravo opa rire 27 de julio de 1449-pe, oñepyrũ pe profesía aravo ha pe tembiasakue pe ñembyasy mokõiha rehegua.</w:t>
      </w:r>
    </w:p>
    <w:p>
      <w:pPr>
        <w:pStyle w:val="ArticleBody"/>
        <w:jc w:val="left"/>
      </w:pPr>
      <w:r>
        <w:rPr>
          <w:rFonts w:ascii="Times New Roman" w:hAnsi="Times New Roman" w:eastAsia="Times New Roman" w:cs="Times New Roman"/>
        </w:rPr>
        <w:t>Oñepyrũ peteĩ ambue profecía ára rehegua mbohapy sa’y po’a peteĩ ary ha pakõi ára, opa vaekue 11 jasypoapy 1840-pe. Upe tembiasakuepe mburuvicha ohechaukáva pe tembiapo profético Islam rehegua ha’e vaekue Ottman, oñemoha’ãngáva’ekue Mohammed rupive pe ñehesa’ỹijo peteĩha rembiasakuepe. Pe capítulo nueve he’i pe mokõiha ñehesa’ỹijo rembiasakuepe, Islam ojukataha Roma ehérsito-kuérape. Ha’ekuéra osegíta gueteri ojapo hag̃ua pe ñorairõ rape, oataka sapy’ánte ha oñeha’arõ’ỹre, ha katu upe tembiasakuepe ypykuete ojejuhu ha ojeporu mbokapu ratatĩ, upévare pe mokõiha ñehesa’ỹijo ohechauka peteĩ ñorairõ rape ojejoguáva asesíno oataka sapy’ápe, ha aveive oike ipype umi mba’e ojepurúva ombokapu hag̃uáicha.</w:t>
      </w:r>
    </w:p>
    <w:p>
      <w:pPr>
        <w:pStyle w:val="ArticleBody"/>
        <w:jc w:val="left"/>
      </w:pPr>
      <w:r>
        <w:rPr>
          <w:rFonts w:ascii="Times New Roman" w:hAnsi="Times New Roman" w:eastAsia="Times New Roman" w:cs="Times New Roman"/>
        </w:rPr>
        <w:t>11 jasypakõi ary 2001-pe Islam mbohapyha ñembyasy ou sapy’aitépe umi Roma pegua ejército espiritual ári umi mba’e ipu hatãva rupive. Upe mba’e ojehúva omoñepyrũ heta línea añetegua profética rehegua, ha katu ojekuaa porã oñemopyenda hague mokõi testígo mboyvegua ári, peteĩha ha mokõiha ñembyasy rehegua. Upe mba’e ohechauka porã, ha’eháicha oñemombarete Millerita rembiasakue 11 jasypoapy ary 1840-pe, oñekumpli ramo guare Islam profesía mokõiha ñembyasy rehegua ha oguejy ramo guare pe ánhel Apocalipsis mokõihápe, upéicha avei, oguahẽ ramo Islam profesía mbohapyha ñembyasy rehegua, upéva omarkakuri pe ánhel Apocalipsis dieciocho pegua oguejy hague upe árape.</w:t>
      </w:r>
    </w:p>
    <w:p>
      <w:pPr>
        <w:pStyle w:val="ArticleScripture"/>
        <w:jc w:val="left"/>
      </w:pPr>
      <w:r>
        <w:rPr>
          <w:rFonts w:ascii="Times New Roman" w:hAnsi="Times New Roman" w:eastAsia="Times New Roman" w:cs="Times New Roman"/>
        </w:rPr>
        <w:t>“Koʼág̃a piko ou pe ñeʼẽ che amombeʼu hague Nueva York ojeipeʼátaha peteĩ y guasu rembeʼýgui? Kóva arakaʼeve ndaʼéi. Haʼe vaʼekue, amaʼẽvo umi óga tuichaitéva ojepuʼáva upépe, piso ári piso, ‘Mbaʼe tápa umi tembiapo kyhyje hag̃ua oikótava Ñandejára opuʼã vove omonguʼe hag̃ua vaieterei ko yvy! Upérõ oñekumplíta pe oĩva Apocalipsis 18:1–3-pe.’ Enterove pe kapítulo 18 Apocalipsis rehegua haʼe peteĩ ñemomarandu umi mbaʼe oútavagui ko yvy ári. Péro ndaarekói tesape peteĩchaite Nueva York rehegua mbaʼépa oútava, añónte aikuaa peteĩ ára umi óga tuicha upépe oitypátaha Tupã puʼaka ojere ha ojere jevývo rupive. Pe tesape oñemeʼẽ vaʼekuégui chéve, aikuaa ñehundi oĩha ko yvy ape ári. Peteĩ ñeʼẽnte Ñandejáragui, peteĩ pokomiñoite ipuʼaka mbaretévagui, ha koʼã peteĩchaite óga aty guasu hoʼapaitéta. Oikóta umi mbaʼe ikyhyje etereíva ndaikatúiva ñañeimagina.” Review and Herald, 5 de julio de 1906.</w:t>
      </w:r>
    </w:p>
    <w:p>
      <w:pPr>
        <w:pStyle w:val="ArticleBody"/>
        <w:jc w:val="left"/>
      </w:pPr>
      <w:r>
        <w:rPr>
          <w:rFonts w:ascii="Times New Roman" w:hAnsi="Times New Roman" w:eastAsia="Times New Roman" w:cs="Times New Roman"/>
        </w:rPr>
        <w:t>Upérõ ojehecha, umi oikuaasevéva rupive, pe movimiento Future for America ha’eha pe mba’e ojokupytyva’ekue pe movimiento Millerita rehe. Islam pe mbohapyha ñembyasýpe guare oiko peteĩ elemento tenondegua pe marandupegua upe guive tenonderã. Ñe’ẽngue porã ohechauka hesakã porãva’erãha, araka’e pe ánhel Apocalipsis-pe odescendérõ guare, pe ama paha oguahẽtaha.</w:t>
      </w:r>
    </w:p>
    <w:p>
      <w:pPr>
        <w:pStyle w:val="ArticleScripture"/>
        <w:jc w:val="left"/>
      </w:pPr>
      <w:r>
        <w:rPr>
          <w:rFonts w:ascii="Times New Roman" w:hAnsi="Times New Roman" w:eastAsia="Times New Roman" w:cs="Times New Roman"/>
        </w:rPr>
        <w:t>“Pe ama hag̃ua oguejyta Ñandejára tavayguakuéra ári. Peteĩ ánhel ipokatuetéva oguejyta yvágagui, ha opaite yvy henyhẽta iñemimbipa reheve.” Review and Herald, 21 de abril de 1891.</w:t>
      </w:r>
    </w:p>
    <w:p>
      <w:pPr>
        <w:pStyle w:val="ArticleBody"/>
        <w:jc w:val="left"/>
      </w:pPr>
      <w:r>
        <w:rPr>
          <w:rFonts w:ascii="Times New Roman" w:hAnsi="Times New Roman" w:eastAsia="Times New Roman" w:cs="Times New Roman"/>
        </w:rPr>
        <w:t>Judá ñemoñaregua León oñepyrũvo oipe’a hag̃ua pe entendimiento ipyahuvéva ama pahaguévare, ogueraha Itavayguakuérape Joel kuatiañe’ẽme, ha’éva peteĩ ñe’ẽmondo tenondegua oñeñe’ẽhápe ama pahaguére. Upe jave umi kuimba’e oikéva’ekue pe movimiento-pe setiembre 11, 2001 rire, ohechakuaa térã omboaje hag̃ua Joel rembiapo mymbakuéra ombyaíva Ñandejára parral, ogueraháva pe despertar Cry de Medianoche peve, orrepresentaha Islam-pe. Ha’ekuéra ndaikatúi térã ndohesepotáiri ohecha umi mymbakuéra orrepresentaha Roma.</w:t>
      </w:r>
    </w:p>
    <w:p>
      <w:pPr>
        <w:pStyle w:val="ArticleBody"/>
        <w:jc w:val="left"/>
      </w:pPr>
      <w:r>
        <w:rPr>
          <w:rFonts w:ascii="Times New Roman" w:hAnsi="Times New Roman" w:eastAsia="Times New Roman" w:cs="Times New Roman"/>
        </w:rPr>
        <w:t>Pe tesakã porãite ojejapóva ojehechakuaávo pe profecía rembiapo mbohapyve rehegua, umi mbohapy ñembyasy guasu rehegua, omoĩve peteĩ pytyvõ lógica noñemomarangatúiva ijeroviápe he’íva umi mymba’iha Islam. Oikoháicha tapiaite, oñemoneĩ rire peteĩ interpretación privada, oiko peteĩ Ñe’ẽporãhaipyre jeguerekóvo vai oñeha’ãvo oñemombarete hag̃ua pe ñepyrũmby japu. Hembiapópe oñeha’ãvo omombarete hag̃ua hekovia, ohechauka hikuái ndoikuaaiha pe principio tipo ha antitipo rehegua.</w:t>
      </w:r>
    </w:p>
    <w:p>
      <w:pPr>
        <w:pStyle w:val="ArticleBody"/>
        <w:jc w:val="left"/>
      </w:pPr>
      <w:r>
        <w:rPr>
          <w:rFonts w:ascii="Times New Roman" w:hAnsi="Times New Roman" w:eastAsia="Times New Roman" w:cs="Times New Roman"/>
        </w:rPr>
        <w:t>Ñemoarandu teológico ha bíblico-pe, umi ñe’ẽ “tipo” ha “antitipo” ojeporu oñemombe hag̃ua peteĩ joaju mokõi mba’e apytépe, peteĩva ohechauka hag̃ua peteĩ ambue oútava térã ohenondéva upe ambuépe. Ko concepto heta jey oike umi categoría tuichavéva “ta’ãngamýi” ha “añetegua” ryepýpe.</w:t>
      </w:r>
    </w:p>
    <w:p>
      <w:pPr>
        <w:pStyle w:val="ArticleBody"/>
        <w:jc w:val="left"/>
      </w:pPr>
      <w:r>
        <w:rPr>
          <w:rFonts w:ascii="Times New Roman" w:hAnsi="Times New Roman" w:eastAsia="Times New Roman" w:cs="Times New Roman"/>
        </w:rPr>
        <w:t>Peteĩ tipo ha’e peteĩ mba’e oikóva, tapicha, térã temimoĩmby Testaménto Tuja-pe, ohechauka hag̃ua tenonderãite térã otechauka hag̃ua peteĩ mba’e oikóva, tapicha, térã temimoĩmby okorrespondéva Testaménto Pyahu-pe. Oservi peteĩ tenondegua simbólikoramo. Pe antitipo ha’e pe ñemyenyhẽ térã ñemoañete pe tipogua. Ha’e pe añetegua ojehechaukáva’ekue tenonderãite pe tipo rupive. Pe ñeconcepto “ta’ãnga” ha “hete añete” rehegua ojoja pe joaju oĩva tipo ha antitipo apytépe. Pe “ta’ãnga” orrepresenta pe (tipo), ha katu pe “hete añete” orrepresenta pe (antitipo).</w:t>
      </w:r>
    </w:p>
    <w:p>
      <w:pPr>
        <w:pStyle w:val="ArticleScripture"/>
        <w:jc w:val="left"/>
      </w:pPr>
      <w:r>
        <w:rPr>
          <w:rFonts w:ascii="Times New Roman" w:hAnsi="Times New Roman" w:eastAsia="Times New Roman" w:cs="Times New Roman"/>
        </w:rPr>
        <w:t>Ani hag̃ua avave pendejovake tembi’u rehe, ni mba’yru rehe, térã arete marangatu rehe, térã jasy pyahu rehe, térã pytu’u ára rehe: umíva niko umi mba’e oútava’anga; ha pe añetegua katu Cristo mba’e. Colosenses 2:16, 17.</w:t>
      </w:r>
    </w:p>
    <w:p>
      <w:pPr>
        <w:pStyle w:val="ArticleScripture"/>
        <w:jc w:val="left"/>
      </w:pPr>
      <w:r>
        <w:rPr>
          <w:rFonts w:ascii="Times New Roman" w:hAnsi="Times New Roman" w:eastAsia="Times New Roman" w:cs="Times New Roman"/>
        </w:rPr>
        <w:t>Léi orekóvo peteĩ ta’ãngami umi mba’e porã oútavagui, ha ndaha’éi umi mba’e voi ra’anga añetetéva, upévare araka’eve ndaikatúi umi mymbajuka ojeikuave’ẽva ary ha ary meme rupive omboaguĩva’ekuérape omoañetépe. Hebreos 10:1.</w:t>
      </w:r>
    </w:p>
    <w:p>
      <w:pPr>
        <w:pStyle w:val="ArticleBody"/>
        <w:jc w:val="left"/>
      </w:pPr>
      <w:r>
        <w:rPr>
          <w:rFonts w:ascii="Times New Roman" w:hAnsi="Times New Roman" w:eastAsia="Times New Roman" w:cs="Times New Roman"/>
        </w:rPr>
        <w:t>Pe kontroversia oiko vaʼekue 11 jasyporundy 2001 rire Joel rehegua, ha pe jehechakuaa añetegua Roma papal rehegua, ojehechauka hag̃ua irundy mymba’i rupive ha péicha oñemombeʼu hag̃ua mba’éichapa oñehundi mbeguekatúpe Adventismo Laodiceagua, umi oñeʼẽvaʼekue mymba’i kuéra Islamha, ndahaʼéi añoite omoĩ hague peteĩ énfasis noñemarangatúiva umi mbohapy aipo hag̃ua umi mbohapy ñembyasy guasu rehe, síno avei ohechauka hag̃ua techapyrã ombojeguarúva Roma antitípora, ha heʼi umi techapyrã añetehápe ohechauka Islam. Péicha ojapóvo, omeʼẽ hikuái prueba oikuaaukáva ndoguerovia porãrihague térã noikũmbyporãiha pe principio tipo ha antitipo rehegua, térã oguerovia hague pe japorandúva techapyrã rehegua haʼeha peteĩ tape iporãva oñemombeʼu hag̃ua pe paha.</w:t>
      </w:r>
    </w:p>
    <w:p>
      <w:pPr>
        <w:pStyle w:val="ArticleBody"/>
        <w:jc w:val="left"/>
      </w:pPr>
      <w:r>
        <w:rPr>
          <w:rFonts w:ascii="Times New Roman" w:hAnsi="Times New Roman" w:eastAsia="Times New Roman" w:cs="Times New Roman"/>
        </w:rPr>
        <w:t>Ko’ág̃a Roma rehegua ñorairõme, ojehechauka jey peteĩ jeýma umi oguerekóva pe temimo’ã vaiha umi “monda va’ekue” Daniel capítulo once, versículo catorce-pe ha’eha Estados Unidos ndoikuaaporãiha mokõivéva: profecía ñemoĩ mbohapýva, ha pe principio tipo ha antitipo rehegua.</w:t>
      </w:r>
    </w:p>
    <w:p>
      <w:pPr>
        <w:pStyle w:val="ArticleBody"/>
        <w:jc w:val="left"/>
      </w:pPr>
      <w:r>
        <w:rPr>
          <w:rFonts w:ascii="Times New Roman" w:hAnsi="Times New Roman" w:eastAsia="Times New Roman" w:cs="Times New Roman"/>
        </w:rPr>
        <w:t>Umi oĩva pe “mondaha kuéra” ha’eha Estados Unidos remimo’ãme oñeha’ãvo omombarete hag̃ua ipojái, oiporu hikuái peteĩ mbohapy jey jeiporu rehegua aplicación pe mbohapy Roma rehe, ikatu hag̃uáicha, he’i hag̃uáicha, ojehechauka Roma ko’ág̃agua, pe mbohapyha jehechaukarã Roma rehegua, ha’eha Estados Unidos. Ojerovia hag̃uáicha ndaha’éiha hikuái ohecha hag̃uáicha hína japu hag̃ua oñemoĩ hag̃ua testígo japu ramo, ha ha’e hag̃uáicha añónte ohechauka peteĩ ñembotavy áraity umi regla profecía rehegua mbohapy jey jeiporurã rehe, oiporu hikuái peteĩ mba’ete profético umi mokõi Roma peteĩha rehegua, ha oñe’ẽ hikuái peteĩ mba’ete Roma rembiasakue rehegua ohechauka hag̃ua Roma ko’ág̃agua.</w:t>
      </w:r>
    </w:p>
    <w:p>
      <w:pPr>
        <w:pStyle w:val="ArticleBody"/>
        <w:jc w:val="left"/>
      </w:pPr>
      <w:r>
        <w:rPr>
          <w:rFonts w:ascii="Times New Roman" w:hAnsi="Times New Roman" w:eastAsia="Times New Roman" w:cs="Times New Roman"/>
        </w:rPr>
        <w:t>Róma pagana ha’e pe peteĩha mbohapy ñemohu’ã marangatupy rehegua Róma rehe. Daniel capítulo ocho-pe, Róma pagana ha’e pe michĩva ratĩ kuimba’e rehegua. Capítulo dos-pe, Róma pagana ha’e mburuvicharã rembiapo tetãnguéra rehegua. Daniel siete-pe, Róma pagana oñemboja’o peteĩ reino pa’ũme diecýva hag̃ua.</w:t>
      </w:r>
    </w:p>
    <w:p>
      <w:pPr>
        <w:pStyle w:val="ArticleBody"/>
        <w:jc w:val="left"/>
      </w:pPr>
      <w:r>
        <w:rPr>
          <w:rFonts w:ascii="Times New Roman" w:hAnsi="Times New Roman" w:eastAsia="Times New Roman" w:cs="Times New Roman"/>
        </w:rPr>
        <w:t>Roma jehechauka mokõiha ha’e Roma papal, capítulo ocho-pe ha’éva pe hatĩ michĩ kuñanguéraicha, ha capítulo dos-pe ha’éva iglesia rembipuru; ha capítulo siete-pe ha’éva pe hatĩ oñe’ẽva ñe’ẽvai rehe ha omondóva mbohapy hatĩ. Roma pagana ha’e peteĩ pokatu año, ha Roma papal katu ha’e mokõiapegua pokatu, ohechaukáva pe iglesia papal oisãmbyhyha umi mburuvicha reko rehegua pe estadopegua yvypóra rembiapo yma guare Roma pagana-gui. Ary 1798-pe, pe pokatu papal ohupyty pe ikutu manova’erãva, ha katu ndopytái va’ekue iglesia’ỹre; opyta hag̃uante peteĩ tymba marangatu profecía Bíblica-pe, pórke pe pokatu civil yma oisãmbyhy va’ekue oñemomombyry chugui.</w:t>
      </w:r>
    </w:p>
    <w:p>
      <w:pPr>
        <w:pStyle w:val="ArticleBody"/>
        <w:jc w:val="left"/>
      </w:pPr>
      <w:r>
        <w:rPr>
          <w:rFonts w:ascii="Times New Roman" w:hAnsi="Times New Roman" w:eastAsia="Times New Roman" w:cs="Times New Roman"/>
        </w:rPr>
        <w:t>Roma mokõiha ha’e Roma papal ha ha’e añoite omba’apo va’ekue peteĩ mbarete ramo (mymba guasu) marandu’ypy Bibliapegua ryepýpe, oguerekórõ guare katupyry oisãmbyhy hag̃ua Estado mbarete ikatu hag̃uáicha omboguata iñañete’ỹva apoukapykuéra. Roma peteĩha ha’e va’ekue peteĩ mbarete año, Roma mokõiha ha’e va’ekue peteĩ mbarete mokõive rehegua, ha Roma mbohapyha ha’e peteĩ mbarete mbohapyve rehegua. Pe mbohapy jehechaukarã Roma rehegua oisãmbyhy umi tembiapoukapy peteĩchagua rupive opaite marandu’ypy jeiporu mbohapykóiva ndive. Marandu’ypy rehehápe oĩ mbohapy ñembyasy, mbohapy Babilonia, mbohapy Roma ha mbohapy Elías. Ta’anga ha antítaipo rehegua ñe’ẽme, umi mokõi jehechauka peteĩha oimeraẽva umi jeiporu mbohapykóivagui ha’e ta’anga ome’ẽva pe kuarahy’ã pe mbohapyha ñembyaju rehegua, ha’éva antítaipo ha pe añetegua pe marandu’ypy jeiporu mbohapykóva rehegua.</w:t>
      </w:r>
    </w:p>
    <w:p>
      <w:pPr>
        <w:pStyle w:val="ArticleBody"/>
        <w:jc w:val="left"/>
      </w:pPr>
      <w:r>
        <w:rPr>
          <w:rFonts w:ascii="Times New Roman" w:hAnsi="Times New Roman" w:eastAsia="Times New Roman" w:cs="Times New Roman"/>
        </w:rPr>
        <w:t>Róma reheve umi mokõi Róma peteĩha mba’e’etéva ohechauka mokõivéva, Róma pagána ha Róma papál, ome’ẽ hague ijarakuérape pe téra Pontifex Maximus. Upévare, pe téra orekótava ko’ág̃a Róma ruvicha ha’éta Pontifex Maximus, peteĩ téra araka’eve ndojehechakuaáiva peteĩ tetã Mbojoapyre Amérika retãygua ruvichápe. Umi mokõi Róma peteĩha ogueropu’akava’erãkuri mbohapy jejoko jeografíagua ikatu hag̃uáicha omopyenda mburuvicha hag̃ua guapyha ári pe iñautorida omoañetéva hikuái pe hekove arandupy rehegua ára peteĩteĩme. Ndaipóri mba’eveichagua prueba Estados Unidos oityhague mbohapy jejoko jeografíagua oguahẽ mboyve 1798-pe.</w:t>
      </w:r>
    </w:p>
    <w:p>
      <w:pPr>
        <w:pStyle w:val="ArticleBody"/>
        <w:jc w:val="left"/>
      </w:pPr>
      <w:r>
        <w:rPr>
          <w:rFonts w:ascii="Times New Roman" w:hAnsi="Times New Roman" w:eastAsia="Times New Roman" w:cs="Times New Roman"/>
        </w:rPr>
        <w:t>Mokõi Roma peteĩha oguereko peteĩ ára pehẽngue específico ojehechakuaáva araka’épa oisãmbyhyta ipu’akapavẽme. Daniel 11:24-pe, Roma pagã ojehechauka oisãmbyhyha peteĩ “tiémporõ”, térã mbohapyciento sesenta ary aja, ha upéva ojapo Actium Ñorairõ guive ary 31 a.C.-pe, peve ary 330 d.C. Heta jey Roma papal ojehechauka oisãmbyhyha mil doscientos sesenta ary aja umi mbohapy hatĩ oñemboguejýi rire, ary 538 guive 1798 peve. Isaías capítulo 23-pe, Tetã peteĩ reko Amérika pegua ojehechauka oisãmbyhyramo setenta ary simbólico aja, peteĩ mburuvicha áraicha; upéicharõ jepe, araka’eve nomboguéi mbohapy jejoko yvy rehegua iñakãrapu’ã mboyve oisãmbyhy hag̃ua umi setenta ary simbólico aja.</w:t>
      </w:r>
    </w:p>
    <w:p>
      <w:pPr>
        <w:pStyle w:val="ArticleBody"/>
        <w:jc w:val="left"/>
      </w:pPr>
      <w:r>
        <w:rPr>
          <w:rFonts w:ascii="Times New Roman" w:hAnsi="Times New Roman" w:eastAsia="Times New Roman" w:cs="Times New Roman"/>
        </w:rPr>
        <w:t>Róma ko’ag̃agua oñerrepresenta og̃uahẽ hag̃uáicha ombohasa hag̃ua mbohapy mba’e ojokóva geográfika pe mburuvicha yvygotyopegua, pe yvy porãite ha Egipto rehe, Daniel kapítulo once-pe, versíkulo kuarenta guive kuarenta ha mokõi peve; ha umi mbohapy mba’e ojokóva oñehundi ha oñemoĩ rire Róma poguýpe, upémarõ oiko hikuái pe joaju mbohapyvegua dragón, mymba ka’aguy ha proféta japupegua. Juan avei ñanemomarandu pe mymba ka’aguy papal rehegua herida omanoukáva okuera jeyha, ha upéi ogoverna kuarenta ha mokõi mése simbóliko pukukue.</w:t>
      </w:r>
    </w:p>
    <w:p>
      <w:pPr>
        <w:pStyle w:val="ArticleScripture"/>
        <w:jc w:val="left"/>
      </w:pPr>
      <w:r>
        <w:rPr>
          <w:rFonts w:ascii="Times New Roman" w:hAnsi="Times New Roman" w:eastAsia="Times New Roman" w:cs="Times New Roman"/>
        </w:rPr>
        <w:t>Ha ahecha peteĩva umi iñakã apytégui oñekutu ha’ete peve omanóvaicha; ha pe ikutu vaiete oñemonguera. Ha opa ko yvy ohecharamo pe mymbaguasúre. Ha omomba’e guasu hikuái pe dragónpe, ome’ẽva’ekue pokatu pe mymbaguasúpe; ha omomba’e guasu avei pe mymbaguasúpe, he’ívo: Mávapa ojoguáva pe mymbaguasúpe? Mávapa ikatúva oñorairõ hese? Ha oñeme’ẽ chupe peteĩ juru oñe’ẽ hag̃uáva mba’e tuicháva ha ñe’ẽ vai Tupã rehegua; ha oñeme’ẽ avei chupe pokatu opyta hag̃ua irundy pa mokõi jasy pukukue. Apocalipsis 13:3–5.</w:t>
      </w:r>
    </w:p>
    <w:p>
      <w:pPr>
        <w:pStyle w:val="ArticleBody"/>
        <w:jc w:val="left"/>
      </w:pPr>
      <w:r>
        <w:rPr>
          <w:rFonts w:ascii="Times New Roman" w:hAnsi="Times New Roman" w:eastAsia="Times New Roman" w:cs="Times New Roman"/>
        </w:rPr>
        <w:t>Pe mbói ogovernáva irundy mokõi jasy simbóliko pukukue, rire ijerévo hekovia pe ai omanóvaicha, ha’e hína pe poder romano.</w:t>
      </w:r>
    </w:p>
    <w:p>
      <w:pPr>
        <w:pStyle w:val="ArticleScripture"/>
        <w:jc w:val="left"/>
      </w:pPr>
      <w:r>
        <w:rPr>
          <w:rFonts w:ascii="Times New Roman" w:hAnsi="Times New Roman" w:eastAsia="Times New Roman" w:cs="Times New Roman"/>
        </w:rPr>
        <w:t>Pe profesía Apocalipsis 13-pe oikuaauka pe pokatu mymba hatĩ ovecharãva rehe ojehechaukáva ojapótaha “yvy ha umi oikóva ipype” toñembo’e hag̃ua papadope — upépe oñembojechaukáva pe mymba “jaguareterãicha.”... Mokõivéva, pe Yvy Tujápe ha pe Yvy Pyahúpe, pe papado ohupytýta ñemomba’e pe terakuã oñeme’ẽvape ára domingo ñemopyenda rehe, opytáva añoite pe Iglesia Romana pokatu ári.” The Great Controversy, 578.</w:t>
      </w:r>
    </w:p>
    <w:p>
      <w:pPr>
        <w:pStyle w:val="ArticleBody"/>
        <w:jc w:val="left"/>
      </w:pPr>
      <w:r>
        <w:rPr>
          <w:rFonts w:ascii="Times New Roman" w:hAnsi="Times New Roman" w:eastAsia="Times New Roman" w:cs="Times New Roman"/>
        </w:rPr>
        <w:t>Pagã, pe peteĩha Roma, ojoguereko mburuvichavetehápe mbohapy sua ha saĩ ary pukukue, oñembotývo Daniel kapítulo once, versíkulo twenty-four, ha ojapo upéva oñembogue rire mbohapy mba’e ojokóva geográficamente, oñembotývo Daniel kapítulo eight, versíkulo nine.</w:t>
      </w:r>
    </w:p>
    <w:p>
      <w:pPr>
        <w:pStyle w:val="ArticleBody"/>
        <w:jc w:val="left"/>
      </w:pPr>
      <w:r>
        <w:rPr>
          <w:rFonts w:ascii="Times New Roman" w:hAnsi="Times New Roman" w:eastAsia="Times New Roman" w:cs="Times New Roman"/>
        </w:rPr>
        <w:t>Papal, pe mokõiha Roma, ogoverna mburuvichavetehápe mil mokõisa poapy arýpe, oñemohu’ã hag̃ua heta Escritura pehẽngue, ha upéva ojapo rire omboyke rire mbohapy ojokóva yvy rehegua, oñemohu’ã hag̃ua Daniel kapítulo 7, versíkulo 8 ha 20 he’íva.</w:t>
      </w:r>
    </w:p>
    <w:p>
      <w:pPr>
        <w:pStyle w:val="ArticleBody"/>
        <w:jc w:val="left"/>
      </w:pPr>
      <w:r>
        <w:rPr>
          <w:rFonts w:ascii="Times New Roman" w:hAnsi="Times New Roman" w:eastAsia="Times New Roman" w:cs="Times New Roman"/>
        </w:rPr>
        <w:t>Róma koʼag̃agua oity pe mburuvicha yvykatu gotyo guápe Daniel 11, versíkulo 40-pe; upéi versíkulo 41-pe oity pe yvy porãite, ha versíkulo 42-pe oity Egipto. Róma koʼag̃agua hína pe mburuvicha yvate gotyo gua Daniel kapítulo 11-pe.</w:t>
      </w:r>
    </w:p>
    <w:p>
      <w:pPr>
        <w:pStyle w:val="ArticleBody"/>
        <w:jc w:val="left"/>
      </w:pPr>
      <w:r>
        <w:rPr>
          <w:rFonts w:ascii="Times New Roman" w:hAnsi="Times New Roman" w:eastAsia="Times New Roman" w:cs="Times New Roman"/>
        </w:rPr>
        <w:t>Roma pagana, pe peteĩha Roma, vaekue peteĩ pokatu mbyaiha; ha Roma papal, pe mokõiha Roma, vaekue peteĩ pokatu mbyaiha avei; upévare Roma moderna ha’éta peteĩ pokatu mbyaiha.</w:t>
      </w:r>
    </w:p>
    <w:p>
      <w:pPr>
        <w:pStyle w:val="ArticleBody"/>
        <w:jc w:val="left"/>
      </w:pPr>
      <w:r>
        <w:rPr>
          <w:rFonts w:ascii="Times New Roman" w:hAnsi="Times New Roman" w:eastAsia="Times New Roman" w:cs="Times New Roman"/>
        </w:rPr>
        <w:t>Tetã peteĩ rekojojahápe oikóta mbohapyha jejopyrãme Roma pyahúva oikuaaukáva; upéicharõ jepe, kóva ndohesakái Tetã peteĩ rekojoja ha’eha pokatu papal, síno ohechauka añónte peteĩ mba’eichagua Tetã peteĩ rekojoja joaju pokatu papal ndive ára pahápe.</w:t>
      </w:r>
    </w:p>
    <w:p>
      <w:pPr>
        <w:pStyle w:val="ArticleBody"/>
        <w:jc w:val="left"/>
      </w:pPr>
      <w:r>
        <w:rPr>
          <w:rFonts w:ascii="Times New Roman" w:hAnsi="Times New Roman" w:eastAsia="Times New Roman" w:cs="Times New Roman"/>
        </w:rPr>
        <w:t>Umi oipotáva oñeʼẽ ñorairõrã Estados Unidos haʼeha “nde retãygua mondaha kuéra” ára pahápe, oiporu mbohapy jeporu umi mbohapy Roma rehegua hag̃ua ojekuaa vai hag̃ua Estados Unidos-pe. Pe método ndoikoporãiva haʼekuéra oiporúva peteĩ contexto jeporupyre mbohapyha ryepýpe oñemopyenda ojehechakuaávo peteĩ tekotevẽ térã mbaʼe rechaukaha umi mokõi Roma peteĩha rehegua, ha oñeñemombaʼeguasúvo peteĩ Roma remiandu marandu hag̃ua profético rehegua, ha ndahaʼéi Roma voi, haʼeha pe Roma mbohapyha.</w:t>
      </w:r>
    </w:p>
    <w:p>
      <w:pPr>
        <w:pStyle w:val="ArticleBody"/>
        <w:jc w:val="left"/>
      </w:pPr>
      <w:r>
        <w:rPr>
          <w:rFonts w:ascii="Times New Roman" w:hAnsi="Times New Roman" w:eastAsia="Times New Roman" w:cs="Times New Roman"/>
        </w:rPr>
        <w:t>Haʼekuéra ohechakuaa Constantino rembiapokue peteĩha arapokõindy rehegua léi histórico ary 321 d.C.-pe, ha upéi Roma papal arapokõindy rehegua léi ary 538 d.C.-pe, ha péicha heʼi hag̃ua pe arapokõindy rehegua léi og̃uahẽ hag̃uáma Estados Unidos-pe omboheko hag̃ua Estados Unidos-pe Roma moderna ramo; ha avei ombojeheʼa hikuái iñemoĩvai jeporu oiko hag̃ua ombojoaju Jesús ñeʼẽmondo ojejavaʼerãha, pe “ñehundi hag̃ua ñañembojeguarúva” Daniel heʼi hague rehe, arapokõindy rehegua léi ndive. Pe “ñehundi hag̃ua ñañembojeguarúva” Jesús oñeʼẽ hague, ohechauka mokõi arapokõindy rehegua léi ára pahápe, péro ipeteĩiterei ambue simbología, haʼégui peteĩ ñeʼẽmondo ojejavaʼerãha, ndahaʼéi pe ñeʼẽmondo oñemboyke hag̃ua mymba ñarõ rechaukaha. Iñemoĩvai apytuʼũ ndojepyʼamongetéi jepe oĩha mokõi arapokõindy rehegua léi específico ára pahápe.</w:t>
      </w:r>
    </w:p>
    <w:p>
      <w:pPr>
        <w:pStyle w:val="ArticleScripture"/>
        <w:jc w:val="left"/>
      </w:pPr>
      <w:r>
        <w:rPr>
          <w:rFonts w:ascii="Times New Roman" w:hAnsi="Times New Roman" w:eastAsia="Times New Roman" w:cs="Times New Roman"/>
        </w:rPr>
        <w:t>Upévare, pehecháramo pe ñehundi oporombojeguarúva, Daniel proféta he’i haguéicha, oĩha pe tenda marangatúpe, (omoñe’ẽva, toikũmby:) upéramo umi oĩva Judea retãme toñani yvytýpe; pe oĩva óga ári aníke oguejy oguenohẽ hag̃ua mba’eve hóga guýgui; ha pe oĩva ñúme ani tojevy hag̃ua ogueru hag̃ua ijao. ¡Ha toiko asy umi hyeguasúvape ha umi omokambúva umi ára-pe! Pejerure katu pene ñani hag̃ua ani hag̃ua oiko araro’ýpe, ni sábado árape. Mateo 24:15–20.</w:t>
      </w:r>
    </w:p>
    <w:p>
      <w:pPr>
        <w:pStyle w:val="ArticleBody"/>
        <w:jc w:val="left"/>
      </w:pPr>
      <w:r>
        <w:rPr>
          <w:rFonts w:ascii="Times New Roman" w:hAnsi="Times New Roman" w:eastAsia="Times New Roman" w:cs="Times New Roman"/>
        </w:rPr>
        <w:t>“Pe mba’e jeguaru ñehundi rehegua, maranduhára Daniel oñe’ẽ hague,” ha’e va’ekue peteĩ techaukaha Jesús ome’ẽva’ekue Itavayguakuérape oikuaa hag̃ua araka’épa okañy va’erã hikuái pe ñehundi og̃uahẽtavagui Jerusalén ári, Roma pagana ojere ha ojoko aja pe táva, ha upéi ohundi pe tupaópe ha pe távape ary 66 guive ary 70 d.C. peve.</w:t>
      </w:r>
    </w:p>
    <w:p>
      <w:pPr>
        <w:pStyle w:val="ArticleScripture"/>
        <w:jc w:val="left"/>
      </w:pPr>
      <w:r>
        <w:rPr>
          <w:rFonts w:ascii="Times New Roman" w:hAnsi="Times New Roman" w:eastAsia="Times New Roman" w:cs="Times New Roman"/>
        </w:rPr>
        <w:t>“Jesús oikuaauka umi temimbo’épe ohendúvape umi juicio oguejýtava Israel apóstata ári, ha especialmente pe venganza retributiva oútava hi’ári kuéra iñemboykére ha icrucifixión rehe Mesías rehe. Señal hesakã porãitereíva ohenondéta pe paha vaietéva. Pe aravo kyhyjeha oúta sapy’a ha pya’eterei. Ha pe Salvador omomarandu porã hembiapo rapichakuérape: ‘Upévare peẽ pehechávo pe mba’e vai ombyai hag̃uáva, he’íva proféta Daniel, oĩha pe tenda marangatúpe, (omoñe’ẽva, tome’ẽ iñakãme:) upérõ umi oĩva Judea-pe toñani umi yvytýpe.’ Mateo 24:15, 16; Lucas 21:20, 21. Umi romano-kuéra poyvi ta’anga ñemomba’eguasu rehegua oñemoĩ vove pe yvy marangatúpe, ohasáva mbovymi estadio tavaguasu murálla okápe, upérõ Cristo rapykuehópe oikóva ojuhuva’erãmo’ã tekove ñepysyrõ ñanihápe. Pe señal ñe’ẽmondo rehegua ojehecha vove, umi oikove hag̃uáva ndojapova’erãi mba’eveichagua py’aguapy hag̃ua....”</w:t>
      </w:r>
    </w:p>
    <w:p>
      <w:pPr>
        <w:pStyle w:val="ArticleScripture"/>
        <w:jc w:val="left"/>
      </w:pPr>
      <w:r>
        <w:rPr>
          <w:rFonts w:ascii="Times New Roman" w:hAnsi="Times New Roman" w:eastAsia="Times New Roman" w:cs="Times New Roman"/>
        </w:rPr>
        <w:t>“Ni peteĩ kristiáno omanói Jerusalén ñehundípe. Cristo ome’ẽ vaʼekue iñemboʼepykuérape peteĩ ñeʼẽmondo, ha opa umi ogueroviáva Hembiapo ñeʼẽ ohaʼarõ vaʼekue pe techaukaha oñepromete vaʼekue.... Pyaʼeʼỹre okañy hikuái peteĩ tenda tekorosãme—Pella táva, Perea yvýpe, Jordán mboypýri.” The Great Controversy, 25, 30.</w:t>
      </w:r>
    </w:p>
    <w:p>
      <w:pPr>
        <w:pStyle w:val="ArticleBody"/>
        <w:jc w:val="left"/>
      </w:pPr>
      <w:r>
        <w:rPr>
          <w:rFonts w:ascii="Times New Roman" w:hAnsi="Times New Roman" w:eastAsia="Times New Roman" w:cs="Times New Roman"/>
        </w:rPr>
        <w:t>Ary 538 og̃uahẽmbotávo, upe ára pegua kristianokuéra ohechakuaa vaʼekue tupao oñembyaipaha peteĩ ñeʼẽmeʼẽ rupive taʼangaʼy jerovia rehegua ndive; ha Cristo ñeʼẽmondýi ári, ha oñondive apostol Pablo rembiapokue omeʼẽ vaʼekue tesape reheve 2 Tesalonicenses capítulo mokõi-pe, okañy hikuái pe desiérto profético-pe pe mil mokõi sa poapy ary pukukuepe.</w:t>
      </w:r>
    </w:p>
    <w:p>
      <w:pPr>
        <w:pStyle w:val="ArticleScripture"/>
        <w:jc w:val="left"/>
      </w:pPr>
      <w:r>
        <w:rPr>
          <w:rFonts w:ascii="Times New Roman" w:hAnsi="Times New Roman" w:eastAsia="Times New Roman" w:cs="Times New Roman"/>
        </w:rPr>
        <w:t>“Ha Cristo ou mboyve, katuete oikovaʼerãkuri umi mbaʼe tuicháva oñemoambuéva pe mundo religioso-pe, ojepredise vaʼekue profecía-pe. Pe apóstol heʼi vaʼekue: ‘Ani pyaʼe peñemondýi pene akãme, ni pejejopyhy, tahaʼe espíritu rupive, térã ñeʼẽ rupive, térã kuatia rupive guáicha orehegui, guáicha Cristo ára og̃uahẽmbaitéma vaʼerã. Ani avave pene mbotavy mbaʼeveichavérõ: upe ára ndoumoʼãi, oúramoʼỹre raẽ pe jehekýi guasu, ha ojehechauka pe kuimbaʼe angaipa rehegua, pe ñehundipyrã raʼy; pe oñemoĩva ha oñembotuicháva opa mbaʼe héra Ñandejára térã ojeadora hag̃ua ári; upéicha hag̃uáicha, haʼete Ñandejára ramo oguapy Ñandejára tupaópe, ohechaukávo ijupe voi haʼeha Ñandejára.’</w:t>
      </w:r>
    </w:p>
    <w:p>
      <w:pPr>
        <w:pStyle w:val="ArticleScripture"/>
        <w:jc w:val="left"/>
      </w:pPr>
      <w:r>
        <w:rPr>
          <w:rFonts w:ascii="Times New Roman" w:hAnsi="Times New Roman" w:eastAsia="Times New Roman" w:cs="Times New Roman"/>
        </w:rPr>
        <w:t>“Pablo ñe’ẽ noñentendevai vaʼerãmoʼã. Ndojeʼe vaʼerãi kuri haʼe, revelación especial rupive, omomarandu hague Tesalonicagua kuérape Cristo oumbotávo pyaʼeeteha. Péicha hag̃uáicha peteĩ ñemoĩ omoheñói vaʼerãmoʼã jerovia pyʼajere, pe ñembyasy ha ñemoĩkangy pyʼỹi niko ogueru jeroviaʼỹ. Upévare apóstol ohekomboʼe umi joykeʼykuérape ani hag̃ua omoneĩ peteĩ marandu péicha oúva hag̃ua chugui, ha upéi omombaʼeguasuve pe añetegua oĩva: pe mbarete papal, maranduhára Daniel omyesakã porãite vaʼekue, neʼĩrã gueteri osẽ ha oñorãirõ Tupã retãygua kuéra ndive. Ko mbarete ndojapói aja gueteri hembiapo oporojukáva ha Tupã rehe oñeʼẽ vai hag̃uáva, rei ete vaʼerãmoʼã pe iglesia ohaʼarõ hag̃ua Ijára ou jey. ‘Napenemanduʼái piko,’ Pablo oporandu, ‘aimérõ guare pene ndive, haʼe vaʼekue pemeʼẽ koʼã mbaʼe?’”</w:t>
      </w:r>
    </w:p>
    <w:p>
      <w:pPr>
        <w:pStyle w:val="ArticleScripture"/>
        <w:jc w:val="left"/>
      </w:pPr>
      <w:r>
        <w:rPr>
          <w:rFonts w:ascii="Times New Roman" w:hAnsi="Times New Roman" w:eastAsia="Times New Roman" w:cs="Times New Roman"/>
        </w:rPr>
        <w:t>“Tuichaite mba’e vaieterei pe oútava omoĩ hag̃ua apañuãi pe tupao añeteguápe. Jepe pe apóstol ohai jave, pe ‘teko aña ñemimby’ oñepyrũma vaʼekue ombaʼapo. Umi mbaʼe oikótava tenonderãme haʼevaʼerã kuri ‘Satanás rembiapo rapykuéri, opa pokatu, techaukaha ha hechapyrã japu reheve, ha opaichagua tekojojaʼỹ mbotavy reheve umi oñehundívape’.”</w:t>
      </w:r>
    </w:p>
    <w:p>
      <w:pPr>
        <w:pStyle w:val="ArticleScripture"/>
        <w:jc w:val="left"/>
      </w:pPr>
      <w:r>
        <w:rPr>
          <w:rFonts w:ascii="Times New Roman" w:hAnsi="Times New Roman" w:eastAsia="Times New Roman" w:cs="Times New Roman"/>
        </w:rPr>
        <w:t>“Tuichaite solemneiterei pe apóstol he’íva umi oñembotovévape g̃uarã noñemoneĩséi hag̃ua ‘pe añetegua rayhu.’ ‘Upévare,’ he’i va’ekue opa umi ijeheguiete omboykéva umi marandu añeteguagua rehe, ‘Tupã omondóta chupekuéra jejavy mbarete, oguerovia hag̃ua peteĩ japu: ikatu hag̃uáicha oñekondená hag̃ua opavave umi ndogueroviáiva’ekue pe añetegua, ha oĩ hag̃uáicha hikuái vy’ápe tekojoja’ỹme.’ Yvypóra ndaikatúi ohejarei mba’eve hag̃uáicha umi ñe’ẽmondo Tupã poriahuverekópe omondóva chupekuéra. Umi akóinte ojere vaíva ko’ã ñe’ẽmondógui, Tupã oipe’a chuguikuéra Ijespíritu, ha oheja chupekuéra umi mbotavýpe ha’ekuéra ohayhúva.” Hechos de los Apóstoles, 265, 266.</w:t>
      </w:r>
    </w:p>
    <w:p>
      <w:pPr>
        <w:pStyle w:val="ArticleBody"/>
        <w:jc w:val="left"/>
      </w:pPr>
      <w:r>
        <w:rPr>
          <w:rFonts w:ascii="Times New Roman" w:hAnsi="Times New Roman" w:eastAsia="Times New Roman" w:cs="Times New Roman"/>
        </w:rPr>
        <w:t>Pe ñe’ẽme’ẽ pagáno reko ha pe tupão apytépe ha’e vaekue pe techaukaha ñe’ẽmondo oporomomarandúva, ogueraháva upe ára kristiánokuérape ojei hag̃ua Roma papálgui; hákatu tekotevẽ ojehechakuaa pe tesape Pablo ome’ẽva Jesús ñemongetápe, oñe’ẽva pe jehekáre, ha’eha upe jehaipyre voi William Miller oikuaa hague pe “ara ha ára” Daniel kuatiañe’ẽme ohechaukaha Roma pagána. Pe joaju profétika Roma pagána ojokoha, ha upéi ojeipe’a hag̃uáicha tape ikatu hag̃uáicha Roma papál ojupi pe guapyhárenda ári, ha’e peteĩ añetegua tekotevẽva oñentende, pe ndojehechakuaáiramo pe joaju profétika oguerútamo hag̃ua tavyguasu mbaretéva umi ndohayhúivape upe añetegua. Hermana White oñe’ẽ avei upe tembiasáre:</w:t>
      </w:r>
    </w:p>
    <w:p>
      <w:pPr>
        <w:pStyle w:val="ArticleScripture"/>
        <w:jc w:val="left"/>
      </w:pPr>
      <w:r>
        <w:rPr>
          <w:rFonts w:ascii="Times New Roman" w:hAnsi="Times New Roman" w:eastAsia="Times New Roman" w:cs="Times New Roman"/>
        </w:rPr>
        <w:t>“Oikotevẽ kuri peteĩ ñorairõ pohýi ete umi oikótavape jerovia hag̃ua hag̃ua hag̃ua hatã umi ñembotavy ha ñembojeguarúva, oñemokañýva pa’i ao guýpe ha oikeháicha pe tupaópe. La Biblia ndojeguerohorýi pe jerovia pype tekotevẽ hag̃uáicha yvypóra rape. Pe mbo’epy tekosãso rehegua hérakuri herejía, ha umi omoĩva chupe tenonde gotyo oñembopochy hese ha oñemosẽ.”</w:t>
      </w:r>
    </w:p>
    <w:p>
      <w:pPr>
        <w:pStyle w:val="ArticleScripture"/>
        <w:jc w:val="left"/>
      </w:pPr>
      <w:r>
        <w:rPr>
          <w:rFonts w:ascii="Times New Roman" w:hAnsi="Times New Roman" w:eastAsia="Times New Roman" w:cs="Times New Roman"/>
        </w:rPr>
        <w:t>“Peteĩ ñorairõ puku ha pohýi rire, mbovymi jerovia hag̃ua odesidi omboyke opa joaju pe tupao apostatándi, haʼe gueteri ndohejamoʼãi ramo ojepeʼa hag̃ua japu ha taʼãnga ñemombaʼeguasúgui. Haʼekuéra ohechakuaa pe ñembojaʼo haʼeha peteĩ tekotevẽ tee if they would obey the word of God. Ndaikatúi okonsenti jejavýre oporohundíva iñangaipápe g̃uarã, ni omoĩ peteĩ techapyrã omoĩva vaʼekue peteĩ jeiko vai iñemoñarekuérape ha umi iñemoñarekuéra ñemoñarekuérape. Oñangareko hag̃ua pyʼaguapy ha joajúre, haʼekuéra oĩkuri oime hag̃ua opaichagua ñemeʼẽmbyrã opytáva Tupãre jeroviapy ndive; ha katu oñandu hikuái pe pyʼaguapy jepe hepyetereitaha ojoguáramo peteĩ principio ñembyai rehe. Joaju ikatúramo oñeñangareko hag̃uánte añetegua ha tekojoja ñemongakuaapy rupive, upéicharõ toĩ joavy, ha jepe ñorairõ.” The Great Controversy, 45, 46.</w:t>
      </w:r>
    </w:p>
    <w:p>
      <w:pPr>
        <w:pStyle w:val="ArticleBody"/>
        <w:jc w:val="left"/>
      </w:pPr>
      <w:r>
        <w:rPr>
          <w:rFonts w:ascii="Times New Roman" w:hAnsi="Times New Roman" w:eastAsia="Times New Roman" w:cs="Times New Roman"/>
        </w:rPr>
        <w:t>Pe relación profética oĩva Tetã Unidos ha pe papado apytépe ára pahápe ojehechauka vaʼekue peteĩ tipo ramo, ha oñemombarete vaʼekue, Pablo ohechakuaávo pe relación oĩva Roma pagana ha Roma papal apytépe, og̃uahẽ mboyve ary 538 d.C. Pe Roma jeiporu mbohapýpe, Roma pagana ombohovái Jesús ñeʼẽ ombojekuaáva pe ñehundi rembiapo vaiha peteĩ techaukaha ramo ojeheja hag̃ua pe tenda; ha Roma papal avei ombohovái Jesús ñeʼẽ. Hermana White ohechauka ambue ñembohovái Cristo ñeʼẽme.</w:t>
      </w:r>
    </w:p>
    <w:p>
      <w:pPr>
        <w:pStyle w:val="ArticleScripture"/>
        <w:jc w:val="left"/>
      </w:pPr>
      <w:r>
        <w:rPr>
          <w:rFonts w:ascii="Times New Roman" w:hAnsi="Times New Roman" w:eastAsia="Times New Roman" w:cs="Times New Roman"/>
        </w:rPr>
        <w:t>“Ndaha’éi ko’ágã ára Tupã tavayguakuérape g̃uarã omoĩ hag̃ua iñakãrapu’ã térã ombyaty hag̃ua ita’anga mba’erepy ko yvy ape ári. Nda’aréi véima, umi temimbo’e yma guaréicha, ñañembojerure hag̃ua tekove ñongatuha tenda ojeheja hag̃uápe ha peteĩño hag̃uápe. Jerusalén oñemboty ramo guare romano ehérsito reheve ha upéva oiko haguéicha techaukaha ñani hag̃ua umi kristiáno Judea-pegua, upéicha avei ñane retã oguereko ramo pokatu pe léi rupi ojeporukáva hag̃ua arapokõindy papal, upéva ha’éta ñandéve peteĩ ñeñangareko. Upérõta og̃uahẽ ára jasẽ hag̃ua tavaguasu kuéragui, ñañembosako’i hag̃uáicha jasẽ hag̃ua avei umi tava michĩvévagui, jahasávo óga mombyry ha oñemokañýva tenda kañyhápe umi yvyty apytépe.” Testimonies, volúmen 5, 464.</w:t>
      </w:r>
    </w:p>
    <w:p>
      <w:pPr>
        <w:pStyle w:val="ArticleBody"/>
        <w:jc w:val="left"/>
      </w:pPr>
      <w:r>
        <w:rPr>
          <w:rFonts w:ascii="Times New Roman" w:hAnsi="Times New Roman" w:eastAsia="Times New Roman" w:cs="Times New Roman"/>
        </w:rPr>
        <w:t>Cristo ára umi kristiánope ĝuarã, pe adverténsia ohechauka araka’épa ojeheja vaʼerã Jerusalén. Pe quinto ha sexto siglope, pe adverténsia umi kristiánope g̃uarã ogueraha chupekuéra okañy hag̃ua desiértope.</w:t>
      </w:r>
    </w:p>
    <w:p>
      <w:pPr>
        <w:pStyle w:val="ArticleScripture"/>
        <w:jc w:val="left"/>
      </w:pPr>
      <w:r>
        <w:rPr>
          <w:rFonts w:ascii="Times New Roman" w:hAnsi="Times New Roman" w:eastAsia="Times New Roman" w:cs="Times New Roman"/>
        </w:rPr>
        <w:t>Ha pe kuña okañy ñu-me hag̃ua, upépe oguereko hag̃ua peteĩ tenda Tupã ombosako'iva'ekue chupe g̃uarã, omongaru hag̃ua chupe upépe mil mokõi sa y pokõi ára pukukue.... Ha pe kuñáme oñeme'ẽ mokõi pepo peteĩ taguato guasu rehegua, oveve hag̃ua ñu-me, hendápe, upépe oñemongaru hag̃ua chupe peteĩ ára, ha ára nguéra, ha mbyte ára pukukue, mbói rovagui. Ha pe mbói omosẽ ijurúgui y ysyrýicha kuña rapykuéri, ojapo hag̃uáicha chupe ogueraha hag̃ua pe ysyry. Ha yvy oipytyvõ pe kuñáme, ha yvy ojepe'a ijuru, ha omokõ pe ysyry dragón omosẽ va'ekue ijurúgui. Ha pe dragón ipochy pe kuñáre, ha oho oñorairõ hag̃ua hembyrekue ñemoñare ndive, umi oñongatúva Tupã rembiapoukapy, ha oguerekóva Jesucristo ñe'ẽmombe'u. Apocalipsis 12:6, 15–17.</w:t>
      </w:r>
    </w:p>
    <w:p>
      <w:pPr>
        <w:pStyle w:val="ArticleBody"/>
        <w:jc w:val="left"/>
      </w:pPr>
      <w:r>
        <w:rPr>
          <w:rFonts w:ascii="Times New Roman" w:hAnsi="Times New Roman" w:eastAsia="Times New Roman" w:cs="Times New Roman"/>
        </w:rPr>
        <w:t>Jesús tapia ohechauka peteĩ mba’e paha pe mba’e iñepyrũ reheve, ha’e niko Alfa ha Omega. Pe ñe’ẽmondýi pe ñehundi vai rehegua, ojehechakuaa va’ekue Roma papal rembiasakuepýpe, ojehechakuaa ramo guare pe pokatu papal oĩha pe tenda marangatúpe.</w:t>
      </w:r>
    </w:p>
    <w:p>
      <w:pPr>
        <w:pStyle w:val="ArticleBody"/>
        <w:jc w:val="left"/>
      </w:pPr>
      <w:r>
        <w:rPr>
          <w:rFonts w:ascii="Times New Roman" w:hAnsi="Times New Roman" w:eastAsia="Times New Roman" w:cs="Times New Roman"/>
        </w:rPr>
        <w:t>Ko jehechakuaa Mateo, Marcos ha Lucas rehe, ha káda ñe’ẽjoaju oguereko peteĩ michĩmi iñambuéva iñe’ẽme. Mateo he’i: “Upévare peẽ pehecháramo pe mba’e jeguaru ombyaíva, oñe’ẽhague rehe Daniel maranduhára rupive, oñembo’yha pe tenda marangatúpe”; ha Marcos he’i: “pehecháramo pe mba’e jeguaru ombyaíva, oñe’ẽhague rehe Daniel maranduhára rupive, oñembo’yha noĩriva’erãhápe”. Lucas he’i: “pehecháramo Jerusalén oñemongora hag̃ua ehérsito kuérape, upéicharõ peikuaa imbyaiha hi’aguĩma. Upéramo umi oĩva Judea-pe toñani yvytýpe.”</w:t>
      </w:r>
    </w:p>
    <w:p>
      <w:pPr>
        <w:pStyle w:val="ArticleBody"/>
        <w:jc w:val="left"/>
      </w:pPr>
      <w:r>
        <w:rPr>
          <w:rFonts w:ascii="Times New Roman" w:hAnsi="Times New Roman" w:eastAsia="Times New Roman" w:cs="Times New Roman"/>
        </w:rPr>
        <w:t>Mbohapy testimonio oñemombaʼe oñondive. Peteĩ aplicación hag̃ua hag̃ua hesakãvévape, Lucas remiandu Jerusalén rehe, ojeʼévo ojejereha hese ehérsito reheve, omombeʼu pe ñeñatõiha, pagano Roma oñepyrũrõ guare isítio Jerusalén rehe ary 66 d.C.-pe, umi kristiáno opytáva gueteri Jerusalénpe pyaʼe hag̃ua okañy. Mateo ñeʼẽ “pe tenda marangatu” rehegua, ojoaju Pablo ohechakuaáva “pe kuimbaʼe angaipa rehegua” “oguapýva Tupã tupaópe, ohechaukávo ijehe haʼeha Tupã,” upéicha ohechauka hag̃ua pe cumplimiento papal rehegua “pe ñembyai oporomombyrýva” rehe. Marcos ohechauka pe ñembyai oporomombyrýva oñemboʼýva pe tenda ndoikóiva hag̃ua, ha upéva ojoaju pe ñeñatõi okañy hag̃ua omeʼẽva Adventismo-pe umi ára pahápe. Mokõi umi ñeñatõi apytégui ojoaju pe tembiapoukapy rehe ojeʼéva pe omoñeʼẽva pe ñeñatõi oikuaa hag̃ua hesakã, ha maymáva oñeʼẽ peteĩ techaukaha rehe, oikuaauka hag̃ua umi kristiáno upe época-pe okañy hag̃ua.</w:t>
      </w:r>
    </w:p>
    <w:p>
      <w:pPr>
        <w:pStyle w:val="ArticleBody"/>
        <w:jc w:val="left"/>
      </w:pPr>
      <w:r>
        <w:rPr>
          <w:rFonts w:ascii="Times New Roman" w:hAnsi="Times New Roman" w:eastAsia="Times New Roman" w:cs="Times New Roman"/>
        </w:rPr>
        <w:t>Pe “aplicación triple” jeporu vai, ojehechauka vaiháicha umi he’íva “nde retãyguakuéra mondaha” ha’eha Estados Unidos, omombe’u porã’ỹ hag̃uáicha, oñekumpli vove “ñehundi ñemongy’a” léi domingo rehe Estados Unidos-pe, upe léi domingo upérõ oñembojepyrúva ohechauka Estados Unidos ha’eha Roma Moderna, Roma pagana ha Roma papal mokõivéva yma voi ombojerovia ha ombojerure va’ekue peteĩ léi domingo.</w:t>
      </w:r>
    </w:p>
    <w:p>
      <w:pPr>
        <w:pStyle w:val="ArticleBody"/>
        <w:jc w:val="left"/>
      </w:pPr>
      <w:r>
        <w:rPr>
          <w:rFonts w:ascii="Times New Roman" w:hAnsi="Times New Roman" w:eastAsia="Times New Roman" w:cs="Times New Roman"/>
        </w:rPr>
        <w:t>Pe mbaʼe vai ko aplicación jejavyvape ha’e hína pe léi domingo Roma pagana-gua oiko hague ary 321 d. C.-pe, ha katu Roma pagana rembiapoukapy pe “ñehundi vaiete oporombo’a’ỹva” rehe oñemyenyhẽmava’ekue ary 66 d. C.-pe, 255 ary mboyve pe léi domingo ary 321 d. C.-pegua. Upéicha avei, pe ñembopy’a peteĩcha oguenohẽva’ekue pe “kuimba’e angaipa rehegua” oikómava’erã voi Pablo tiempo-pe, ha’e he’i haguére: “pe angaipa ñemimby omba’apóma hína”; upéicharõ jepe, pe léi domingo papal ou kuri hetave irundy siglo rire. Mokõi testígo peteĩ aplicación triple de profecía-pe omopyenda pe mbohapyha ñemyenyhẽ pahára ára rembiaporãnguéra. Pe “ñehundi vaiete oporombo’a’ỹva” pahára ára-pe, mokõi testígo histórico ári, ha mbohapy jehaipy bíblico Cristo ñe’ẽnguéra rehegua rupive, orrepresenta peteĩ ñemomarandu okañy hag̃ua, ndaha’éi peteĩ léi domingo ñembohapy hag̃ua.</w:t>
      </w:r>
    </w:p>
    <w:p>
      <w:pPr>
        <w:pStyle w:val="ArticleBody"/>
        <w:jc w:val="left"/>
      </w:pPr>
      <w:r>
        <w:rPr>
          <w:rFonts w:ascii="Times New Roman" w:hAnsi="Times New Roman" w:eastAsia="Times New Roman" w:cs="Times New Roman"/>
        </w:rPr>
        <w:t>Pe artíkulo oúvape, jahechaukáta mba’érepa pe aplicación oĩ vai umi regla oñemopyendáva mbohapy jeýpe ojeporúvare profecía rehegua contexto-pe, ha mba’érepa pe ñemombe’u pe léi domingo rehegua Cristo ome’ẽ vaekue ñemomarandúpe contexto-pe ha’e peteĩ jekuaa vai historia profética rehegua.</w:t>
      </w:r>
    </w:p>
    <w:p>
      <w:pPr>
        <w:pStyle w:val="ArticleScripture"/>
        <w:jc w:val="left"/>
      </w:pPr>
      <w:r>
        <w:rPr>
          <w:rFonts w:ascii="Times New Roman" w:hAnsi="Times New Roman" w:eastAsia="Times New Roman" w:cs="Times New Roman"/>
        </w:rPr>
        <w:t>“Ko ñe’ẽjoaju paganisimo ha cristianismo apytépe ogueru ‘pe kuimba’e angaipa rehegua’ ñemoheñói, oñeprofetisáva oĩtaha ombohováivo ha omopu’ãvo ijupe Tupã ári. Upe sistema tuichaitéva religión japu rehegua ha’e peteĩ Satanás pu’aka rembiapokue porãite—peteĩ mandu’arã iñeha’ã rehe oguapy hag̃ua guapyha guasu ári ha ogoverna hag̃ua ko yvy hembipota he’iháicha.”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omopyenda pe visión — Papy peteĩha peteĩ</dc:title>
  <dc:subject>Ñantende hag̃ua Mbohapy Jeporu Marandu Porã Rehegua: 11 jasyporundy ary 2001-pe, ha pe Proceso Paha ojehechaukahápe Laodicea Adventismo hag̃ua hag̃ua hag̃uáicha</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