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Róma Omoañete pe Visión – Papapy Pakõi</w:t>
      </w:r>
    </w:p>
    <w:p>
      <w:pPr>
        <w:pStyle w:val="ArticleSubtitle"/>
        <w:jc w:val="left"/>
      </w:pPr>
      <w:r>
        <w:rPr>
          <w:rFonts w:ascii="Arial" w:hAnsi="Arial" w:eastAsia="Arial" w:cs="Arial"/>
        </w:rPr>
        <w:t>Pe Mbohapy Aplicación Profecía rehegua: Pe Ñemongyʼa Oheja Tenda Nandi ha ára pahápe pe ñeʼẽmondo kyhyje rehegua jaheja hag̃ua hag̃ua hag̃ua hag̃ua hag̃ua hag̃ua hag̃ua hag̃ua hag̃uáicha jaha hag̃ua hag̃ua hag̃uáicha jekutu hag̃ua hag̃uáicha jaha hag̃uáicha hag̃ua hag̃uáicha hag̃uáicha hag̃uáicha hag̃uáicha hag̃uáicha hag̃uáicha hag̃uáicha hag̃uáicha hag̃uáicha hag̃uáicha hag̃uáicha hag̃uáicha hag̃uáicha hag̃ua hag̃uáicha hag̃uáicha hag̃uáicha hag̃uáicha hag̃ua hag̃uáicha hag̃uáicha hag̃uáicha hag̃uáicha hag̃uáicha hag̃ua hag̃uáicha hag̃uáicha hag̃uáicha hag̃uáicha hag̃uáicha hag̃uáicha hag̃uáicha hag̃uáicha hag̃uáicha hag̃uáicha hag̃uáicha hag̃uáicha hag̃uáicha hag̃uáicha hag̃uáicha hag̃uáicha hag̃uáicha hag̃uáicha hag̃uáicha hag̃uáicha hag̃uáicha hag̃uáicha hag̃uáicha hag̃uáicha hag̃uáicha hag̃uáicha hag̃uáicha jaha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2024-08-31</w:t>
      </w:r>
    </w:p>
    <w:p>
      <w:pPr>
        <w:pStyle w:val="ArticleBody"/>
        <w:jc w:val="left"/>
      </w:pPr>
      <w:r>
        <w:rPr>
          <w:rFonts w:ascii="Times New Roman" w:hAnsi="Times New Roman" w:eastAsia="Times New Roman" w:cs="Times New Roman"/>
        </w:rPr>
        <w:t>Pe ñehundi oñehẽva’ekue Daniel maranduhára rupive ningo peteĩ techaukaha cristianokuérape g̃uarã, mbohapy ára pegua ojevy hag̃ua. Umi cristiano Jerusalénpe ojevy va’ekue ohechávo umi ehérsito romano kuéra poyvi ojereha Jerusalén rehe, áño 66 d.C.-pe. Umi cristiano siglo poha paha ha siglo poteĩ ñepyrũmbypegua ojevy va’ekue ñu ka’aguyme ohechávo kuimba’e angaipa rehegua Tupã tupaópe omoherakuãvo ha’eha Tupã. Áño 1888-pe oike kuri peteĩ aty léi domingo rehegua Tetã peteĩ reko Estados Unidos Congreso-pe, senadór Blair rupi. Umi proyecto de ley hérakuri umi léi Blair, ha ha’ékuri peteĩ ñeha’ã ojehechakuaa hag̃ua domingo ramo peteĩ Ára Nacional de Adoración. Pe ñemomba’e domingo-pe ha’e pe mymba vai marca, pe autoridad papal marka, ha Tetã peteĩ reko Estados Unidos Constitución oñemoĩ porãite peteĩ religión nacional ñemboguata rehe, ojejapo hag̃ua chugui peteĩ prueba umi tetãyguakuérape g̃uarã Estados Unidos-pegua.</w:t>
      </w:r>
    </w:p>
    <w:p>
      <w:pPr>
        <w:pStyle w:val="ArticleBody"/>
        <w:jc w:val="left"/>
      </w:pPr>
      <w:r>
        <w:rPr>
          <w:rFonts w:ascii="Times New Roman" w:hAnsi="Times New Roman" w:eastAsia="Times New Roman" w:cs="Times New Roman"/>
        </w:rPr>
        <w:t>Ko mba’e añetegua ojehejáva pe aplicación vai ojoajúva ojehechakuaa hag̃ua Tetã peteĩ reko Amérikaguaicha Roma ko’ag̃agua. Peteĩ aplicación triple pe profesía rehegua oguereko tembiapoukapy específico omboguatáva iaplicación. Umi tembiapoukapy ohechauka hag̃ua umi característica profética pe cumplimiento peteĩha rehegua oñembojoaju va’erã umi característica profética pe cumplimiento mokõiha rehegua ndive, ikatu hag̃uáicha oñemopyenda umi característica profética pe cumplimiento mbohapyha rehegua.</w:t>
      </w:r>
    </w:p>
    <w:p>
      <w:pPr>
        <w:pStyle w:val="ArticleBody"/>
        <w:jc w:val="left"/>
      </w:pPr>
      <w:r>
        <w:rPr>
          <w:rFonts w:ascii="Times New Roman" w:hAnsi="Times New Roman" w:eastAsia="Times New Roman" w:cs="Times New Roman"/>
        </w:rPr>
        <w:t>Pe ñemomarandu hag̃ua okañy hag̃ua, ha’e peteĩ ñemomarandu okañy hag̃ua peteĩ ñemuaraka’ỹ oútavagui. Cristo árape, upe ñemuaraka’ỹ ha’e va’ekue Jerusalén ha pe tupão oñehundíva ary 70-pe. Pe techaukaha ome’ẽva marandu upe ñemuaraka’ỹ hi’aguĩvagui oñeme’ẽ ary 66 d.C.-pe. Pe ñemomarandu okañy hag̃ua, paha siglo poha ha ñepyrũrã siglo poteĩha-pe, Pablo ohechauka va’ekueha pe reconocimiento peteĩ jehejápe profético Pérgamo rehegua, upéva orrepresentáva Roma pagana. Oĩva’erã kuri peteĩ jehejápe raẽ, ikatu hag̃uáicha pe kuimba’e angaipa rehegua, oñemoherakuãtava ijeheguiete Tupãramo, ojehechauka. Tembiasápe oguahẽvo 538-pe, Roma pagana, ojoko va’ekue, térã Pablo he’iháicha “ombotove”, oñembogue, ha Pérgamo ojeheja ramo guare, pe techaukaha okañy hag̃ua oguahẽ ha ombohape umi jeroviapyetépe ojepe’a hag̃ua pe comunión umi tupão papal reheguágui. Upéi, 538-pe, Concilio de Orleans-pe, pe pokatu papal ombohasa peteĩ léi domingo rehegua, ha oñepyrũ umi mil doscientos sesenta ary ñemuaraka’ỹ papal rehegua.</w:t>
      </w:r>
    </w:p>
    <w:p>
      <w:pPr>
        <w:pStyle w:val="ArticleBody"/>
        <w:jc w:val="left"/>
      </w:pPr>
      <w:r>
        <w:rPr>
          <w:rFonts w:ascii="Times New Roman" w:hAnsi="Times New Roman" w:eastAsia="Times New Roman" w:cs="Times New Roman"/>
        </w:rPr>
        <w:t>Mokõi testígo peteĩha ohechauka hesakã porã pe mbohapyha ñemohu’ã Cristo ome’ẽva’ekue pe ñeñangarekóramo jehecha hag̃ua, ojejapohague pe ñemosẽrã añetegua mboyve. Jerusalén ñehundi oiko hekopete mbohapy áño ha mbyte rire Cestio ñemongora oñepyrũ hague áño 66 d.C.-pe; upévare umi kristiáno ikatu okañy raẽ umi mba’e kyhyjepyrã oikótavagui pe mokõiha ñemongora mboyve, upe Tito omboguatáva’ekue ha opa templo ha táva ñehundi reheve. Áño 538 mboyve, umi kristiáno oñemboja’o pe tupaogui Roma papal pegua, ha maranduháraicha okañy pe tenda ojeiko’ỹháme, upéva orrepresentáva Jerusalén espiritual ñehundi.</w:t>
      </w:r>
    </w:p>
    <w:p>
      <w:pPr>
        <w:pStyle w:val="ArticleScripture"/>
        <w:jc w:val="left"/>
      </w:pPr>
      <w:r>
        <w:rPr>
          <w:rFonts w:ascii="Times New Roman" w:hAnsi="Times New Roman" w:eastAsia="Times New Roman" w:cs="Times New Roman"/>
        </w:rPr>
        <w:t>Ha pe korapy oĩva tupaógui okápe ehejarei ha ani eme’ẽ chupe medida; oñeme’ẽgui upéva umi tetã ambuépe; ha pe táva marangatu opyrũta hikuái ipype irundypa mokõi jasy aja. Ha che ame’ẽta pokatu che mokõi testígope, ha oñe’ẽta hikuái maranduhára ramo mil mokõi ciento sesenta ára aja, ao vosa guýpe. Apocalipsis 11:2, 3.</w:t>
      </w:r>
    </w:p>
    <w:p>
      <w:pPr>
        <w:pStyle w:val="ArticleBody"/>
        <w:jc w:val="left"/>
      </w:pPr>
      <w:r>
        <w:rPr>
          <w:rFonts w:ascii="Times New Roman" w:hAnsi="Times New Roman" w:eastAsia="Times New Roman" w:cs="Times New Roman"/>
        </w:rPr>
        <w:t>Mokõivéva pe ñeha’ãnga ñemombe’úpe, pe ñe’ẽmondo ñani hag̃ua oúma tenonderã pe jehasa asygui, ha pe jehasa asy ojehechauka Roma rupive, taha’e pagáno térã papal, opyrũmbýva Jerusalén ári, taha’e añetéva térã espiritual. Pe ñe’ẽmondo ñani hag̃ua Séptimo Día Adventista-kuérape g̃uarã ha’eva’ekue pe ley Blair ary 1888-pe. Pe ñemyanyhẽ peteĩha, Roma pagáno rembiasakue ryepýpe, umi kristiáno oheja va’erãkuri Jerusalén; ha Roma papal ñemyanyhẽme, umi kristiáno oñani va’erãkuri pe desiérto-pe. Adventismo-pe g̃uarã, pe ñe’ẽmondo ha’eva’ekue oñani hag̃uáicha ñu ruguápe.</w:t>
      </w:r>
    </w:p>
    <w:p>
      <w:pPr>
        <w:pStyle w:val="ArticleScripture"/>
        <w:jc w:val="left"/>
      </w:pPr>
      <w:r>
        <w:rPr>
          <w:rFonts w:ascii="Times New Roman" w:hAnsi="Times New Roman" w:eastAsia="Times New Roman" w:cs="Times New Roman"/>
        </w:rPr>
        <w:t>“Koʼág̃a ndahaʼéi ára Tupã rembiguáipe g̃uarã omoĩ hag̃ua ijehayhu ko yvy arapýre térã ombyaty hag̃ua hembiporã ko múndope. Nahiʼaréi moʼãvéi pe ára, ha umi temimboʼe ypykueicha, ñañembojapóta jaheka hag̃ua peteĩ ñemoʼã tenda nandi ha ñembyasyhápe. Jerusalén oñemongoraʼi haguéicha umi ehérsito romano rupive ha upéva oiko vaʼekue techaukaha umi kristiáno judeayguápe okañy hag̃ua, upéicha avei ñane retã oguereko ramo pokatu upe léipe omoañetéva arapokõindy papál rehegua, upéva haʼéta ñandéve peteĩ ñeñatõi. Upérõta og̃uahẽ ára jaheja hag̃ua umi táva guasu, ñañembosakoʼi hag̃ua jaheja hag̃ua avei umi michĩvéva jahávo óga mombyry hag̃ua umi tenda kañymby guápe yvyty apytépe.” Testimonies, volúmen 5, 464.</w:t>
      </w:r>
    </w:p>
    <w:p>
      <w:pPr>
        <w:pStyle w:val="ArticleBody"/>
        <w:jc w:val="left"/>
      </w:pPr>
      <w:r>
        <w:rPr>
          <w:rFonts w:ascii="Times New Roman" w:hAnsi="Times New Roman" w:eastAsia="Times New Roman" w:cs="Times New Roman"/>
        </w:rPr>
        <w:t>“Ñane retã oguerekóram pokatu pe decreto omoañetéva pápagui pe sábado, upéva ha’éta ñandéve guarã peteĩ ñeñemongeta ñemongyhyje hag̃uáva”, oñemoañete kuri pe mba’e vai ombyaíva opyta jave, oñemoĩ porã hag̃ua, Marcos ñe’ẽ rehehápe, “oĩ hag̃uápe ndoikóiva oĩ”. Áño 1888-pe, Estados Unidos Congreso ohecha kuri peteĩ léi oĩva peteĩchaite jepe iñakãre pe Constitución rembiapokue tenondegua peteĩva ndive, ha upe jave umi Adventista del Séptimo Día osẽ va’erãmo’ã táva guasúgui ha ova hag̃ua ñu hag̃ua.</w:t>
      </w:r>
    </w:p>
    <w:p>
      <w:pPr>
        <w:pStyle w:val="ArticleScripture"/>
        <w:jc w:val="left"/>
      </w:pPr>
      <w:r>
        <w:rPr>
          <w:rFonts w:ascii="Times New Roman" w:hAnsi="Times New Roman" w:eastAsia="Times New Roman" w:cs="Times New Roman"/>
        </w:rPr>
        <w:t>“Ni peteĩ kristiáno ojehundi vaʼekue Jerusalén ñehundípe. Cristo omeʼẽ vaʼekue ivendékuérape peteĩ marandu ñemomarandu hag̃ua, ha opa umi oguerovia vaʼekue Iñeʼẽ oñatende pe techaukaha oñepromete vaʼekuére.... Pyaʼeʼỹre ojeheja hag̃ua, okañy hikuái peteĩ tenda jeroviapyrépe—táva Pella-pe, yvy Perea-pe, Jordán mboypýri.” The Great Controversy, 30.</w:t>
      </w:r>
    </w:p>
    <w:p>
      <w:pPr>
        <w:pStyle w:val="ArticleBody"/>
        <w:jc w:val="left"/>
      </w:pPr>
      <w:r>
        <w:rPr>
          <w:rFonts w:ascii="Times New Roman" w:hAnsi="Times New Roman" w:eastAsia="Times New Roman" w:cs="Times New Roman"/>
        </w:rPr>
        <w:t>Ñe’ẽtekuaa maranduhára rehegua oĩva peteĩha umi techaukaha ñemomarãvape jeheja hag̃ua, ohechauka mbohapyha ha pahaitépe oñekumpliha. Sapy’ánte umi techaukaha maranduhára rehegua omoheñói peteĩ mokõi jey ñekumpli mbohapyha ñekumplípe. Peteĩ techapyrã kóva rehegua hína umi mbohapy Elías. Elías línea, heñói jave iñorairõme Jezabel, Acab ha Baal maranduhára ndive, oñembojoajúva Juan el Bautista rekove rehegua techaukaha ndive, pe mokõiha Elías, iñorairõme Herodías, Herodes ha Salomé ndive, omopyenda hag̃ua, umi ára pahápe —mbohapy jehechaukarã peteĩ jeporupyre rehegua mbohapyha ha paha ñekumpli niko tapia oiko umi ára pahápe—, Elías ha Juan ohechaukaha mokõi aty Tupã retãyguakuéra rehegua. Peteĩ aty, Elías rupive oñerrepresentáva, nomanoi; ha ambue aty, Juan rupive oñerrepresentáva, omano. Ko’ã mokõi aty oñerrepresenta avei Apocalipsis kapítulo siete-pe, umi cien cuarenta y cuatro mil ramo, umi nomanoiva, ha pe aty guasu ramo, umi omanóva.</w:t>
      </w:r>
    </w:p>
    <w:p>
      <w:pPr>
        <w:pStyle w:val="ArticleBody"/>
        <w:jc w:val="left"/>
      </w:pPr>
      <w:r>
        <w:rPr>
          <w:rFonts w:ascii="Times New Roman" w:hAnsi="Times New Roman" w:eastAsia="Times New Roman" w:cs="Times New Roman"/>
        </w:rPr>
        <w:t>Mbohapy Babilóniape peteĩ elemento ojoguáva marandu profético rehegua ha’e kóva: pe Babilonia peteĩha oñerrepresenta Nímrod rupive; ha pe Babilonia mokõiha katu oñerrepresenta mburuvicha guasu peteĩha ha pahague rupive, Nabucodonosor ha Belsasar. Nabucodonosor orrepresenta umi oĩva Babilóniape ha ojesalvátava, ha Belsasar katu, umi oĩva Babilóniape ha oñehundítava.</w:t>
      </w:r>
    </w:p>
    <w:p>
      <w:pPr>
        <w:pStyle w:val="ArticleBody"/>
        <w:jc w:val="left"/>
      </w:pPr>
      <w:r>
        <w:rPr>
          <w:rFonts w:ascii="Times New Roman" w:hAnsi="Times New Roman" w:eastAsia="Times New Roman" w:cs="Times New Roman"/>
        </w:rPr>
        <w:t>Umi ára pahápe oĩ mokõi léi domingo rehegua ha’éva profesía bíblica remimbo’e. Peteĩha ha’e pe léi domingo pya’etéma oútava Estados Unidos-pe, ha mokõiha ha’e pe léi domingo oñemoĩmbaretéva opaite yvy ape ári. Umi mokõi léi domingo ojehechauka vaʼekue pe léi domingo Roma pagana guare rupive, arýpe 321, Constantino omoañete ramo guare pe peteĩha léi domingo, upéi ou pe léi domingo Roma Papal rehegua ary 538-pe. Roma pagana ha’e peteĩ umi heta taʼanga profesiagua apytégui ohechaukava’ekue voi Estados Unidos-pe, ha pe léi domingo ary 321-pe guare ohechauka pe léi domingo pya’etéma oútava Estados Unidos-pe. Pe léi domingo papal ary 538-pe guare ohechauka pe léi domingo oñemoañetéva opaite yvy ape ári. Pe ñemoĩporã vai he’íva Estados Unidos ojehechauka hague umi mondaha rupive Daniel capítulo once-pe, oñeha’ã oiporu pe léi domingo pya’etéma oútava Estados Unidos-pe prueba ramo, he’i hag̃ua pe léi domingo Estados Unidos-pe ohechauka hag̃ua Estados Unidos ha’eha Roma moderna, ha noñangarekói oĩha ambue léi domingo oñemoĩmbaretéva opaite tetã yvy ape arigua ári pe joaju mbohapyfold rehegua rupive: mbói guasu, mymba, ha maranduhára japu.</w:t>
      </w:r>
    </w:p>
    <w:p>
      <w:pPr>
        <w:pStyle w:val="ArticleBody"/>
        <w:jc w:val="left"/>
      </w:pPr>
      <w:r>
        <w:rPr>
          <w:rFonts w:ascii="Times New Roman" w:hAnsi="Times New Roman" w:eastAsia="Times New Roman" w:cs="Times New Roman"/>
        </w:rPr>
        <w:t>Peteĩ léi domingo rehegua Estados Unidos-pe ohechaukaramo Estados Unidos ha’eha Roma Moderna, upéicharõ mba’épa ohechauka léi domingo rehegua opavave yvy ape ári? Umi mbohapy Roma ohechauka Roma Moderna, ha’éva mbohapýicha, omboguataha mokõi léi domingo rehegua iñambuéva peteĩteĩgui. Peteĩha ha’e Estados Unidos-pe ha oñemombe’upyre kuri Constantino léi domingo rehegua ary 321-pe, ha mokõiha katu ha’e opaite yvy ape ári, oñemombe’upyre ramo pe léi domingo rehegua papal ary 538-pe. Ojepurúramo léi domingo rehegua Estados Unidos-pe pe contexto profecía rehegua mbohapy jeporupe oje’e hag̃ua pe léi domingo ohechauka mávapa Roma Moderna, upéva hína ojeheja rei hag̃ua umi mba’eteete profético oñemopyendáva Roma pagana ha papal rehe. Oĩ mokõi léi domingo rehegua iñambuéva umi ára pahápe, ha ni peteĩva ndaha’éi peteĩ prueba ojehechakuaa hag̃uáicha umi mondaha tavayguakuéra rehegua ha’eha Estados Unidos. Pe testimonio Roma pagana ha papal rehegua ojehechaukaramo vai peteĩ interpretación privada ñemombareterã, ko’ág̃a ojeyapoháicha, upéva ohechauka umi ohekáva omombarete hag̃ua iñinterpretación privada ndoikuaaiha pe tipo ha antitipo.</w:t>
      </w:r>
    </w:p>
    <w:p>
      <w:pPr>
        <w:pStyle w:val="ArticleBody"/>
        <w:jc w:val="left"/>
      </w:pPr>
      <w:r>
        <w:rPr>
          <w:rFonts w:ascii="Times New Roman" w:hAnsi="Times New Roman" w:eastAsia="Times New Roman" w:cs="Times New Roman"/>
        </w:rPr>
        <w:t>Roma pagana ha’e peteĩ tipo Tetã peteĩ reko Amérikapegua rehegua, ha Roma papal ohechauka Roma moderna. Ko profecía rehegua mbohapy jehechapyrã jeporu vai ndive, ha pe je’e hag̃ua umi mba’e oñembo’éva oñemoĩha “tipo ha antitipo” ryepýpe, oĩ avei ambue jejavy: “ñembyai ñemondýiva” ñemyesakã vai, peteĩ profecía rehegua mbohapy jehechapyrã ryepýpe ojehechauka háicha.</w:t>
      </w:r>
    </w:p>
    <w:p>
      <w:pPr>
        <w:pStyle w:val="ArticleBody"/>
        <w:jc w:val="left"/>
      </w:pPr>
      <w:r>
        <w:rPr>
          <w:rFonts w:ascii="Times New Roman" w:hAnsi="Times New Roman" w:eastAsia="Times New Roman" w:cs="Times New Roman"/>
        </w:rPr>
        <w:t>Áño 66 guive áño 70 d.C. peve, mokõi general romano oataka Jerusalénpe. Mokõivéva general, Cestius ha Tito, oñepyrũ peteĩ ñemongorapy reheve, péro peteĩnte ojeipe’a sapy’ami pe ñemongorapýgui, ha upéva, Tupã providénsia rupive, ome’ẽ kristianokuérape pa’ũ okañy hag̃ua. Ha’e va’ekue pe ñemongorapy peteĩha Cestio poguýpe umi kristiano ohechakuaa hague pe marandu okañy hag̃ua. Tito oguahẽvo omotenonde hag̃ua pe ñorairõ Jerusalén rehe áño 70 d.C.-pe, ha’e oñepyrũ peteĩ ñemongorapy reheve ha ndohejái upéva Jerusalén ha pe témplo oñehundi peve. Jesús ñe’ẽmondo oguereko mokõi paso. Peteĩha ha’e pe techaukaha okañy hag̃ua, ha upéi pe jejopy vai. Pe ñe’ẽmondo ñembotýpe umi siglo poha ha poteĩhame, umi kristiano ojei pe tupao romano iky’áva gui 538 mboyve, ha upéi pe jejopy vai oñepyrũ.</w:t>
      </w:r>
    </w:p>
    <w:p>
      <w:pPr>
        <w:pStyle w:val="ArticleBody"/>
        <w:jc w:val="left"/>
      </w:pPr>
      <w:r>
        <w:rPr>
          <w:rFonts w:ascii="Times New Roman" w:hAnsi="Times New Roman" w:eastAsia="Times New Roman" w:cs="Times New Roman"/>
        </w:rPr>
        <w:t>Pablo he’i porãiterei opaite Israel yma guare rembiasakue oñemboguapýva ojehaihague umi oikovévape g̃uarã ára pahápe, ha opa umi rembiasakue ha’e hague ta’ãnga ypy, jepe ñe’ẽ griego “typos,” he’iséva ta’ãnga ypy, oñembohasa ensamples ramo hembiaporã klassikópe ohechaukahápe ko añetegua.</w:t>
      </w:r>
    </w:p>
    <w:p>
      <w:pPr>
        <w:pStyle w:val="ArticleScripture"/>
        <w:jc w:val="left"/>
      </w:pPr>
      <w:r>
        <w:rPr>
          <w:rFonts w:ascii="Times New Roman" w:hAnsi="Times New Roman" w:eastAsia="Times New Roman" w:cs="Times New Roman"/>
        </w:rPr>
        <w:t>Koʼág̃a opa koʼã mbaʼe ojehu chupekuéra techapyrãrã; ha ojehai ñandéve ñemomarandurã, ñande ári oguahẽmava ko arapy paha. 1 Corintios 10:11.</w:t>
      </w:r>
    </w:p>
    <w:p>
      <w:pPr>
        <w:pStyle w:val="ArticleBody"/>
        <w:jc w:val="left"/>
      </w:pPr>
      <w:r>
        <w:rPr>
          <w:rFonts w:ascii="Times New Roman" w:hAnsi="Times New Roman" w:eastAsia="Times New Roman" w:cs="Times New Roman"/>
        </w:rPr>
        <w:t>Umi tembiasakue pe kapítulo diez-pe, Pablo oiporúva omoĩ hag̃ua ko añetegua hendápe, ndaha’éi peteĩ tembiasakue Israel yma guaréva oiko haguéicha tekojojápe.</w:t>
      </w:r>
    </w:p>
    <w:p>
      <w:pPr>
        <w:pStyle w:val="ArticleScripture"/>
        <w:jc w:val="left"/>
      </w:pPr>
      <w:r>
        <w:rPr>
          <w:rFonts w:ascii="Times New Roman" w:hAnsi="Times New Roman" w:eastAsia="Times New Roman" w:cs="Times New Roman"/>
        </w:rPr>
        <w:t>Ha heta vaʼekuépe Tupã ndojeguerohorýi; haʼekuéra oñehundipa vaʼekue desiértope. Koʼã mbaʼe oiko vaʼekue ñandéve techapyrãramo, ani hag̃ua jaipota mbaʼe vai, haʼekuéra oipota haguéicha. Ani peiko taʼãngamýi ñemombaʼeguasúpe, oĩ haguéicha peteĩ kuéra apytépe; ojehaiháicha: “Tetãguakuéra oguapy okaru ha hoyʼu hag̃ua, ha opuʼã ovyʼa hag̃ua.” Ani hag̃ua avei ñande reko tieʼỹme, oĩ haguéicha peteĩ kuéra ojapo vaʼekue, ha peteĩ árape hoʼa mokõi pa ary ha mbohapy sua. Ani hag̃ua avei jaipyʼaro Cristo, oĩ haguéicha avei peteĩ kuéra ojapo vaʼekue, ha mbói kuéra rupive oñehundi. 1 Corintios 10:5–9.</w:t>
      </w:r>
    </w:p>
    <w:p>
      <w:pPr>
        <w:pStyle w:val="ArticleBody"/>
        <w:jc w:val="left"/>
      </w:pPr>
      <w:r>
        <w:rPr>
          <w:rFonts w:ascii="Times New Roman" w:hAnsi="Times New Roman" w:eastAsia="Times New Roman" w:cs="Times New Roman"/>
        </w:rPr>
        <w:t>Tembiasakue marangatu ha’e peteĩ jehaipyre ohechaukáva mokõivéva, tekoporã ha tekojoja’ỹ Tupã tavayguakuéra rehegua; ha upéicharõ jepe, umi mokõive jehaipyre rupive pe tembiasakue opyta gueteri peteĩ ta’ãnga ramo Tupã tavayguakuéra oikóvape guarã ára pahápe. Pe tembiasakue peteĩ ñemoĩva Minneapolis-pe ary 1888-pe rehegua ha’e peteĩ jehaipyre tekojoja’ỹ rehegua, jepe umi Adventista rembiasakuehaiharakuéra he’íva ojoavy. Pe ñemoĩva ipypuku ha ipohýi eterei va’ekue, upévare Ellen White odesidi osẽ hag̃ua pe aty guasúgui, ha opyta mante peteĩ ánhel he’i rupi chupe ha’eha hembiapo opyta ha omoĩ hag̃ua jehaipe pe ñemoĩva, ha’éva peteĩ ñembojoja pe ñemoĩva Coré, Datán ha Abiram rehegua ndive Moisés rembiasakuepe. Upe aty guasúpe oguejy pe ánhel mbarete oĩva Apocalipsis kapítulo dieciocho-pe, ha katu pe marandu oguerúva oñemboyke.</w:t>
      </w:r>
    </w:p>
    <w:p>
      <w:pPr>
        <w:pStyle w:val="ArticleBody"/>
        <w:jc w:val="left"/>
      </w:pPr>
      <w:r>
        <w:rPr>
          <w:rFonts w:ascii="Times New Roman" w:hAnsi="Times New Roman" w:eastAsia="Times New Roman" w:cs="Times New Roman"/>
        </w:rPr>
        <w:t>Upe tembiasakue ohechauka hag̃ua septiembre 11, 2001-pe, umi óga tuichaitéva Táva Nueva York-pegua oñemboguejýrõ guare. Upe tembiasakue oike avei pype pe primer proyecto de ley dominical oñemoingekuaátava Senador Blair rupive. Iñeha’ã omoañete hag̃ua domingo peteĩ Ára Nacional de Adoración ramo ndohupytýi ijehupyty, ha katu upéva va’ekue peteĩ tembiasakue sagrado ohechauka va’ekue ára pahápeguápe. Pe proyecto de ley Senador Blair rehegua va’ekue pe ñemongeta ñe’ẽmondo ojeheja hag̃uáicha táva kuéra. Ary 1888 mboyve, Hermana White oñe’ẽrõ guare tekotevẽha ojeiko táva kuéra okápe, ha’e oñe’ẽ kuri ára oútavape. Ha’e ohechauka kuri peteĩ ára hi’aguĩva gotyo, Tupã retaygua ohasava’erãhápe campo-pe. Ary 1888 rire, opa umi Hermana White ñe’ẽmondo ohechaukáva tekotevẽha ojeiko campo-pe omoĩ imongeta peteĩ contexto-pe, pe ára oĩ hag̃uáicha campo-pe oguahẽma hague. Pe proyecto de ley Blair rehegua ary 1888-pe ha’e va’ekue pe techaukaha domingo jeiporu mbarete rehegua, Lucas omombe’u haguéicha, peteĩ tenda ndovaléiva upépe hag̃ua. Pe domingo jeiporu mbarete ndova’erãi oñemboguapy Congreso de los Estados Unidos-pe, pórke upéva va’ekue peteĩ ñembotove pe principio tenondegua Constitución rehegua.</w:t>
      </w:r>
    </w:p>
    <w:p>
      <w:pPr>
        <w:pStyle w:val="ArticleBody"/>
        <w:jc w:val="left"/>
      </w:pPr>
      <w:r>
        <w:rPr>
          <w:rFonts w:ascii="Times New Roman" w:hAnsi="Times New Roman" w:eastAsia="Times New Roman" w:cs="Times New Roman"/>
        </w:rPr>
        <w:t>Pe tembiasakue 1888-pegua ojehai hag̃ua ikatu hag̃uáicha totypifika pe tembiasakue profétika oñepyrũva’ekue 11 jasyporundy 2001-pe. Pe Blair Bill ary 1888-pe otypifika vaʼekue pe Patriot Act ary 2001-pe. Kóva haʼe vaʼekue pe ñemomarandu omotenondéva pe marka mymba ñarõ rembiporu añeteguápe ñemoĩ. Avave osegíva Cristo ndive ndoikovéi vaʼerã peteĩ távape 11 jasyporundy 2001 rire. Kóva haʼe vaʼekue pe jere profétika ombohováiva Tupã tavayguakuérape okañy hag̃ua. Ha péicha avei oĩhaguéicha mokõi léi domingo rehegua haʼéva pe modelo profétiko ára pahápe guápe mbaʼe, ojehechauka hag̃uáicha umi léi domingo rehegua Roma pagana ha papal rehe, mokõivéva umi léi domingo rehegua omotenondéva pe ñemomarandu okañy hag̃ua.</w:t>
      </w:r>
    </w:p>
    <w:p>
      <w:pPr>
        <w:pStyle w:val="ArticleBody"/>
        <w:jc w:val="left"/>
      </w:pPr>
      <w:r>
        <w:rPr>
          <w:rFonts w:ascii="Times New Roman" w:hAnsi="Times New Roman" w:eastAsia="Times New Roman" w:cs="Times New Roman"/>
        </w:rPr>
        <w:t>Umi profesáva Séptimo Día Adventista ramoha hag̃ua, profétikamente oikuaa vaʼerãkuri pe Patriot Act haʼeha peteĩ techaukaha ojevy hag̃ua távagui okaháre, pe Domingo arapytu léi pyaʼe ou hag̃uáicha mboyve. Upéicha avei, upe mismo Domingo arapytu léi vaʼekue pe techaukaha Ñandejára ambue ijaty oĩva gueteri Babilóniape guarã osẽ hag̃ua Babilóniagui, pe Domingo ñeñemombaʼapo oñemboguata hag̃uáicha mboyve opa tetã ári.</w:t>
      </w:r>
    </w:p>
    <w:p>
      <w:pPr>
        <w:pStyle w:val="ArticleScripture"/>
        <w:jc w:val="left"/>
      </w:pPr>
      <w:r>
        <w:rPr>
          <w:rFonts w:ascii="Times New Roman" w:hAnsi="Times New Roman" w:eastAsia="Times New Roman" w:cs="Times New Roman"/>
        </w:rPr>
        <w:t>“Amérika, pe tetã oĩháme libertad religiosa, joajúvo Papado ndive ombohapévo tekovekuéra akãrapu’ã ha ojerurévo kuimba’e kuérape omomba’eguasu haguã pe sábado japu, opa tetãygua ko yvy ape ári ojejapóta hesekuéra osegi haguã hembiecharã.” Testimonies, volume 6, 18.</w:t>
      </w:r>
    </w:p>
    <w:p>
      <w:pPr>
        <w:pStyle w:val="ArticleBody"/>
        <w:jc w:val="left"/>
      </w:pPr>
      <w:r>
        <w:rPr>
          <w:rFonts w:ascii="Times New Roman" w:hAnsi="Times New Roman" w:eastAsia="Times New Roman" w:cs="Times New Roman"/>
        </w:rPr>
        <w:t>Mokõi hag̃ua umi mbohapy Elías ñemoĩ peteĩchagua omopyenda hag̃ua oĩha mokõi aty iñambuéva Tupã tavayguakuéra apytépe umi ára pahápe, upéicha avei Roma ñemoĩ mbohapyve ohechauka oĩha mokõi léi domingo iñambue añetéva. Umi oipotáva he’i Tetã Unidos ha’eha nde tavayguakuéra mondaha, ha upévare Tetã Unidos rembiapo profético omopyenda pe visión, oñe’ẽ hikuái pe léi domingo pya’etéma ouva’erãva Tetã Unidos-pe ha’eha pe ñehundi ñembyai Cristo ohechakuaava’ekue peteĩ ñemomarandu ramo Itavayguakuérape okañy hag̃ua pe jehasa asy oútavagui. Ha’ekuéra ndohechakuaái pe iñambueha pe jerére ñemboty, ha’éva pe techaukaha okañy hag̃ua, ha pe mokõiha jerére ñemboty ogueraháva mba’éichapa añetehápe oñepyrũ peteĩ léi domingo ñemboguata omongu’e hag̃ua pe jehasa asy umi ára pahápe. Ndojepy’apýi avei pe iñambueha rehe oñemopyendáva mokõi testígo ári, ohechaukáva oĩva’erãha mokõi léi domingo iñambue añetéva omoañetéva profesía umi ára pahápe. Péicha ojapóvo, ha’ekuéra he’i pe léi domingo pya’etéma ouva’erãva Tetã Unidos-pe ha’eha pe ñemomarandu ojehechaukáva pe ñehundi ñembyai ramo, he’íva hese Daniel proféta; ha añetehápe upéicha, péro ndaha’éi ha’ekuéra omyesakãháicha.</w:t>
      </w:r>
    </w:p>
    <w:p>
      <w:pPr>
        <w:pStyle w:val="ArticleBody"/>
        <w:jc w:val="left"/>
      </w:pPr>
      <w:r>
        <w:rPr>
          <w:rFonts w:ascii="Times New Roman" w:hAnsi="Times New Roman" w:eastAsia="Times New Roman" w:cs="Times New Roman"/>
        </w:rPr>
        <w:t>Pe léi domingo rehegua Estados Unidos-pe ha’e pe ñemomarandu Tupã aty ambuépe g̃uarã, oĩ gueteri hag̃ua Babilonia-pe, oheja hag̃ua pe ijoajuha ndive. Upévare, ha’e peteĩ ñemomarandu pe léi domingo oútavare, ojejapótava opa tetãnguéra ári.</w:t>
      </w:r>
    </w:p>
    <w:p>
      <w:pPr>
        <w:pStyle w:val="ArticleScripture"/>
        <w:jc w:val="left"/>
      </w:pPr>
      <w:r>
        <w:rPr>
          <w:rFonts w:ascii="Times New Roman" w:hAnsi="Times New Roman" w:eastAsia="Times New Roman" w:cs="Times New Roman"/>
        </w:rPr>
        <w:t>“Umi tetã ambuekuéra osegíta Estados Unidos ehémplo. Jepémo ha’e oñepyrũ tenonderãhápe, upéicharõ jepe pe apañuãi peteĩchagua oúta ñande puévlo ári opa hendáicha ko yvy ape ári.” Testimonies, volúmen 6, 395.</w:t>
      </w:r>
    </w:p>
    <w:p>
      <w:pPr>
        <w:pStyle w:val="ArticleBody"/>
        <w:jc w:val="left"/>
      </w:pPr>
      <w:r>
        <w:rPr>
          <w:rFonts w:ascii="Times New Roman" w:hAnsi="Times New Roman" w:eastAsia="Times New Roman" w:cs="Times New Roman"/>
        </w:rPr>
        <w:t>Ha’ekuéra he’i pe léi domingo rehegua Estados Unidos-pe ohechauka hag̃ua Estados Unidos ha’eha pe símbolo omoĩva pe visión profética, ha katu Cristo ome’ẽva’ekue ñe’ẽmondo ñani hag̃ua rehegua ryepýpe, upe léi domingo rehegua ohechauka peteĩ ñe’ẽmondo ko yvy ape ári tuichakue javeve umi tembiapohára aravo onceha-pegua toñani hag̃ua Babilóniagui.</w:t>
      </w:r>
    </w:p>
    <w:p>
      <w:pPr>
        <w:pStyle w:val="ArticleBody"/>
        <w:jc w:val="left"/>
      </w:pPr>
      <w:r>
        <w:rPr>
          <w:rFonts w:ascii="Times New Roman" w:hAnsi="Times New Roman" w:eastAsia="Times New Roman" w:cs="Times New Roman"/>
        </w:rPr>
        <w:t>Hermana White oñe’ẽrõ pe ñemongeta ojeke hag̃ua rehe, ha’e oñe’ẽ pe léi domingo rehegua, oguahẽva opa hag̃ua ko yvy ape ári. Upe movimiento oñepyrũ pe léi domingo rehe Estados Unidos-pe. Ha’e omombe’u porã pe léi domingo Estados Unidos-peha ha’eha pe ñemomarandu pe jehasa’asy oútava rehegua.</w:t>
      </w:r>
    </w:p>
    <w:p>
      <w:pPr>
        <w:pStyle w:val="ArticleScripture"/>
        <w:jc w:val="left"/>
      </w:pPr>
      <w:r>
        <w:rPr>
          <w:rFonts w:ascii="Times New Roman" w:hAnsi="Times New Roman" w:eastAsia="Times New Roman" w:cs="Times New Roman"/>
        </w:rPr>
        <w:t>“Pe decreto omoañetéva papakuéra rembiapo ñemoĩmbyre, Tupã léi rehe ojevykuévo, ñane retã ojepe’áta hekojoja-gui peteĩchaite. Protestantísmo oipyso vove ipo yvýra mbyte ári ojapyhývo Roma pokatu po, ohasa vove yvykua pypuku ári ojopói hag̃ua espiritísmo ndive, ha upe mbohapy joaju rehegua pu’aka guýpe ñane retã omboykéta vove opaite ijojaha’ỹva heko Constitución-pegua peteĩ gobierno protestánte ha republicano ramo, ha ome’ẽta vove tape oñemyasãi hag̃ua umi japu papal ha ñembotavy, upévo ikatúta jaikuaa og̃uahẽma hague ára Satanás rembiapo hechapyrãva hag̃ua, ha pahápe hi’aguĩma.”</w:t>
      </w:r>
    </w:p>
    <w:p>
      <w:pPr>
        <w:pStyle w:val="ArticleScripture"/>
        <w:jc w:val="left"/>
      </w:pPr>
      <w:r>
        <w:rPr>
          <w:rFonts w:ascii="Times New Roman" w:hAnsi="Times New Roman" w:eastAsia="Times New Roman" w:cs="Times New Roman"/>
        </w:rPr>
        <w:t>“Oguahẽramo umi ehérsito romano vaʼekue haʼe hague peteî techaukaha umi temimboʼépe Jerusalén ñehundi hiʼag̃uimaha rehegua, péicha avei ko apóstasia ikatu ñandéve guarã haʼe peteĩ techaukaha Ñandejára areporiahuvereko paha og̃uahẽmaha, ñane retã angaipa raʼãha henyhẽmaha, ha pe ánhel poriahuverekogua oho hag̃uáicha ijehegui, arakaʼevehápe ndoujevéima hag̃ua. Upéi Ñandejára tavayguakuéra oike vaʼerã umi jehasa asy ha pyʼatarova hag̃ua mbaʼépe profetakuéra omombeʼuvaʼekue Jacob apañuãi ára ramo. Umi jerure hatã umi jeroviapýva, oñembojovakéva, ojupi yvágape. Ha Abel ruguy osapukái haguéicha yvýgui, péicha avei oĩ ñeʼẽnguéra osapukáiva Ñandejárape umi mártir kuéra yvyraitygui, umi yguasúpe oñeñotỹháguio, umi yvyty itakuáguio, umi konvénto yvykua guýgui: ‘Arakaʼe peve, Ore Jára, nde marangatu ha añetegua, nderejuzgái ha nderehepymeʼẽi ore ruguy umi yvy ape ári oikóvape?’” Testimonios, volúmen 5, 451.</w:t>
      </w:r>
    </w:p>
    <w:p>
      <w:pPr>
        <w:pStyle w:val="ArticleBody"/>
        <w:jc w:val="left"/>
      </w:pPr>
      <w:r>
        <w:rPr>
          <w:rFonts w:ascii="Times New Roman" w:hAnsi="Times New Roman" w:eastAsia="Times New Roman" w:cs="Times New Roman"/>
        </w:rPr>
        <w:t>Hermana White ohechauka pe léi domingo Estados Unidos-pe, ha ohechauka upéva peteĩ “techaukaha” ramo, he’iséva pe tiempo de prueba opaha hague Estados Unidos-pe guarã. Péro Tupã tavayguakuéra ambue tetãnguéra yvy tuichakue javevegua-pe avei ojetopava’erã upe prueba peteĩchagua renondépe. Oĩ peteĩ tiempo pe léi domingo Estados Unidos-pe guive peve Miguel opu’ã peve ha pe tiempo de prueba yvyporakuérape guarã oñemboty. Oñembotývo, “pe ánhel poriahuverekogua oveve oho.”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Róma Omoañete pe Visión – Papapy Pakõi</dc:title>
  <dc:subject>Pe Mbohapy Aplicación Profecía rehegua: Pe Ñemongyʼa Oheja Tenda Nandi ha ára pahápe pe ñeʼẽmondo kyhyje rehegua jaheja hag̃ua hag̃ua hag̃ua hag̃ua hag̃ua hag̃ua hag̃ua hag̃ua hag̃uáicha jaha hag̃ua hag̃ua hag̃uáicha jekutu hag̃ua hag̃uáicha jaha hag̃uáic</dc:subject>
  <dc:creator>Jeff Pippenger</dc:creator>
  <cp:keywords/>
  <dc:description>Generated by ArticleDigger from modern_rome\12_modern_rome.json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