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omoĩmbyaty pe visión — Papapy Paapy ha Mbohapy</w:t>
      </w:r>
    </w:p>
    <w:p>
      <w:pPr>
        <w:pStyle w:val="ArticleSubtitle"/>
        <w:jc w:val="left"/>
      </w:pPr>
      <w:r>
        <w:rPr>
          <w:rFonts w:ascii="Arial" w:hAnsi="Arial" w:eastAsia="Arial" w:cs="Arial"/>
        </w:rPr>
        <w:t>Roma Ñorairõkuéra: Ojekuaa hag̃ua pe prueba paha pe mymba ra'anga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Rombyaty ñamoĩháicha peteĩcha peteĩcha umi jehecha hag̃ua opaichagua ñorairõ oikóva’ekue Advento rembiasakue ryepýpe, peteĩ línea ári ambue línea hag̃ua, ikatu hag̃uáicha ñamohu’ã ñane ñeikũmby ko mba’e ojejepy’apývare ko’ág̃a, roiporavo kuri peteĩteĩva tekome’ẽ peteĩ po línea profética-gua apytégui. Peteĩha línea ha’e avei pahague línea, mokõivéva ñorairõ rehegua oñemopyenda rupi voi Daniel capítulo once, versículo catorce-pe, umi “nde retãygua mondaha” rehe. Ñahesa’ỹijo kuri Uriah Smith ha James White ñorairõkuéra, ha avei “pe ára ha ára” rehegua ñorairõ, Daniel kuatiañe’ẽme. Ñahesa’ỹijo avei pe ñorairõ oikóva’ekue oñemboja’o rire Daniel capítulo once pahapy versículo pahapy potĩmbyre ary 1989-pe, mburuvicha yvate gotyopegua rehegua. Upéi ñahesa’ỹijo kuri Joel kuatiañe’ẽme umi irundy mymba’i. Hetaeterei mba’e ikatúva oñembojoapy ko’ã línea peteĩteĩme, hákatu rojesepara mante ciertos tekokatu ombohapeva’ekue umi ñemohenda omboykéva’ekue umi añetegua ojoajúva Roma rehegua mba’ére.</w:t>
      </w:r>
    </w:p>
    <w:p>
      <w:pPr>
        <w:pStyle w:val="ArticleBody"/>
        <w:jc w:val="left"/>
      </w:pPr>
      <w:r>
        <w:rPr>
          <w:rFonts w:ascii="Times New Roman" w:hAnsi="Times New Roman" w:eastAsia="Times New Roman" w:cs="Times New Roman"/>
        </w:rPr>
        <w:t>Po historias, ha pe peteĩha avei ha’égui pahaguéva, ohechauka hag̃ua seis línea. Ko’ã línea de controversia rembe’y marandu profético-pe ha’e ára pahápe, upévare ko’ã línea oñembohovái va’erã ta’anga mymba ñarõme.</w:t>
      </w:r>
    </w:p>
    <w:p>
      <w:pPr>
        <w:pStyle w:val="ArticleScripture"/>
        <w:jc w:val="left"/>
      </w:pPr>
      <w:r>
        <w:rPr>
          <w:rFonts w:ascii="Times New Roman" w:hAnsi="Times New Roman" w:eastAsia="Times New Roman" w:cs="Times New Roman"/>
        </w:rPr>
        <w:t>“Pe Ñandejára ohechauka chéve hesakã porã hag̃ua ta’angamýi mymba rehegua oñemoheñóitaha mba’eve oikove’ẽ mboyve; ko mba’ére, ha’éta pe jehechakuaa guasu Ñandejára retãygua rehegua, upévare oñedecidíta iñehapykuéri opa ára hag̃ua....”</w:t>
      </w:r>
    </w:p>
    <w:p>
      <w:pPr>
        <w:pStyle w:val="ArticleScripture"/>
        <w:jc w:val="left"/>
      </w:pPr>
      <w:r>
        <w:rPr>
          <w:rFonts w:ascii="Times New Roman" w:hAnsi="Times New Roman" w:eastAsia="Times New Roman" w:cs="Times New Roman"/>
        </w:rPr>
        <w:t>“Kóva hína pe prueba tavakuéra Tupã rehegua oguerekova’erã ojesella mboyve.” Manuscript Releases, volúmen 15, 15.</w:t>
      </w:r>
    </w:p>
    <w:p>
      <w:pPr>
        <w:pStyle w:val="ArticleBody"/>
        <w:jc w:val="left"/>
      </w:pPr>
      <w:r>
        <w:rPr>
          <w:rFonts w:ascii="Times New Roman" w:hAnsi="Times New Roman" w:eastAsia="Times New Roman" w:cs="Times New Roman"/>
        </w:rPr>
        <w:t>Ta’ãnga mymba vai rehegua ñemohenda jehechapyrã, ambue poteĩ controversia rapeicha avei, ha’e peteĩ jehechapyrã Roma rehegua marandu profético rehe. Pe jehechapyrã guasu oikóva Tupã tavayguakuéra oñemohendapa mboyve ha’e ta’ãnga mymba Romano rehegua ñemohenda rehegua. Pe mymba ha’e mbarete papal, ha Tetã peteĩ reko Amérikagua omoheñói peteĩ ta’ãnga mbarete papal rehegua, oñemotenondévo pe léi domingo pya’etéma ou hag̃uápe.</w:t>
      </w:r>
    </w:p>
    <w:p>
      <w:pPr>
        <w:pStyle w:val="ArticleScripture"/>
        <w:jc w:val="left"/>
      </w:pPr>
      <w:r>
        <w:rPr>
          <w:rFonts w:ascii="Times New Roman" w:hAnsi="Times New Roman" w:eastAsia="Times New Roman" w:cs="Times New Roman"/>
        </w:rPr>
        <w:t>“Tapia hag̃uáicha Estados Unidos ta’angakue mymbaguasupegua, pe pu’aka religioso oisãmbyhy va’erã upéichaite pe gobierno civil, ikatu hag̃uáicha avei pe mburuvicha guasu reko mborayhu rupi pe autoridad estatal oipuru pe iglesia oguahẽ hag̃ua hembipotápe tee.” The Great Controversy, 443.</w:t>
      </w:r>
    </w:p>
    <w:p>
      <w:pPr>
        <w:pStyle w:val="ArticleBody"/>
        <w:jc w:val="left"/>
      </w:pPr>
      <w:r>
        <w:rPr>
          <w:rFonts w:ascii="Times New Roman" w:hAnsi="Times New Roman" w:eastAsia="Times New Roman" w:cs="Times New Roman"/>
        </w:rPr>
        <w:t>Pe léi domingo rehegua Estados Unidos-pe ohechauka porã pe mymba ñarõ ra’anga oñemoheñóima hague ha’e hag̃uáichaite Estados Unidos-pe.</w:t>
      </w:r>
    </w:p>
    <w:p>
      <w:pPr>
        <w:pStyle w:val="ArticleScripture"/>
        <w:jc w:val="left"/>
      </w:pPr>
      <w:r>
        <w:rPr>
          <w:rFonts w:ascii="Times New Roman" w:hAnsi="Times New Roman" w:eastAsia="Times New Roman" w:cs="Times New Roman"/>
        </w:rPr>
        <w:t>“Ha umi tembiapoite omoañetévo peteĩ deber religioso pokatu secular rupive, umi iglesia kuéra voi omoheñóita peteĩ ta’ãnga mymba pegua; upévare, pe ñemoañete domingo ñemboyke rehegua Estados Unidos-pe ha’éta ñemoañete pe mymba ha i ta’ãngápe ñemomba’eguasu rehegua.” The Great Controversy, 449.</w:t>
      </w:r>
    </w:p>
    <w:p>
      <w:pPr>
        <w:pStyle w:val="ArticleBody"/>
        <w:jc w:val="left"/>
      </w:pPr>
      <w:r>
        <w:rPr>
          <w:rFonts w:ascii="Times New Roman" w:hAnsi="Times New Roman" w:eastAsia="Times New Roman" w:cs="Times New Roman"/>
        </w:rPr>
        <w:t>Pe léi dominikal jave, ta’ãnga mymba guasu rehegua oñemoheñói peteĩchapaite Estados Unidos-pe, ha upérõ Estados Unidos oñekytĩmba Tupãgui ha oñepyrũ hembiapo maranduhárape guare, ombohovái hag̃ua opa tetãnguéra ko yvy ape ári ojapo hag̃ua peteĩ ta’ãnga mymba guasu rehegua. Pe léi dominikal Estados Unidos-pe jave, Satanás oñepyrũ hembiapo hechapyrãva, ogueraha hag̃ua yvy arigua tetãnguéra tojapo jey upe proceso oñemoheñóivo peteĩ ta’ãnga mymba guasu rehegua, oikéva pype opa tetãnguéra ko yvy ape ári.</w:t>
      </w:r>
    </w:p>
    <w:p>
      <w:pPr>
        <w:pStyle w:val="ArticleScripture"/>
        <w:jc w:val="left"/>
      </w:pPr>
      <w:r>
        <w:rPr>
          <w:rFonts w:ascii="Times New Roman" w:hAnsi="Times New Roman" w:eastAsia="Times New Roman" w:cs="Times New Roman"/>
        </w:rPr>
        <w:t>“Peteĩ decreto rupive oñemombaretevéva Papado institución, Ñandejára léi rehe oñembyai hag̃uáicha, ñane retã oñembojaʼóta porãite tekojoja-gui. Protestántismo omyasãivo ipo yvyku’i oĩva mbyte rupi ojapyhy hag̃ua Roma pokatu po, ombohasa vove upe yvykua pypuku ári ojepopyhy hag̃ua Espiritualísmondive, ha, ko mbohapy joaju rehegua influencia guýpe, ñane retã omboykévo opaite principio Constitución-gua, haʼéva peteĩ gobierno protestánte ha republicano ramo, ha omeʼẽvo hendami hag̃ua oñemyasãi hag̃ua umi japu ha ñembotavy papal rehegua, upérõ ikatu jaikuaa oguahẽma hague ára Satanás rembiapo hechapyrãva hag̃ua, ha paha hiʼag̃uíma.” Testimonies, volumen 5, 451.</w:t>
      </w:r>
    </w:p>
    <w:p>
      <w:pPr>
        <w:pStyle w:val="ArticleBody"/>
        <w:jc w:val="left"/>
      </w:pPr>
      <w:r>
        <w:rPr>
          <w:rFonts w:ascii="Times New Roman" w:hAnsi="Times New Roman" w:eastAsia="Times New Roman" w:cs="Times New Roman"/>
        </w:rPr>
        <w:t>Pe léi dominikál oúta mboyve oútava Estados Unidos-pe, Satanás, omba’apóvo joaju hag̃uáicha Estados Unidos ndive, ombotenondéta opa tetãme tosegíkena Estados Unidos ehémplo, omoheñóivo peteĩ sistema iglesia ha Estado rehegua, ha omoañetévo pe domingo ñemomba’e.</w:t>
      </w:r>
    </w:p>
    <w:p>
      <w:pPr>
        <w:pStyle w:val="ArticleScripture"/>
        <w:jc w:val="left"/>
      </w:pPr>
      <w:r>
        <w:rPr>
          <w:rFonts w:ascii="Times New Roman" w:hAnsi="Times New Roman" w:eastAsia="Times New Roman" w:cs="Times New Roman"/>
        </w:rPr>
        <w:t>“Satana ojapóta umi milágro ombotavy hag̃ua umi oikóva ko yvy ári. Pe espiritismo ojapóta hembiapo omoheñóivo umi omanóva oñemomba’e hag̃ua hesekuéra. Umi aty religioso omboykétava ohendu hag̃ua Tupã ñe’ẽmondo ñemomarandurã rehegua, oĩta mbotavýpe hatãva guýpe, ha oñondivepa hag̃ua mburuvicha reko civil ndive opersegi hag̃ua umi marangatu. Umi tupao protestánte oñomoirũta pe pokatu papal ndive opersegi hag̃ua Tupã retãygua oñangarekóva mandamiéntore. Kóva hína pe pokatu omoheñóiva pe sistema guasu jejopy vai rehegua, omboguatáva tiranía espiritual yvypóra kuéra py’apy ári.”</w:t>
      </w:r>
    </w:p>
    <w:p>
      <w:pPr>
        <w:pStyle w:val="ArticleScripture"/>
        <w:jc w:val="left"/>
      </w:pPr>
      <w:r>
        <w:rPr>
          <w:rFonts w:ascii="Times New Roman" w:hAnsi="Times New Roman" w:eastAsia="Times New Roman" w:cs="Times New Roman"/>
        </w:rPr>
        <w:t>“‘Mokõi hatĩ oguereko vaʼekue ovecha raʼy-icha, ha oñeʼẽ mbói guasu-icha.’ Jepémo heʼi hikuái hikuáiha Tupã Ovecha Raʼy rapykuehára, kuimbaʼekuéra henyhẽ mbói guasu espíritu rehe. Heʼi hikuái ijejapoha pyʼaguapy ha oñemomirĩva, ha katu oñeʼẽ ha omoĩ léi Satanás espíritu reheve, ohechauka hag̃ua hembiapokuéra rupive haʼekuéraha pe iñambuéva umi mbaʼe heʼíva gui. Ko puʼaka ovecha raʼy-icha oñondive mbói guasúndi omopuʼã hag̃ua ñorairõ umi oñangarekóva Tupã mandamientokuéra rehe ha oguerekóva Jesucristo testimonio. Ha Satanás oñondive umi protestántendi ha papistakuérandi, ombaʼapo hendivekuéra ko yvy ruicha ramo, ombohape kuimbaʼekuérape kuimbaʼekuérarõguáicha irreino poguýpe, oñemboguata ha oñesãmbyhy ha oñeñangareko hag̃ua hesegua oipotaháicha.”</w:t>
      </w:r>
    </w:p>
    <w:p>
      <w:pPr>
        <w:pStyle w:val="ArticleScripture"/>
        <w:jc w:val="left"/>
      </w:pPr>
      <w:r>
        <w:rPr>
          <w:rFonts w:ascii="Times New Roman" w:hAnsi="Times New Roman" w:eastAsia="Times New Roman" w:cs="Times New Roman"/>
        </w:rPr>
        <w:t>“Yvypóra ndoikéi ramo oñemoĩ hag̃ua ipy guýpe Tupã mandamiénto, upéicharõ ojekuaa dragón espíritu. Oñemoinge chupekuéra ka’irãime, ojereraha conseho-kuéra renondépe, ha oñembopaga multa. ‘Ha’e ojapo maymávape, michĩ ha guasúpe, ipláta ha imboriahúvape, isãsóva ha tembiguáivape, ohupyty hag̃ua peteĩ marca ipo akatúa térã isyva rehe’ [Revelation 13:16]. ‘Ha oguereko pu’aka ome’ẽ hag̃ua tekove mymba ra’ãngápe, mymba ra’anga oñe’ẽ hag̃ua, ha ojapo hag̃ua mayma umi ndoadoraséivape mymba ra’angápe tojejuka’ [verse 15]. Péicha Satanás ojepokuaa Jehová prerrogativa rehe. Pe kuimba’e angaipa rehegua oguapy Tupã guapyhápe, oñemoherakuãvo ijehegui ha’eha Tupã, ha ojapóvo mba’e Tupã ári.” Manuscript Releases, volume 14, 162.</w:t>
      </w:r>
    </w:p>
    <w:p>
      <w:pPr>
        <w:pStyle w:val="ArticleBody"/>
        <w:jc w:val="left"/>
      </w:pPr>
      <w:r>
        <w:rPr>
          <w:rFonts w:ascii="Times New Roman" w:hAnsi="Times New Roman" w:eastAsia="Times New Roman" w:cs="Times New Roman"/>
        </w:rPr>
        <w:t>Pe mbarete papal hína pe mymba, Tetãnguéra Joaju hína pe dragón ha Tetã peteĩ reko Amérika hína pe maranduhára japu. Umi oñembotavy térã oñekonfundíva pe antikristo he’isévare, ha’éva mokõivéva Satanás ha Satanás rembijokuái yvy arigua, Roma papa, ipahápe opytáta antikristo ykére.</w:t>
      </w:r>
    </w:p>
    <w:p>
      <w:pPr>
        <w:pStyle w:val="ArticleBody"/>
        <w:jc w:val="left"/>
      </w:pPr>
      <w:r>
        <w:rPr>
          <w:rFonts w:ascii="Times New Roman" w:hAnsi="Times New Roman" w:eastAsia="Times New Roman" w:cs="Times New Roman"/>
        </w:rPr>
        <w:t>Estados Unidos ndaha’éi kuimba’e angaipa rehegua. Pe kuimba’e angaipa rehegua ha’e pe anticristo, ha’e avei Satanás rembijokuái yvy arigua. Oñembotavyvo pe pu’aka omoĩva pe papado yvy guasu apykápe pe papado reheve, Pablo ohechauka upéva añetegua noñehayhúiha ramo jehechaukarã. Oñemboykévo pe relación profética Roma pagana rehegua, ojokóva’ekue pe pu’aka papal, peve Roma pagana oñemboguejy, ikatu hag̃uáicha pe pu’aka papal ojehechauka, 2 Tesalonicenses capítulo mokoihápe oñemoĩháicha, ha’e pe Espíritu Santo ñehẽgui oñemboyke ha pe espíritu marangatu’ỹva ñehẽ oñemoneĩ, Pablo ohenóiva peteĩ jejavy mbaretépe. Péicha rupi, peteĩteĩ umi maranduhára yma guaréva oñe’ẽve kuri directamente umi ára paháre, umi ára ha’ekuéra oikove hague rangue.</w:t>
      </w:r>
    </w:p>
    <w:p>
      <w:pPr>
        <w:pStyle w:val="ArticleScripture"/>
        <w:jc w:val="left"/>
      </w:pPr>
      <w:r>
        <w:rPr>
          <w:rFonts w:ascii="Times New Roman" w:hAnsi="Times New Roman" w:eastAsia="Times New Roman" w:cs="Times New Roman"/>
        </w:rPr>
        <w:t>“Peteĩteĩ umi maranduhára yma guare oñe’ẽve’ẽ vaekue sa’ive i-tiémpope g̃uarã hag̃uáicha ore rembiapópe g̃uarã, upéicha rupi i-marandu hag̃ua ore rehe ha’e gueteri ipokatu. ‘Koʼã mbaʼe opavave oiko kuri hesekuéra techapyrãrõ; ha ojehai ñande ñemoñe’ẽrã, ñande ári oguahẽma hag̃ua ko yvy arapaha paha.’ 1 Corintios 10:11. ‘Ndaha’éi hag̃ua ijehegui hag̃uáicha, síno ore rehe hag̃ua omba’apo hikuái umi mba’e rehe, ko’ág̃a oñemombe’úva peẽme umi opredikáva peẽme pe evangelio Espíritu Santo yvága guive oñembou vaekue rupive; umíva rehe umi ánhel kuéra jepe ohechase.’ 1 Pedro 1:12....”</w:t>
      </w:r>
    </w:p>
    <w:p>
      <w:pPr>
        <w:pStyle w:val="ArticleScripture"/>
        <w:jc w:val="left"/>
      </w:pPr>
      <w:r>
        <w:rPr>
          <w:rFonts w:ascii="Times New Roman" w:hAnsi="Times New Roman" w:eastAsia="Times New Roman" w:cs="Times New Roman"/>
        </w:rPr>
        <w:t>“La Biblia ombyaty ha oñeñapytĩ joa hag̃ua itesoro ko ñemoñare pahápe g̃uarã. Opa umi mba’e guasu oikova’ekue ha umi tembiapo iporãite ha ipohýiva Antiguo Testamento rembiasakuepe ojehuva’ekue, ha ojehu gueteri, oñembojevy jey hína pe iglesia-pe ko’ã ára pahápe.” Selected Messages, libro 3, 338, 339.</w:t>
      </w:r>
    </w:p>
    <w:p>
      <w:pPr>
        <w:pStyle w:val="ArticleBody"/>
        <w:jc w:val="left"/>
      </w:pPr>
      <w:r>
        <w:rPr>
          <w:rFonts w:ascii="Times New Roman" w:hAnsi="Times New Roman" w:eastAsia="Times New Roman" w:cs="Times New Roman"/>
        </w:rPr>
        <w:t>Roma pagã ha pe kuimbaʼe angaipa rehe oñeñeʼẽva 2 Tesalonicenses-pe ohechauka Tetã peteĩ reko Amérikagua ha Roma papal ára pahápe guápe. Oñentende vai hag̃ua ko añetegua heʼise, ambue mbaʼe apytépe, peteĩ tapicha, jepe heʼíramo omoĩha iñeʼẽmbyrã tee peteĩteĩva pe principio “taʼãnga ha itaʼãngarã” ári, añetehápe ndoikuaái “taʼãnga ha itaʼãngarã.” Tetã peteĩ reko Amérikagua oñetaʼãngavaʼekue heta mburuvichakue rupive tembiasakue marangatu ryepýpe. Mayma pokatu mokõi hatĩva ohechauka Tetã peteĩ reko Amérikagua ára pahápe, tahaʼe Israel reino yvate ha yvy gotyo pegua, Médota ha Pérsiagui joguaha mburuvichaguasu, térã Francia atea ojehechaukáva Sodoma ha Egipto rupive.</w:t>
      </w:r>
    </w:p>
    <w:p>
      <w:pPr>
        <w:pStyle w:val="ArticleBody"/>
        <w:jc w:val="left"/>
      </w:pPr>
      <w:r>
        <w:rPr>
          <w:rFonts w:ascii="Times New Roman" w:hAnsi="Times New Roman" w:eastAsia="Times New Roman" w:cs="Times New Roman"/>
        </w:rPr>
        <w:t>Pe ára Estados Unidos omoheñói ta’ãnga pe mymbaguasúpe ha pe mymbaguasúgui ojehechauka kuri pe hierro ha ñai’ũ rehegua Daniel mokõi-pe, ha pe hatĩ michĩva ojehechaukáva kuimba’e ha kuña ramo Daniel poapy-pe, avei umi proféta Baal rehegua ha umi pa’i yvyra aty rehegua Elías testimónipe Monte Carmelo-pe. Salomé ohechauka Estados Unidos-pe Herodes ka’u arete’araguápe heñói haguére. Pérgamo ohechauka Estados Unidos-pe ha omombe’u pe ñemoĩ peteĩcha rehegua ogueraháva Tiatírape, upéva ohechaukáva pe mbarete papal ára pahápeguápe.</w:t>
      </w:r>
    </w:p>
    <w:p>
      <w:pPr>
        <w:pStyle w:val="ArticleBody"/>
        <w:jc w:val="left"/>
      </w:pPr>
      <w:r>
        <w:rPr>
          <w:rFonts w:ascii="Times New Roman" w:hAnsi="Times New Roman" w:eastAsia="Times New Roman" w:cs="Times New Roman"/>
        </w:rPr>
        <w:t>Clovis, umi karai umi Fránkogua rehegua ary 496-pe, oñemyesakã Estados Unidos rehe Ronald Reagan ára pukukue jave. Justiniano ary 533-pe ohechauka Donald Trump-pe pe léi domingo mboyve. Káda peteĩ ko’ã ta’ãnga proféticape, Estados Unidos ohechauka pe mburuvicha guasu oñesũva ñemomirĩme pe papado pu’aka paha ára peguápe. Pe pu’aka oñesũva ñemomirĩme ojehechauka Roma-pe ome’ẽha jeroviaha. Pe tembiapo hérava “jeroviaha” oike avei pe ñesũ mburuvicha renondépe, ha’e niko pe akã.</w:t>
      </w:r>
    </w:p>
    <w:p>
      <w:pPr>
        <w:pStyle w:val="ArticleScripture"/>
        <w:jc w:val="left"/>
      </w:pPr>
      <w:r>
        <w:rPr>
          <w:rFonts w:ascii="Times New Roman" w:hAnsi="Times New Roman" w:eastAsia="Times New Roman" w:cs="Times New Roman"/>
        </w:rPr>
        <w:t>Ojehechauka porãma Estados Unidos ha’eha pe mbarete oñerepresentáva mymbaguasu hatĩ ovecha-ramoguáicha reheve, ha ko profesía oñekumplitaha Estados Unidos ombojerurévo domingo ñemboaje, Roma he’íva ha’eha pe jehechakuaa especial ijojaha’ỹva hembiguái renda yvate rehegua. Péro ko ñemomba’eguasúpe papado rehe, Estados Unidos ndaha’éimo’ãi añoite. Roma influencia umi tetãnguéra yma omoneĩva’ekue ipoguýpeguare gueteri mombyry oĩ hag̃ua oñehundi hag̃ua. Ha profesía omoherakuãta ijeporavo jevy imbarete rehegua. “Ahecha peteĩ iñakãgui ku oñekutúva guáicha omanóvo; ha iperevai omano hag̃uáicha okuera jevy: ha opa yvy ape ári ohecharamo pe mymbaguasu rapykuéri.” Versículo 3. Pe ñembyai omano hag̃uáicha oñemoĩva ohechauka papado ho’aha ary 1798-pe.</w:t>
      </w:r>
    </w:p>
    <w:p>
      <w:pPr>
        <w:pStyle w:val="ArticleScripture"/>
        <w:jc w:val="left"/>
      </w:pPr>
      <w:r>
        <w:rPr>
          <w:rFonts w:ascii="Times New Roman" w:hAnsi="Times New Roman" w:eastAsia="Times New Roman" w:cs="Times New Roman"/>
        </w:rPr>
        <w:t>“Upe rire, he’i pe proféta, ‘iherida ojukátava okuera: ha opa yvy arigua ohecharamóva omoirũ pe mbói ñarõme.’ Pablo he’i hesakã porãhápe pe ‘kuimba’e angaipa rehegua’ opytataha pe jeju mokõihápe peve. 2 Tesalonicenses 2:3-8. Aravo pahaite peve ogueroguátata pe tembiapo mbotavypa rehegua. Ha pe revelador he’i avei, oñe’ẽvo avei papadore rehe: ‘Opa umi oikóva yvy ári omomba’éta chupe, umi héra ndojehaíri tekove kuatiañe’ẽme.’ Apocalipsis 13:8. Mokõivéva, Yvy Tuja ha Yvy Pyahupe, pe papado ohupytýta ñemomba’e pe jehechakuaa oñeme’ẽvape pe domingo ñemohendápe, oĩva añoite pe Iglesia Romana autorida ári.” El Gran Conflicto, 578.</w:t>
      </w:r>
    </w:p>
    <w:p>
      <w:pPr>
        <w:pStyle w:val="ArticleBody"/>
        <w:jc w:val="left"/>
      </w:pPr>
      <w:r>
        <w:rPr>
          <w:rFonts w:ascii="Times New Roman" w:hAnsi="Times New Roman" w:eastAsia="Times New Roman" w:cs="Times New Roman"/>
        </w:rPr>
        <w:t>Pe ñe’ẽ paha ome’ẽ hetave prueba Hermana White ontendehague pe ñe’ẽjoaju, “mundo yma guare” orrepresentaha Europa, ha pe “mundo pyahu” orrepresentaha Américas. Péicha rupi, Estados Unidos ome’ẽ ñemomba’e pe pokatu papal-pe ha ombohape opa ambue tetãnguéra ko yvy ape ári ojapo hag̃ua upéicha avei. Kóva ohechauka porã Estados Unidos oĩha ipoguýpe umi dirección ome’ẽva pe pokatu papal. Isaías remombe’u ha imbarete hag̃ua ñantende pe “akã” ikatu hag̃uáicha ñañemopyenda, ojuhu ijehupytyrã Tupãgui pe símbolo “akã” oikógui peteĩ llave ramo ñantende hag̃ua pe línea externa de profecía, ha avei pe línea interna de profecía.</w:t>
      </w:r>
    </w:p>
    <w:p>
      <w:pPr>
        <w:pStyle w:val="ArticleScripture"/>
        <w:jc w:val="left"/>
      </w:pPr>
      <w:r>
        <w:rPr>
          <w:rFonts w:ascii="Times New Roman" w:hAnsi="Times New Roman" w:eastAsia="Times New Roman" w:cs="Times New Roman"/>
        </w:rPr>
        <w:t>Siria akãva hína Damasco, ha Damasco akãva hína Rezín; ha sesenta ha cinco ary ryepýpe Efraín oñembyaíta, ani hag̃uáicha tetã. Ha Efraín akãva hína Samaria, ha Samaria akãva hína Remalías ra’y. Nda pejeroviáiramo, añetehápe nda peñemopyendamo’ãi. Isaías 7:8, 9.</w:t>
      </w:r>
    </w:p>
    <w:p>
      <w:pPr>
        <w:pStyle w:val="ArticleBody"/>
        <w:jc w:val="left"/>
      </w:pPr>
      <w:r>
        <w:rPr>
          <w:rFonts w:ascii="Times New Roman" w:hAnsi="Times New Roman" w:eastAsia="Times New Roman" w:cs="Times New Roman"/>
        </w:rPr>
        <w:t>Umi ára pahápe, opa maranduhára testimónio oĩ mbaretehápe jave, “nde retãyguakuéra mondaha” omopyenda pe visión. Espíritu de Profecía pokatu rupive, ha oñondivepa Adventismo añeteguakuéra ypyrévandi, ojehechaukaháicha umi mokõi kuatia marangatu Habacuc rehegua ári, umi “mondaha” ha’e peteĩ símbolo Roma rehegua. Roma pagana omoinge ypy guive ijehe tembiasakue ryepýpe ary 200 Cristo mboyve jave, ha’ekuéra ohechauka hag̃ua Roma moderna umi ára pahápeguápe. Ko añetegua profética hína upe omopyendáva pe visión profética umi ára pahápe, ha nde rerovia’ỹramo recha hag̃ua Roma moderna “akã” ha’eha pokatu papal, upéicharõ añetehápe nde ndereñemopyendamo’ãi.</w:t>
      </w:r>
    </w:p>
    <w:p>
      <w:pPr>
        <w:pStyle w:val="ArticleScripture"/>
        <w:jc w:val="left"/>
      </w:pPr>
      <w:r>
        <w:rPr>
          <w:rFonts w:ascii="Times New Roman" w:hAnsi="Times New Roman" w:eastAsia="Times New Roman" w:cs="Times New Roman"/>
        </w:rPr>
        <w:t>“Yvy henyhẽ ára vai, ñorairõ ha joavy reheve. Upéicharõ jepe, peteĩ akã guýpe — pe pokatu papal — tavayguakuéra oñombyatýta oñemoĩ hag̃ua Tupã rehe, ha’éva Hembiguái hechapyrãva rekovépe.” Testimonies, volume 7, 182.</w:t>
      </w:r>
    </w:p>
    <w:p>
      <w:pPr>
        <w:pStyle w:val="ArticleBody"/>
        <w:jc w:val="left"/>
      </w:pPr>
      <w:r>
        <w:rPr>
          <w:rFonts w:ascii="Times New Roman" w:hAnsi="Times New Roman" w:eastAsia="Times New Roman" w:cs="Times New Roman"/>
        </w:rPr>
        <w:t>Rekóramo remiendu hag̃uáicha, ikatu hag̃uáicha rentende peteĩva umi judío kuéra jejavy tenondegua Cristo ára guarépe ha’e hague ombojoja hikuái pe “ta’ãnga” pe “mba’e añeteguáre”. Umi judío, kurusu mboyve ha upe rire avei, ojerovia hikuái umi tipo oĩvare isistema de adoraciónpe, ha ombotove pe Antitipo. He’i hikuái pe “ta’ãnga” ha’eha pe “mba’e añetegua”; ha ojapóvo upéicha, oheja hikuái pe kuatiañe’ẽ inspiradape peteĩ tetãgua pahápegua ára peguarã, avei ombojoja va’erã pe ta’ãnga pe mba’e añeteguáre.</w:t>
      </w:r>
    </w:p>
    <w:p>
      <w:pPr>
        <w:pStyle w:val="ArticleBody"/>
        <w:jc w:val="left"/>
      </w:pPr>
      <w:r>
        <w:rPr>
          <w:rFonts w:ascii="Times New Roman" w:hAnsi="Times New Roman" w:eastAsia="Times New Roman" w:cs="Times New Roman"/>
        </w:rPr>
        <w:t>Umi Estados Unidos omoheñóiramo ta’anga mymbávagui, omoheñói hína peteĩ ta’ãngamýi mymbávagui. Omoheñói hína ta’ãngamýi mba’e añeteguágui, ta’anga niko peteĩ techaukaha typológica. Jahechakuaáramo Estados Unidos-pe, omoheñóiramo mymbá ra’anga, Roma Moderna símbolo ramo, upéva he’ise ñambojoja hag̃ua Israel yma guarépe, omboyke ha oikutu kurusúre hag̃ua pe Antitipo Guasu.</w:t>
      </w:r>
    </w:p>
    <w:p>
      <w:pPr>
        <w:pStyle w:val="ArticleBody"/>
        <w:jc w:val="left"/>
      </w:pPr>
      <w:r>
        <w:rPr>
          <w:rFonts w:ascii="Times New Roman" w:hAnsi="Times New Roman" w:eastAsia="Times New Roman" w:cs="Times New Roman"/>
        </w:rPr>
        <w:t>Umi ombo’éva pe ñe’ẽrendu vai omombe’úva Estados Unidos ha’eha ne retãygua mondahakuéra, heta oñe’ẽ hikuái ijeiporu rehe “tipo ha antitipo”, ha heta jey ohechauka Estados Unidos-pe pe mymba ra’anga ramo, ha peteĩháicha opensa hikuái Estados Unidos ojehechakuaávo pe mymba ra’anga ramo upéva ohechauka hag̃ua Estados Unidos ha’eha “mondahakuéra”. Añetehápe ohejárire oisãmbyhy chupekuéra umi principio básico “tipo ha antitipo” rehegua, pya’e ohechakuaáta pe tembiaporã profético Estados Unidos rehegua, oñemombe’úva jey jey Tupã Ñe’ẽme tipo ramo, ohechauka porãha Estados Unidos ha’eha pe pu’aka oĩva poguýpe pe autoridad papal. Ohechakuaáta avei, ndaipóriramo pe mymba ha’éva punto de referencia, mba’e reiha oñehenói hag̃ua peteĩ ta’anga pe mymbápe guarã oikó’ỹva’ekue. Pe mba’e añoite ikatúva omyesakã pe mymba ra’anga, ha’e pe mymba voi; pe pu’aka papal niko upe mba’e omoheñóiva pe ta’anga pe visión espejo-pe.</w:t>
      </w:r>
    </w:p>
    <w:p>
      <w:pPr>
        <w:pStyle w:val="ArticleBody"/>
        <w:jc w:val="left"/>
      </w:pPr>
      <w:r>
        <w:rPr>
          <w:rFonts w:ascii="Times New Roman" w:hAnsi="Times New Roman" w:eastAsia="Times New Roman" w:cs="Times New Roman"/>
        </w:rPr>
        <w:t>Pe línea paralela profesía rehegua Estados Unidos ojapoha ta’ãnga mymbaguasu rehegua ha’e upe araka’e pe hatĩ protestantísmo añetéva ojapo peteĩ ta’ãnga Cristo rehegua. Upe ñemohenda ojehechauka porãiterei Daniel kapítulo diez-pe, Daniel ohecha jave pe “marah”, visión, ha’éva pe visión “espejo” rehegua. Daniel orrepresenta umi ohecháva Cristo-pe, ha upéicha ojapóvo hikuái ohechauka jey Cristo rekopy. Cristo visión ndajechaukáirire Daniel-pe, ndaikatumo’ãi kuri oguerojoja jey Cristo rekopy. Ikatu hag̃uáicha umi cien cuarenta y cuatro mil, ojerrepresentáva Daniel rupive kapítulo diez-pe ojapo hag̃ua peteĩ ta’ãnga Cristo rehegua ipypekuéra, tekotevẽ ohecha Heko. Ohechávo, oñemoambue hikuái.</w:t>
      </w:r>
    </w:p>
    <w:p>
      <w:pPr>
        <w:pStyle w:val="ArticleScripture"/>
        <w:jc w:val="left"/>
      </w:pPr>
      <w:r>
        <w:rPr>
          <w:rFonts w:ascii="Times New Roman" w:hAnsi="Times New Roman" w:eastAsia="Times New Roman" w:cs="Times New Roman"/>
        </w:rPr>
        <w:t>Ha ñande maymáva, rova ojepe’áva reheve, jahechávo ku peteĩ espejoicha Ñandejára glória, ñamoambue hína upe ta’angápe voi, glóriagui glóriape, Ñandejára Espíritu rupive. 2 Corintios 3:18.</w:t>
      </w:r>
    </w:p>
    <w:p>
      <w:pPr>
        <w:pStyle w:val="ArticleBody"/>
        <w:jc w:val="left"/>
      </w:pPr>
      <w:r>
        <w:rPr>
          <w:rFonts w:ascii="Times New Roman" w:hAnsi="Times New Roman" w:eastAsia="Times New Roman" w:cs="Times New Roman"/>
        </w:rPr>
        <w:t>Pe ñe’ẽ hebréo omyesakãva pe visión “marah” rehegua, Daniel ohechava’ekue pe capítulo diez-pe, he’ise: “peteĩ visión; avei (mba’eapo hag̃ua) peteĩ espejo: —espejo, visión.” Pe ñe’ẽ griego oñembohasáva “espejo” ramo pe versículo mboyveguápe he’ise peteĩ oñema’ẽha ijehe peteĩ espejo rupive, térã ohecha hag̃ua ijehe oñembojevyva’ekue (ta’ãnga rupive): —ohecha hag̃ua peteĩ espejo-peguáicha.</w:t>
      </w:r>
    </w:p>
    <w:p>
      <w:pPr>
        <w:pStyle w:val="ArticleBody"/>
        <w:jc w:val="left"/>
      </w:pPr>
      <w:r>
        <w:rPr>
          <w:rFonts w:ascii="Times New Roman" w:hAnsi="Times New Roman" w:eastAsia="Times New Roman" w:cs="Times New Roman"/>
        </w:rPr>
        <w:t>Santiago avei omombe’u porã peteĩ línea añeteguáva ojoajúva pe espéjo rehe.</w:t>
      </w:r>
    </w:p>
    <w:p>
      <w:pPr>
        <w:pStyle w:val="ArticleScripture"/>
        <w:jc w:val="left"/>
      </w:pPr>
      <w:r>
        <w:rPr>
          <w:rFonts w:ascii="Times New Roman" w:hAnsi="Times New Roman" w:eastAsia="Times New Roman" w:cs="Times New Roman"/>
        </w:rPr>
        <w:t>Oĩramo yvypóra oĩva ñe’ẽ renduha año ha ndaha’éi ojapóva, ha’e ojogua peteĩ kuimba’épe oma’ẽva iova tee peteĩ espehope; ha oma’ẽ rire ijehe, oho hapére, ha pya’e omboyke iñakãgui mba’éichapa vaekue. Ha katu oimeraẽ oma’ẽ porãva pe léi perfecta sãso rehegua ryepýpe, ha opyta hendápe, ndaha’éi peteĩ ohendúva ha pya’e hesaráiva, síno peteĩ ojapóva tembiapo, ko kuimba’e ojehovasáta hembiapópe. Santiago 1:23–25.</w:t>
      </w:r>
    </w:p>
    <w:p>
      <w:pPr>
        <w:pStyle w:val="ArticleBody"/>
        <w:jc w:val="left"/>
      </w:pPr>
      <w:r>
        <w:rPr>
          <w:rFonts w:ascii="Times New Roman" w:hAnsi="Times New Roman" w:eastAsia="Times New Roman" w:cs="Times New Roman"/>
        </w:rPr>
        <w:t>Jahayhúramo pe añetegua, ha upévare ñaneñe’ẽrenduha ñaime pe Ñe’ẽme, upéicharamo pe espého ñama’ẽha hese ha’e pe tekosãso léi perfecto; ha ndaijahayhúiramo pe añetegua, ha upéi jaiko ñande rape rupi voi, umi oĩva’ekue Daniel ndive ojapo haguéicha okañývo, upéicharamo pe espého peteĩ ñandejehechaukaha añoite.</w:t>
      </w:r>
    </w:p>
    <w:p>
      <w:pPr>
        <w:pStyle w:val="ArticleScripture"/>
        <w:jc w:val="left"/>
      </w:pPr>
      <w:r>
        <w:rPr>
          <w:rFonts w:ascii="Times New Roman" w:hAnsi="Times New Roman" w:eastAsia="Times New Roman" w:cs="Times New Roman"/>
        </w:rPr>
        <w:t>“Ñandejára léi ha’e pe espejo ohechaukáva peteĩ ta’ãnga añetetéva ha kompleta kuimba’ére, mba’éichapa ha’e, ha omoĩva henondépe pe ta’ãnga hekopete. Oĩta ojepe’áva ha hesaráiva ko ta’ãngágui, ambue katu oiporúta ñe’ẽ vai léi rehe, ku péicha gua’u omonguerataháicha icharakter rembiavy. Oĩ avei ambuekuéra, pe léi ombojovakéva, oñembyasýta hembiapo vaígui ha, jerovia rupive Cristo méritore, omboaguapypáta carácter cristiano.” Faith and Works, 31.</w:t>
      </w:r>
    </w:p>
    <w:p>
      <w:pPr>
        <w:pStyle w:val="ArticleBody"/>
        <w:jc w:val="left"/>
      </w:pPr>
      <w:r>
        <w:rPr>
          <w:rFonts w:ascii="Times New Roman" w:hAnsi="Times New Roman" w:eastAsia="Times New Roman" w:cs="Times New Roman"/>
        </w:rPr>
        <w:t>Daniel ndohechái ijehe pe visión espejo-pe; ha’e ohecha Cristo-pe, ha’éva pe ta’anga porãite Santiago ñe’ẽme’ẽ pe léi perfecto sãsõ rehegua.</w:t>
      </w:r>
    </w:p>
    <w:p>
      <w:pPr>
        <w:pStyle w:val="ArticleScripture"/>
        <w:jc w:val="left"/>
      </w:pPr>
      <w:r>
        <w:rPr>
          <w:rFonts w:ascii="Times New Roman" w:hAnsi="Times New Roman" w:eastAsia="Times New Roman" w:cs="Times New Roman"/>
        </w:rPr>
        <w:t>“Cristo rekove ko yvy ári ha’e peteĩ jehechauka porãite pe léi divina rehegua. Ipype oĩ tekove ha ñeha’arõ ha tesakã. Pema’ẽ hese, ha peẽ peñemoambuéta upe ta’ãnga peteĩchagua rehe, tekokue guive tekokue peve.” Signs of the Times, 10 de mayo de 1910.</w:t>
      </w:r>
    </w:p>
    <w:p>
      <w:pPr>
        <w:pStyle w:val="ArticleBody"/>
        <w:jc w:val="left"/>
      </w:pPr>
      <w:r>
        <w:rPr>
          <w:rFonts w:ascii="Times New Roman" w:hAnsi="Times New Roman" w:eastAsia="Times New Roman" w:cs="Times New Roman"/>
        </w:rPr>
        <w:t>Ta’ãnga mymba vai rehegua ojogua pe mymba vaipe, ha pe ta’ãnga mymba vai rehegua ñemoheñói ha’e pe prueba guasu Tupã tavayguakuérape g̃uarã, upéva rupive oñembo’éta ha oñemoĩta hikuái destino eterno rehe. Umi tupão protestánte-kuéra ojagarrávo tetãygua sãmbyhy Estados Unidos retãme, omoheñóita hikuái peteĩ ta’ãnga pe sistema estado-iglesia rehegua pe pokatu papal oiporúva’ekue tapiaite. Upe período de tiempo-pe avei oñemoheñóita Cristo ra’ãnga Itavayguakuéra ára pahapeguápe. Upéicharõ jepe, umi oĩva’ekue Daniel ndive ndohechái pe visión, cháke okañy pe visión-gui.</w:t>
      </w:r>
    </w:p>
    <w:p>
      <w:pPr>
        <w:pStyle w:val="ArticleBody"/>
        <w:jc w:val="left"/>
      </w:pPr>
      <w:r>
        <w:rPr>
          <w:rFonts w:ascii="Times New Roman" w:hAnsi="Times New Roman" w:eastAsia="Times New Roman" w:cs="Times New Roman"/>
        </w:rPr>
        <w:t>Ta’ãnga Cristo rehegua oñemoheñói ramo, ogueru jehechauka mokõi aty oporomomba’éva rehegua. Peteĩ aty omboyke pe ypykue jehechaukaha rehegua. Pe ypykue jehechaukaha oñerepresenta hag̃ua peteĩ espejo rupive, Cristo niko oipuru umi mba’e yvy arigua tee ohechauka hag̃ua añetegua yvagagua espiritual.</w:t>
      </w:r>
    </w:p>
    <w:p>
      <w:pPr>
        <w:pStyle w:val="ArticleScripture"/>
        <w:jc w:val="left"/>
      </w:pPr>
      <w:r>
        <w:rPr>
          <w:rFonts w:ascii="Times New Roman" w:hAnsi="Times New Roman" w:eastAsia="Times New Roman" w:cs="Times New Roman"/>
        </w:rPr>
        <w:t>“Cristo ñeʼẽ mboʼehápe parábola rupive ojehecha pe principio peteĩchagua oĩha avei Hembiapo teepe ko yvy ape ári. Ikatu hag̃uáicha ñande jaikuaa porã hag̃ua Ikarakter divino ha Hekove, Cristo ogueraha ñande rekove yvypóra rehegua ha oiko ñande apytépe. Ñande yvypórape ojehechauka pe divinidad; pe mimbipa ndojehecháiva ojehechauka pe yvypóra ojehecháva raʼangápe. Umi kuimbaʼe ha kuña ikatu vaʼekue oikuaa pe ndojekuaáiva pe ojekuaáva rupive; umi mbaʼe yvagapegua ojehechauka umi mbaʼe yvy arigua rupive; Tupã ojehechauka yvypóra joguaha rupive. Péicha avei oiko Cristo ñemboʼépe: pe ndojekuaáiva ojehesapeʼa pe ojekuaáva rupive; umi añetegua divino, umi mbaʼe yvy arigua tapicha kuéra oikuaavéva rupive.”</w:t>
      </w:r>
    </w:p>
    <w:p>
      <w:pPr>
        <w:pStyle w:val="ArticleScripture"/>
        <w:jc w:val="left"/>
      </w:pPr>
      <w:r>
        <w:rPr>
          <w:rFonts w:ascii="Times New Roman" w:hAnsi="Times New Roman" w:eastAsia="Times New Roman" w:cs="Times New Roman"/>
        </w:rPr>
        <w:t>“Ñe’ẽngatu he’i: ‘Ko’ã mba’e opavave Jesús omombe’u heta atyguápe ñe’ẽjoaju rupive; … oñemoañete hag̃uáicha pe maranduhára he’iva’ekue, he’ívo: Aipe’a che juru ñe’ẽjoajúpe; amombe’úta umi mba’e oñeñongatúva’ekue yvóra ñepyrũmby guive.’ Mateo 13:34, 35. Umi mba’e yvyporakuéra ohecháva ha oikóva ko arapýpe ha’e va’ekue pe tapere ojekuaauka hag̃ua umi mba’e espiritu rehegua; tekoha rehegua ha hekovépe ohasáva umi ohendúvape oñembojoaju pe Ñe’ẽ jehaipyréva añetegua ndive. Péicha, ogueraha hag̃ua yvypórape pe reino natural-gui pe reino espiritual-pe, Cristo ñe’ẽjoajukuéra ha’e umi joajuha añetegua pe añeteguápe ombojoajúva yvypórape Tupã ndive, ha yvy yvága ndive.” Christ’s Object Lessons, 17.</w:t>
      </w:r>
    </w:p>
    <w:p>
      <w:pPr>
        <w:pStyle w:val="ArticleBody"/>
        <w:jc w:val="left"/>
      </w:pPr>
      <w:r>
        <w:rPr>
          <w:rFonts w:ascii="Times New Roman" w:hAnsi="Times New Roman" w:eastAsia="Times New Roman" w:cs="Times New Roman"/>
        </w:rPr>
        <w:t>Pe principio espiritual jehechaukarã oñemboguata ojehechávo peteî espeho ohechaukáva Cristo, ha pe visión “marah” ha’égui peteĩ visión causativa, Cristo ra’anga oĩva espehope oguenohẽ Cristo ra’anga yvypórape.</w:t>
      </w:r>
    </w:p>
    <w:p>
      <w:pPr>
        <w:pStyle w:val="ArticleBody"/>
        <w:jc w:val="left"/>
      </w:pPr>
      <w:r>
        <w:rPr>
          <w:rFonts w:ascii="Times New Roman" w:hAnsi="Times New Roman" w:eastAsia="Times New Roman" w:cs="Times New Roman"/>
        </w:rPr>
        <w:t>He’i hag̃ua Estados Unidosha upe omoheñóiva pe visión, ha’e he’i hag̃uáicha pe ta’anga oĩva Daniel-peha upe omoheñóiva Cristo-pe. Cristo ha’e upe omoheñóiva pe visión Ikarakter ha hembiapokue rehegua, ha pe anticristo ha’e upe omoheñóiva pe visión ikarakter ha hembiapokue rehegua. Pe visión ha’e upe ojehechaukáva pe espejo rupive, ha pe visión oñemopyenda umi mondaha rupive. Ñandejára’ỹva ta’anga rehegua jekuaa vai, ojehechakuaáramo pe ta’anga pe mymba tee ramo, omoheñói líneas paralelas.</w:t>
      </w:r>
    </w:p>
    <w:p>
      <w:pPr>
        <w:pStyle w:val="ArticleBody"/>
        <w:jc w:val="left"/>
      </w:pPr>
      <w:r>
        <w:rPr>
          <w:rFonts w:ascii="Times New Roman" w:hAnsi="Times New Roman" w:eastAsia="Times New Roman" w:cs="Times New Roman"/>
        </w:rPr>
        <w:t>Pe kuimba’e oikove’ỹva ñemoambuépe ohecha hag̃ua ijehe peteĩ espehope, térã, ohecháramo Tupã léi, ombohory ha omboyke pe léi rehe, ohekávo okañy hag̃ua umi mba’e ojeruréva chugui. Pe kuimba’e oñemoambuéva ohecha Cristo ha Ilei pe espehope. Tetã peteĩ reko Joapykuéra ojapo peteĩ ta’anga pe pokatu papál rehegua ojesareko rupi pe pokatu papál rehe ha omoheñóivo peteĩchaite. Pe anticristo oñembojoja ha oñemoha’anga Tetã peteĩ reko Joapykuéra rupive.</w:t>
      </w:r>
    </w:p>
    <w:p>
      <w:pPr>
        <w:pStyle w:val="ArticleBody"/>
        <w:jc w:val="left"/>
      </w:pPr>
      <w:r>
        <w:rPr>
          <w:rFonts w:ascii="Times New Roman" w:hAnsi="Times New Roman" w:eastAsia="Times New Roman" w:cs="Times New Roman"/>
        </w:rPr>
        <w:t>Lucifer oipota vaʼekue oguapy Tupã tróno polítiko ha religioso ári.</w:t>
      </w:r>
    </w:p>
    <w:p>
      <w:pPr>
        <w:pStyle w:val="ArticleScripture"/>
        <w:jc w:val="left"/>
      </w:pPr>
      <w:r>
        <w:rPr>
          <w:rFonts w:ascii="Times New Roman" w:hAnsi="Times New Roman" w:eastAsia="Times New Roman" w:cs="Times New Roman"/>
        </w:rPr>
        <w:t>Mba’éichapa regue’a yvágagui, Lucífer, pyhareve ra’y! mba’éichapa reñekytĩ yvýre, nde remokangy va’ekue tetãnguéra! Nde niko ere va’ekue nde py’apýpe: Ajupi hag̃ua yvágape, amopu’ãta che guapyha Tupã mbyjakuéra ári; aguapýta avei aty yvyty rehe, yvate gotyo; ajupíta arai yvatetegua ári; ajejapóta Yvatetegua-icha. Ezequiel 14:12–14.</w:t>
      </w:r>
    </w:p>
    <w:p>
      <w:pPr>
        <w:pStyle w:val="ArticleBody"/>
        <w:jc w:val="left"/>
      </w:pPr>
      <w:r>
        <w:rPr>
          <w:rFonts w:ascii="Times New Roman" w:hAnsi="Times New Roman" w:eastAsia="Times New Roman" w:cs="Times New Roman"/>
        </w:rPr>
        <w:t>Satanás ha’e pe anticristo, ha pe poder papal avei upéicha. Pe poder papal oguapy va’ekue pe iglesia-pe ha ogoverna va’ekue umi trono político Europa-pegua ári. Pe espejo causativo Daniel kapítulo diez-pegua, ojehechávo iaplicación espiritual-pe, omoambue umi ohecháva Cristo ra’angápe. Upe añetegua ogoverna pe línea anticristo rehegua. Peteĩ tetã térã peteĩ tapicha oma’ẽvo pe visión espejo-pe, upéva ogueru peteĩ efecto causativo, ogueruprodusívo iimagen pe tapicha térã pe tetã ohecháva ryepýpe, ha upéva omoheñói térã Cristo ra’anga térã pe mymba ra’anga. Upéva ojoja pe mismo efecto Daniel ohechauka va’ekuére. Cristo hína pe omopyenda va’ekue pe visión Daniel-pe g̃uarã, ha pe anticristo omopyenda pe visión Estados Unidos-pe g̃uarã, ojapo jave pe mymba ra’anga.</w:t>
      </w:r>
    </w:p>
    <w:p>
      <w:pPr>
        <w:pStyle w:val="ArticleBody"/>
        <w:jc w:val="left"/>
      </w:pPr>
      <w:r>
        <w:rPr>
          <w:rFonts w:ascii="Times New Roman" w:hAnsi="Times New Roman" w:eastAsia="Times New Roman" w:cs="Times New Roman"/>
        </w:rPr>
        <w:t>Ko'ã pensamiento ñamotenondéta pe artículo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omoĩmbyaty pe visión — Papapy Paapy ha Mbohapy</dc:title>
  <dc:subject>Roma Ñorairõkuéra: Ojekuaa hag̃ua pe prueba paha pe mymba ra'anga rehegua</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