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Róma Omoñepyrũ Pe Tahechapyrã — Papapy Pa Sieteha</w:t>
      </w:r>
    </w:p>
    <w:p>
      <w:pPr>
        <w:pStyle w:val="ArticleSubtitle"/>
        <w:jc w:val="left"/>
      </w:pPr>
      <w:r>
        <w:rPr>
          <w:rFonts w:ascii="Arial" w:hAnsi="Arial" w:eastAsia="Arial" w:cs="Arial"/>
        </w:rPr>
        <w:t>Pe Oñemboyke Pahaitegua 144.000 rehegua: Pe Pruéva Profétika Ta’anga Mymbaguasupeguáva rehegua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2024-09-24</w:t>
      </w:r>
    </w:p>
    <w:p>
      <w:pPr>
        <w:pStyle w:val="ArticleBody"/>
        <w:jc w:val="left"/>
      </w:pPr>
      <w:r>
        <w:rPr>
          <w:rFonts w:ascii="Times New Roman" w:hAnsi="Times New Roman" w:eastAsia="Times New Roman" w:cs="Times New Roman"/>
        </w:rPr>
        <w:t>Umi ohenóivape oĩ hag̃ua umi cien cuarenta y cuatro mil apytépe oĩ ko’ág̃a ipahaitépe pe proceso de zarandeo-pe, ha upe proceso ha’e peteĩ prueba, oñemopyendáva pe mymba ra’anga ñemoheñóire. Pe proceso de prueba oñepyrũ Tupã róga ndive, pe juicio akóinte oñepyrũ rupi Tupã rógape; ha upéi Tupã ambue aty ovechakuéra rehegua oñembohovái pe proceso de prueba peteĩchaitéva. Ikatu hag̃uáicha, pe característica profética iñimportantevéva ha hembiapo guasuvéva pe mymba ra’anga ñemoheñóipe ha’e ojehuha mokõi jey: tenonderãite Estados Unidos-pe, ha upéi opa yvy ape ári. Proféticamente, kóva he’ise pe mymba ra’anga oĩva ko yvy ape áriha pe mymba ra’anga jehechauka pahaite; ha upévare oimeraẽva typificación pe mymba ra’anga rehegua oúva’ekue mboyve pe mymba ra’anga ko yvy ape ári, ha’e hag̃uánte pe ta’ãnga’ỹ ohechaukáva pe mba’e añetegua.</w:t>
      </w:r>
    </w:p>
    <w:p>
      <w:pPr>
        <w:pStyle w:val="ArticleBody"/>
        <w:jc w:val="left"/>
      </w:pPr>
      <w:r>
        <w:rPr>
          <w:rFonts w:ascii="Times New Roman" w:hAnsi="Times New Roman" w:eastAsia="Times New Roman" w:cs="Times New Roman"/>
        </w:rPr>
        <w:t>Huísio oñepyrũkuri Tupã róga guive 11 jasyporundy 2001-pe. Upe ára ojehechauka vaʼekue typope 11 jasypoapy 1840-pe, pe ánhel Apocalipsis mokoĩpa rehegua oguejy ramo peteĩ lívro michĩva ojeavréva ipópe. Upe ánhel capítulo diez rehegua oguejy ramo, haʼe omombeʼu vaʼekue protestantismo rehegua huísio upérõma oñepyrũ hague. Oimeraẽva Tupã ohusgáva, tenonderã voi oikuaauka chupe; ha pe oñemoneĩ jeývo Miller rembiapokue aravo ñemyesakãrãme, omombareteve ivale ikalkulasiónkuérape pe Mokõiha Jeju rehegua huísio rehe. Upe protestante-kuéra jehaʼã oikóma vaʼekue 11 jasypoapy 1840 guive, ha 1844-pe umi protestante-kuéra oiko Roma rajykuéraramo. Pe arange 1840 guive 1844 peve ohechauka typope pe arange 11 jasyporundy 2001 guive pe arapokõindy rape pyʼaite ou hag̃uápe peve.</w:t>
      </w:r>
    </w:p>
    <w:p>
      <w:pPr>
        <w:pStyle w:val="ArticleBody"/>
        <w:jc w:val="left"/>
      </w:pPr>
      <w:r>
        <w:rPr>
          <w:rFonts w:ascii="Times New Roman" w:hAnsi="Times New Roman" w:eastAsia="Times New Roman" w:cs="Times New Roman"/>
        </w:rPr>
        <w:t>Umi mokõi período ojehechauka avei Jesús ñemongarai guive pe Espíritu Santo oguejy hague guive pe kurusú peve. Umi mbohapy período opavave ojehechauka avei umi cien veinte áño oñeme'ẽ va'ekue pe yvypóra rembiasakue pe diluvio mboyvepe guarépe, ogueraha hag̃ua pe diluvio peve. Tapia oĩ peteĩ marandu ñemongyhyje rehegua ohechakuaáva pe juicio ko'ãva peteĩteĩva tembiasakue rehegua. Oĩ tembiasakue marangatu avei oñe'ẽva ko período particular rehe umi ára pahápe.</w:t>
      </w:r>
    </w:p>
    <w:p>
      <w:pPr>
        <w:pStyle w:val="ArticleBody"/>
        <w:jc w:val="left"/>
      </w:pPr>
      <w:r>
        <w:rPr>
          <w:rFonts w:ascii="Times New Roman" w:hAnsi="Times New Roman" w:eastAsia="Times New Roman" w:cs="Times New Roman"/>
        </w:rPr>
        <w:t>Noé opredika ciento veinte ary; upéi og̃uahẽ pe y oporojahéiha rehegua. Cristo opredika mil doscientos sesenta ára; upéi og̃uahẽ pe kurusu mbojovake. Juan el Bautista ñe'ẽmondo ñeñangarekorã ojehechakuaa mbarete hag̃ua Cristo ñemongaraipe, ha upéi Jesús oñembohape ñu meguápe cuarenta ára pukukue. Umi cuarenta ára, ha umi mbohapy jehechapyre ou vaekue ipahápe umi cuarenta ára, ombo'e ñandéve peteĩ ñe'ẽmondo oñemombarete vove, ojehechakuaaháicha peteĩ símbolo marangatu oguejyha rupive, taha'e Espíritu Santo Cristo ñemongaraipe, ha avei umi mokõi ánhel Apocalipsis kapítulo diez ha dieciocho-pe oguejývo, peteĩ proceso jehechapyre rehegua oñepyrũma hína. Pe símbolo divino oguejy vove, pe ñe'ẽmondo mbojovake rehegua oñemombe'úva umi upe jave oĩvape mbojovake guýpe oñemombarete, ha upe aty particular ojejovakehína upérõ oike peteĩ período específico-pe, ha upéva opa hag̃uáicha añoite oñemboty vove iprovasión.</w:t>
      </w:r>
    </w:p>
    <w:p>
      <w:pPr>
        <w:pStyle w:val="ArticleBody"/>
        <w:jc w:val="left"/>
      </w:pPr>
      <w:r>
        <w:rPr>
          <w:rFonts w:ascii="Times New Roman" w:hAnsi="Times New Roman" w:eastAsia="Times New Roman" w:cs="Times New Roman"/>
        </w:rPr>
        <w:t>Jesús rembiapo rehegua ohechauka mokõi ára pukukue ojehechaukahague. Peteĩha ha’e va’ekue Hembiapokue tee ojapohague mil mokõi sa poapy ary peteĩ días pukukue, upéi Hembiapokue idiscípulo kuéra renondépe ambue mil mokõi sa poapy ary peteĩ días pukukue Esteban ojejapi hag̃ua ita reheve peve.</w:t>
      </w:r>
    </w:p>
    <w:p>
      <w:pPr>
        <w:pStyle w:val="ArticleScripture"/>
        <w:jc w:val="left"/>
      </w:pPr>
      <w:r>
        <w:rPr>
          <w:rFonts w:ascii="Times New Roman" w:hAnsi="Times New Roman" w:eastAsia="Times New Roman" w:cs="Times New Roman"/>
        </w:rPr>
        <w:t>Upéi, he’i pe ánhel, “Ha’e omombaretéta pe ñe’ẽme’ẽ heta ndive peteĩ semánarõ [7 ary].” Siete ary aja, pe Salvador oñepyrũ rire hembiapo, pe evanhélio oñemombe’u va’erãkuri ijojaha’ỹvéva umi hudíope; mbohapy ary ha mbyte Cristo voi rupive; ha upéi umi apóstol rupive. “Pe semána mbytépe ojapóta hag̃ua opa pe mymbajuka ha pe ofrénda.” Daniel 9:27. Áño 31 d. C. arapoty jave, Cristo, pe mymbajuka añetegua, oñeme’ẽ Calvariope. Upérõ pe templorã ao ñemondoho oñekytĩ mokõime, ohechaukávo pe marangatuha ha pe he’iséva pe servicio sacrificial-gua ojeipe’aha. Oguahẽma va’ekue pe ára opa hag̃ua pe mymbajuka ha pe ofrénda yvy arigua.</w:t>
      </w:r>
    </w:p>
    <w:p>
      <w:pPr>
        <w:pStyle w:val="ArticleScripture"/>
        <w:jc w:val="left"/>
      </w:pPr>
      <w:r>
        <w:rPr>
          <w:rFonts w:ascii="Times New Roman" w:hAnsi="Times New Roman" w:eastAsia="Times New Roman" w:cs="Times New Roman"/>
        </w:rPr>
        <w:t>“Pe peteĩ semana—siete ary—opa A. D. 34-pe. Upéi, Esteban jejuka ita ñemombo rupive, umi hudío ipahaitépe omboty porã iñemboyke hag̃ua pe evangelio; umi temimbo’e, oñemosarambíva ñembyahýi rupi, “oho opárupi omoherakuãvo pe ñe’ẽ” (Hechos 8:4); ha sapy’ami rire, Saulo, pe mbopy’ajuha, oñekonverti, ha oiko Pablo, umi gentil-kuérape g̃uarã apóstol.” The Desire of Ages, 233.</w:t>
      </w:r>
    </w:p>
    <w:p>
      <w:pPr>
        <w:pStyle w:val="ArticleBody"/>
        <w:jc w:val="left"/>
      </w:pPr>
      <w:r>
        <w:rPr>
          <w:rFonts w:ascii="Times New Roman" w:hAnsi="Times New Roman" w:eastAsia="Times New Roman" w:cs="Times New Roman"/>
        </w:rPr>
        <w:t>Noé, Cristo, umi Millerita ha umi ciento cuarenta y cuatro mil ñemoñare profétika opavave ome’ẽ testimónio peteĩ ára pukukue rehe, upérõ peteĩ aty oñeñe’ẽ hag̃uáicha oñeha’ãha peteĩ marandu ñemomarandu rupive. Pe marandu oñemombaretehague ohechauka pe ñepyrũ peteĩ aravo oñeha’ãha hag̃uápe, ha upéva katu ipahápe oñemohu’ã pe aty rehegua gracia ára ñemboty reheve. Jesús línea profétika rehe, mokõi testificación aravo ojekuaa. Umi mokõi aravo testificación rehegua ohechauka hag̃ua umi mokõi marandu ñemomarandu rehegua oñerrepresentáva pe ánhel oguejýva’ekue 11 jasyporundy 2001-pe, omohu’ãva’ekue Apocalipsis 18:1–3, ha upéi oúva’ekue hapykuéri pe mokõiha ñe’ẽ, versíkulo irundy guive ha tenonderã capítulo dieciocho-pe.</w:t>
      </w:r>
    </w:p>
    <w:p>
      <w:pPr>
        <w:pStyle w:val="ArticleScripture"/>
        <w:jc w:val="left"/>
      </w:pPr>
      <w:r>
        <w:rPr>
          <w:rFonts w:ascii="Times New Roman" w:hAnsi="Times New Roman" w:eastAsia="Times New Roman" w:cs="Times New Roman"/>
        </w:rPr>
        <w:t>“Upéicha rupi, pe tembiapo pahápe oñeñangareko hag̃ua ko yvy arigua rehe, ojejapo mokõi ñehenói iñambuéva umi tupaope g̃uarã. Pe marandu mokõiha ánhel rehegua he’i: ‘Babilonia ho’a, ho’a, upe táva guasu, ha’e ojapo haguére opa tetãnguéra hoy’u pe víno ipochyva hekovai rehegua.’ Ha pe sapukái mbaretépe pe marandu mbohapyha ánhel rehegua, oñehendu peteĩ ñe’ẽ yvágagui he’íva: ‘Pesẽ chugui, che retayguakuéra.’” Review and Herald, December 6, 1892.</w:t>
      </w:r>
    </w:p>
    <w:p>
      <w:pPr>
        <w:pStyle w:val="ArticleBody"/>
        <w:jc w:val="left"/>
      </w:pPr>
      <w:r>
        <w:rPr>
          <w:rFonts w:ascii="Times New Roman" w:hAnsi="Times New Roman" w:eastAsia="Times New Roman" w:cs="Times New Roman"/>
        </w:rPr>
        <w:t>Pe peteĩha aravoha ha’e pe juicio oñepyrũva Tupã róga rehe, ha upéi pe léi domingo oúta hag̃uápe pya’e, pe mokõiha aravoha juicio oñepyrũ Babilóniagui osẽ hag̃ua ñemongeta reheve. Cristo réra guata Ijevautísgui pe kurusu peve ohechauka 11 jasyporundy 2001 guive pe léi domingo Estados Unidos-pe peve, ha pe aravoha pe léi domingo Estados Unidos-pe guive pe punto opa tetãme oñembopy’aguapýva omoneĩ hag̃ua domingo ha’e hag̃ua pe Ára Global de Adoración, ha’e pe aravoha opa hag̃uápe pe tetã pahaite voi oñemoĩmbávo guýpe.</w:t>
      </w:r>
    </w:p>
    <w:p>
      <w:pPr>
        <w:pStyle w:val="ArticleBody"/>
        <w:jc w:val="left"/>
      </w:pPr>
      <w:r>
        <w:rPr>
          <w:rFonts w:ascii="Times New Roman" w:hAnsi="Times New Roman" w:eastAsia="Times New Roman" w:cs="Times New Roman"/>
        </w:rPr>
        <w:t>Pe pehẽngue oñepyrũ pe léi domingo rehe Estados Unidos-pe ha opa ñane retã pahapegua oñesũvo pokatu papal renondépe. Pe mokõiha pehẽngue ñepyrũ ohechauka pe peteĩha pehẽngue paha, ha mokõivéva oguereko léi domingo ojejapyhyva’ekue yma Roma testimóniope. Pe peteĩha léi domingo, ary 321-pe, ojehupyty va’ekue Roma pagana autorida rupive. Pe léi domingo ojehupyty va’ekue tupao papal autorida rupive ojehechauka ary 538 rehe. Pe léi domingo Estados Unidos-pe ha’e 321, ha pe léi domingo oñemoañetéva tetã pahapeguáre ha’e 538. Pe léi domingo Estados Unidos-pe ohechauka pe ñe’ẽmondo ñemomarandu guahẽ, upéi oñemombe’uva pe poyvi rupive, ojejapóva Israel oñemosẽva’ekuegui.</w:t>
      </w:r>
    </w:p>
    <w:p>
      <w:pPr>
        <w:pStyle w:val="ArticleBody"/>
        <w:jc w:val="left"/>
      </w:pPr>
      <w:r>
        <w:rPr>
          <w:rFonts w:ascii="Times New Roman" w:hAnsi="Times New Roman" w:eastAsia="Times New Roman" w:cs="Times New Roman"/>
        </w:rPr>
        <w:t>Pe señal ohechaukaha ha’e ary 321, ha ohechauka opaite tetã oñeha’ãha hag̃ua arapokõindy rehegua porandúpe. Upéva pe ára pukukue opa pe tetã paha oñesũ vove Roma renondépe, ha upe mba’e ojehechauka hag̃ua ojeporu pe señal ohechaukaha ary 538 rehegua. Pe período 321 guive 538 peve ojehechauka hag̃ua ojeporu pe período kurusu guive Esteban oñembo’itáva itápe peve. Esteban oñembo’itávo itápe, ha’e ohecha Cristo oñembo’yha pe santuario yvagapeguápe, ohechaukáva araka’épa Miguel oñembo’y yvypóra ára ñemohu’ãme.</w:t>
      </w:r>
    </w:p>
    <w:p>
      <w:pPr>
        <w:pStyle w:val="ArticleBody"/>
        <w:jc w:val="left"/>
      </w:pPr>
      <w:r>
        <w:rPr>
          <w:rFonts w:ascii="Times New Roman" w:hAnsi="Times New Roman" w:eastAsia="Times New Roman" w:cs="Times New Roman"/>
        </w:rPr>
        <w:t>11 jasyporundy 2001 rehe ohechauka ñepyrũha pe ñemboguataha ñe’ẽñemi oĩva capítulo 18-pe, umi mbohapy versíkulo peteĩha-pe, ha upéva ojehechauka pe marandu oikuaauka va’ekue profetisa Ellen White, he’íva’ekue New York táva guasúpe umi óga yvate guasu oñemboguejýramo peteĩ poko Tupãgui, umi mbohapy versíkulo voi oñekumplitaha. Avei ojehechauka pe Patriot Act rupive, ha’éva peteĩ techaukaha umi ohechasevape g̃uarã; pe principio léi inglés rehegua he’íva peteĩ tapicha ndaha’éiha kulpávle ojehechauka peve ijejavyha, oñemboyke hag̃ua pe léi romano rehegua, he’íva peteĩ tapicha kulpávleha ojehechauka peve ndaha’éiha kulpávle.</w:t>
      </w:r>
    </w:p>
    <w:p>
      <w:pPr>
        <w:pStyle w:val="ArticleBody"/>
        <w:jc w:val="left"/>
      </w:pPr>
      <w:r>
        <w:rPr>
          <w:rFonts w:ascii="Times New Roman" w:hAnsi="Times New Roman" w:eastAsia="Times New Roman" w:cs="Times New Roman"/>
        </w:rPr>
        <w:t>Patriot Act omoĩ va’ekue pe ñepyrũha juicio rehegua Adventismo Séptimo Día Laodicense rehe. Upe período opa pe léi domingo Estados Unidos-pe. Umi Adventista Séptimo Día Laodicense ohasa porãva upe período mbovyrõgua, upéi ome’ẽta pe marandu ñemongyhyje rehegua capítulo dieciocho, versículo cuatro-pe guare, opáva pe tetã pahápe oñakãityva Roma renondépe. Upe período oñepyrũ pe léi domingo Estados Unidos-pe ha opa pe léi domingo paha-pe.</w:t>
      </w:r>
    </w:p>
    <w:p>
      <w:pPr>
        <w:pStyle w:val="ArticleBody"/>
        <w:jc w:val="left"/>
      </w:pPr>
      <w:r>
        <w:rPr>
          <w:rFonts w:ascii="Times New Roman" w:hAnsi="Times New Roman" w:eastAsia="Times New Roman" w:cs="Times New Roman"/>
        </w:rPr>
        <w:t>Jaikuaa vai ñantende porãmba’éiramo pe añetegua oĩha mokõi ta’anga pe mymba ñarõmeguápe g̃uarã, ha umíva ojehechauka hag̃ua hetave mokõi testígo ári, upéicharõ ñantende vai vaʼerã pe tembiapo ojehechaukáva Revelación kapítulo dieciocho pegua mbohapy versíkulo peteĩha guive, oñepyrũ vaʼekue ary 2001-pe, ha avei pe tembiapo oñepyrũva versíkulo irundyhápe kapítulo dieciocho-pe.</w:t>
      </w:r>
    </w:p>
    <w:p>
      <w:pPr>
        <w:pStyle w:val="ArticleBody"/>
        <w:jc w:val="left"/>
      </w:pPr>
      <w:r>
        <w:rPr>
          <w:rFonts w:ascii="Times New Roman" w:hAnsi="Times New Roman" w:eastAsia="Times New Roman" w:cs="Times New Roman"/>
        </w:rPr>
        <w:t>Japorúramo Hermana White remombe’u porãiteha pe ángel Apocalipsis dieciochopegua oguejy hague 1888-pe, ha omoĩvo upe ángel-pe tenonderãme avei, jahechakuaa 1888 ohechauka hag̃ua 2001. Pe ángel Apocalipsispegua, omyesakãva yvy iñemimbipa reheve, oguejy kuri Minneapolis atyhápe 1888-pe, ha upéicha avei ojapo jey raka’e ho’a jave umi tuichaite óga táva Nueva York pegua.</w:t>
      </w:r>
    </w:p>
    <w:p>
      <w:pPr>
        <w:pStyle w:val="ArticleBody"/>
        <w:jc w:val="left"/>
      </w:pPr>
      <w:r>
        <w:rPr>
          <w:rFonts w:ascii="Times New Roman" w:hAnsi="Times New Roman" w:eastAsia="Times New Roman" w:cs="Times New Roman"/>
        </w:rPr>
        <w:t>Cristo ñemongarai guive pe kurusu peve ohasáva ára, ha pe ára 11 jasypoapy 1840 guive 22 jasypa 1844 peve ohasáva ára, ha Noé rembiasakue cien veinte ary rehegua ome’ẽ mbohapy testígo peteĩ ára huísio rehegua. 1888 ome’ẽ peteĩ testígo pe ñepu’ã jehechauka rehegua ojehai va’ekue Minneapolis atykuérape, ha Noé ohechauka Espíritu Santo oñemboguejýha umi omboykéva’ekue pe marandu-gui. Umi yma y opavave mboyvegua ñepu’ã, ha avei pe iglesia ruvichakuéra ñepu’ã 1888-pe, mokõivéva ojoaju Coré, Datán ha Abiram rembiasakue rehe Moisés rembiasápe, pe ánhel he’i hague Hermana White-pe ojejapo jeyha hína Minneapolis-pe.</w:t>
      </w:r>
    </w:p>
    <w:p>
      <w:pPr>
        <w:pStyle w:val="ArticleBody"/>
        <w:jc w:val="left"/>
      </w:pPr>
      <w:r>
        <w:rPr>
          <w:rFonts w:ascii="Times New Roman" w:hAnsi="Times New Roman" w:eastAsia="Times New Roman" w:cs="Times New Roman"/>
        </w:rPr>
        <w:t>Pe Patriot Act guive pe léi dominical ojejapóva Estados Unidos-pe ohechauka pe ára de prueba Laodicea-gua Adventismo del Séptimo Día-pe guarã. Pe rebelión oñemoĩva pe marandu ñemomarandúre, omombeʼúva ijuicio, ohechauka pe Espíritu Santo ñemboguejy, ha upévare pe jejohu pe engaño mbarete imarangatúvaʼỹva virgen tavy vai rehe upe tembiasakuepe. Pe mbytépe oĩva pe rebelión haʼe pe mensajero ojeporavóva, ojehechaukaháicha Noé, Moisés, ancianos Jones ha Waggoner, ha, añetehápe, hermana White. Pe rebelión pe marandu ñemomarandu ha pe mensajero upe tembiasakuepegua rehe oñemopyenda pe “aceite” ári pe tembiasápe pe parábola de las diez vírgenes-pe.</w:t>
      </w:r>
    </w:p>
    <w:p>
      <w:pPr>
        <w:pStyle w:val="ArticleBody"/>
        <w:jc w:val="left"/>
      </w:pPr>
      <w:r>
        <w:rPr>
          <w:rFonts w:ascii="Times New Roman" w:hAnsi="Times New Roman" w:eastAsia="Times New Roman" w:cs="Times New Roman"/>
        </w:rPr>
        <w:t>Umi opresentáva pe marandu ñe’ẽmondýi, ojapo upéva oguerekógui “aceite”, ha upéva voi avei hína pe marandu ñe’ẽmondýi. Upévare, pe joavy mokõi aty apytépe ojejapo umi aplicación hekoitépe rupive umi norma de interpretación profética rehegua, umi omoneĩ vaʼekue pe movimiento peteĩha ha mokõiha ánhel reheguáva, ojehechaukáva Miller rembiapokue interpretación rehegua norma ramo, ha avei umi norma de interpretación profética omoneĩ vaʼekue pe movimiento mbohapyha ánhel rehegua.</w:t>
      </w:r>
    </w:p>
    <w:p>
      <w:pPr>
        <w:pStyle w:val="ArticleBody"/>
        <w:jc w:val="left"/>
      </w:pPr>
      <w:r>
        <w:rPr>
          <w:rFonts w:ascii="Times New Roman" w:hAnsi="Times New Roman" w:eastAsia="Times New Roman" w:cs="Times New Roman"/>
        </w:rPr>
        <w:t>Upévare, pe jehovasa ojehechaukáva “mymba ñarõ ra’anga ñemoheñóiramo”, tekotevẽ va’erã ha’e hag̃ua peteĩ jehovasa ojoajúva mymba ñarõ ra’anga oñemoheñói hag̃uaicha Tupã ñe’ẽ maranduhápe.</w:t>
      </w:r>
    </w:p>
    <w:p>
      <w:pPr>
        <w:pStyle w:val="ArticleBody"/>
        <w:jc w:val="left"/>
      </w:pPr>
      <w:r>
        <w:rPr>
          <w:rFonts w:ascii="Times New Roman" w:hAnsi="Times New Roman" w:eastAsia="Times New Roman" w:cs="Times New Roman"/>
        </w:rPr>
        <w:t>Patriot Act ary 2001-pe guive, ojehechauka vaʼekue Blair Bill rehe 1888-pe; upéva katu ojehechauka vaʼekue Declaración de Independencia rehe 1776-pe; upéva avei ojehechauka vaʼekue Cristo ñemongarai rehe; ha upéva ohechauka vaʼekue agosto 11 ary 1840; koʼãva maymáva omombarete pe añetegua, pe juicio pegua ñehaʼãrõ ha’eha oñepyrũ peteĩ marandu ñemomarandu ipoderóva reheve, upe marandu oñeñemeʼẽvaʼerãva pe ánhel po guive ha upéi oñekaruvaʼerã hese.</w:t>
      </w:r>
    </w:p>
    <w:p>
      <w:pPr>
        <w:pStyle w:val="ArticleBody"/>
        <w:jc w:val="left"/>
      </w:pPr>
      <w:r>
        <w:rPr>
          <w:rFonts w:ascii="Times New Roman" w:hAnsi="Times New Roman" w:eastAsia="Times New Roman" w:cs="Times New Roman"/>
        </w:rPr>
        <w:t>Pe ñembo’e profétika ombojoajúva Tetã peteĩ reko Amérika-pe “ne retãyguakuéra mondahakuéra” ramo ombojavy heta punto ilóhikarehe, ha umi punto jepi hína umi prueba textual ikatupyrývaite oñemopyendávo umi elemento omoheñóiva mymba ra’ãnga. Peteĩ tape ojehechauka hag̃ua ko prueba ha’eha profétika ipypegua ha’e jaipurúvo profecía reglakuéra ypykue jahesape’a hag̃ua peteĩ añetegua ojekuaáva añoite reaseptáramo Roma-pe símbolo ramo ojehechaukáva “ne retãyguakuéra mondahakuéra” rupive.</w:t>
      </w:r>
    </w:p>
    <w:p>
      <w:pPr>
        <w:pStyle w:val="ArticleBody"/>
        <w:jc w:val="left"/>
      </w:pPr>
      <w:r>
        <w:rPr>
          <w:rFonts w:ascii="Times New Roman" w:hAnsi="Times New Roman" w:eastAsia="Times New Roman" w:cs="Times New Roman"/>
        </w:rPr>
        <w:t>Ko ta’anga ojehekáva umi po línea tembiasakue rehe Adventísmo ryepýpe, upépe oiko haguépe peteĩ controversia Roma rehegua símbolo ramo. Ko’ág̃a ñaime pahápe, térã poteĩha, ko’ã tembiasakue controversiágui, ha ko controversia ko’ág̃a ha’e peteĩchaite pe controversia ojehechaukáva 1843 gráfico ári.</w:t>
      </w:r>
    </w:p>
    <w:p>
      <w:pPr>
        <w:pStyle w:val="ArticleBody"/>
        <w:jc w:val="left"/>
      </w:pPr>
      <w:r>
        <w:rPr>
          <w:rFonts w:ascii="Times New Roman" w:hAnsi="Times New Roman" w:eastAsia="Times New Roman" w:cs="Times New Roman"/>
        </w:rPr>
        <w:t>Hasy ojehecha hag̃ua ko añetegua reiporu porãramo umi mbojojaha maranduhára rehegua. Peteĩ mbojojaha maranduhára rehegua tekotevẽva ojeporu ha’e pe mba’e rechaukaha oguerekoha hetave peteĩ he’isévagui, ha pe he’iséva ojeporúva peteĩ pasáhepe va’erã oñemopyenda upe pasáhe rupive. Pe mburuvicha guasu siriogua, Antíoco III Magnus, omboaje pe ñorairõ oñeñe’ẽva versíkulo diez-pe, Daniel kapítulo once-pe; ha omboaje pe ñorairõ de Raphia versíkulo once ha doce-pe; ha omboaje pe ñorairõ de Panium versíkulo quince-pe. Pe joavy Millerita rehegua ojehechaukáva pe kuatia’aty 1843 guápe ha’e va’ekue pe jesareko japu protestánte rehegua ombohéra hague Antíoco Epífanes-pe umi “mondaha” ramo, ha upe jave avei ombojoaju pe añetegua umi “mondaha” ha’eha peteĩ techaukaha Roma rehegua.</w:t>
      </w:r>
    </w:p>
    <w:p>
      <w:pPr>
        <w:pStyle w:val="ArticleBody"/>
        <w:jc w:val="left"/>
      </w:pPr>
      <w:r>
        <w:rPr>
          <w:rFonts w:ascii="Times New Roman" w:hAnsi="Times New Roman" w:eastAsia="Times New Roman" w:cs="Times New Roman"/>
        </w:rPr>
        <w:t>Umi versíkulo 10 guive 15 peve oñekumpli raẽ Antíoco III Magno rembiasakuepe; upévare umi versíkulo, ha upe rire pe jehechakuaa histórico ojere jeyva’ekue umi versíkulo rehe, ome’ẽ mokõi testígo umi versíkulo ñekumplimi hag̃ua ára pahápe, opa proféta niko oñe’ẽkuri peteĩchaiteve hag̃ua umi ára paháre, umi ára oikohague hikuái rupi hag̃ua.</w:t>
      </w:r>
    </w:p>
    <w:p>
      <w:pPr>
        <w:pStyle w:val="ArticleBody"/>
        <w:jc w:val="left"/>
      </w:pPr>
      <w:r>
        <w:rPr>
          <w:rFonts w:ascii="Times New Roman" w:hAnsi="Times New Roman" w:eastAsia="Times New Roman" w:cs="Times New Roman"/>
        </w:rPr>
        <w:t>Upe regla oñemopyenda vaʼekue rehe, moõpa oñemoĩvaʼerã peteĩ maranduhára ñeʼẽmombeʼu, jaguereko avei Hermana White-pe, haʼe voi ohai vaʼekue hag̃ua “heta tembiasakue ojehu vaʼekue ko profesía [Daniel capítulo once] ñekumplimiento-pe oñemboyke jeýta.” Antíoco III Magnus orrepresenta Estados Unidos-pe Roma papal rembiapo hag̃uáicha, ijehérsito proxy ramo. Protestantekuéra heʼi vaʼekue umi mondahakuéra ohechauka hague ambue Antíoco-pe, ha umi Milleritakuéra oikuaa vaʼekue haʼe hague Roma. Koʼág̃a peteĩ aty ohechakuaa Estados Unidos haʼeha umi mondahakuéra, ha ambue aty katu oñemombaʼe pe añetegua fundamental rehe.</w:t>
      </w:r>
    </w:p>
    <w:p>
      <w:pPr>
        <w:pStyle w:val="ArticleBody"/>
        <w:jc w:val="left"/>
      </w:pPr>
      <w:r>
        <w:rPr>
          <w:rFonts w:ascii="Times New Roman" w:hAnsi="Times New Roman" w:eastAsia="Times New Roman" w:cs="Times New Roman"/>
        </w:rPr>
        <w:t>Pe norma omoañetéva umi símbolo oguerekoha hetave peteĩ significado, ha pe significado oñemopyenda vaʼerã pe contexto ojeipuruhápe, upéicharõ, jahechakuaa hag̃ua Estados Unidos-pe umi mondaha ramo, ojoja umi protestante-kuéra ohechakuaaháicha Antiochus-pe umi mondaha ramo; ha koʼág̃a Antiochus haʼe peteĩ símbolo Estados Unidos rehegua umi ára pahápe.</w:t>
      </w:r>
    </w:p>
    <w:p>
      <w:pPr>
        <w:pStyle w:val="ArticleBody"/>
        <w:jc w:val="left"/>
      </w:pPr>
      <w:r>
        <w:rPr>
          <w:rFonts w:ascii="Times New Roman" w:hAnsi="Times New Roman" w:eastAsia="Times New Roman" w:cs="Times New Roman"/>
        </w:rPr>
        <w:t>Pe pasáhepe oñeñe’ẽ directamente pe porandúre mba’e pu’aka oñemomba’eguasúva omopyenda hag̃ua pe visión; upévare, oñemoĩ hag̃ua énfasis ko hecho rehe, oĩ hekojojáva. Oĩ hekojojáva heta testígo rehe, pórke ambue línea histórica peteĩ controversia rehegua Roma rehe símbolo ramo omombe’u avei upe mismo hecho. Upe hecho ha’e umi oĩva pe asunto lado vaipe, tapiaite omoirũ Tetã peteĩ reko Amérikagua pe tenda Roma-pe. Péro ndereipotáramo remoneĩ umi símbolo oguerekoha heta significado, térã regueroviáramo upéicha hikuái, péro nderejepokuaái gueteri hag̃ua reguereko jerovia kompleto pe regla rehe, upéicharõ ndikatumo’ãi ndéve rehegua remoirũ hag̃ua pe lógica ko’ág̃a oñemoĩtava jeporu hag̃uáicha.</w:t>
      </w:r>
    </w:p>
    <w:p>
      <w:pPr>
        <w:pStyle w:val="ArticleBody"/>
        <w:jc w:val="left"/>
      </w:pPr>
      <w:r>
        <w:rPr>
          <w:rFonts w:ascii="Times New Roman" w:hAnsi="Times New Roman" w:eastAsia="Times New Roman" w:cs="Times New Roman"/>
        </w:rPr>
        <w:t>Opaite pokatu mokõi hatĩva ohechauka Tetã peteĩ reko Joajuha peteĩva ára pahápe. Francia ha’e pe pokatu mokõive ojehechaukáva Sodoma ha Egipto rupive. Islam avei oikóva peteĩ ta’ãnga ramo Tetã peteĩ reko Joajuha rehe, pórke Tetã peteĩ reko Joajuha ha’e pe maranduhára japu pokatu papal ndive joaju hag̃uáicha, ha upéva hína Jezabel. Tetã peteĩ reko Joajuha ha’e Salomé, Herodías poguýpe oĩva. Balaam avei ha’e peteĩ techaukaha maranduhára japu rehegua, jepe iñe’ẽasa tuichave ha ikomplékso hag̃ua nda’éi hag̃ua maranduhára japu añónte.</w:t>
      </w:r>
    </w:p>
    <w:p>
      <w:pPr>
        <w:pStyle w:val="ArticleBody"/>
        <w:jc w:val="left"/>
      </w:pPr>
      <w:r>
        <w:rPr>
          <w:rFonts w:ascii="Times New Roman" w:hAnsi="Times New Roman" w:eastAsia="Times New Roman" w:cs="Times New Roman"/>
        </w:rPr>
        <w:t>Umi profésiakuéra Balaam rehegua, ojehai vaʼekue haʼe ovendesi rire Israel-pe mbohapy jevy, oñembojoaju Islam ndive heta hendáicha. Pe mburika haʼe peteĩ símbolo Islam rehegua, ha ndaikatúi oñemboyke pe mburika ñeʼẽva peteĩ tembiasakue Balaam reheguágui. Umi arandúka kuarahyresẽgua oúva omombaʼeguasu hag̃ua mitã Jesús-pe oñemboguata vaʼekue Balaam profésiakuéra rupive. Islam, umi mbohapy ñembyasýgui Apocalipsis kapítulo porundy porundyha rehegua, orrepresenta proféta japu Mahoma-pe.</w:t>
      </w:r>
    </w:p>
    <w:p>
      <w:pPr>
        <w:pStyle w:val="ArticleBody"/>
        <w:jc w:val="left"/>
      </w:pPr>
      <w:r>
        <w:rPr>
          <w:rFonts w:ascii="Times New Roman" w:hAnsi="Times New Roman" w:eastAsia="Times New Roman" w:cs="Times New Roman"/>
        </w:rPr>
        <w:t>Reikuaáramo pe umi símbolo oguerekoha hetave peteĩ significado-gui, upéicharõ katuete avei reikuaáta heta añetegua iñimportántevaiteha ha upévare ojehechauka opaichagua símbolo rupive. Pe símbolo omopyendáva pe visión ha’e peteĩ símbolo Roma rehegua, ha upévare hesakã porã Roma ha’etaha peteĩ tema tenondegua opaite profecía bíblica pukukue javeve. Peteĩ símbolo clásico ha porãite oñemopyendáva Roma rehegua ha’e pe mburuvicha yvate gotyogua Daniel kapítulo once-pe. Pe mburuvicha yvate gotyogua oguahẽva ipaha peve ha ndaipóri avave oipytyvõva chupe ha’e pe poder papal, pe tupão romano, pe papa de Roma, pe kuimba’e angaipa rehegua.</w:t>
      </w:r>
    </w:p>
    <w:p>
      <w:pPr>
        <w:pStyle w:val="ArticleBody"/>
        <w:jc w:val="left"/>
      </w:pPr>
      <w:r>
        <w:rPr>
          <w:rFonts w:ascii="Times New Roman" w:hAnsi="Times New Roman" w:eastAsia="Times New Roman" w:cs="Times New Roman"/>
        </w:rPr>
        <w:t>Uriah Smith ñe’ẽjepy’apyme oje’e vaekue pe mburuvicha yvate gotyogua, pe versíkulo mbohapypa poteĩme, ha’eha Francia, ha pe mburuvicha yvate gotyogua, pe versíkulo irundypa-me, ha’eha Turquía. Mokõivéva, Francia ha Turquía, ha’e Estados Unidos ra’anga opaichagua contexto-pe; ha katu, protestántekuéraicha, ha ko’ág̃aicha avei, Smith ñe’ẽjepy’apyme, ha’e omboyke pe añetegua he’íva pe mburuvicha yvate gotyogua ha’eha Roma Moderna ra’anga, ha he’i Roma ra’anga ojehechauka hague peteĩ Estados Unidos ra’angápe, Francia retãme ojehechaukaháicha; ha upéi jey he’i Roma ra’anga ha’eha peteĩ Estados Unidos ra’anga, Turquía retãme ojehechaukaháicha.</w:t>
      </w:r>
    </w:p>
    <w:p>
      <w:pPr>
        <w:pStyle w:val="ArticleBody"/>
        <w:jc w:val="left"/>
      </w:pPr>
      <w:r>
        <w:rPr>
          <w:rFonts w:ascii="Times New Roman" w:hAnsi="Times New Roman" w:eastAsia="Times New Roman" w:cs="Times New Roman"/>
        </w:rPr>
        <w:t>Ko contexto koʼág̃a oguereko mbohapy línea: pe historia Millerita rehegua, Uriah Smith rembiasakue, ha koʼápe ha koʼág̃a. Káda peteĩva umi taʼanga ojehechaukávape oĩ peteĩ controversia peteĩ símbolo Roma rehegua rehe, ha upéva ojeporu vai oñentende vai rupi Roma peteĩ símbolo Estados Unidos rehegua ramo.</w:t>
      </w:r>
    </w:p>
    <w:p>
      <w:pPr>
        <w:pStyle w:val="ArticleBody"/>
        <w:jc w:val="left"/>
      </w:pPr>
      <w:r>
        <w:rPr>
          <w:rFonts w:ascii="Times New Roman" w:hAnsi="Times New Roman" w:eastAsia="Times New Roman" w:cs="Times New Roman"/>
        </w:rPr>
        <w:t>Pe “sapy’aguasu ára ha ára rehegua” rehegua, Daniel kuatiañe’ẽme, omombarete ko’ẽtéicha pe énfasis voi oñemoĩ hag̃ua pe añeteguáre peteĩ símbolo Romagua rehegua, jepe oĩramo ko tembiasakue ryepýpe peteĩha umi matiz iñimportánteva.</w:t>
      </w:r>
    </w:p>
    <w:p>
      <w:pPr>
        <w:pStyle w:val="ArticleBody"/>
        <w:jc w:val="left"/>
      </w:pPr>
      <w:r>
        <w:rPr>
          <w:rFonts w:ascii="Times New Roman" w:hAnsi="Times New Roman" w:eastAsia="Times New Roman" w:cs="Times New Roman"/>
        </w:rPr>
        <w:t>Uriah Smith modelo profético rembiapokuete ogueraha ikuatiairũnguérape omoĩ hag̃ua vai hag̃ua pe mbohapyha plagha ñemoĩmbýpe Apocalipsis kapítulo dieciséis-pe. Peteĩva umi apañuái iñimportantevéva Smith rembiapo kapítulo dieciséis rehegua, ndaha’éi año hag̃ua oñeha’ã ombojoaju opa mba’e literalmente, peteĩ arakuépe opa mba’e va’erã oñembojoaju espiritualmente, ha’e va’ekue ndaikatúi ohechakuaa pe estructura específica pe joaju mbohapy hendáguape dragón, mymba ha proféta japu rehegua. Omoambuévo umi símbolo he’iséva añetegua umi he’iséva peteĩ interpretación privada reheguáre, Smith rembiapokue ojoko ikatu hag̃uáicha oñehechakuaa mba’éichapa oñemoheñói pe joaju mbohapy hendáguape, ha mba’éichapa oñemoheñói ha’e “pe prueba guasu Tupã tavayguakuérape guarã, upévare oñedetermináta iñepysyrõ opa ára guarã.”</w:t>
      </w:r>
    </w:p>
    <w:p>
      <w:pPr>
        <w:pStyle w:val="ArticleBody"/>
        <w:jc w:val="left"/>
      </w:pPr>
      <w:r>
        <w:rPr>
          <w:rFonts w:ascii="Times New Roman" w:hAnsi="Times New Roman" w:eastAsia="Times New Roman" w:cs="Times New Roman"/>
        </w:rPr>
        <w:t>Pe aplicación vai umi símbolo Roma rehegua ha’e peteĩ ñeha’ã Satanásgui ojoko hag̃ua Tupã tavayguakuéra ára pahápe ohecha hag̃ua ndaha’éi Roma ko’ag̃agua añónte, ha avei mba’éichapa oñemoheñói Roma ko’ag̃agua. Tekotevẽterei ojekuaa hag̃ua umi característica profética ojoajúva Ñembyatypavẽ Tetãnguéra, pe pokatu papal ha Estados Unidos joaju rehe, oguereko consecuencia eterna.</w:t>
      </w:r>
    </w:p>
    <w:p>
      <w:pPr>
        <w:pStyle w:val="ArticleBody"/>
        <w:jc w:val="left"/>
      </w:pPr>
      <w:r>
        <w:rPr>
          <w:rFonts w:ascii="Times New Roman" w:hAnsi="Times New Roman" w:eastAsia="Times New Roman" w:cs="Times New Roman"/>
        </w:rPr>
        <w:t>Daniel kuatiañeʼẽme oĩ peteĩ prueba especial omombaʼeguasúva koʼã mbohapy pokatu ojoajúva rehechakuaa hag̃ua iñimportánsiava, ha oĩ ambue prueba especial omombaʼeguasúva umi punto peteĩchagua Apocalipsis kuatiañeʼẽme. “Pe ára ha ára” Daniel kuatiañeʼẽme ojekuaa vaʼekue Roma pagana ramo William Miller rehegua, haʼe oikuaaháicha 2 Tesalonicenses ojeporekávo. Miller oikuaa 2 Tesalonicenses-pe pe marandu omombeʼúva pe relación profética Roma pagana ha Roma papal apytépe rupive, pe ñeʼẽ “ára ha ára” haʼeha peteĩ símbolo Roma pagana rehegua, ha upévare pe ñemongyʼa oporombyai hag̃uáva haʼéta Roma papal.</w:t>
      </w:r>
    </w:p>
    <w:p>
      <w:pPr>
        <w:pStyle w:val="ArticleBody"/>
        <w:jc w:val="left"/>
      </w:pPr>
      <w:r>
        <w:rPr>
          <w:rFonts w:ascii="Times New Roman" w:hAnsi="Times New Roman" w:eastAsia="Times New Roman" w:cs="Times New Roman"/>
        </w:rPr>
        <w:t>Pe punto jaime’ẽva hína ningo kóva: 2 Tesalonicenses-pe Roma pagana ha Roma papal mborayhu joaju oñemoĩ peteĩ contexto-pe ombo’éva mba’éichapa, araka’e ha oĩramo ndereikuaái porã pe joaju oguerekóva umi mokõi mburuvichakue apytépe, rerresivi hag̃ua peteĩ jejavy mbarete, ha reñehundi hag̃ua opa ára g̃uarã.</w:t>
      </w:r>
    </w:p>
    <w:p>
      <w:pPr>
        <w:pStyle w:val="ArticleBody"/>
        <w:jc w:val="left"/>
      </w:pPr>
      <w:r>
        <w:rPr>
          <w:rFonts w:ascii="Times New Roman" w:hAnsi="Times New Roman" w:eastAsia="Times New Roman" w:cs="Times New Roman"/>
        </w:rPr>
        <w:t>Kóva hína pe ñe’ẽmondýi peteĩchagua pe mbohapyha irundyha plága peguáicha, upépe ndaha’éi pe dragón añoite, ha’éva Roma pagana 2 Tesalonicenses-pe, ha pe mymba avei, ha’éva “pe kuimba’e angaipa rehegua” upe pasajépe, síno avei, kapítulo dieciséis-pe, oĩ pe proféta japu. Pe pasaje omomba’eguasu pe tekotevẽ ojekuaa hag̃ua pe joaju orekóva umi pu’aka omoheñóiva Roma Moderna joaju mbohapyvegua, ha’éva avei Babilonia moderna.</w:t>
      </w:r>
    </w:p>
    <w:p>
      <w:pPr>
        <w:pStyle w:val="ArticleBody"/>
        <w:jc w:val="left"/>
      </w:pPr>
      <w:r>
        <w:rPr>
          <w:rFonts w:ascii="Times New Roman" w:hAnsi="Times New Roman" w:eastAsia="Times New Roman" w:cs="Times New Roman"/>
        </w:rPr>
        <w:t>Pe ñe’ẽjuavy “pe ára ha ára” rehegua oñe’ẽ upe joavy paha ára rehegua voi, ha katu omyasãi hag̃ua upe joavy jehechakuaa, omoĩvo ñanemandu’a hag̃ua pe iñimportanteha jajuhu hag̃ua mba’éichapa ojoaju umi mbohapy pokatu omoheñóiva Roma Moderna. Ñamboykévo jahecha hag̃ua ko añetegua, ha’e ñañembopyta hag̃uáicha tembiavyrã peteĩ jejavy mbarete.</w:t>
      </w:r>
    </w:p>
    <w:p>
      <w:pPr>
        <w:pStyle w:val="ArticleBody"/>
        <w:jc w:val="left"/>
      </w:pPr>
      <w:r>
        <w:rPr>
          <w:rFonts w:ascii="Times New Roman" w:hAnsi="Times New Roman" w:eastAsia="Times New Roman" w:cs="Times New Roman"/>
        </w:rPr>
        <w:t>Ko controversia oikovévape, umi oñemombeʼúva Estados Unidos haʼeháicha umi mondaha kuéraicha ojogua ndikatúiva ni peteĩmínte omoneĩ oikuaa hag̃ua mbaʼérepa iñimportante Estados Unidos oñerrepresenta jey jey oĩha papal pokatu poguýpe, ndahaʼéi haʼe hag̃ua pe papal pokatu voi. Aranduete ha akãguapyete ohechakuaa pe pokatu omboguatáva pe joaju polítikape, tembiasakuépe, menda rehe ha Biblia maranduhápe ojehecha ramo akãramo; ha pe akã hína pe oñembotuicháva ijehegui omopyenda hag̃ua pe visión, ha upéi hoʼa.</w:t>
      </w:r>
    </w:p>
    <w:p>
      <w:pPr>
        <w:pStyle w:val="ArticleBody"/>
        <w:jc w:val="left"/>
      </w:pPr>
      <w:r>
        <w:rPr>
          <w:rFonts w:ascii="Times New Roman" w:hAnsi="Times New Roman" w:eastAsia="Times New Roman" w:cs="Times New Roman"/>
        </w:rPr>
        <w:t>Pe lógica ohechakua hag̃ua Tetã peteĩ reko Amérikagua peteĩva umi mondaha, ndaikatúi ombojoaju pe tembiasakue ojehechauka vaʼekue, ha upéi oñembyaty vaʼekue, ary 321 guive 538 peve. Pe símbolo Tetã peteĩ reko Amérikagua rehegua ojehekýi vaʼerã raẽ pe “kuimbaʼe angaipa rehegua” ojehechauka mboyve. Pe “kuimbaʼe angaipa rehegua” ojehechauka jey umi ára pahápe, ha ojejapo mboyve upéva, Tetã peteĩ reko Amérikagua ojehekýi vaʼerã raẽ.</w:t>
      </w:r>
    </w:p>
    <w:p>
      <w:pPr>
        <w:pStyle w:val="ArticleBody"/>
        <w:jc w:val="left"/>
      </w:pPr>
      <w:r>
        <w:rPr>
          <w:rFonts w:ascii="Times New Roman" w:hAnsi="Times New Roman" w:eastAsia="Times New Roman" w:cs="Times New Roman"/>
        </w:rPr>
        <w:t>Pe léi domingo rehegua Tetã peteĩreko Mbojoajuha ryepýpe ndoikuaaukái Tetã peteĩreko Mbojoajuha ha’eha Roma Ko’ag̃agua; oikuaauka katu pe tetãgua ñehundi og̃uahẽma hague, ha Tetã peteĩreko Mbojoajuha oñemboja’opaite hague tekojoja-gui. Pe Roma Ko’ag̃agua ojehechaukáva Tetã peteĩreko Mbojoajuha ho’a jave pe léi domingo rehe, ha’e pe pokatu papal, upépe ha upe jave ae ogana va’ekue iñirũ, pe maranduhára japu.</w:t>
      </w:r>
    </w:p>
    <w:p>
      <w:pPr>
        <w:pStyle w:val="ArticleBody"/>
        <w:jc w:val="left"/>
      </w:pPr>
      <w:r>
        <w:rPr>
          <w:rFonts w:ascii="Times New Roman" w:hAnsi="Times New Roman" w:eastAsia="Times New Roman" w:cs="Times New Roman"/>
        </w:rPr>
        <w:t>“Pe ára” Daniels kuatiápe ha ijoaju William Miller marandu ndive, ha mba’éichapa Miller ñehesa’ỹijo ojejuhu 2 Tesalonicenses capítulo mokõigui, ha pe ñemomarandu pene remonde rehegua pe mbohapyha plagape, opavave ohechauka umi elemento umi controversiakuéragui oñe’ẽva umi asunto ko’ág̃agua rehe.</w:t>
      </w:r>
    </w:p>
    <w:p>
      <w:pPr>
        <w:pStyle w:val="ArticleBody"/>
        <w:jc w:val="left"/>
      </w:pPr>
      <w:r>
        <w:rPr>
          <w:rFonts w:ascii="Times New Roman" w:hAnsi="Times New Roman" w:eastAsia="Times New Roman" w:cs="Times New Roman"/>
        </w:rPr>
        <w:t>Ñemomarandu 2 Tesalonicenses mokõiha capítulopegua ára pahápe rehegua ha’e peteĩ aty rehegua ohechakuaáva Estados Unidos peteĩ símbolo ramo, ha katu ndoipotái oñemboguata pe tesakã rupive ombohováiva Estados Unidos joaju Roma papal ndive. Péicha ojapóvo, ha’ekuéra ohecháta ndaha’éi Roma papal ha Estados Unidos añónte joaju, síno avei Naciones Unidas, pe mbarete dragón rehegua Apocalipsis capítulo dieciséis-pe.</w:t>
      </w:r>
    </w:p>
    <w:p>
      <w:pPr>
        <w:pStyle w:val="ArticleBody"/>
        <w:jc w:val="left"/>
      </w:pPr>
      <w:r>
        <w:rPr>
          <w:rFonts w:ascii="Times New Roman" w:hAnsi="Times New Roman" w:eastAsia="Times New Roman" w:cs="Times New Roman"/>
        </w:rPr>
        <w:t>Uriah Smith, A.G. Daniells ha W.W. Prescott rehe, Sister White ohechauka haguéicha ndaikatuiha oñemoñe’ẽ mba’érepa oiko mba’e peteĩgui ambuépe, upéicha avei umi omboykéva ojejapo hag̃ua Tupã Ñe’ẽ marangatúpe proféticamente oñeme’ẽva ñemboguata rehegua, ha’eva omyesakãva ko’ã mbohapy pokatu joajuha umi ára pahápe.</w:t>
      </w:r>
    </w:p>
    <w:p>
      <w:pPr>
        <w:pStyle w:val="ArticleBody"/>
        <w:jc w:val="left"/>
      </w:pPr>
      <w:r>
        <w:rPr>
          <w:rFonts w:ascii="Times New Roman" w:hAnsi="Times New Roman" w:eastAsia="Times New Roman" w:cs="Times New Roman"/>
        </w:rPr>
        <w:t>Ojoguaháicha peteĩha, ko’ág̃agua ha Uriah Smith rehegua ñe’ẽjepy’apykuéra, pe ñe’ẽjepy’apy umi mbohapy pokatu joaju rehegua, oñemombe’uháicha 2 Tesalonicenses-pe ha pe ñehundi porundy? Wait sixth plague -&gt; sexto plague = mbohapypa? Need proper Guarani.</w:t>
      </w:r>
    </w:p>
    <w:p>
      <w:pPr>
        <w:pStyle w:val="ArticleBody"/>
        <w:jc w:val="left"/>
      </w:pPr>
      <w:r>
        <w:rPr>
          <w:rFonts w:ascii="Times New Roman" w:hAnsi="Times New Roman" w:eastAsia="Times New Roman" w:cs="Times New Roman"/>
        </w:rPr>
        <w:t>11 jasyporundy 2001 rire, oikóma pe irundy mymba Joel arandukapýpe oñepyrũ. Añetegua niko umi mymba ohechauka hína peteĩ mbeguekatu, ñemotenondegua espiritual ñemboguejy Laodicea-pegua Iglesia Adventista del Séptimo Día-pe, oikévo ipype teología católica ha protestante apóstata. Jey hag̃ua, pe porupyrã hekopete umi irundy mymbápe g̃uarã ha’e Roma; ha pe interpretación privada katu he’i va’ekue ha’eha Islam, peteĩ símbolo profeta japu rehegua, ha upévare peteĩ símbolo Estados Unidos rehegua. Líneagui línea peve, umi controversia historia adventista-gui, ñande ramóima jahechava’ekue, maymáva oñe’ẽ pe añetegua peteĩchagua rehe.</w:t>
      </w:r>
    </w:p>
    <w:p>
      <w:pPr>
        <w:pStyle w:val="ArticleBody"/>
        <w:jc w:val="left"/>
      </w:pPr>
      <w:r>
        <w:rPr>
          <w:rFonts w:ascii="Times New Roman" w:hAnsi="Times New Roman" w:eastAsia="Times New Roman" w:cs="Times New Roman"/>
        </w:rPr>
        <w:t>Pe lado vai, irundy testígo rupive, ohechauka umi mondahárape Estados Unidos ramo, ha mokõi testígo ári pe lado vai ñemyesakã Estados Unidos rehe símbolo ramo ndoikói porã. Tupã remimbiporavo ára pahápe g̃uarã oĩ haguã umi cien cuarenta y cuatro mil apytépe koʼág̃a oĩ peteĩ prueba profética ryepýpe. Ndahaʼéi peteĩ prueba oñemboguapýva reity hag̃uánte nde voto ko lado térã pe lado rehe. Haʼe peteĩ prueba ikatúva añetetépe oñehasa hekopete añónte umi regla profética ojeporu hekopete ramo. León Judá trivupegua omombáy hag̃ua Itavayguakuérape ára pahápe oikuaa hag̃ua noñemoarandui pypuku porãiha, oheja ojegueru hag̃ua herejía kuéra.</w:t>
      </w:r>
    </w:p>
    <w:p>
      <w:pPr>
        <w:pStyle w:val="ArticleBody"/>
        <w:jc w:val="left"/>
      </w:pPr>
      <w:r>
        <w:rPr>
          <w:rFonts w:ascii="Times New Roman" w:hAnsi="Times New Roman" w:eastAsia="Times New Roman" w:cs="Times New Roman"/>
        </w:rPr>
        <w:t>Pe he'ígui oikova peteĩ herejía ko movimiento ryepýpe ohechauka ñande katupyry tee, umi mbojojaha profético rembiapokue rehegua regla-kuéra ñehesa’ỹijópe, imbarete’ỹha hekópe oĩ va’erãháicha. Roma omopyenda pe visión, ha pe visión umi ára pahápegua ha’e pe mburuvicha yvate gotyogua pu’ã paha ha ho’a paha. Pe “mburuvicha” avei ha’e pe “kuimba’e angaipa rehegua”, ha pe “kuimba’e angaipa rehegua” ha’e pe “temimbe’u ñemongy’a rehegua”, ha pe “aña”. Ha’e pe anticristo, ojehechauka chupe “nde retãyguakuéra mondaha” ramo, ha ha’e pe “akã” Roma Moderna rehegua.</w:t>
      </w:r>
    </w:p>
    <w:p>
      <w:pPr>
        <w:pStyle w:val="ArticleScripture"/>
        <w:jc w:val="left"/>
      </w:pPr>
      <w:r>
        <w:rPr>
          <w:rFonts w:ascii="Times New Roman" w:hAnsi="Times New Roman" w:eastAsia="Times New Roman" w:cs="Times New Roman"/>
        </w:rPr>
        <w:t>“Umi oñembotavyva iñentendimiétope pe ñeʼẽ rehe, ha ndohecháiva pe antikristo heʼiséva, katuete oñemoĩta antikristo ykére. Ndaipóri véima koʼág̃a ñandéve g̃uarã ñañembojoaju hag̃ua ko múndo ndive. Daniel oĩ hína ilótepe ha hendápe. Oñentende vaʼerã Daniel ha Juan profesía kuéra. Haʼekuéra omyesakã ojuehe. Omeʼẽ hikuái ko múndope añetegua opa tapicha oikuaa vaʼerãva. Koʼã profesía oĩ vaʼerã hag̃ua techaukahára ko múndope. Iñekumplimientorupi koʼã ára pahápe, haʼekuéra voi oñemyesakãta.” Kress Collection, 105.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Róma Omoñepyrũ Pe Tahechapyrã — Papapy Pa Sieteha</dc:title>
  <dc:subject>Pe Oñemboyke Pahaitegua 144.000 rehegua: Pe Pruéva Profétika Ta’anga Mymbaguasupeguáva rehegua</dc:subject>
  <dc:creator>Jeff Pippenger</dc:creator>
  <cp:keywords/>
  <dc:description>Generated by ArticleDigger from modern_rome\17_modern_rome.json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