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Mokõiha hag̃ua hag̃ua</w:t>
      </w:r>
    </w:p>
    <w:p>
      <w:pPr>
        <w:pStyle w:val="ArticleSubtitle"/>
        <w:jc w:val="left"/>
      </w:pPr>
      <w:r>
        <w:rPr>
          <w:rFonts w:ascii="Arial" w:hAnsi="Arial" w:eastAsia="Arial" w:cs="Arial"/>
        </w:rPr>
        <w:t>Ñembotuicha ha Ho’a va’ekue Ñemby Ruvicha Guasu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Ñamohu’ã rire pe artículo pahápe ha’évo: “Umi versíkulo 10–15 ohechauka mbohapy ñorairõ proxy ojapóva pe mburuvicha guasu yvate gotyogua, pe pokatu papal, ary 1989 guive pe léi domingo peve.” Ko’ã mbohapy ñorairõ proxy oñepyrũ pe Estados Unidos jehechakuaa rehe versíkulo 40-pe ha’éva “kárro, umi barco ha kavaju ári guáva.”</w:t>
      </w:r>
    </w:p>
    <w:p>
      <w:pPr>
        <w:pStyle w:val="ArticleBody"/>
        <w:jc w:val="left"/>
      </w:pPr>
      <w:r>
        <w:rPr>
          <w:rFonts w:ascii="Times New Roman" w:hAnsi="Times New Roman" w:eastAsia="Times New Roman" w:cs="Times New Roman"/>
        </w:rPr>
        <w:t>Pe guasu oúva ambuéva, ojehechaukáva versíkulo 11-pe ha iñemoañete histórico oikóva Ráfia Ñorairõme ary 217 a.C.-pe, ha’e va’ekue Ptolomeo IV Filópator, mburuvicha ñemby gotyo Egyptogua, ha Antíoco pe Guasu, ojehérava avei Antíoco Magnus, Imperio Seléucida pegua, apytépe. Antíoco omoañete va’ekue versíkulo 10 ojepy’apy jevývo Egipto rehe itetãnguéra yvate gotyogua iñehundígui ha imba’ekuéra okañýgui, ojapyhy jeývo opaite tetãvore pe mburuvichagua ñemby gotyogua yma ojapyhy va’ekue iguiguáre. Upéicha ojapo, ha katu opyta Egipto rembe’ýpe; péicha omoañete versíkulo 10 ha ohechauka hag̃uaicha 1989.</w:t>
      </w:r>
    </w:p>
    <w:p>
      <w:pPr>
        <w:pStyle w:val="ArticleScripture"/>
        <w:jc w:val="left"/>
      </w:pPr>
      <w:r>
        <w:rPr>
          <w:rFonts w:ascii="Times New Roman" w:hAnsi="Times New Roman" w:eastAsia="Times New Roman" w:cs="Times New Roman"/>
        </w:rPr>
        <w:t>Ha itaʼýra kuéra oñemokyreʼỹta, ha ombyatyta mbarete guasu atyeta; ha peteĩ katuete oúta, ha osyryrypa hag̃uaicha ohasáta; upéi haʼe ojevyta, ha oñemokyreʼỹta jey, pe itáva mbarete peve. Daniel 11:10.</w:t>
      </w:r>
    </w:p>
    <w:p>
      <w:pPr>
        <w:pStyle w:val="ArticleBody"/>
        <w:jc w:val="left"/>
      </w:pPr>
      <w:r>
        <w:rPr>
          <w:rFonts w:ascii="Times New Roman" w:hAnsi="Times New Roman" w:eastAsia="Times New Roman" w:cs="Times New Roman"/>
        </w:rPr>
        <w:t>Pe mokõiha proxy ñorairõ vaʼekue hína Raphia Ñorairõ. Raphia heʼise yvy rembeʼy. Upéva pe ñorairõ renda ohechauka pe punto moõ Antiochus opyta vaʼekue hembiapokue ñepyrũha tenondegua versíkulo 10-pe. Umi mbohapy proxy ñorairõ oisãmbyhy añetegua rehe, péicha heʼiséva pe peteĩha proxy ñorairõ oñembojoajuha pe paha proxy ñorairõ ndive. Umi mbohapy ñorairõ — versíkulo 10, 11 ha upéi pe mbohapyha ñorairõ versíkulo 13–15-pe — ojejapo peteĩchagua tembiasakuegua tapicha rupive iñepyrũha oñekumpli jave. Antiochus Magnus oĩ peteĩteĩ umi mbohapy ñorairõme, marandu porãme ombojoajúvo umívape peteĩ línea-pe. Antiochus ogana pe peteĩha ha pe paha ñorairõ, ndahaʼéi katu pe mbytépeguápe, upépe pe mburuvicha yvy gotyopegua osẽ hag̃ua ipuʼaka.</w:t>
      </w:r>
    </w:p>
    <w:p>
      <w:pPr>
        <w:pStyle w:val="ArticleBody"/>
        <w:jc w:val="left"/>
      </w:pPr>
      <w:r>
        <w:rPr>
          <w:rFonts w:ascii="Times New Roman" w:hAnsi="Times New Roman" w:eastAsia="Times New Roman" w:cs="Times New Roman"/>
        </w:rPr>
        <w:t>Háicha Ráfia he’ise yvy rembe’y, upéicha avei Ucrania. Pe mokõiha ñorairõ proxy, oñemboyke ypy va’ekue pe Ñorairõ Ráfiape, ko’ág̃a ojejuhu oñemboyke jey hag̃ua pe ñorairõ Ucraniaguape. Vladimir Putin ha’e pe mburuvicha guasu yvy gotyo, pe ñemoñare marandu rehegua pe peteĩha mburuvicha guasu moderno yvy gotyogua, Vladimir Lenin. Putin heta jeýma he’i Rusia rembiapo Ucrania rehe oñemopyenda hag̃ua peteĩ ñe’ẽme’ẽ ojeporavóvape, he’iséva Alemania joaju jey rire, NATO ndojepysomo’ãiha tenonderãve ex URSS yvýpe. Putin remimo’ã ojogua Ptolomeo rembipotápe umi versíkulo 5–9-pe ha Napoleón rembipotápe ary 1797-pe. Ko’ã mbohapy mburuvicha guasu yvy gotyogua ombojekuaa hembiapo kuéra pe mburuvicha guasu yvate gotyogua rehe peteĩ ñe’ẽme’ẽ ojejapova’ekue ha upéi oñembyai va’ekue rehe.</w:t>
      </w:r>
    </w:p>
    <w:p>
      <w:pPr>
        <w:pStyle w:val="ArticleBody"/>
        <w:jc w:val="left"/>
      </w:pPr>
      <w:r>
        <w:rPr>
          <w:rFonts w:ascii="Times New Roman" w:hAnsi="Times New Roman" w:eastAsia="Times New Roman" w:cs="Times New Roman"/>
        </w:rPr>
        <w:t>Isaías 23 he’iháicha, Tiro kuña rekovéva, ombojeguarurõva pe pokatu papal, ojehesaráita setenta áño aja, peteĩ mburuvicha áraicha — peteĩ ára ojehechaukajey hag̃ua heta jeyha pe sexto rréino marandu hag̃ua Bibiliagua, pe mymba yvykua Apocalipsis 13-pe (Tetã peteĩ reko Estados Unidos), oguapy mburuvicháramo.</w:t>
      </w:r>
    </w:p>
    <w:p>
      <w:pPr>
        <w:pStyle w:val="ArticleScripture"/>
        <w:jc w:val="left"/>
      </w:pPr>
      <w:r>
        <w:rPr>
          <w:rFonts w:ascii="Times New Roman" w:hAnsi="Times New Roman" w:eastAsia="Times New Roman" w:cs="Times New Roman"/>
        </w:rPr>
        <w:t>Ha oikóta upe árape, Tiro ojehejáta tesaráipe setenta ary pukukue, peteĩ mburuvicha áraicha; ha setenta ary rire, Tíro opurahéita kuña rekovai ramo. Egueraha peteĩ árpa, ejere pe táva rupi, nde kuña rekovai iñesaráimbyre; embopora pe purahéi, epurahéi heta purahéi, ikatu hag̃uáicha nemandu’ajevy hese. Ha oikóta setenta ary paha rire, Ñandejára oikundaha Tírope, ha ha’e ojevýta hepykue rehe, ha oñemoakãratĩta opa yvy arigua ruvicha guasu ndive ko yvy ape ári. Isaías 23:15–17.</w:t>
      </w:r>
    </w:p>
    <w:p>
      <w:pPr>
        <w:pStyle w:val="ArticleBody"/>
        <w:jc w:val="left"/>
      </w:pPr>
      <w:r>
        <w:rPr>
          <w:rFonts w:ascii="Times New Roman" w:hAnsi="Times New Roman" w:eastAsia="Times New Roman" w:cs="Times New Roman"/>
        </w:rPr>
        <w:t>Pe período simbólico de setenta ary oñepyrũ 1798-gui pe léi domingo peve, ha upéva hína pe tembiasakue ojehechaukáva versíkulo 40-pe. Ndaipóri pe kuña rekove vai ojehechauka jey hag̃ua pe setenta ary pahápe térã pe léi domingo hi’aguĩvo peve. Upévare, pe ñorairõ umi mbohapy ñorairõgua versíkulo 10–15-pe ojejapo peteĩ representante rupive pe pokatu papal rehegua, ha’e ningo profétikamente oñembyesarái ko período aja.</w:t>
      </w:r>
    </w:p>
    <w:p>
      <w:pPr>
        <w:pStyle w:val="ArticleBody"/>
        <w:jc w:val="left"/>
      </w:pPr>
      <w:r>
        <w:rPr>
          <w:rFonts w:ascii="Times New Roman" w:hAnsi="Times New Roman" w:eastAsia="Times New Roman" w:cs="Times New Roman"/>
        </w:rPr>
        <w:t>Umi mokõi ñorairõ proxy peteĩha ha paha-pe, pe mburuvicha yvate gotyogua ipu'aka pe mburuvicha sur gotyoguáre. Pe ñorairõ mbyteguápe, pe mburuvicha sur gotyogua ipu'aka pe mburuvicha yvate gotyoguáre. Pe Ñorairõ Ráfia pegua ha’e va’ekue pe ñembyaty histórico peteĩha oñekumpli haguépe pe versíkulo 11, ha pe versíkulo ha iñekumplimiénto histórico omoheñói mokõi testígo ojejoajúva’erã umi pasáhe paralelo ndive Roma papal rembiapokue mbohapy aravo ha mbyte profétiko ára pukukue rehegua. Upéicha rupi, mokõi Escritura pasáhe Daniel 11 ryepýpe, oikóva hendivekuéra iñekumplimiénto histórico, ohechauka umi característica profética pe ñorairõ versíkulo 11 rehegua, pe fronterarenda rehegua, oñekumpli raẽ va’ekue pe Ñorairõ Ráfia peguápe ha upéi jey ára pahápe ary 1798-pe.</w:t>
      </w:r>
    </w:p>
    <w:p>
      <w:pPr>
        <w:pStyle w:val="ArticleBody"/>
        <w:jc w:val="left"/>
      </w:pPr>
      <w:r>
        <w:rPr>
          <w:rFonts w:ascii="Times New Roman" w:hAnsi="Times New Roman" w:eastAsia="Times New Roman" w:cs="Times New Roman"/>
        </w:rPr>
        <w:t>Koʼã testimónio ñeʼẽnguéra omopyenda porã Vladimir Putin haʼeha pe Vladimir paha pe mburuvicha ñemby gotyo rehegua ko arapýpe. “Vladimir” heta jey oñemyesakã heʼiséva “mburuvicha ko yvy ape ári”, ha katu pe ñeʼẽ *mir* heʼise avei hekopete “tekoha aty” térã “komunida”. Upévare, Vladimir heʼise “mburuvicha komunida rehegua”, térã “mburuvicha komunísmo rehegua”. Putin ombojoaju ijehegui Ucrania rehegua ipartisipasión peteĩ ñeʼẽmeʼẽ oñembyai vaʼekuére, omyesakãva hemimoʼã NATO oñemotenondeha umi frontera ári oñemoĩ vaʼekue Alemania joajuhápe rire. Putin rape ndahaʼéi ojehecháva Zelenskyy ha Ucrania rehe añónte, síno NATO ha UE rehe avei upeichaite. Pe NATO ha UE oike hag̃ua umi yvy Putin heʼíva opytavaʼerãha NATOʼỹre ojoja Ptolemeo pochy rehe pe mburuvicha seléucida omboykévo pe kuñataĩ Egipto guápe, hembirekorã, omoĩ jey hag̃ua hembireko yma guarépe. Upe ñeʼẽmeʼẽ oñembyaíva ohechauka hag̃ua tenonde gotyo pe Tratado de Tolentino oñembyaíva ary 1797-pe. Daniel 11-pe, pe mburuvicha ñemby gotyo pegua ipuʼaka jave pe mburuvicha yvate gotyo pegua ári, upépe oike peteĩ ñeʼẽmeʼẽ oñembyaíva.</w:t>
      </w:r>
    </w:p>
    <w:p>
      <w:pPr>
        <w:pStyle w:val="ArticleBody"/>
        <w:jc w:val="left"/>
      </w:pPr>
      <w:r>
        <w:rPr>
          <w:rFonts w:ascii="Times New Roman" w:hAnsi="Times New Roman" w:eastAsia="Times New Roman" w:cs="Times New Roman"/>
        </w:rPr>
        <w:t>Ko ñe’ẽme’ẽ oñembyai vaʼekue oñeʼẽ Unión Europea ndipotái hague omomichĩ OTAN ñembotuichave hag̃ua ijerére umi frontera ári Alemania ojuaju jey jave. Ko sentido-pe, Putin, pe mburuvicha yvy gotyo, oĩ ñorairõme pe mburuvicha yvate gotyo ndive, ojehechaukáva ipoder proxy rupive. Oĩ hag̃uáicha umi nazi Guerra Mundial Mokõiha-pegua vaʼekue peteĩ proxy Iglesia Católica rehegua, upéicha avei Ucrania-pegua nazi-kuéra oiko pe símbolo pe mokõiha ñorairõ proxy rehegua umi versíkulo 10–15-pe. Mbohapy guerra mundial ha mbohapy ñorairõ proxy—ha mokõivéva línea-pe, umi nazi-kuéra hína pe representante proxy Iglesia Católica rehegua pe conflicto mbytegua aja.</w:t>
      </w:r>
    </w:p>
    <w:p>
      <w:pPr>
        <w:pStyle w:val="ArticleBody"/>
        <w:jc w:val="left"/>
      </w:pPr>
      <w:r>
        <w:rPr>
          <w:rFonts w:ascii="Times New Roman" w:hAnsi="Times New Roman" w:eastAsia="Times New Roman" w:cs="Times New Roman"/>
        </w:rPr>
        <w:t>Umi mbohapy ñorairõ proxy rehegua ñemohu’ã ypykuépe, Antiochus Magnus oĩkuri peteĩteĩ ñorairõme. Heta jeyma ojehechauka mba’éichapa “Antiochus” ñe’ẽ rapo ha pe ta’ãnga marandu ojoajúva mburuvicha guasu Seléucida ndive, mburuvicha yvate pegua ramo, ohechauka Antiochus-pe Cristo-ndive oñemoĩva’ekue ra’ãnga ramo—Roma papa. Ha katu, umi mbohapy ñorairõ proxy rembiasakuepe, Tiro kuña rekovai rehegua oñeñembyesarái; upévare pe “papa” ra’ãnga ojehechaukáva “Antiochus” rérape oñembo’y hembiguái pokatu rehehápe. Peteĩha ha paha ñorairõme, Estados Unidos voi ha’e ojehechaukávo ojapoha Roma rembiapoukapy. Versíkulo 11-pe, pe pokatu proxy ha’e Ucrania pe Nazismo; upéicharõ jepe, Estados Unidos ygara ha kárro ñorairõ rehegua hína va’ekue ha ko’ág̃a peve hína umi omopu’ãva Zelenskyy-pe pe ñorairõme. Pe mokõiha ñorairõ proxy ape ári ojehecháva guive, Estados Unidos oñemokañy, papa oñemokañyháicha umi setenta ary Isaías 23-pe. Estados Unidos oñemokañy upe tembiasápe voi, upépe omboheko hag̃ua opa umi mymba rekove rehegua mba’ete, ha upévare profétikamente oĩ porã, peteĩ jevy pe mokõiha ñorairõ proxy oñepyrũ rire, Estados Unidos oñemo’ã hag̃ua pe Nazismo Ucrania pegua pokatu proxy rapykuéri, jepe opyta gueteri yvy arigua mymba mbarete militar ha económico ramo, upeva’e omopu’ãva Ucrania-pe pe iñehundi peve.</w:t>
      </w:r>
    </w:p>
    <w:p>
      <w:pPr>
        <w:pStyle w:val="ArticleBody"/>
        <w:jc w:val="left"/>
      </w:pPr>
      <w:r>
        <w:rPr>
          <w:rFonts w:ascii="Times New Roman" w:hAnsi="Times New Roman" w:eastAsia="Times New Roman" w:cs="Times New Roman"/>
        </w:rPr>
        <w:t>Mburuvicha yvy gotyopegua oho ramo Babilóniape ha ojagarra prisionéroramo mburuvicha yvy yvatepegua, ha avei Jenerál Berthier ojagarra prisionéroramo pápape, oike hag̃uaichaite Vaticano-pe, upéva ohechauka ñorairõ Ucrania-pegua opátaha Putin pu’akápe peteĩ momento-pe opa rire oimeraẽva resistencia Ucrania-gui. Pe rréino Ptolomeo ojagarra vaʼekue haʼe Babilonia, ha pe rréino Napoleón ojagarra vaʼekue haʼe Babilonia espiritual. Upévare, Zelenskyy rréino ojehechauka umi isúhjeto omeʼẽvape chupe pytyvõ rupive. Koʼág̃a Trump oipeʼa rire pe pytyvõ mymbakuéra yvýgua mboyvegua kárro, kavaju arigua ha várko-kuéragui, Ucrania pytyvõha haʼe UE, upe atyete voi ndohenduséiva’ekue Putin ñeʼẽ umi trato jejavy rehegua, NATO oikepukúvo.</w:t>
      </w:r>
    </w:p>
    <w:p>
      <w:pPr>
        <w:pStyle w:val="ArticleBody"/>
        <w:jc w:val="left"/>
      </w:pPr>
      <w:r>
        <w:rPr>
          <w:rFonts w:ascii="Times New Roman" w:hAnsi="Times New Roman" w:eastAsia="Times New Roman" w:cs="Times New Roman"/>
        </w:rPr>
        <w:t>Pe filosofía omboguatáva umi eurocrata-kuéra Unión Europea-gua hína pe movimiento Greenpeace. Upévare, Zelenskyy he’ise “hovyũ”. Zelenskyy hína pe akã simbólico umi ñorairõmbohapéva Unión Europea-peguápe, oisãmbyhýva chupekuéra pe agenda global itavýva ambientalismo rehegua. Oñemohu’ãvo pe guerra Ucrania-pe, Putin oguerohoryta ndaha’éi peteĩ jeýnte victoria Ucrania rehe, síno avei pe Unión Europea tuichakue ha OTAN rehe.</w:t>
      </w:r>
    </w:p>
    <w:p>
      <w:pPr>
        <w:pStyle w:val="ArticleBody"/>
        <w:jc w:val="left"/>
      </w:pPr>
      <w:r>
        <w:rPr>
          <w:rFonts w:ascii="Times New Roman" w:hAnsi="Times New Roman" w:eastAsia="Times New Roman" w:cs="Times New Roman"/>
        </w:rPr>
        <w:t>Upévare umi mbohapy ñorairõ proxy rehegua oguereko pe añeteguáva peteĩ techaukaha. Pe ñorairõ proxy peteĩha ha pahápe pe mburuvicha guasu yvytimýguigua oñemomba’e’ỹ peteĩ joaju rupive pe mymba guasu mar guive ha pe mymba guasu yvy guive, Apocalipsis 13-pe. Iñepyrũme pe ñesẽ porã pe mburuvicha guasu yvate gotyoguápe g̃uarã oguahẽ peteĩ joaju rupive peteĩ papa conservador, Vaticano I rehegua, ndive, ha’éva catolicismo rehegua Fatima ñemigua rekópe pe papa morotĩ térã pe papa iporãva. Pe papa ko’ág̃agua, che ahaihárõ ko mba’e, oĩva omano hag̃uáicha, ha’e peteĩ papa liberal, Vaticano II rehegua, ha’éva pe Fatima ñemigua rekópe pe papa hũ térã pe papa ivaíva.</w:t>
      </w:r>
    </w:p>
    <w:p>
      <w:pPr>
        <w:pStyle w:val="ArticleBody"/>
        <w:jc w:val="left"/>
      </w:pPr>
      <w:r>
        <w:rPr>
          <w:rFonts w:ascii="Times New Roman" w:hAnsi="Times New Roman" w:eastAsia="Times New Roman" w:cs="Times New Roman"/>
        </w:rPr>
        <w:t>Pe versíkulo catorce ohechauka peteĩteĩme, umi “ne retayguakuéra apytégui mondaha” oñemombaʼeguasúva ha hoʼáva, oike jave marandu proféticape, pe visión oñemopyenda. Versíkulo trece guive quince peve oñekumpli haguére Ñorairõ Panium-pe áño 200 a.C.-pe, Roma pagana omoingéma ijehe upe ñorairõete rehegua apañuãi kuérape. Umi mbohapy versíkulo oñeʼẽva Ñorairõ Panium rehe, versíkulo catorce ohechauka pe visión oñemopyendaha Roma rupive.</w:t>
      </w:r>
    </w:p>
    <w:p>
      <w:pPr>
        <w:pStyle w:val="ArticleBody"/>
        <w:jc w:val="left"/>
      </w:pPr>
      <w:r>
        <w:rPr>
          <w:rFonts w:ascii="Times New Roman" w:hAnsi="Times New Roman" w:eastAsia="Times New Roman" w:cs="Times New Roman"/>
        </w:rPr>
        <w:t>Panium ñorairõme, peteĩ papa morotĩ, konservadór, Vaticano I rehegua, oñembojoajúta umi ocho presidente pahague apytégui pe pahaguándi, oñepyrũva’ekue Reagan ára guive, ha upéva mboyve oñembojoajuva’ekue peteĩ papa konservadór Vaticano I reheguándi. Ha’ekuéra ojapo upéicha ary 1989-pe omoĩ hag̃ua yvýre pe antigua URSS, ha ipahápe ojapóta avei upéicha omoĩ hag̃uáicha yvýre pe mburuvicha pahague upe tetãnguéra rréino reheguaete.</w:t>
      </w:r>
    </w:p>
    <w:p>
      <w:pPr>
        <w:pStyle w:val="ArticleBody"/>
        <w:jc w:val="left"/>
      </w:pPr>
      <w:r>
        <w:rPr>
          <w:rFonts w:ascii="Times New Roman" w:hAnsi="Times New Roman" w:eastAsia="Times New Roman" w:cs="Times New Roman"/>
        </w:rPr>
        <w:t>Reagan arykuéra aja ha papa Juan Pablo II ha Estados Unidos joaju rupive, Juan Pablo II oguerovia hag̃ua ha’eha pe papa porãva Fátima marandu hag̃ua omombe’úva profecía kuérape. Upe jerovia omokyre’ỹ rupi, oñepyrũ oviaha opa yvy ape ári omoherakuã hag̃ua pe ha’e oikũmbyva’ekueha Fátima ñe’ẽmondo kuéra oñekumpliha hína. Péicha ojapóvo, oiko pe papa hetavéva oviaháva tembiasakue ryepýpe, ha avei pe papa ojekuaavéva opa áraite, omboajeháicha Apocalipsis capítulo trece ñe’ẽmondo, he’íva og̃uahẽtaha peteĩ ára opa yvy arigua oñemondýi ha oñeñandu hag̃ua pe mymba rapykuéri. Papa Juan Pablo II rekovia peteĩteĩme ohechauka porã pe papa konservadór Vaticano I rehegua, oikéva joajuhápe Estados Unidos pte. pahaitépe ndive.</w:t>
      </w:r>
    </w:p>
    <w:p>
      <w:pPr>
        <w:pStyle w:val="ArticleBody"/>
        <w:jc w:val="left"/>
      </w:pPr>
      <w:r>
        <w:rPr>
          <w:rFonts w:ascii="Times New Roman" w:hAnsi="Times New Roman" w:eastAsia="Times New Roman" w:cs="Times New Roman"/>
        </w:rPr>
        <w:t>Upévare, peteĩva umi característica profética rehegua pe papa contemporáneo Reagan guive ningo oĩha peteĩ punto ipype, ha upépe ta’anga pública rehegua oñemarca peteĩ waymark ramo. Pe marca oĩ versíkulo catorce-pe, “umi mondaha nde retãygua omopyenda pe visión”. Papa Juan Pablo II omohu’ã peteĩ característica profética rehegua, ha’évo pe papa rehe opavave yvypóra ko yvy arigua oñemondýi hapykuéri; upéicha rupi ohechauka tenonderãme pe papa conservador Vaticano I rehegua ára paha pegua, oikéva peteĩ alianza-pe Trump ndive. Upéva oiko vove, pe visión oñemopyenda; ha pe omopyendáva pe visión hína pe papa omoinge ijehe pe historia Panium rehegua ha ary 200 a.C.-pe.</w:t>
      </w:r>
    </w:p>
    <w:p>
      <w:pPr>
        <w:pStyle w:val="ArticleBody"/>
        <w:jc w:val="left"/>
      </w:pPr>
      <w:r>
        <w:rPr>
          <w:rFonts w:ascii="Times New Roman" w:hAnsi="Times New Roman" w:eastAsia="Times New Roman" w:cs="Times New Roman"/>
        </w:rPr>
        <w:t>Umi mbohapy umi poapy mburuvicha guasu ohechauka mba’éichapa opa umi poapy mburuvicha guasu, ha pe léi domingo mboyve pe versíkulo dieciséis-pe, pe kuña rekovevai Tirogua ojejapysakavymbyre jevy ou jey tembiasakue ojehechaukápe ojejokupytyvo Reagan irundyha ndive, Donald Trump ndive. Mokõivéva, oñerrepresentaháicha pe joaju Antiochus ha Felipe Macedoniagua rehe, omboguejy pe generación paha pe reino yvýguive oúva rehegua, oñerrepresentaháicha pe mitã ruvicha guasu Ptolemy. Peteĩ mitã profecía bíblica-pe ha’e peteĩ símbolo pe generación paha rehegua, ha pe ñorairõ Ucrania rehegua rire, Putin ojapóta jey pe historia umi mburuvicha guasu yvyguáicha oñemopu’ãva umi jehupyty militar rehe ha okañýva hikuái tape porãgui peteĩ mba’e apañuãi rupi peteĩichagua tupaó ha Estado rehegua.</w:t>
      </w:r>
    </w:p>
    <w:p>
      <w:pPr>
        <w:pStyle w:val="ArticleBody"/>
        <w:jc w:val="left"/>
      </w:pPr>
      <w:r>
        <w:rPr>
          <w:rFonts w:ascii="Times New Roman" w:hAnsi="Times New Roman" w:eastAsia="Times New Roman" w:cs="Times New Roman"/>
        </w:rPr>
        <w:t>Upéicha, pe versíkulo diez, ohechaukáva 1989 ha pe ñorairõ peteĩha oñemoñepyrũva ambue poguýpe, ha’e ñepyrũrã, térã pe letra peteĩha alfabeto hebreopegua. Pe Ñorairõ Raphia-pegua, pe versíkulo once-pe, ohechaukáva pe ñorairõ Ucrania-pegua, ha’e pe letra pahaapyha alfabeto hebreopegua. Pe papapy 13 ha’e peteĩ ta’anga ñemopu’ã rehegua, ha pe ehérsito oñorairõva ambue poguýpe pe ñorairõ Ucrania-pegua ha’e Nazi-kuéra, pe ta’anga tenondegua ñemopu’ã rehegua ko arapy moderno-pe. Panium ha’e pe letra paha alfabeto hebreopegua, ojejapóva mokõipa mokõi letra-gui. Upéicha, pe ñe’ẽ hebreo añetegua, ojejapóva oñembyatyvo pe letra peteĩha, pahaapyha ha mokõipa mokõiha alfabetopegua, ojapo hag̃ua pe ñe’ẽ hebreo “añetegua”, ohechauka ko’ã mbohapy ñorairõ oñemotenondéva ambue poguýpe rembiapo ypykueha añetegua. Pe letra mokõipa mokõiha ha paha alfabeto hebreopegua ha’e peteĩ ta’anga divinidad oñembojoajúva humanidad rehe, ha pe ñemyanyhẽ pe Ñorairõ Panium-pegua rehegua, ag̃aite oikótava, oiko Trump presidencia aja. Trump ha’e pe presidente mokõipa mokõiha omba’apóva mokõi mandato aja.</w:t>
      </w:r>
    </w:p>
    <w:p>
      <w:pPr>
        <w:pStyle w:val="ArticleBody"/>
        <w:jc w:val="left"/>
      </w:pPr>
      <w:r>
        <w:rPr>
          <w:rFonts w:ascii="Times New Roman" w:hAnsi="Times New Roman" w:eastAsia="Times New Roman" w:cs="Times New Roman"/>
        </w:rPr>
        <w:t>Panium oguereko peteĩ mokõiha testimónio peteĩ ñe’ẽme’ẽ mokõive rehegua, ha mokõivéva ñe’ẽjoajupe umi ñe’ẽme’ẽ ohechauka peteĩ joaju omombe’úva peteĩ relación jerárquica mokõi tapicha apytépe. Pe ñe’ẽme’ẽ Felipe ha Antíoco apytépe ha’e vaekue estratégico, oñemohendáva oñemoĩ hag̃ua Ptolemaikokuéra ha Romaguápe kuarahyresẽ y rembe’y mbyteguápe. Upéicharõ jepe, ijokupytyrã ndaha’éi vaekue oñecentra hag̃ua Panium ñorairõ rehe voi — Antíoco ogueraha ko kampáña ijehegui, Felipe rehegua participación militar directo’ỹre. Felipe rembiapo katu ha’e vaekue hag̃ua peteĩcha indirecto, ome’ẽvo pytyvõ política ha estratégica ojejoko hag̃uáicha umi aliado Romagua ha Ptolemaikogua Grécia ha Egeo-pe, ohejávo Antíoco-pe oñecentra hag̃ua Celesíria rehe. Umi historiadorkuéra opavave ohechakuaa Antíoco hague pe ipoderosovéva pe ñe’ẽme’ẽme, ha Antíoco añónte hague pe añetehápe oñorairõva’ekue pe ñorairõme. Iñe’ẽme’ẽ oñe’ẽkuri pe tetãygua guasu rehe, oñemoirũva Alejandro rekovekue rréino ndive. Upévare, pe ñe’ẽme’ẽ oguereko peteĩ mburuvicha tenondegua ha peteĩ oĩva guýpe iñirũnguéra apytépe, ojehechaukaháicha pe téra Cesarea-Felipepe, pe téra Panium rehegua Cristo oguata jave yvypóra apytépe. Upévare, Cesarea-Felipepe oñembojogua Antíoco ha Felipe ndive, pórke César ha’e vaekue pe ipoderosovéva pe ñe’ẽme’ẽme, ojehechaukaháicha mokõive César Augusto ha Herodes Felipe, pe tetrarca, rehe.</w:t>
      </w:r>
    </w:p>
    <w:p>
      <w:pPr>
        <w:pStyle w:val="ArticleBody"/>
        <w:jc w:val="left"/>
      </w:pPr>
      <w:r>
        <w:rPr>
          <w:rFonts w:ascii="Times New Roman" w:hAnsi="Times New Roman" w:eastAsia="Times New Roman" w:cs="Times New Roman"/>
        </w:rPr>
        <w:t>Pe ñe’ẽ “Tetrarca” he’ise mburuvicha peteĩ irundyha ári. César ogoverna va’ekue pe rréino tuichakue, ha Felipe ogoverna va’ekue peteĩ irundyha peteĩ yvy pehẽngue rehe, upéicha omoĩvo Felipe símbolo peteĩ joaju ñeñandúva reheguaicha Panium ha Cesarea-Filipi joaju hag̃uame. Herodes Felipe ndive jahecha mokõi tuguy rape símbolo, ha mokõivéva hína peteĩ pacto oñembyai va’ekue Tupã ndive rehegua símbolo. Jahecha avei hyapu jey peteĩ irundyha rehegua Alejandro rréino oñemboja’o haguére irundy henda-pe, térã irundy tetrarca-pe. Felipe he’ise kavaju-kuéra rayhuha.</w:t>
      </w:r>
    </w:p>
    <w:p>
      <w:pPr>
        <w:pStyle w:val="ArticleBody"/>
        <w:jc w:val="left"/>
      </w:pPr>
      <w:r>
        <w:rPr>
          <w:rFonts w:ascii="Times New Roman" w:hAnsi="Times New Roman" w:eastAsia="Times New Roman" w:cs="Times New Roman"/>
        </w:rPr>
        <w:t>Pe ñorairõ guasu Panium-pe, ojehupytytavape ñemohu’ãrãme pe ñorairõ Ucraniapegua, Antíoco Magno, Estados Unidos, ipu’akáta Rusia rehe ha oike hag̃ua peteĩ ñe’ẽme’ẽme peteĩ tembiapoha michĩvévandi, ojehechaukáva Felipe rupive. Upéva tembiapoha michĩvéva oike vaʼerãta upe mbaʼépe, ha katu ndaha’éi ta’angaite pe ñorairõme. Pe ñorairõ oikóta Estados Unidos ha Putin apytépe, ha ojehecha porãiterei oñembojoajuha peteĩ controversia religiosa rehe, osẽva Putin pochy ha ijeguasúgui, ojehechaukaháicha mokõivéva Ptolomeo IV Filopátor rupive pe ñorairõ Rafia rire, ha Judá ruvicha guasu Uzías rupive avei. Ptolomeo ha Uzías niko mburuvicha guasu ñemby gotyogua, oñemopu’ãva ijeguasúpe iñorairõme ipu’akágui, upéi oipotáva ojapo peteĩ tembiapo marangatu, ikatúva ojapónte pa’i kuéra año. Uzías oguereko lepra iñeha’ã rehe, ha Ptolomeo katu ipochy etépe ojuka 50.000 judío-kuérape Alejandría-pe.</w:t>
      </w:r>
    </w:p>
    <w:p>
      <w:pPr>
        <w:pStyle w:val="ArticleBody"/>
        <w:jc w:val="left"/>
      </w:pPr>
      <w:r>
        <w:rPr>
          <w:rFonts w:ascii="Times New Roman" w:hAnsi="Times New Roman" w:eastAsia="Times New Roman" w:cs="Times New Roman"/>
        </w:rPr>
        <w:t>Pe téra treseha ohechauka pe ñorairõ oĩva pe generación pahápe pe mburuvicha ko’ag̃agua tava’aty rehegua, térã comunismo rehegua, Vladimir Putin Rusia ha EE. UU. apytépe. Trump ipu’aka pe ñorairõme, ha upéva ojapo peteĩ irũnguéra reheve ou hag̃uáicha pe mbytépe irundyha pehẽngue pe mburuvicharógui, ndaha’éiramo jepe oĩva añetehápe pe ñorairõme. Hi’aguĩma jahupyty hag̃ua pe téra once rehegua paha, umi mba’e oikóva ko’ág̃a ome’ẽháicha testimonio. Putin osẽta iñepyrũrãme ipu’akávo Ucrania ári, ojehechaukaháicha Rafia rupive. Upéi oñepyrũta iñehundi mbeguekatu hag̃uáicha, ojehechaukaháicha Uzías oñemoĩhague peteĩ ógape omanóramo peve, lepra rupi. Ipu’aka rire Rafia-pe áño 217 a. C.-pe, Ptolomeo IV Filopátor poguýpe pe tetã sãmbyhy oñembyaikue ohóvo tekovai, jeporu rei, ha ojerovia rupi consejero-kuéra marangatu’ỹvare. Omano áño 204 a. C.-pe, ikatuháicha ojejuka térã oñembohetia’e ipohã vai rupi iminístro-kuéra, Sosibio ha Agatocles, rupive, peteĩ ñemigua atyhápe oñemoĩ hag̃uáicha pokatu ita’ýra mitãrusu, Ptolomeo V, rehe. Ko paha sarambi ha jopy vai ohechauka pe tekopy’a mokõi ha ñemigua aty jepivegua umi róga mburuvicha Helenístico-pe, ha omarká peteĩ jere guasu Egipto Ptolemaico ñehundi oñepyrũvo.</w:t>
      </w:r>
    </w:p>
    <w:p>
      <w:pPr>
        <w:pStyle w:val="ArticleBody"/>
        <w:jc w:val="left"/>
      </w:pPr>
      <w:r>
        <w:rPr>
          <w:rFonts w:ascii="Times New Roman" w:hAnsi="Times New Roman" w:eastAsia="Times New Roman" w:cs="Times New Roman"/>
        </w:rPr>
        <w:t>Peteĩ mba’e rechaukaha pe ñemohu’ã espiritual pe mburuvicha guasu yvy gotyo peguápe, ojehechauka vaʼekue pe ñemohu’ã literal-kuéra rehe oikóva pe ñorairõme yvóra sãmbyhy rehehápe Alejandro omanó rire, haʼe hína “revolusión”. Francia oiko pe mburuvicha guasu espiritual yvy gotyo pegua ramo pe Arapokõindy Francesa tiémpope. Pe mburuvicha guasu yvy gotyo pegua koʼag̃agua, Rusia, heñói pe Revolusión Rúsa rupive. Pe filosofía oñemoinge vaʼekue pe Revolusión Francesápe, ha okakuaávo pe anarkíagui pe Revolusión Francesa rehegua pe komunísmo peve pe revolusión soviética rehegua, upéva haʼe peteĩ mbaʼe rechaukaha pe mburuvicha guasu yvy gotyo peguápe. Pe komunísmo isarambi pe yvy ape ári revolusión-kuéra rupive.</w:t>
      </w:r>
    </w:p>
    <w:p>
      <w:pPr>
        <w:pStyle w:val="ArticleBody"/>
        <w:jc w:val="left"/>
      </w:pPr>
      <w:r>
        <w:rPr>
          <w:rFonts w:ascii="Times New Roman" w:hAnsi="Times New Roman" w:eastAsia="Times New Roman" w:cs="Times New Roman"/>
        </w:rPr>
        <w:t>Koʼág̃a ára pe CIA, Agencia ndahaʼéiva Gobiernondive rupive, ombaʼapo hag̃ua omoĩ hag̃ua yvýre tetãnguéra ko yvy ape ári; ha pe plan omboguatáva hikuái peteĩ-teĩ rupive, jey jey hag̃ua, haʼe pe oñehenóiva revolución de color. Pe mburuvicha guasu yvy gotyo haʼe peteĩ pokatu dragón rehegua, ha umi globalista-kuéra avei haʼe pe pokatu dragón rehegua; ha umi revolución de color CIA rehegua haʼe techaukaha peteĩ pokatu dragón rehegua. Francia rembiasakue, mburuvicha guasu yvy gotyo espiritual ramo, oguereko peteĩ rembiasakue ijojahaʼỹva, ha upéva ohechauka peteĩ ñemohuʼã upe línea profética particular rehegua.</w:t>
      </w:r>
    </w:p>
    <w:p>
      <w:pPr>
        <w:pStyle w:val="ArticleBody"/>
        <w:jc w:val="left"/>
      </w:pPr>
      <w:r>
        <w:rPr>
          <w:rFonts w:ascii="Times New Roman" w:hAnsi="Times New Roman" w:eastAsia="Times New Roman" w:cs="Times New Roman"/>
        </w:rPr>
        <w:t>Upéva oñerrepresenta Napoleón rupive. Pe Revolución Francesa ohechauka Francia ñepyrũha mburuvicha guasu yvy gotyo pegua ramo, ha Napoleón ohechauka ipaha. Umi historiadór ohechakuaa peteĩ serie de pasos ogueraháva’ekue Napoleónpe iWaterloo peve, péicha ohechauka hag̃ua peteĩ pahakue mbeguekatúva pe peteĩha mburuvicha guasu espiritual yvy gotyo peguápe, ndaha’éi Babilonia ha Belsasar ojapyhypýrõ guare peteĩ pyharepe. Pe peteĩha Vladimir pe mburuvicha guasu moderno yvy gotyo peguápe, Vladimir Lenin, omanókuri mokõi ary pukukue, heta accidente cerebrovascular rupive. Oĩ he’íva José Stalin oityvyro hague chupe veneno rupive, oĩháicha avei he’íva Ptolomeo IV oñevenena hague ikonsehaléra rupive. Pe ipaha pe mburuvicha guasu moderno yvy gotyo pegua, oñerrepresentáva Unión Soviética reheve, ojeporopávo avei peteĩ revolución rupive.</w:t>
      </w:r>
    </w:p>
    <w:p>
      <w:pPr>
        <w:pStyle w:val="ArticleBody"/>
        <w:jc w:val="left"/>
      </w:pPr>
      <w:r>
        <w:rPr>
          <w:rFonts w:ascii="Times New Roman" w:hAnsi="Times New Roman" w:eastAsia="Times New Roman" w:cs="Times New Roman"/>
        </w:rPr>
        <w:t>Pe protesta oiko vaʼekue Moscúpe ha oipytyvõ vaʼekue Unión Soviética rehegua opa hag̃uápe, haʼe vaʼekue pe resistencia pública tuichaitereíva pe golpe de agosto de 1991 aja (19–21 de agosto de 1991). Ko mbaʼe ojejapóva, oñemohendáva pe Casa Blanca ñemoʼã rehe ha Boris Yeltsin mburuvicha hag̃ua, ombyaipa hag̃uaichaite umi soviético kuéra atãme oñembojaʼóva, ohechauka pe régimen ikangyha, ha ombopyaʼe Unión Soviética hoʼapa hag̃uápe. Jepe umi protesta yma guaréva Moscúpe (techapyrã, 1987–1990) ha Baltic Way (1989) ombohetave hag̃ua pe mbarete, umi protesta agosto 1991 guare haʼe vaʼekue pe punto decisivo Moscúpe, ha upéva ogueru Unión Soviética oñembyai hag̃uápe ary 1991 paha peve. Rusia ñepyrũ, ñemombeʼuháicha pe mburuvicha yvy gotyo pegua, oñepyrũ revolución rehe ha opa revolución rehe. Unión Soviética paha haʼe vaʼekue peteĩ ñembyai mbeguéva ha oñemboguapýva mbeguekatúpe pe reino rehe, oiko haguéicha Ptolomeo, Uzías, Napoleón ha jepe Vladimir Lenin rehe. Putin paha haʼe peteĩ hoʼa mbeguéva, oñepyrũva pe ñorairõ Ucrania ndive opa vove. Ipaʼũ oñegueru Panium Ñorairõme, upérõ Estados Unidos ojagarra jey pe reino poguýpe, ohupyty aja pytyvõ peteĩ irũgui ndahaʼéiva añetehápe pe ñorairõme.</w:t>
      </w:r>
    </w:p>
    <w:p>
      <w:pPr>
        <w:pStyle w:val="ArticleBody"/>
        <w:jc w:val="left"/>
      </w:pPr>
      <w:r>
        <w:rPr>
          <w:rFonts w:ascii="Times New Roman" w:hAnsi="Times New Roman" w:eastAsia="Times New Roman" w:cs="Times New Roman"/>
        </w:rPr>
        <w:t>Ko’ẽrõgua artículope ñambojoapyta ko’ã línea.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Mokõiha hag̃ua hag̃ua</dc:title>
  <dc:subject>Ñembotuicha ha Ho’a va’ekue Ñemby Ruvicha Guasu</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