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Papapy 9</w:t>
      </w:r>
    </w:p>
    <w:p>
      <w:pPr>
        <w:pStyle w:val="ArticleSubtitle"/>
        <w:jc w:val="left"/>
      </w:pPr>
      <w:r>
        <w:rPr>
          <w:rFonts w:ascii="Arial" w:hAnsi="Arial" w:eastAsia="Arial" w:cs="Arial"/>
        </w:rPr>
        <w:t>Línea Mbohapyha’ẽve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2025-04-01</w:t>
      </w:r>
    </w:p>
    <w:p>
      <w:pPr>
        <w:pStyle w:val="ArticleScripture"/>
        <w:jc w:val="left"/>
      </w:pPr>
      <w:r>
        <w:rPr>
          <w:rFonts w:ascii="Times New Roman" w:hAnsi="Times New Roman" w:eastAsia="Times New Roman" w:cs="Times New Roman"/>
        </w:rPr>
        <w:t>Ha pe yvate gotyo ruvicha ipochy eterei, osẽta ha oñorairõta hendive, pe yvate gotyo ruvicha ndive; ha omboatyta peteĩ tuicha aty; ha pe aty oñemeʼẽta ipópe. Ha oguerahapa rire pe aty, ikorasõ oñemombaʼeguasúta; ha omboguejyta heta paʼũeterei tapichápe; upéicharõ jepe, ndopytamoʼãi imbareteve hag̃ua upévare. Daniel 11:11, 12.</w:t>
      </w:r>
    </w:p>
    <w:p>
      <w:pPr>
        <w:pStyle w:val="ArticleBody"/>
        <w:jc w:val="left"/>
      </w:pPr>
      <w:r>
        <w:rPr>
          <w:rFonts w:ascii="Times New Roman" w:hAnsi="Times New Roman" w:eastAsia="Times New Roman" w:cs="Times New Roman"/>
        </w:rPr>
        <w:t>Umi versíkulo once ha pakõi ohechauka Putin ñepu’ã porã Ukrainia ha Unión Europea ári, ha upe rire mba’éichapa opyta ha mba’e vai oñembyaty hese ijehupyty rire Guerra Ucraniana-pe, ojehechaukaháicha Ptolomeo rehe ijehupyty porãme Rafia-pe ary 217 a.C. ha imano térã iñehundi versíkulo doce-pe. Pe tema ko’ã versíkulope ha’e mburuvicha ñemboyvate ha ho’a hag̃ua yvy gotyo pegua ruvicha.</w:t>
      </w:r>
    </w:p>
    <w:p>
      <w:pPr>
        <w:pStyle w:val="ArticleBody"/>
        <w:jc w:val="left"/>
      </w:pPr>
      <w:r>
        <w:rPr>
          <w:rFonts w:ascii="Times New Roman" w:hAnsi="Times New Roman" w:eastAsia="Times New Roman" w:cs="Times New Roman"/>
        </w:rPr>
        <w:t>Koʼág̃a peve umi artíkulo ohechauka hína umi tema tenondegua umi línea profétikava kapítulo once-pe. Daniel kapítulo once, versíkulo once oikotevẽ michĩve tiempo ñambohasa mboyve tenonderã gotyo pe kapítulo-pe. Daniel once, versíkulo once ojoja Apocalipsis once, versíkulo once ndive.</w:t>
      </w:r>
    </w:p>
    <w:p>
      <w:pPr>
        <w:pStyle w:val="ArticleScripture"/>
        <w:jc w:val="left"/>
      </w:pPr>
      <w:r>
        <w:rPr>
          <w:rFonts w:ascii="Times New Roman" w:hAnsi="Times New Roman" w:eastAsia="Times New Roman" w:cs="Times New Roman"/>
        </w:rPr>
        <w:t>Ha rire mbohapy ára ha mbyte rire, pe Espíritu de vida oúva Tupãgui oike hesekuéra, ha opu'ã hikuái ipy ári; ha tuicha kyhyje oguejy umi ohecháva'ekue hesekuéra ári. Apocalipsis 11:11.</w:t>
      </w:r>
    </w:p>
    <w:p>
      <w:pPr>
        <w:pStyle w:val="ArticleBody"/>
        <w:jc w:val="left"/>
      </w:pPr>
      <w:r>
        <w:rPr>
          <w:rFonts w:ascii="Times New Roman" w:hAnsi="Times New Roman" w:eastAsia="Times New Roman" w:cs="Times New Roman"/>
        </w:rPr>
        <w:t>Ary 2023-pe, mokõi testígo, mymba ojukáva yvykua pypuku’ỹvagui, opu’ã jevy hikuái ipy ári. Pe tesa’ẽhára hatĩ Republicana rehegua oñepyrũ va’ekue ary 2015-pe Donald Trump omoherakuãrõ guare oikeseha presidénteramo, ha ary 2020-pe dragón, ojehechauka hag̃ua umi globalista oĩva ko yvy ape ári rupive, ha umi globalista ha’éva pe partido Democrático, oñondive umi globalista pe partido Republicano-pegua ndive (RINO’s), omonda pe jeporavoha ha omoĩ Joe Biden-pe, upéicha rupi ojuka Donald Trump-pe tape mbytépe. Pe hatĩ Protestante, ojehechaukáva pe ministerio Future for America rupive, ojejukáva’ekue omyasãivo peteĩ marandu vai, peteĩ ñe’ẽmondo he’íva Islam ojapotaha peteĩ ñorairõrã Nashville rehe. Ary 2023-pe, mokõivéva, pe hatĩ Republicana ha pe Protestante, oikove jevy. Pe versíkulo 11 ohechauka pe Ñorairõ Ucrania-pegua ñepyrũ ary 2014 guive tenonderãite pe py’aguapy’ỹme, oguahẽvo ipahápe Putin ha Rusia pu’aka paha peve.</w:t>
      </w:r>
    </w:p>
    <w:p>
      <w:pPr>
        <w:pStyle w:val="ArticleBody"/>
        <w:jc w:val="left"/>
      </w:pPr>
      <w:r>
        <w:rPr>
          <w:rFonts w:ascii="Times New Roman" w:hAnsi="Times New Roman" w:eastAsia="Times New Roman" w:cs="Times New Roman"/>
        </w:rPr>
        <w:t>Pe versíkulo onceha pe jehechaukaha oikuaaukáva, oguahẽva huísiope Adventismo rehegua en general, ha avei umi ogueroviáva’ekue pe tesape 9/11 rehegua ha pe mbohapyha ñembyasy guasu og̃uahẽ hag̃ua; ha katu tenonderãite ha’e umi ojejapótava responsable pe tesape profesía rehegua ikatu hag̃uáicha oñeikũmby, oñemboja’o ha oñeñepyrũva’ekue oñembohesakã mbeguekatúpe julio ary 2023 guive.</w:t>
      </w:r>
    </w:p>
    <w:p>
      <w:pPr>
        <w:pStyle w:val="ArticleBody"/>
        <w:jc w:val="left"/>
      </w:pPr>
      <w:r>
        <w:rPr>
          <w:rFonts w:ascii="Times New Roman" w:hAnsi="Times New Roman" w:eastAsia="Times New Roman" w:cs="Times New Roman"/>
        </w:rPr>
        <w:t>Adventismo mburuvicharã ojeheja ykére ary 1989-pe, oñemombe’uháicha Cristo heñói hague upe ára proféticope. Cristo oñemongarai jave, ha’e oñepyrũ ohenói umi temimbo’e ha’éva “pe pyenda” Iglesia Cristiana rehegua; péicha ohechauka hag̃ua 9/11, araka’e Islam og̃uahẽvo pe mbohapyha ñembyasy guasu reheve, Ñandejára ogueraha jey Itavayguakuérape Jeremías tape yma guarépe, umíva ohechaukáva Adventismo pyendakuéra. 9/11-pe oñepyrũ umi oikovéva juicio Ñandejára róga ndive, ha Adventismo omboyke Apocalipsis dieciocho pegua ánhel resape, péichaite umi hudío-kuéra omboyke haguéicha Jesús-pe Mesías ramo. Umi omoneĩva’ekue Apocalipsis dieciocho pegua ánhel resape, upéi oñeha’ã hag̃ua oñemantene pe desengaño 18 de julio de 2020 rupive.</w:t>
      </w:r>
    </w:p>
    <w:p>
      <w:pPr>
        <w:pStyle w:val="ArticleBody"/>
        <w:jc w:val="left"/>
      </w:pPr>
      <w:r>
        <w:rPr>
          <w:rFonts w:ascii="Times New Roman" w:hAnsi="Times New Roman" w:eastAsia="Times New Roman" w:cs="Times New Roman"/>
        </w:rPr>
        <w:t>Jasypokõi ary 2023-pe, Daniel kapítulo 11, versíkulo 11 pegua tesape ohechauka añetegua ko’ág̃aguápe pe línea okapeguáva. Upe tesape oñe’ẽva profecía oñekumplívare okápe, oĩva Daniel 11:11-pe, ojehechauka porã umi vírhen oikove jeývape Apocalipsis kapítulo 11, versíkulo 11-pe. Apocalipsis ohechauka pe tembiasakue hyepypegua Daniel omyesakãva tembiasakue okapegua ramo.</w:t>
      </w:r>
    </w:p>
    <w:p>
      <w:pPr>
        <w:pStyle w:val="ArticleBody"/>
        <w:jc w:val="left"/>
      </w:pPr>
      <w:r>
        <w:rPr>
          <w:rFonts w:ascii="Times New Roman" w:hAnsi="Times New Roman" w:eastAsia="Times New Roman" w:cs="Times New Roman"/>
        </w:rPr>
        <w:t>Umi ohesaʼỹva’ekue pe tesape ojehechauka hag̃ua oñepyrũvo jasypokõi 2023 guive ohechauka mokõi aty iñambuéva, oĩma hag̃ua umi oiko vaʼekue oñondive jasypokõi 2023 rire ha koʼág̃a ndoguatavéima oñondive. Pe huísio haʼe peteĩ mbaʼe ohóva tenonderã gotyo, ha oñepyrũvo 9/11-pe pe tupao Adventista del Séptimo Día oñemeʼẽ kuri ichupe “aravo hag̃ua oñembyasy” iñemboyke haguére umi “tembiapoukapy oñemopyenda hag̃ua marandu profético Miller ha iñirũnguéra omoneĩ vaʼekue”, haʼekuéra mbeguekatúpe omboyke vaʼekue oñepyrũ guive 1863-pe. Oñepyrũvo 9/11 guive peve 18 jasypokõi 2020, pe tupao Adventista del Séptimo Día oreko kuri ipahaite oportunidad oñembyasy hag̃ua, ha upe jave umi oparticipa vaʼekue pe proclamación Nashville 2020-pe oñehaʼãmbyre. Jasypokõime, pe fase paha ñemopotĩ rehegua ojehechauka umi versíkulo once-pe, capítulo once-pe, Daniel ha Apocalipsis kuatiápe.</w:t>
      </w:r>
    </w:p>
    <w:p>
      <w:pPr>
        <w:pStyle w:val="ArticleBody"/>
        <w:jc w:val="left"/>
      </w:pPr>
      <w:r>
        <w:rPr>
          <w:rFonts w:ascii="Times New Roman" w:hAnsi="Times New Roman" w:eastAsia="Times New Roman" w:cs="Times New Roman"/>
        </w:rPr>
        <w:t>Ko proceso de prueba-pe oñemboguata mokõiha mbohapy prueba apytégui. Pe mokõiha prueba ha’e peteĩ prueba ojehecháva, oñemotenondéva peteĩ tembi’u-jemi rehegua prueba reheve ha opa hag̃ua pe mbohapyha prueba rehe, upeva katu, umi mokõi oñemotenondévagui iñambuéva, ha’e peteĩ prueba decisíva. Umi kuñataĩ virhen-kuéra opáyvo Pyharepyte-pe pe ñehenói rehe: “Péina pe Novio ou,” peteĩ aty oguereko pe aséite tekotevẽva ha ambue katu oñehundi. Umi Millerita-kuéra ombohovái ko tembiapoeteite, ha upéicha rupi ohechauka hikuái peteî entendimiento mokõive peteĩ línea profética okáguio ha peteĩ hyepýguio.</w:t>
      </w:r>
    </w:p>
    <w:p>
      <w:pPr>
        <w:pStyle w:val="ArticleBody"/>
        <w:jc w:val="left"/>
      </w:pPr>
      <w:r>
        <w:rPr>
          <w:rFonts w:ascii="Times New Roman" w:hAnsi="Times New Roman" w:eastAsia="Times New Roman" w:cs="Times New Roman"/>
        </w:rPr>
        <w:t>Omoherakuãvo pe ánhel mokõiha marandu, ohechauka hag̃ua umi iglesia protestante ho’áva Babilonia rajykuéraramo, omoherakuã hikuái peteĩ marandu oĩva okáguio hembiasakuegui. Ikatu hag̃uáicha omoherakuã pe Pyharepyte Sapy’a Hatã marandu, tenondeite tekotevẽ kuri ohechakuaa hag̃ua ijehegui umi vírhen oĩva’ekue peteĩ are oha’arõha ára pukukue jave. Pe versíkulo once-pe, Daniel-pe ha Apocalipsis capítulo once-pe avei, umi marandu hyepypegua ha okapegua ojehechauka Añetegua Ára Ko’ág̃agua ramo jasypokõi ary 2023 guive.</w:t>
      </w:r>
    </w:p>
    <w:p>
      <w:pPr>
        <w:pStyle w:val="ArticleBody"/>
        <w:jc w:val="left"/>
      </w:pPr>
      <w:r>
        <w:rPr>
          <w:rFonts w:ascii="Times New Roman" w:hAnsi="Times New Roman" w:eastAsia="Times New Roman" w:cs="Times New Roman"/>
        </w:rPr>
        <w:t>Daniel peteĩha kapítulope, mokõiha ha ojehecháva prueba vaʼekue oiko hague ojuhu rire Daniel ha umi mbohapy kuimbaʼe porãite rova henyhẽve ha iporãveha “ojehechávo” umi okarúva Babilonia rembiʼúgui. Mokõiha kapítulope, pe prueba ojehecháva ojehechauka peteĩ prueba profétikáramo ojeruréva oñemyesakã hekopete hag̃ua peteĩ marandu kañymby, ipahápe ojehechaukáva haʼeha taʼanga umi mburuvichakuéra rréino Biblia profecíape gua. Daniel peteĩha, mokõiha ha mbohapyha kapítulo ohechauka Apocalipsis catorce-pegua peteĩha, mokõiha ha mbohapyha ánhelpe.</w:t>
      </w:r>
    </w:p>
    <w:p>
      <w:pPr>
        <w:pStyle w:val="ArticleBody"/>
        <w:jc w:val="left"/>
      </w:pPr>
      <w:r>
        <w:rPr>
          <w:rFonts w:ascii="Times New Roman" w:hAnsi="Times New Roman" w:eastAsia="Times New Roman" w:cs="Times New Roman"/>
        </w:rPr>
        <w:t>Mokõiha ánhel Apocalipsis catorcepegua oñe’ẽ pe marandu okapeguáre historia Millerita rehegua, ha Daniel mokõihápe avei oñeñe’ẽ pe línea okapeguáre ta’ãnga mymbakuéra historia proféticape guáva rupive. Pe jehechapy ojejapo vaʼekue peteĩhápe oñemopyenda Daniel ha umi mbohapy kuimbaʼe jeroviapyrévare, ha upévare haʼe pe línea hyepypegua. Umi línea okapegua ha hyepypegua profecía rehegua, ojehechaukáva Daniel peteĩ guive mbohapy peve joja hag̃ua umi mbohapy ánhel Apocalipsis catorcepegua ndive, ome’ẽ ambue testígo pe marandu mokõiha ánhel rehegua oñekumpli hague umi Millerita rupive.</w:t>
      </w:r>
    </w:p>
    <w:p>
      <w:pPr>
        <w:pStyle w:val="ArticleBody"/>
        <w:jc w:val="left"/>
      </w:pPr>
      <w:r>
        <w:rPr>
          <w:rFonts w:ascii="Times New Roman" w:hAnsi="Times New Roman" w:eastAsia="Times New Roman" w:cs="Times New Roman"/>
        </w:rPr>
        <w:t>Umi Millerita-kuéra omoherakuã mokõi marandu, peteĩ okáguio ha ambue hyepýguio, omohu’ãvo pe proclamación del Clamor de Medianoche. Iñarandu okápegua ha’eva’ekue pe mokõiha ánhel Apocalipsis catorcepegua, upéicha rupi omoĩ directamente pe marandu Millerita-kuéra rehe pe mokõiha ánhel ndive ha Daniel mokõi pe ta’ãnga ndive. Pe ta’ãnga orrepresenta umi rréino okápegua profecía bíblica rehegua, Babilonia literal guive Babilonia moderna peve, oguahẽva ipahápe pe probation humana ñembotývo. Umi Millerita-kuéra oñembojoaju jey pe marandu okápegua Babilonia rehegua ndive. Daniel jehecha rupi pe prueba oñemopyenda va’ekue pe tembi’u ha’e oiporavova’ekue ho’u hag̃ua ári, ha pe peteĩha ánhel Apocalipsis díezpegua oguejy ha omoĩ peteĩ ipy yvy ári ha ambue yguasu ári oguereko peteĩ lívro michĩ ojepe’áva, Juan oñemandáva ho’u hag̃ua. Pe peteĩha ánhel ojehechauka tembi’u rayhu rupive ha upéi ou peteĩ prueba jehechagua. Pe prueba jehechagua oikehápe peteĩ línea añetegua hyepypegua ha okápeguáva.</w:t>
      </w:r>
    </w:p>
    <w:p>
      <w:pPr>
        <w:pStyle w:val="ArticleBody"/>
        <w:jc w:val="left"/>
      </w:pPr>
      <w:r>
        <w:rPr>
          <w:rFonts w:ascii="Times New Roman" w:hAnsi="Times New Roman" w:eastAsia="Times New Roman" w:cs="Times New Roman"/>
        </w:rPr>
        <w:t>Daniel 11-pegua once hápe, oñembojojávo Apocalipsis 11-pegua once hándive, orrepresenta pe jehecháva mokõi hendáicha pe prueba. Pe prueba oñemohuʼã pe prueba decisiva-pe, umi virgen-kuéra ohechauka jave oguerekoha pe aséite térã nahániriha. Upéva jehechauka oiko mboyveʼimi pe gracia rembeʼýgui ñemboty pe léi domingo-pe Estados Unidos-pe. Pe gracia rembeʼýgui ñemboty pe léi domingo-pe oñetypifika vaʼekue 22 jasypa 1844-pe. Pe 22 jasypa 1844 mboyveʼimi, 17 jasypoapy 1844-pe, umi Millerita-kuéra ogueraha pe marandu peteĩ ola guasuicha pe costa oriental pukukue rupi Estados Unidos-pe.</w:t>
      </w:r>
    </w:p>
    <w:p>
      <w:pPr>
        <w:pStyle w:val="ArticleBody"/>
        <w:jc w:val="left"/>
      </w:pPr>
      <w:r>
        <w:rPr>
          <w:rFonts w:ascii="Times New Roman" w:hAnsi="Times New Roman" w:eastAsia="Times New Roman" w:cs="Times New Roman"/>
        </w:rPr>
        <w:t>1989 ha’e pe ára paha opaha hag̃ua, araka’eve Daniel kuatiañe’ẽ ojepe’árõ guare; ha Daniel kuatiañe’ẽ ojepe’árõ, akóinte oĩ peteĩ mba’ekuaarã jehepyme’ẽ ojapo hag̃uáicha mokõi aty omomba’eguasúva. 1989 ha’e pe peteĩha umi mbohapy techaukarã jehechaha apytégui, ojehechauka hag̃uáicha pe peteĩha ángel oguahẽ rupi ary 1798-pe. Pe peteĩha ángel oguejývo 11 jasypoapy 1840-pe, ha’e ohechauka va’ekue pe ángel Apocalipsis dieciocho-pegua oguejýtava 9/11-pe. Pe peteĩha ñembyasy Millerita rembiasakue-pe ombojehechakuaa pe mokõiha ángel oguahẽha, ha ohechauka 18 jasypokõi 2020, ha pe aravo pyta ñepyrũ. Umi Millerita mbeguekatúpe opáy kuri pe mokõiha ángel marandu rehe, ha ha’ekuéra voi hague umi kuñataĩ parábola umi diez virgenes-pegua. Ha’ekuéra opáymbaitéma kuri Exeter camp meeting-pe agosto 1844-pe. Umi ciento cuarenta y cuatro mil opáy kuri julio 2023-pe, pe Marandu Pyhare Mbytegua oñepyrũvo ojepe’a mbeguekatúpe.</w:t>
      </w:r>
    </w:p>
    <w:p>
      <w:pPr>
        <w:pStyle w:val="ArticleBody"/>
        <w:jc w:val="left"/>
      </w:pPr>
      <w:r>
        <w:rPr>
          <w:rFonts w:ascii="Times New Roman" w:hAnsi="Times New Roman" w:eastAsia="Times New Roman" w:cs="Times New Roman"/>
        </w:rPr>
        <w:t>Pe ára de demora oñemohu’ã va’ekue umi Millerita-kuérape Exeter-pe, péicha avei oñemohu’ã haguéicha Lázaro rogayguápe Jesús omoingove jey ramo guare Lázaro-pe, ha upéva oiko Cristo ministerio rembiapo paha ha ijyvatevévaramo, Lázaro oiko ramo guare iministerio “sello”-ramo. Lázaro ñemongove jey ohechauka pe ára de demora paha, ha Tupã tavayguakuéra ñesella. Pe Jeike Triunfal oúva upe rire ohechauka va’ekue pe marandu Pyhare Mbyte Sapukái rehegua ñemoherakuã historia Millerita-pe. Daniel kapítulo once versíkulo once tema ha’e pe mburuvicha yvy south-gua ñemopu’ã ha ho’a, ha upéva ogueraha Panium ñorairõme versíkulo trece guive quince peve. Umi versíkulo ha’e pe prueba decisiva oñemoĩhápe pe sello umi kuimba’e ha kuña kuéra syvakuáre, umi oñemopu’ã hag̃ua peteĩ poyvi ramo versíkulo dieciséis-pe.</w:t>
      </w:r>
    </w:p>
    <w:p>
      <w:pPr>
        <w:pStyle w:val="ArticleBody"/>
        <w:jc w:val="left"/>
      </w:pPr>
      <w:r>
        <w:rPr>
          <w:rFonts w:ascii="Times New Roman" w:hAnsi="Times New Roman" w:eastAsia="Times New Roman" w:cs="Times New Roman"/>
        </w:rPr>
        <w:t>Pe versíkulo quince oñekumpli pe Ñorairõ Paniopegua-pe, oñembojokupytýva Cristo oho haguére Cesarea Filipópe. Upépe, Cesarea Filipópe, Cristo omoambue Simón Barjoná réra Pedro-pe, ohechaukáva pe sello ñemoĩ umi cien cuarenta y cuatro mil ári. Upe guive, pe kurusu pya’e oútava resape oñemyesakã umi disípulope. Cristo omoambue rire Simón réra Pedro-pe, pe kurusu mboyve, upéva oñembojokupyty pe prueba decisiva Exeter ha Lázaro rehegua ndive, ogueraháva pe Jeike Triunfal Jerusalénpe. Pe aty guasu Exeter-pe, 12 guive 17 jasypoapýpe, orepresenta pe paha oñemoĩ porã añetegua-pe, pe sacudida mboyve, ha’éva pe yvyryrýi Léi Dominical rehegua Daniel ha Apocalipsis kapítulo once-pe.</w:t>
      </w:r>
    </w:p>
    <w:p>
      <w:pPr>
        <w:pStyle w:val="ArticleScripture"/>
        <w:jc w:val="left"/>
      </w:pPr>
      <w:r>
        <w:rPr>
          <w:rFonts w:ascii="Times New Roman" w:hAnsi="Times New Roman" w:eastAsia="Times New Roman" w:cs="Times New Roman"/>
        </w:rPr>
        <w:t>“Pe tembiapo Battle Creek-pe oho upe orden-pe voi. Umi tendota sanatorio-pe ojehe’a umi ndogueroviáivandi, ha omoinge chupekuéra ikuatiañe’ẽrã atykuérape, peteĩ hendáicha térã ambue hendáicha; ha upéva katu ha’ete ku omba’apóva hikuái hesa mboty reheve. Oikotevẽ hikuái pe discernimiento rehe ndohechakuaái hag̃ua mba’épa ikatúva osẽ ñanderehe araka’eve. Oĩ peteĩ espíritu de desesperación, ñorairõ ha tuguy ñehẽgui, ha upe espíritu okakuaavéta pe ára pahaite peve. Umi tavaygua Tupãgua oñemboty hag̃ua ipypekuéra renondépe—ndaha’éi peteĩ sello térã marca ojehechakuaáva, síno peteĩ oñemohenda hag̃ua añeteguápe, taha’e arandupy rupive ha taha’e espíritu rupive, ikatu hag̃uáicha ndaikatúi oñemongu’e chupekuéra—upeichaiténte, Tupã tavaygua oñesella ha oñembosako’i rire pe sacudida-pe g̃uarã, upéva oúta. Añetehápe, oñepyrũma voi. Tupã juicio-kuéra oĩma ko’ág̃a yvy ári, ome’ẽ hag̃ua ñandéve marandu’ẽ, ikatu hag̃uáicha jaikuaa mba’épa oúta.” Manuscript Releases, volumen 10, 252.</w:t>
      </w:r>
    </w:p>
    <w:p>
      <w:pPr>
        <w:pStyle w:val="ArticleBody"/>
        <w:jc w:val="left"/>
      </w:pPr>
      <w:r>
        <w:rPr>
          <w:rFonts w:ascii="Times New Roman" w:hAnsi="Times New Roman" w:eastAsia="Times New Roman" w:cs="Times New Roman"/>
        </w:rPr>
        <w:t>Pe sella ojehasa vaʼekue umi cien cuarenta y cuatro milpe ojehechauka Exeter camp meeting rupive, Cristo omoambuévo Simón réra Pedrope ha Lázaro jeikove jevy rupive. Upe jeikove jevy ohechauka typológicamente umi mokõi testigo jeikove jevy Apocalipsis capítulo once-pe. Umi versículo diez guive dieciséis peve ohechauka pe tembiasakue ñemiguáva versículo cuarentapegua. Pe ojeipeʼa ñepyrũ pe tembiasakue ñemiguáva versículo cuarentapegua oñepyrũ vaʼekue pe cumplimiento histórico versículo oncepegua ryepýpe ha pe ñorairõ ucraniano ndive. Julio de 2023 guive, upe tembiasakue ñemiguáva oĩ hína ojeipeʼa hag̃uáicha pe León Judá ñemoñaregua rupive.</w:t>
      </w:r>
    </w:p>
    <w:p>
      <w:pPr>
        <w:pStyle w:val="ArticleBody"/>
        <w:jc w:val="left"/>
      </w:pPr>
      <w:r>
        <w:rPr>
          <w:rFonts w:ascii="Times New Roman" w:hAnsi="Times New Roman" w:eastAsia="Times New Roman" w:cs="Times New Roman"/>
        </w:rPr>
        <w:t>Umi candidato-kuéra oĩ hag̃ua umi cien cuarenta y cuatro mil apytépe oñemongove jey rire pe versículo once-pe, Apocalipsis capítulo once-pe, oñepyrũ pe prueba profética ojehecha hag̃uáicha tekotevẽva ojehasa antes de que probation oñemboty pe léi domingo-pe, pe Hermana White ohechauka vaʼekueha pe prueba taʼanga mymba guasu rehegua.</w:t>
      </w:r>
    </w:p>
    <w:p>
      <w:pPr>
        <w:pStyle w:val="ArticleScripture"/>
        <w:jc w:val="left"/>
      </w:pPr>
      <w:r>
        <w:rPr>
          <w:rFonts w:ascii="Times New Roman" w:hAnsi="Times New Roman" w:eastAsia="Times New Roman" w:cs="Times New Roman"/>
        </w:rPr>
        <w:t>“Pe Ñandejára ohechauka chéve hesakã porãha mymba ra'anga oñemoheñoitaha mboyve oñemboty hag̃ua probation; pórke kóva ha’éta pe prueba guasu Tupã tavayguakuérape guarã, upévare ojedesidíta hikuái ipahaitépe heko py’aguapy térã ñehundi opa ára g̃uarã. Nde posición niko peteĩ jehe’a guasuite mba’e ndojoajúiva apytépe, upévare sa’iiterei oñembotavýta.”</w:t>
      </w:r>
    </w:p>
    <w:p>
      <w:pPr>
        <w:pStyle w:val="ArticleScripture"/>
        <w:jc w:val="left"/>
      </w:pPr>
      <w:r>
        <w:rPr>
          <w:rFonts w:ascii="Times New Roman" w:hAnsi="Times New Roman" w:eastAsia="Times New Roman" w:cs="Times New Roman"/>
        </w:rPr>
        <w:t>“Apocalipsis 13-pe ko tema ojehechauka porãiterei; [Apocalipsis 13:11–17, oñecita].”</w:t>
      </w:r>
    </w:p>
    <w:p>
      <w:pPr>
        <w:pStyle w:val="ArticleScripture"/>
        <w:jc w:val="left"/>
      </w:pPr>
      <w:r>
        <w:rPr>
          <w:rFonts w:ascii="Times New Roman" w:hAnsi="Times New Roman" w:eastAsia="Times New Roman" w:cs="Times New Roman"/>
        </w:rPr>
        <w:t>“Kóva hína pe prueba tavayguakuéra Tupã rehegua oguerekóva’erã oñemboty hag̃ua hese kuéra pe sello. Opavave ohechaukáva’ekue ijerovia hag̃ua Tupãre iñe’ẽrendúvo Hembiapoukapýpe, ha omboykévo oasepta hag̃ua peteĩ sábado japu, oñemohendáta Ñandejára Tupã Jehová poyvi guýpe, ha ohupytýta pe sello Tupã oikovéva rehegua. Umi omboykéva pe añetegua yvágagui ouva ha oaseptáva pe sábado domingo rehegua, ohupytýta pe mymba ñaña marka.” Manuscript Releases, volúmen 15, 15.</w:t>
      </w:r>
    </w:p>
    <w:p>
      <w:pPr>
        <w:pStyle w:val="ArticleBody"/>
        <w:jc w:val="left"/>
      </w:pPr>
      <w:r>
        <w:rPr>
          <w:rFonts w:ascii="Times New Roman" w:hAnsi="Times New Roman" w:eastAsia="Times New Roman" w:cs="Times New Roman"/>
        </w:rPr>
        <w:t>Pe línia profética okapegua ojeipe’a Daniel 11, versíkulo 11 rembiasápe, ha pe línia hyepypegua ojeipe’a Apocalipsis kapítulo 11, versíkulo 11-pe. Pe línia okapegua ohechauka mba’éichapa pe mymba ra’anga, ombojegua peteĩ joaju iglesia ha estado rehegua, pe iglesia oguerekohápe poguype pe joaju, oñemopyenda umi oikovéva juicio aja. Pe línia hyepypegua ohechauka mba’éichapa Cristo ra’anga, ombojegua peteĩ joaju divinidad ha humanidad rehegua, oñemopyenda umi oikovéva juicio aja.</w:t>
      </w:r>
    </w:p>
    <w:p>
      <w:pPr>
        <w:pStyle w:val="ArticleBody"/>
        <w:jc w:val="left"/>
      </w:pPr>
      <w:r>
        <w:rPr>
          <w:rFonts w:ascii="Times New Roman" w:hAnsi="Times New Roman" w:eastAsia="Times New Roman" w:cs="Times New Roman"/>
        </w:rPr>
        <w:t>Pe mbyekovia ñemyatyrõha mbohapyha ánhel rehegua ha umi cien cuarenta y cuatro mil rehegua oñepyrũ ára pahaépe ary 1989-pe, ojehechaukaháicha Daniel 11, versíkulo 10-pe. Upérõ avei oñepyrũ Daniel capítulo 12 ñemoañete perfecto.</w:t>
      </w:r>
    </w:p>
    <w:p>
      <w:pPr>
        <w:pStyle w:val="ArticleScripture"/>
        <w:jc w:val="left"/>
      </w:pPr>
      <w:r>
        <w:rPr>
          <w:rFonts w:ascii="Times New Roman" w:hAnsi="Times New Roman" w:eastAsia="Times New Roman" w:cs="Times New Roman"/>
        </w:rPr>
        <w:t>Ha he’i chupe: Tereho nde rape, Daniel; koʼã ñeʼẽ niko oñemboty ha oñemboguapy hag̃ua sellorã pe ára paha peve. Heta oñemopotĩta, oñemomorotĩta ha oñehaʼãmbaitéta; umi iñañáva katu ojapóta mbaʼe vai, ha avave umi iñañávagui ndoikumbymoʼãi; umi arandúva katu oikumbýta. Daniel 12:9, 10.</w:t>
      </w:r>
    </w:p>
    <w:p>
      <w:pPr>
        <w:pStyle w:val="ArticleBody"/>
        <w:jc w:val="left"/>
      </w:pPr>
      <w:r>
        <w:rPr>
          <w:rFonts w:ascii="Times New Roman" w:hAnsi="Times New Roman" w:eastAsia="Times New Roman" w:cs="Times New Roman"/>
        </w:rPr>
        <w:t>Pe capítulo once rehegua versíkulo diez ohechauka peteĩ “mopotĩrã rape” ñepyrũ, ojehechaukáva pe ángel peteĩha rupive Tupã kyhyje ramo. Pe versíkulo once ha doce ohechauka moõpa umi cien cuarenta y cuatro mil oñemopotĩ morotĩ. Zacarías kuatiañe'ẽ omombe'u pe jehasa.</w:t>
      </w:r>
    </w:p>
    <w:p>
      <w:pPr>
        <w:pStyle w:val="ArticleScripture"/>
        <w:jc w:val="left"/>
      </w:pPr>
      <w:r>
        <w:rPr>
          <w:rFonts w:ascii="Times New Roman" w:hAnsi="Times New Roman" w:eastAsia="Times New Roman" w:cs="Times New Roman"/>
        </w:rPr>
        <w:t>Ha ohechauka chéve Josué, pe pa’i guasu, oñembo’yva Ñandejára ánhel renondépe, ha Satanás avei oñembo’yva ijakatu gotyo ombohovái hag̃ua chupe. Upéi Ñandejára he’i Satanáspe: “Ta nde juky’o Ñandejára, Satanás; heẽ, Ñandejára ojeporavóva Jerusalénpe, ta nde juky’o. Ndaha’éi piko kóva peteĩ yvyra rakã’i ojehekýiva tatágui?” Josué katu oñemonde ao ky’ápe, ha oñembo’y pe ánhel renondépe. Upéi pe ánhel oñe’ẽ ha he’i umi oñembo’yvape henondépe: “Peipe’a chugui umi ao ky’a.” Ha chupe he’i: “Ma’ẽke, aipe’a ndehegui ne rembiapo vaikue, ha romonde ao pyahúpe.” Ha che ha’e: “Toñemoĩ iñakã ári peteĩ akãao porã.” Upémarõ omoĩ hikuái iñakã ári peteĩ akãao porã, ha omonde chupe ao reheve. Ha Ñandejára ánhel oñembo’y upépe. Zacarías 3:1–5.</w:t>
      </w:r>
    </w:p>
    <w:p>
      <w:pPr>
        <w:pStyle w:val="ArticleBody"/>
        <w:jc w:val="left"/>
      </w:pPr>
      <w:r>
        <w:rPr>
          <w:rFonts w:ascii="Times New Roman" w:hAnsi="Times New Roman" w:eastAsia="Times New Roman" w:cs="Times New Roman"/>
        </w:rPr>
        <w:t>Ko pasaje oñembotyaje Cristo rembiapo pahápe Sumo Sacerdóte ramo ha ohechauka umi cien cuarenta y cuatro mil oñeselláva.</w:t>
      </w:r>
    </w:p>
    <w:p>
      <w:pPr>
        <w:pStyle w:val="ArticleScripture"/>
        <w:jc w:val="left"/>
      </w:pPr>
      <w:r>
        <w:rPr>
          <w:rFonts w:ascii="Times New Roman" w:hAnsi="Times New Roman" w:eastAsia="Times New Roman" w:cs="Times New Roman"/>
        </w:rPr>
        <w:t>“Zacarías visión Josué ha pe Ángelo rehegua ojeporu mbarete ijojaha’ỹvape Tupã tavayguakuéra jehasápe ára guasu ñemoĩporã paha gotyoguápe. Upe ramo pe tupaogua rembyre oguerahaukáta peteĩ jehasa asy guasu ha py’apy guasúpe. Umi oñongatúva Tupã mandamiénto ha Jesús jerovia oñandúta dragón ha imbohorykuéra pochy. Satanás ohecha yvy tuichakue imba’erã ramo; ojapyhy jepe heta cristiano he’ínteva ijehe. Hákatu ko’ápe oĩ peteĩ aty michĩva ombohováiva isãmbyhy. Ikatúramo ombogue chupekuéra yvy ape ári, itriunfo oñembotýtaite. Oinfluensiaháicha umi tetãnguéra pagano Israel ñehundípe, upéicha avei hi’aguĩma hag̃ua omokyre’ỹta umi mbarete aña yvy arigua ohundi hag̃ua Tupã tavayguakuérape. Yvyporakuéra ojejeruréta iñe’ẽrendu hag̃ua kuimba’e rembiapoukapykuérape, omboykévo pe léi divína.” Profetas ha Mburuvichakuéra, 587.</w:t>
      </w:r>
    </w:p>
    <w:p>
      <w:pPr>
        <w:pStyle w:val="ArticleBody"/>
        <w:jc w:val="left"/>
      </w:pPr>
      <w:r>
        <w:rPr>
          <w:rFonts w:ascii="Times New Roman" w:hAnsi="Times New Roman" w:eastAsia="Times New Roman" w:cs="Times New Roman"/>
        </w:rPr>
        <w:t>“pe ára guasu ñemoĩporã paha rehegua” ha’e ñepytyvõha, tenonderã, umi cien cuarenta y cuatro mil rehegua, ha upéi ojejoko hag̃ua Tupã ra’ykuéra ambuekuéra oĩva ko’ág̃a Babilóniape.</w:t>
      </w:r>
    </w:p>
    <w:p>
      <w:pPr>
        <w:pStyle w:val="ArticleScripture"/>
        <w:jc w:val="left"/>
      </w:pPr>
      <w:r>
        <w:rPr>
          <w:rFonts w:ascii="Times New Roman" w:hAnsi="Times New Roman" w:eastAsia="Times New Roman" w:cs="Times New Roman"/>
        </w:rPr>
        <w:t>“Oñemomirĩ aja Tupã tavayguakuéra henondépe, ojerure asy hag̃ua ipy’a potĩ hag̃ua, oñeme’ẽ pe mandato: ‘Peipe’a umi ao ky’a’; ha oñeñe’ẽ chupekuéra ñe’ẽ ñemokyre’ỹ reheve: ‘Pema’ẽke, ambohasa ndehegui ne rembiapo vai, ha amonde ndéve ao pyahu.’ Zacarías 3:4. Pe ao marã’ỹ Cristo tekojoja rehegua oñemoĩ Tupã ra’ykuéra jerovia hag̃ua ojeipy’amongetáva, oñeha’ãmbáva ha jeroviapýva ári. Pe hembýva ojehecharamóva’ỹ oñemonde ao mimbipa reheve, araka’eve hag̃ua noñemongy’ái hag̃ua ko yvygua ñembyai rupive. Hérakuéra opyta Cordero kuatia tekove reheguápe, ojehai hag̃ua umi jeroviapýva opa ára rehegua apytépe. Ha’ekuéra ombohovái pe ñembotavyhára ñuhãnguéra; ndopytái ijerovia mbaretegui pe dragón sapukái rupi. Ko’ág̃a opyta hag̃ua opa ára g̃uarã ojepysyrýva pe py’ara’ãhára ñuhãgui. Iñangaipakuéra oñembohasa angaipa moñepyrũharápe. Peteĩ ‘akãao porãite’ oñemoĩ iñakã ári.”</w:t>
      </w:r>
    </w:p>
    <w:p>
      <w:pPr>
        <w:pStyle w:val="ArticleScripture"/>
        <w:jc w:val="left"/>
      </w:pPr>
      <w:r>
        <w:rPr>
          <w:rFonts w:ascii="Times New Roman" w:hAnsi="Times New Roman" w:eastAsia="Times New Roman" w:cs="Times New Roman"/>
        </w:rPr>
        <w:t>“Aña Satanás oñehaʼã aja omoĩ hag̃ua iñakusa hag̃ua, ánhel marangatu, ojehechaʼỹva, ohasa ha ou, omoĩvo umi jeroviapývare Ñandejára oikovéva séllo. Koʼãva hína umi oĩva yvytýpe Sión ári pe Ovecha Raʼy ndive, ha oguereko Túva réra ojehaíva iñakã renondépe. Haʼekuéra opurahéi pe purahéi pyahu guapyha renondépe, upe purahéi avave ndaikatúi oikuaa, ndahaʼéiramo umi cien cuarenta y cuatro mil añónte, umi ojepyréva yvygui. ‘Koʼãva hína umi oseguíva pe Ovecha Raʼýpe oho hag̃uáicha haʼe ohohápe. Koʼãva ojepyréva yvypóra apytégui, peteĩ yva tenondegua ramo Ñandejárape ha pe Ovecha Raʼýpe guarã. Ha ijurupe ndojejuhúi mbotavy: haʼekuéra niko ndojavyiʼỹre oĩ Ñandejára guapyha renondépe.’ Apocalipsis 14:4, 5.”</w:t>
      </w:r>
    </w:p>
    <w:p>
      <w:pPr>
        <w:pStyle w:val="ArticleScripture"/>
        <w:jc w:val="left"/>
      </w:pPr>
      <w:r>
        <w:rPr>
          <w:rFonts w:ascii="Times New Roman" w:hAnsi="Times New Roman" w:eastAsia="Times New Roman" w:cs="Times New Roman"/>
        </w:rPr>
        <w:t>“Koʼág̃a ojehupyty pe ñeʼẽngue Ánhel rembiporu tuichakue jeporavopyre: ‘Ehendu koʼág̃a, nde Josué, paʼi guasu, nde ha umi ne irũ oguapýva nde renondépe; haʼekuéra niko kuimbaʼe ojehecharamóva; péina, che aguerúta Che Mbaʼeyrã, pe Yvyra Raky.’ Zacarías 3:8. Cristo ojechauka pe Ijepyrorãha ha Iñemosãsõhára ramo Ipuéblorã. Koʼág̃a añetehápe pe hembýva hikuái ‘kuimbaʼe ojehecharamóva’, ha pe taresay ha ñemomirĩ ojapóvape ikuéra jeiko-pukukue aja oñemoambue vyʼápe ha terakuã porãme Tupã ha pe Ovecha Raʼy renondépe. ‘Upe árape Ñandejára Raky porã ha mimbipáta, ha yvy rembiapokue iporãitereíta ha ojeguerohory hag̃ua umi Israel-gua osẽ vaʼekuépe g̃uarã. Ha upérõ oikóta, pe opytáva Siónpe ha pe hembýva Jerusalénpe oñembohérata hag̃ua marangatu, peteĩteĩ umi ojehaíva umi oikovéva apytépe Jerusalénpe.’ Isaías 4:2, 3.” Profetas y Reyes, 591, 592.</w:t>
      </w:r>
    </w:p>
    <w:p>
      <w:pPr>
        <w:pStyle w:val="ArticleBody"/>
        <w:jc w:val="left"/>
      </w:pPr>
      <w:r>
        <w:rPr>
          <w:rFonts w:ascii="Times New Roman" w:hAnsi="Times New Roman" w:eastAsia="Times New Roman" w:cs="Times New Roman"/>
        </w:rPr>
        <w:t>Pe sellamiento ha’e pe mokõiha paso pe “opotĩ, ojejapo morotĩ ha oñeha’ã” Daniel rehegua. Umi versíkulo once ha doce ohechauka Rusia pu’aka paha ha ho’a paha, pe mburuvicha kuarahyresẽ gotyogua maranduhára rehegua, oiko mboyve ñorairõ Pánion pegua umi versíkulo trece guive quince peve. Pe cien cuarenta y cuatro mil oñemboi’óvo chuguikuéra ijao ky’a Cristo rupive pe ára guasu expiación rehegua pahaitepe, oguereko hikuái peteĩ “mitra porã”, upéva ha’e Daniel oñemomba’eguasu hag̃ua mbohapyha mburuvicha ramo, pe ao pytã asy ha pe cadena óro ndive. Upéva avei ha’e José oñeme’ẽ hague pe cadena óro, oñemomba’eguasu hag̃ua mokõiha mburuvicha ramo ha oñeme’ẽ haguére chupe pe mburuvicha kuatia’ẽ ring. Pe “ring” ohechauka pe sella mburuvichagua, peteĩ mburuvicha oipurúva omoĩ hag̃ua i léi kuérape pe sella mburuvichagua.</w:t>
      </w:r>
    </w:p>
    <w:p>
      <w:pPr>
        <w:pStyle w:val="ArticleBody"/>
        <w:jc w:val="left"/>
      </w:pPr>
      <w:r>
        <w:rPr>
          <w:rFonts w:ascii="Times New Roman" w:hAnsi="Times New Roman" w:eastAsia="Times New Roman" w:cs="Times New Roman"/>
        </w:rPr>
        <w:t>Darío oiporu imboyvy hag̃ua hymba’i ryru ojejoko haguã pe yvykua oñemoĩ haguépe Daniel leónguéra apytépe.</w:t>
      </w:r>
    </w:p>
    <w:p>
      <w:pPr>
        <w:pStyle w:val="ArticleScripture"/>
        <w:jc w:val="left"/>
      </w:pPr>
      <w:r>
        <w:rPr>
          <w:rFonts w:ascii="Times New Roman" w:hAnsi="Times New Roman" w:eastAsia="Times New Roman" w:cs="Times New Roman"/>
        </w:rPr>
        <w:t>Upéi mburuvicha guasu omanda, ha ogueru hikuái Daniel-pe, ha omombo chupe león-kuéra itaýpe. Upérõ mburuvicha guasu oñe'ẽ ha he'i Daniel-pe: Nde Jára, remoñepytyvõva meme, ha'e ndepeysóta. Ha ogueru hikuái peteĩ ita, ha omoĩ pe itaý jurúre; ha mburuvicha guasu omboty hag̃ua upéva iséllo teé reheve, ha avei imburuvichakuéra sél lo reheve; ani hag̃ua oñemoambue mba'eve Daniel rehegua. Daniel 6:16, 17.</w:t>
      </w:r>
    </w:p>
    <w:p>
      <w:pPr>
        <w:pStyle w:val="ArticleBody"/>
        <w:jc w:val="left"/>
      </w:pPr>
      <w:r>
        <w:rPr>
          <w:rFonts w:ascii="Times New Roman" w:hAnsi="Times New Roman" w:eastAsia="Times New Roman" w:cs="Times New Roman"/>
        </w:rPr>
        <w:t>Pe ñe’ẽ hebreo oñembohasáva “anillo de sellar” ramo ha’e H5824 Strong-pe, ha oúva peteĩ ñe’ẽ rapo ojogueraháva H5823 rehe; he’iséva peteĩ kuãirũ sellador (oñegrabáva ramo guáicha). Josué pe ánhel renondépe, Daniel umi león kuápe, José Faraón renondépe ohechauka umi cien cuarenta y cuatro mil ñembosella, ha upéva hína pe mokõiha prueba Daniel doce-pe, upépe umi oñemopotĩmava upéi “oñemomorotĩ” “oñeha’ã” mboyve. Ko’ã línea avei ojehechauka “Zorobabel” rupive, “Salatiel ra’y.”</w:t>
      </w:r>
    </w:p>
    <w:p>
      <w:pPr>
        <w:pStyle w:val="ArticleScripture"/>
        <w:jc w:val="left"/>
      </w:pPr>
      <w:r>
        <w:rPr>
          <w:rFonts w:ascii="Times New Roman" w:hAnsi="Times New Roman" w:eastAsia="Times New Roman" w:cs="Times New Roman"/>
        </w:rPr>
        <w:t>Upe árape, he’i Jehová de los ejérsito, romoguahẽta ndéve, Zorobabel, che rembiguái, Sealtiel ra’y, he’i Jehová, ha romoĩta peteĩ kuãirũicha; che aiporavo rupi ndéve, he’i Jehová de los ejérsito. Hageo 2:23.</w:t>
      </w:r>
    </w:p>
    <w:p>
      <w:pPr>
        <w:pStyle w:val="ArticleBody"/>
        <w:jc w:val="left"/>
      </w:pPr>
      <w:r>
        <w:rPr>
          <w:rFonts w:ascii="Times New Roman" w:hAnsi="Times New Roman" w:eastAsia="Times New Roman" w:cs="Times New Roman"/>
        </w:rPr>
        <w:t>Zorobabel he’ise Babilonia ñemoñare, ha itúva héra va’ekue Salatiel, he’iséva “Tupãgui jeruréva.” Zorobabel ohechauka pe marandu mokõiha ángel rehegua, ohenóiva Babilonia ñemoñarekuérape Tupã ovecha atype ára pahápe. “Ñembo’e” mba’e ojejuhu irundy sua ha irundy mil rehegua ndive, ha’ekuéra oguenohẽva Babilonia ñemoñare paha; pe ñembopyahu niko ñembo’e rupive añoite oiko.</w:t>
      </w:r>
    </w:p>
    <w:p>
      <w:pPr>
        <w:pStyle w:val="ArticleScripture"/>
        <w:jc w:val="left"/>
      </w:pPr>
      <w:r>
        <w:rPr>
          <w:rFonts w:ascii="Times New Roman" w:hAnsi="Times New Roman" w:eastAsia="Times New Roman" w:cs="Times New Roman"/>
        </w:rPr>
        <w:t>“Peteĩ ñemyingove jey Tupã rayhu añeteguáva ñande apytépe ha’e opaite ñane remikotevẽ gui tuichavéva ha pya’eve oikotevẽva. Hekávo upéva va’erã ha’e ñane rembiapo peteĩha. Oĩva’erã ñeha’ã kyre’ỹ jaipyhy hag̃ua Ñandejára jehovasa, ndaha’éi Tupã ndoipotái hag̃uáicha ome’ẽ ñandéve Ijehovasa, síno ñande nañaimbosako’ígui jajerure hag̃ua upéva. Ñande Ru yvagagua tuichave oipotágui ome’ẽ Ijespíritu Santo umi ojeruréva chupe, umi túva yvy arigua oipotaháicha ome’ẽ mba’e porã ita’yrakuérape. Hákatu ha’e ñane rembiapo, ñemombe’u, ñemomirĩ, ñembyasy ha ñembo’e kyre’ỹ rupive, ñamohu’ã hag̃ua umi condición Tupã oprometéva hi’ári ome’ẽtaha ñandéve Ijehovasa. Peteĩ ñemyingove jey oñeha’arõva’erã añoite ñembo’e rupi. Pe tetãygua oikóramo gueteri imboriahueterei Tupã Espíritu Santo rehe, ndaikatumo’ãi omomba’e pe Ñe’ẽ ñemombe’u; ha katu pe Espíritu pu’aka opokóramo ikorasõre, upéicharõ umi ñe’ẽmondo oñeme’ẽva ndaha’emo’ãi mba’e’ỹre. Ojegueraháva Tupã Ñe’ẽ ñembo’e reheve, Ijespíritu jehechauka ndive, ha akãguapy porã jeporu rupive, umi oho ñande atyhápe ohupytýta peteĩ jehasa iporãitereíva ha hepyetereíva, ha ogajépe ojevyvo, oñembosakóita omoañete hag̃ua peteĩ influencia hesãiva.”</w:t>
      </w:r>
    </w:p>
    <w:p>
      <w:pPr>
        <w:pStyle w:val="ArticleScripture"/>
        <w:jc w:val="left"/>
      </w:pPr>
      <w:r>
        <w:rPr>
          <w:rFonts w:ascii="Times New Roman" w:hAnsi="Times New Roman" w:eastAsia="Times New Roman" w:cs="Times New Roman"/>
        </w:rPr>
        <w:t>“Ymaguare estandárte rerahaha kuéra oikuaa mba’épa he’ise oñorãirõ Tupã ndive ñembo’épe, ha ovy’a Hembiasakue Espíritu ñehẽguasu reheve. Péro ko’ãva ohasáva hína tembiapo renda guasu ári; ha máva piko opu’ã hína omyenyhẽ hag̃ua hendaguéra? Mba’éichapa oĩ pe generación pyahu osẽva? ¿Ojerepa hikuái Tupã gotyo? ¿Ñañakãrapu’ãpa pe tembiapo oikóva pe santuario yvagapeguápe, térãpa ñaha’arõ peteĩ pokatu mbarete ou hag̃ua tupao ári upéi hag̃uánte ñañemombáy? ¿Ñaha’arõpa jahecha opaite tupao oñembopyahujeýva? Upe ára araka’eve ndoúmo’ãi.</w:t>
      </w:r>
    </w:p>
    <w:p>
      <w:pPr>
        <w:pStyle w:val="ArticleScripture"/>
        <w:jc w:val="left"/>
      </w:pPr>
      <w:r>
        <w:rPr>
          <w:rFonts w:ascii="Times New Roman" w:hAnsi="Times New Roman" w:eastAsia="Times New Roman" w:cs="Times New Roman"/>
        </w:rPr>
        <w:t>“Oĩ tapicha kuéra iglesia-pe ndojekonvertíriva, ha ndopytáiva oñembojoajúvo ñembo’e serio, ipu’akapáva rehe. Tekotevẽ ñañepyrũ tembiapo peteĩteĩva. Tekotevẽ ñañembo’e hetave ha ñañe’ẽ sa’ive. Tekovaí oñemboheta, ha tavayguakuérape oñembo’eva’erã ani hag̃ua oñembopy’aguapy Tupãrayhupápe peteĩ heko año rehe, espíritu ha pu’aka’ỹre. Ñañemoĩmbaitéramo ñahesa’ỹijo hag̃ua ñande py’a tee, ñamombo hag̃ua ñane angaipa kuéra, ha ñamyatyrõ hag̃ua ñane inclinasión vai kuéra, ñane ánga ndojupi mo’ãi tekovai rei gotyo; ndajajeroviái mo’ãi ñandejehe, jaguerekóta rupi peteĩ ñeñandu opytáva tapiaite ñane mbaretekue oúva Tupãgui.” Selected Messages, aranduka 1, 121, 122.</w:t>
      </w:r>
    </w:p>
    <w:p>
      <w:pPr>
        <w:pStyle w:val="ArticleBody"/>
        <w:jc w:val="left"/>
      </w:pPr>
      <w:r>
        <w:rPr>
          <w:rFonts w:ascii="Times New Roman" w:hAnsi="Times New Roman" w:eastAsia="Times New Roman" w:cs="Times New Roman"/>
        </w:rPr>
        <w:t>Pe ñembo’e rembiapo rechaukaha oñemyesakã Daniel-pe, omoĩporãvo peteĩ ñembo’e oikua hag̃ua pe marandu okapeguáva capítulo mokõihápe, ha avei peteĩ ñembo’e omboaje hag̃ua pe marandu hyepypegua ojehechaukáva capítulo porundýpe. Zorobabel ha itúva Sealtiel orrepresenta pe sella ojeporóva umi cien cuarenta y cuatro mil rehe pe mokõiha prueba-pe, upéva hína pe prueba ojehecháva mymba ra’anga rehegua, ha upéva avei hína pe prueba hyepypegua ojehechaukáva Apocalipsis capítulo once, versículo once-pe, ha avei pe prueba okapegua ojehechaukáva Daniel capítulo once, versículo once-pe.</w:t>
      </w:r>
    </w:p>
    <w:p>
      <w:pPr>
        <w:pStyle w:val="ArticleBody"/>
        <w:jc w:val="left"/>
      </w:pPr>
      <w:r>
        <w:rPr>
          <w:rFonts w:ascii="Times New Roman" w:hAnsi="Times New Roman" w:eastAsia="Times New Roman" w:cs="Times New Roman"/>
        </w:rPr>
        <w:t>Romoñe’ẽmante pe téxto once-peguare pe artíkulo oúvape.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Papapy 9</dc:title>
  <dc:subject>Línea Mbohapyha’ẽve</dc:subject>
  <dc:creator>Jeff Pippenger</dc:creator>
  <cp:keywords/>
  <dc:description>Generated by ArticleDigger from panium\09_panium.json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