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Papapy Once Once</w:t>
      </w:r>
    </w:p>
    <w:p>
      <w:pPr>
        <w:pStyle w:val="ArticleSubtitle"/>
        <w:jc w:val="left"/>
      </w:pPr>
      <w:r>
        <w:rPr>
          <w:rFonts w:ascii="Arial" w:hAnsi="Arial" w:eastAsia="Arial" w:cs="Arial"/>
        </w:rPr>
        <w:t>Once, once: Daniel ha Apocalipsis ñe’ẽmarandu profético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2025-08-09</w:t>
      </w:r>
    </w:p>
    <w:p>
      <w:pPr>
        <w:pStyle w:val="ArticleBody"/>
        <w:jc w:val="left"/>
      </w:pPr>
      <w:r>
        <w:rPr>
          <w:rFonts w:ascii="Times New Roman" w:hAnsi="Times New Roman" w:eastAsia="Times New Roman" w:cs="Times New Roman"/>
        </w:rPr>
        <w:t>Hasy aréma chéve ajuhu hag̃ua ko punto peve Panium rehegua estudiope, ha pe título “Once, Once” ojehupyty hag̃ua oñemomba’eguasu hag̃ua León Judá ñemoñaregua ombohysýi hague mokõive Daniel kuatiañe’ẽ ha Apocalipsis kuatiañe’ẽ omoĩ hag̃ua mba’éichapa ojehechauka umi línea hyepypegua ha okápeguáva pe tembiasakue rehegua Tupã tavayguakuéra ñembotýva rehe, pe capítulo onceha ha versículo oncehape. Oñemboty mboyve pe prueba aravo, oñeme’ẽ peteĩ mandamiento ojeipe’a hag̃ua pe profesía Apocalipsis-pe oĩva oñembotýramo guare pe ára peve umi tembiasakue profétikogua hyepypegua ha okápeguáva, ojehechaukáva umi mokõi línea once—once rupive, ojejuhúva Daniel ha Apocalipsis kuatiañe’ẽnguérape, oiko pe añetegua ko’ág̃agua.</w:t>
      </w:r>
    </w:p>
    <w:p>
      <w:pPr>
        <w:pStyle w:val="ArticleScripture"/>
        <w:jc w:val="left"/>
      </w:pPr>
      <w:r>
        <w:rPr>
          <w:rFonts w:ascii="Times New Roman" w:hAnsi="Times New Roman" w:eastAsia="Times New Roman" w:cs="Times New Roman"/>
        </w:rPr>
        <w:t>Ha ha’e he’i chéve: Ani rembyasýi pe profecía ñe’ẽnguéra ko aranduka peguáva; pe ára og̃uahẽma. Pe hekojoja’ỹva, toiko hekojoja’ỹme gueteri; ha pe ky’áva, toiko ky’áme gueteri; ha pe hekojojáva, toiko hekojojápe gueteri; ha pe imarangatúva, toiko marangatúpe gueteri. Apocalipsis 22:10, 11.</w:t>
      </w:r>
    </w:p>
    <w:p>
      <w:pPr>
        <w:pStyle w:val="ArticleBody"/>
        <w:jc w:val="left"/>
      </w:pPr>
      <w:r>
        <w:rPr>
          <w:rFonts w:ascii="Times New Roman" w:hAnsi="Times New Roman" w:eastAsia="Times New Roman" w:cs="Times New Roman"/>
        </w:rPr>
        <w:t>Pe “ára hi’aguĩma” pe jehovasa renda oñemboty mboyveite, ha pe “ára hi’aguĩma” umi “Jesucristo Ñemombe’upy” oñemboja’o’ỹva ojepe’ávo hag̃ua.</w:t>
      </w:r>
    </w:p>
    <w:p>
      <w:pPr>
        <w:pStyle w:val="ArticleScripture"/>
        <w:jc w:val="left"/>
      </w:pPr>
      <w:r>
        <w:rPr>
          <w:rFonts w:ascii="Times New Roman" w:hAnsi="Times New Roman" w:eastAsia="Times New Roman" w:cs="Times New Roman"/>
        </w:rPr>
        <w:t>Jesucristo ñemombe’upy ojehechaukapýva, Tupã ome’ẽ va’ekue chupe, ohechauka hag̃ua hemiguái kuérape umi mba’e pya’e hag̃uáicha oiko; ha ha’e omondo ha oikuaauka iángel rupive hemiguái Juan-pe: ha’éva omombe’u añetéva Tupã ñe’ẽ rehe, ha Jesucristo testimónio rehe, ha opa umi mba’e ha’e ohecha va’ekue rehe. Ojehovasa pe omoñe’ẽva, ha umi ohendúva ko profesía ñe’ẽ, ha oñongatúva umi mba’e ipype ojehaíva: ag̃ui ningo pe ára. Apocalipsis 1:1–3.</w:t>
      </w:r>
    </w:p>
    <w:p>
      <w:pPr>
        <w:pStyle w:val="ArticleBody"/>
        <w:jc w:val="left"/>
      </w:pPr>
      <w:r>
        <w:rPr>
          <w:rFonts w:ascii="Times New Roman" w:hAnsi="Times New Roman" w:eastAsia="Times New Roman" w:cs="Times New Roman"/>
        </w:rPr>
        <w:t>Pe León Judá ñemoñaregua oipe’a hag̃ua pe “Jesucristo Revelación”, ha’e ojapoháicha hína pe marandu Pyhare Mbyte Sapy’a yvytu rehegua oguahẽ guive jasypokõi ary 2023-pe, upe jeipe’a oike avei pe jehechauka ha’eha “Palmoni”, pe Papaha Mba’eporãite, térã pe Papaha Ñemimbykuéra. Ndojejapyhyiramo ko añetegua, upéva hína ndaikatúi hag̃ua oñemboguejy pe prueba rape omohu’ãva ñesella umi cien cuarenta y cuatro mil-pe.</w:t>
      </w:r>
    </w:p>
    <w:p>
      <w:pPr>
        <w:pStyle w:val="ArticleScripture"/>
        <w:jc w:val="left"/>
      </w:pPr>
      <w:r>
        <w:rPr>
          <w:rFonts w:ascii="Times New Roman" w:hAnsi="Times New Roman" w:eastAsia="Times New Roman" w:cs="Times New Roman"/>
        </w:rPr>
        <w:t>Che añetehápe pomongarai ype peñeñearrepenti hag̃ua; ha upe ouva che rire katu imbareteve chehegui, ha ndaha’éi che porãva voi agueraha hag̃ua iñasã; ha’e penemongaraíta Espíritu Santope, ha tatápe: ipope oguereko iaventadóra, ha omopotĩmbaitéta porã ikokue, ha ombyatýta itrígo pe mba’yrúpe; ha tatá ndojehe’ẽivape ohapýta pe ñuatĩmby. Mateo 3:11, 12.</w:t>
      </w:r>
    </w:p>
    <w:p>
      <w:pPr>
        <w:pStyle w:val="ArticleScripture"/>
        <w:jc w:val="left"/>
      </w:pPr>
      <w:r>
        <w:rPr>
          <w:rFonts w:ascii="Times New Roman" w:hAnsi="Times New Roman" w:eastAsia="Times New Roman" w:cs="Times New Roman"/>
        </w:rPr>
        <w:t>“Arakaʼe pyaʼeitepa oñepyrũta ko ñemopotĩ ñembopiroʼỹrã, ndaikatúi haʼe. Hákatu ndopytareimoʼãi are. Pe oguerekóva ipepo omonguʼéva ipope omopotĩta Itupão ipañuãikuéra tekoporãgua kyʼágui. Omopotĩmbaitéta porã Itupao renda.” Testimonies to Ministers, 372, 373.</w:t>
      </w:r>
    </w:p>
    <w:p>
      <w:pPr>
        <w:pStyle w:val="ArticleBody"/>
        <w:jc w:val="left"/>
      </w:pPr>
      <w:r>
        <w:rPr>
          <w:rFonts w:ascii="Times New Roman" w:hAnsi="Times New Roman" w:eastAsia="Times New Roman" w:cs="Times New Roman"/>
        </w:rPr>
        <w:t>Umi línea profética omombeʼúva pe tiempo del sellamiento peteĩ proceso de prueba profética ramo hetaiterei. Ojehechakuaa porã pe proceso de prueba oñemopyenda hag̃ua temimboʼekuéra aptitud ha ikatupyry rehe ombo hag̃ua pe metodología hekoitéva térã hekoʼỹva Ñandejára Ñeʼẽ profética ñehesaʼỹijope g̃uarã. Ko añetegua avei oñemoĩ porãiterei pe registro inspirado ryepýpe.</w:t>
      </w:r>
    </w:p>
    <w:p>
      <w:pPr>
        <w:pStyle w:val="ArticleScripture"/>
        <w:jc w:val="left"/>
      </w:pPr>
      <w:r>
        <w:rPr>
          <w:rFonts w:ascii="Times New Roman" w:hAnsi="Times New Roman" w:eastAsia="Times New Roman" w:cs="Times New Roman"/>
        </w:rPr>
        <w:t>Ha ko'ã irundy mitãrusu rehe katu Tupã ome'ẽ arandupy ha katupyry opaichagua kuatiañe'ẽ ha arandu rehe; ha Daniel oguereko kuaapy opaite visión ha kéra rehe. Ha oguahẽvo umi ára pahápe mburuvicha guasu he'i haguéicha ojegueru va'erãha chupekuéra, upérõ umi kuimba'e eunuco kuéra ruvicha ogueru chupekuéra Nabucodonosor renondépe. Ha mburuvicha guasu oñe'ẽ hendivekuéra; ha opaite apytépe ndojejuhúi avave ojoguáva Daniel, Hananías, Misael ha Azarías-pe; upévare opyta hikuái mburuvicha guasu renondépe. Ha opaite mba'épe arandu ha kuaapy rehegua, mburuvicha guasu oporandu haguévare chupekuéra, ojuhu chupekuéra pa jevy iporãveha opa umi paje apoha ha mbyja rechakuaa kuéra oĩvagui opaite irreínope. Daniel 1:17–20.</w:t>
      </w:r>
    </w:p>
    <w:p>
      <w:pPr>
        <w:pStyle w:val="ArticleBody"/>
        <w:jc w:val="left"/>
      </w:pPr>
      <w:r>
        <w:rPr>
          <w:rFonts w:ascii="Times New Roman" w:hAnsi="Times New Roman" w:eastAsia="Times New Roman" w:cs="Times New Roman"/>
        </w:rPr>
        <w:t>Peteĩ tembiapoukapy tenondegua marandu profétikova ñemyesakãme ha’e pe añetegua oñemopyenda hag̃ua mokõi testígo rehe; ha umi ndojeroviáiva ko principio rehe, oñemoĩ hikuái tenda vaipe hag̃ua jejavy hag̃uáicha. Peteĩ mba’e pe jehechajey rape oikóva pe sellado aja, oike ipype pe oñehechakuaa hag̃ua pe joaju oĩva umi tembiasakue hyepýpe ha okápe apytépe, umi ojehechaukáva capítulo once ha versículo once-pe Daniel ha Juan rupive.</w:t>
      </w:r>
    </w:p>
    <w:p>
      <w:pPr>
        <w:pStyle w:val="ArticleScripture"/>
        <w:jc w:val="left"/>
      </w:pPr>
      <w:r>
        <w:rPr>
          <w:rFonts w:ascii="Times New Roman" w:hAnsi="Times New Roman" w:eastAsia="Times New Roman" w:cs="Times New Roman"/>
        </w:rPr>
        <w:t>“Pe Apocalipsis ha’e peteĩ kuatiañe’ẽ oñemboty hag̃ua, ha katu avei ha’e peteĩ kuatiañe’ẽ ojepe’áva. Upépe ojehai umi mba’e hechapyrãva oikótava ko yvy rembiasakue ára pahápe. Ko kuatiañe’ẽ mbo’epykuéra ha’e hesakã porãva, ndaha’éi mba’e jepokuaa’ỹ ha ndaikatúiva oñentende. Ipype ojeguereko jey upe profecía rape peteĩchaite Daniel-peguáicha. Oĩ profecíakuéra Ñandejára omombe’u jey va’ekue, upéicha ohechauka hag̃ua tekotevẽha oñeme’ẽ chupekuéra tuicha mba’e. Ñandejára ndojapojéi umi mba’e ndaha’éiva tuicha mba’e guasu.” Manuscript Releases, volúmen 9, 8.</w:t>
      </w:r>
    </w:p>
    <w:p>
      <w:pPr>
        <w:pStyle w:val="ArticleBody"/>
        <w:jc w:val="left"/>
      </w:pPr>
      <w:r>
        <w:rPr>
          <w:rFonts w:ascii="Times New Roman" w:hAnsi="Times New Roman" w:eastAsia="Times New Roman" w:cs="Times New Roman"/>
        </w:rPr>
        <w:t>Daniel ha Apocalipsis kuatiañe'ẽmokõi ohechauka mokõi testígo, ha cien cuarenta y cuatro mil ojehechauka avei mokõi testígo ramo Apocalipsis capítulo once-pe. Pe capítulo versículo once-pe, umi mokõi testígo, ojehechaukáva Elías ha Moisés rupive, oikove jeýma, oñembojoajúvo pe jehechaukarãme mokõivéva rehe: Juan aceite opupúvape ha Daniel león kuéra itakuaýpe. Pe cien cuarenta y cuatro mil ojehechauka Daniel ha Juan rupive, ha avei Elías ha Moisés rupive. Ojehupyty hag̃ua pe prueba rape oguerúva cien cuarenta y cuatro mil, peteĩ temimbo'e oikuaa vaerã pe añetegua oñemopyendaha mokõi testígo ári, ha Daniel ha Apocalipsis kuatiañe'ẽmokõi ohechaukaha mokõi testígo, ha pe cien cuarenta y cuatro mil oñembojehechaukaha Elías ha Moisés ramo ha avei Daniel ha Juan ramo.</w:t>
      </w:r>
    </w:p>
    <w:p>
      <w:pPr>
        <w:pStyle w:val="ArticleBody"/>
        <w:jc w:val="left"/>
      </w:pPr>
      <w:r>
        <w:rPr>
          <w:rFonts w:ascii="Times New Roman" w:hAnsi="Times New Roman" w:eastAsia="Times New Roman" w:cs="Times New Roman"/>
        </w:rPr>
        <w:t>Koʼã añetegua haʼe peteĩ mbyky techaukaha añetegua profétikogua ojoajúva tembiasakue hyepypegua ha okapegua rehe, ojehechaukáva “pateĩ, pateĩ” rupive mokõivéva Daniel ha Apocalipsis-pe. Palmoni ramo, Cristo oguereko mbojojaha mokõive pasáhe, ha avei “pateĩ”, oñembojoajúvo ambue “pateĩ” rehe, omeʼẽ mokõipa mokõi, ha upéva katu haʼe peteĩ diezmo térã décima mokõipa saʼi doscientos veinte-gui, ha upéva haʼe peteĩ símbolo divinidad joajúgui humanidad ndive. Palmoni omopyenda hetave mokõi testígo ári “doscientos veinte” ohechaukaha hag̃ua divinidad joajuha humanidad ndive, ha upéva katu avei haʼe peteĩ ñeʼẽmeʼẽ Cristo encarnación rehegua, upérõ Haʼe ogueraha hiʼári soʼo hoʼapýva. Péicha ojapóvo, Haʼe omoĩ yvyporakuérape g̃uarã techapyrã: oĩramo hikuái oĩ hag̃uáicha oñemoĩvo evangelio remikotevẽnguéra rehe, Cristo oĩ hag̃uáicha ombojoaju Idinidad ñande humanidad ndive. Upévare, divinidad ha humanidad haʼe mokõi testígo.</w:t>
      </w:r>
    </w:p>
    <w:p>
      <w:pPr>
        <w:pStyle w:val="ArticleBody"/>
        <w:jc w:val="left"/>
      </w:pPr>
      <w:r>
        <w:rPr>
          <w:rFonts w:ascii="Times New Roman" w:hAnsi="Times New Roman" w:eastAsia="Times New Roman" w:cs="Times New Roman"/>
        </w:rPr>
        <w:t>Pe “Revelación Jesucristo” ojepe’áva mboyve oñemboty hag̃ua pe tiempo de gracia oike avei Jesús ha’eha Ñandejára “Ñe’ẽ”.</w:t>
      </w:r>
    </w:p>
    <w:p>
      <w:pPr>
        <w:pStyle w:val="ArticleScripture"/>
        <w:jc w:val="left"/>
      </w:pPr>
      <w:r>
        <w:rPr>
          <w:rFonts w:ascii="Times New Roman" w:hAnsi="Times New Roman" w:eastAsia="Times New Roman" w:cs="Times New Roman"/>
        </w:rPr>
        <w:t>Ñepyrũmby guive oĩ vaʼekue pe Ñeʼẽ, ha pe Ñeʼẽ oĩ vaʼekue Tupã ndive, ha pe Ñeʼẽ haʼe vaʼekue Tupã. Kóva oĩ vaʼekue ñepyrũmby guive Tupã ndive. Opa mbaʼe ojejapo hese rupi; ha heseʼỹ ndojejapói mbaʼeve umi ojejapo vaʼekue apytégui. Ipype oĩ vaʼekue tekove; ha pe tekove haʼe vaʼekue yvyporakuéra resape. Ha pe tesape ohesape pytũmbýpe; ha pe pytũmby ndoikuaái chupe. Juan 1:1–5.</w:t>
      </w:r>
    </w:p>
    <w:p>
      <w:pPr>
        <w:pStyle w:val="ArticleBody"/>
        <w:jc w:val="left"/>
      </w:pPr>
      <w:r>
        <w:rPr>
          <w:rFonts w:ascii="Times New Roman" w:hAnsi="Times New Roman" w:eastAsia="Times New Roman" w:cs="Times New Roman"/>
        </w:rPr>
        <w:t>La Biblia ha’e Ñandejára “Ñe’ẽ” ha, Cristo ohechaukaháicha divinidad joaju humanidad ndive, upéicha avei. La Biblia ohechauka mokõi testígo Testamento Tuja ha Pyahupegua, ha’éva avei Moisés ha Elías Apocalipsis kapítulo once-pe.</w:t>
      </w:r>
    </w:p>
    <w:p>
      <w:pPr>
        <w:pStyle w:val="ArticleScripture"/>
        <w:jc w:val="left"/>
      </w:pPr>
      <w:r>
        <w:rPr>
          <w:rFonts w:ascii="Times New Roman" w:hAnsi="Times New Roman" w:eastAsia="Times New Roman" w:cs="Times New Roman"/>
        </w:rPr>
        <w:t>“Mokõi testígo rehegua, maranduhára he’i avei kóicha: ‘Ko’ã hína umi mokõi olívo yvyra, ha umi mokõi kandeléro oĩva pe Yvy Jára renondépe.’ ‘Nde ñe’ẽ,’ he’i pe salmista, ‘ha’e peteĩ aratiri che pykuérape guarã, ha peteĩ tesape che rape guarã.’ Apocalipsis 11:4; Salmo 119:105. Umi mokõi testígo ohechauka Ñandejára Ñe’ẽryru kuéra pe Antiguo ha pe Nuevo Testamentopegua.” The Great Controversy, 267.</w:t>
      </w:r>
    </w:p>
    <w:p>
      <w:pPr>
        <w:pStyle w:val="ArticleBody"/>
        <w:jc w:val="left"/>
      </w:pPr>
      <w:r>
        <w:rPr>
          <w:rFonts w:ascii="Times New Roman" w:hAnsi="Times New Roman" w:eastAsia="Times New Roman" w:cs="Times New Roman"/>
        </w:rPr>
        <w:t>Mokõi testígo ha’e mokõi olívo yvyra, mokõi kandeléro ha Antiguo ha Nuevo Testamento, oñerrepresentáva pe párrafo-pe “Nde ñe’ẽ” ramo. Pe “Jesucristo Revelación” ojeipe’áva Judá ñemoñare León rupive pe tiempo de gracia oñemboty mboyve ha’e “pe arandu pahague jehepyme’ẽ”, ombohasáva prueba umi oimevape candidato ramo peteĩva hag̃ua umi ciento cuarenta y cuatro mil apytégui. Pe “arandu pahague jehepyme’ẽ” ha’e avei pe mensaje del Clamor de Medianoche pe parábola de las diez vírgenes-pe.</w:t>
      </w:r>
    </w:p>
    <w:p>
      <w:pPr>
        <w:pStyle w:val="ArticleScripture"/>
        <w:jc w:val="left"/>
      </w:pPr>
      <w:r>
        <w:rPr>
          <w:rFonts w:ascii="Times New Roman" w:hAnsi="Times New Roman" w:eastAsia="Times New Roman" w:cs="Times New Roman"/>
        </w:rPr>
        <w:t>“Upéi ambohovái ha ha’e chupe: Mávapa ko’ã mokõi olívo yvyramáta oĩva pe candelábro akatúape ha asúape? Upéi ambohovái jey ha ha’e chupe: Mávapa ko’ã mokõi olívo rakã, umi mokõi tubo óro rupi oñohẽva hikuái ijeheguiete pe aséite óro? Ha’e katu ombohovái chéve ha he’i: Ndereikuaái piko mba’épa ko’ãva? Ha che ha’e: Nahániri, che ruvicha. Upéi he’i chéve: Ko’ãva hína umi mokõi oñemoĩva ñemboyképe Yvy pukukue Jára renondépe. Zacarías 4:11–14. Ko’ãva oñohẽ ijehegui umi tembipuru órope, umíva ohechaukáva Ñandejára marandu rerahaha oikovéva korasõnguéra, umi ogueraháva Ñandejára Ñe’ẽ tavayguakuérape ñe’ẽmondýi ha ñembojerure rupive. Pe Ñe’ẽ voi tekotevẽ ojehechauka haguéicha, pe aséite óroicha, oñohẽva umi mokõi olívo yvyramáta oĩva Yvy pukukue Jára ykére guive. Kóva hína pe ñemongarai Espíritu Santo rupive tata ndive. Kóva oipe’áta umi ndogueroviáiva ánga ikatu hag̃uáicha oñekonvence. Pe ánga remikotevẽkuéra ndaikatúi oñembyaty ambue mba’ére, Ñandejára Espíritu Santo rembiapo año rupive. Yvypóra ijehegui ndaikatúi mba’eve ojapo ombovy’ávo pe korasõ hi’ãva ha ombohováivo ipota yvateguápe.” The Seventh-day Adventist Bible Commentary, volume 4, 1180.</w:t>
      </w:r>
    </w:p>
    <w:p>
      <w:pPr>
        <w:pStyle w:val="ArticleBody"/>
        <w:jc w:val="left"/>
      </w:pPr>
      <w:r>
        <w:rPr>
          <w:rFonts w:ascii="Times New Roman" w:hAnsi="Times New Roman" w:eastAsia="Times New Roman" w:cs="Times New Roman"/>
        </w:rPr>
        <w:t>Ñe’ẽngue Tupã rehegua ha’e mokõivéva: la Biblia ha Cristo, ha la Biblia ha Cristo ohechauka mokõi testígope, upéicha avei umi cien cuarenta y cuatro mil. Umi mokõi testígo katu ohechauka peteĩ joaju divinidad rehegua yvypóra rekóndi. Avei ohechauka marandu profético ryepýpegua ha okápeguáva. Testígoháicha, ome’ẽ hikuái prueba divinidad oñembojoajúva yvypóra rekóndi ndojapoiha angaipa. Avei ohechauka joaju oĩva divinidad ha yvypóra rekove apytépe. Taha’e peteĩ eskalera, peteĩ conducto, tubo-kuéra, ánhel-kuéra térã oimeraẽ ambue símbolo pe enlace de comunicación rehegua Tupã ha kuimba’e apytépe, pe marandu oñembohasáva yvypórape ha’e tapiaite tekove térã mano.</w:t>
      </w:r>
    </w:p>
    <w:p>
      <w:pPr>
        <w:pStyle w:val="ArticleScripture"/>
        <w:jc w:val="left"/>
      </w:pPr>
      <w:r>
        <w:rPr>
          <w:rFonts w:ascii="Times New Roman" w:hAnsi="Times New Roman" w:eastAsia="Times New Roman" w:cs="Times New Roman"/>
        </w:rPr>
        <w:t>“Umi unhído oĩva Yvy tuichakue Jára ypýpe, oguereko pe tenda yma oñeme’ẽva’ekue Satanás-pe querubín oñuãvaharamo. Umi tekove marangatu ijerére oĩva Itróno rehe, rupive Ñandejára omantene peteĩ jeikuaauka tapia hag̃uáicha umi yvy arigua ndive. Pe aséite óro rehegua ohechauka pe grásia rupive Tupã ome’ẽva tembi’u umi creyénte lámpara-kuérape, ani hag̃ua overa’ỹ ha ogue. Ndaha’éiramo ko aséite marangatu oñeñohẽva yvágagui Tupã Espíritu marandu-kuérape, umi mba’eapo vai rehegua oguerekótaitepa control completo kuimba’e ha kuña rehe.”</w:t>
      </w:r>
    </w:p>
    <w:p>
      <w:pPr>
        <w:pStyle w:val="ArticleScripture"/>
        <w:jc w:val="left"/>
      </w:pPr>
      <w:r>
        <w:rPr>
          <w:rFonts w:ascii="Times New Roman" w:hAnsi="Times New Roman" w:eastAsia="Times New Roman" w:cs="Times New Roman"/>
        </w:rPr>
        <w:t>“Ñandejára oñemomirĩ’ỹ ñande nañamoguahẽirõ umi marandu ha’e omondo va’ekue ñandéve. Péicha ñande jarrefusa pe aséite órova ha’e oñohẽseva ñane ánga kuérape oñembohasa hag̃ua umi oĩvape pytũmbýpe. Oguahẽ vove pe ñehenói: ‘Pema’ẽ, pe novío ou; pesẽ pehuguaitĩ hag̃ua chupe,’ umi ndaohupytýiva pe aséite marangatu, umi nomokunu’ũiva Cristo grásia ipy’apýpe, oikuaáta, umi vírgen itavývaicha, ndaikatuiha oñembosako’i hag̃ua ohuguaitĩ hag̃ua Ijára. Ndojeguerekói ipypekuéra pe pokatu ohupyty hag̃ua pe aséite, ha hekovekuéra oñehundi. Péro Ñandejára Espíritu Santo ojejeruréramo, ñañembo’éramo Moisés ojapo haguéicha: ‘Ehechauka chéve nde glória,’ Ñandejára mborayhu oñeñohẽta ñane korasõme. Umi tubo óro rupive, pe aséite órova oñembohasáta ñandéve. ‘Ndaha’éi mbarete rupive, ni pokatu rupive, che Espíritu rupive katu, he’i Ñandejára de los Ejércitos.’ Oñemoguahẽvo pe Kuarahy Tekoporã rehegua hendyva porãva, Ñandejára ra’ykuéra overa arandukaicha ko yvy ape ári.” Review and Herald, July 20, 1897.</w:t>
      </w:r>
    </w:p>
    <w:p>
      <w:pPr>
        <w:pStyle w:val="ArticleBody"/>
        <w:jc w:val="left"/>
      </w:pPr>
      <w:r>
        <w:rPr>
          <w:rFonts w:ascii="Times New Roman" w:hAnsi="Times New Roman" w:eastAsia="Times New Roman" w:cs="Times New Roman"/>
        </w:rPr>
        <w:t>Espíritu Santo oñeñohẽ pe tembiasakue hyepýpe ha okápe ojehechaukáva Daniel-pe ha Apocalipsis 11:11-pe. Oĩ “por lo menos” irundy personaje profético ojehechaukáva umi versículo once ha doce-pe Daniel capítulo once-pe, ha umíva tekotevẽ jaikuaa. Avei oĩ irundy tekotevẽ jaikuaa umi versículo trece guive quince peve, ha irundy versículo dieciséis-pe. Ko’ág̃a jaiko hína upe tembiasakueetepe; upévare, ñande, profecía remimbo’éicha, tekotevẽ ñambyesakã máva hína umi personaje simbólico umi versículo once guive dieciséis peve, pórke ha’ekuéra ohechauka peteĩ línea profética oguerekóva ipype pe tembiasakue kañymby versículo cuarenta-pe upe capítulope voi.</w:t>
      </w:r>
    </w:p>
    <w:p>
      <w:pPr>
        <w:pStyle w:val="ArticleBody"/>
        <w:jc w:val="left"/>
      </w:pPr>
      <w:r>
        <w:rPr>
          <w:rFonts w:ascii="Times New Roman" w:hAnsi="Times New Roman" w:eastAsia="Times New Roman" w:cs="Times New Roman"/>
        </w:rPr>
        <w:t>Avei ojehecha iporãva ñamombe’uporã hag̃ua mávapa umi tapicha ojehechauka vaʼekue pe tembiasakue versíkulo cuarenta-peguápe, oñepyrũma guive ijepe’a 1989 guive.</w:t>
      </w:r>
    </w:p>
    <w:p>
      <w:pPr>
        <w:pStyle w:val="ArticleScripture"/>
        <w:jc w:val="left"/>
      </w:pPr>
      <w:r>
        <w:rPr>
          <w:rFonts w:ascii="Times New Roman" w:hAnsi="Times New Roman" w:eastAsia="Times New Roman" w:cs="Times New Roman"/>
        </w:rPr>
        <w:t>Ha he’i: Tereho nde rape, Daniel; ko’ã ñe’ẽ niko oñemboty ha oñesella hag̃ua pe ára paha peve. Heta oñemopotĩta, oñemomorotĩta ha oñeha’ãta; hákatu umi heko aña ojapóta ivaíva; ha avave umi heko aña apytégui noikũmbymo’ãi; umi arandúva katu oikũmbýta. Daniel 12:9, 10.</w:t>
      </w:r>
    </w:p>
    <w:p>
      <w:pPr>
        <w:pStyle w:val="ArticleBody"/>
        <w:jc w:val="left"/>
      </w:pPr>
      <w:r>
        <w:rPr>
          <w:rFonts w:ascii="Times New Roman" w:hAnsi="Times New Roman" w:eastAsia="Times New Roman" w:cs="Times New Roman"/>
        </w:rPr>
        <w:t>Pe téra mokoĩpa oñepyrũ “ára paha”pe, ary 1798-pe, Napoleón Francia-gua oguerahárõ guare pápape prisionéroramo. Napoleón oñemombe’ukuaa hag̃ua hembiapokue oñemopyenda kuri Tratado de Tolentino, ary 1797-pe, oñembyai hague rehe. Napoleón ha pápapegua ñorairõ ymaite guive ojehechauka va’ekue tipo ramo pe tembiasakue omoañetéva Daniel capítulo once, pe téra seis ha siete. Pe ñe’ẽme’ẽ ñemenda rehegua oñembyaíva ha mburuvicha yvate gotyo pegua oñehundíva mburuvicha yvy gotyo peguare omoañetévo pe téra seis ha siete, ojerejey pe tembiasakue 1798-pe; ha upéicha rupi ha’ekuéra ohechauka Tupã Ñe’ẽ marandu’i pe téra seis ha siete-pe, ha avei umi téra ñemoañete oñepyrũvo pe ñorairõ Ptolomeo Filadelfo, mokõiha ha Egipto ruvicha guasu, ha Antioco Teos, mbohapyha Siria ruvicha guasu, apytépe. Ptolomeo ohechauka va’ekue mburuvicha yvy gotyo peguápe, ha Antioco ohechauka va’ekue mburuvicha yvate gotyo peguápe.</w:t>
      </w:r>
    </w:p>
    <w:p>
      <w:pPr>
        <w:pStyle w:val="ArticleBody"/>
        <w:jc w:val="left"/>
      </w:pPr>
      <w:r>
        <w:rPr>
          <w:rFonts w:ascii="Times New Roman" w:hAnsi="Times New Roman" w:eastAsia="Times New Roman" w:cs="Times New Roman"/>
        </w:rPr>
        <w:t>Umi versíkulo-kuéra ñe’ẽmarandu, oñembojoajúvo upe ñe’ẽmarandu ñembopúpe Ptolomeo ha Antíoco rembiasakuepe —ha upéva katu ohechauka hag̃uaichaitépa ha avei Napoleón ha páparembiasakue 1798-pe— ome’ẽ mbohapy línea ohechaukáva Putin ha Zelenskyy rembiasakue versíkulo 11 ha 12-pe. Upévare, ñantende hag̃ua ára paha 1798-pe orepresentaha Napoleón ha pápa rembiasakue, ndaikatúi oñemohu’ã upépe añónte. Tekotevẽ ñantende mba’épa umi versíkulo 6 ha 7 oikuaauka Napoleón ha pápare, ha avei mba’épa Ptolomeo ha Antíoco rembiasakue ombo’e upe período peteĩchaitépe. Ñantendévo umi línea añetegua, upéicharõ ikatu ñantende umi ñembopúra histórico yma guare ohechaukaha versíkulo 40 ñepyrũrã rembiasakue, ha upe ojapóvo, avei ohechauka versíkulo 40 paha, Putin —ha’éva ojehechaukava’ekue Napoleón ha Ptolomeo rupive—, Putin —ha’e oje’eva’ekue versíkulo 6 ha 7-pe— omboajévo versíkulo 11 ha 12.</w:t>
      </w:r>
    </w:p>
    <w:p>
      <w:pPr>
        <w:pStyle w:val="ArticleBody"/>
        <w:jc w:val="left"/>
      </w:pPr>
      <w:r>
        <w:rPr>
          <w:rFonts w:ascii="Times New Roman" w:hAnsi="Times New Roman" w:eastAsia="Times New Roman" w:cs="Times New Roman"/>
        </w:rPr>
        <w:t>Peteĩ jehechakuaa iñimportánteva oñe’ẽva pe dragón ha pe mymba vai apytépe pe relación profética rehe, Juan ombojekuaa haguéicha chupekuéra, térã “pe ára ha ára ha pe ñembyai vai ombyai hag̃uáva” Daniel ohechauka haguéicha chupekuéra, ha’e hína proféticamente ojoguaitereiha. Juan he’i kóicha.</w:t>
      </w:r>
    </w:p>
    <w:p>
      <w:pPr>
        <w:pStyle w:val="ArticleScripture"/>
        <w:jc w:val="left"/>
      </w:pPr>
      <w:r>
        <w:rPr>
          <w:rFonts w:ascii="Times New Roman" w:hAnsi="Times New Roman" w:eastAsia="Times New Roman" w:cs="Times New Roman"/>
        </w:rPr>
        <w:t>Ha omombaʼe pe dragónpe, omeʼẽ haguére mbarete pe mymbápe; ha omombaʼe avei pe mymbápe, heʼívo: Mávapa ojogua pe mymbápe? Mávapa ikatu oñorãirõ hese? Apocalipsis 13:4.</w:t>
      </w:r>
    </w:p>
    <w:p>
      <w:pPr>
        <w:pStyle w:val="ArticleBody"/>
        <w:jc w:val="left"/>
      </w:pPr>
      <w:r>
        <w:rPr>
          <w:rFonts w:ascii="Times New Roman" w:hAnsi="Times New Roman" w:eastAsia="Times New Roman" w:cs="Times New Roman"/>
        </w:rPr>
        <w:t>Adora hag̃ua pe dragón ha’e adora hag̃ua pe mymba ñarõme, mokõivéva oguerovia rupi paganiśmope. Juanicha, Daniel oipuru “pe hatĩ michĩ” oñeñe’ẽva Daniel capítulo ocho, versículos nueve guive doce peve, ohechauka hag̃ua mokõivéva Róma pagana ha Róma papal, jepe hesakã porã ombojoavyha mokõivéva, ohechaukávo pe hatĩ michĩ Róma pagana rehegua kuimba’e rekope, ha pe hatĩ michĩ Róma papal rehegua kuña rekope. Capítulo siete-pe Daniel ohechauka Róma pagana “iñambueha” umi mburuvichaguasu oĩ vaʼekue mboyvegui, ha Daniel aveive ohechauka Róma papal avei “iñambueha”. Róma, taha’e pagana térã papal, iñambue. Pe kuimba’e símbolo Róma rehegua ohechaukáva Róma pagánape oñemombarete Acab ha Herodes rupive. Mokõivéva omenda kuri umi símbolo papado reheguáre. Pe kuña ha’e iglesia rembiapo, ha pe kuimba’e ha’e estado rembiapo; upévare, nivel profético-pe Ñandejára Ñe’ẽ he’írõ peteĩ kuimba’e ha peteĩ kuña oikoha peteĩnte ramo, omohenda porã hína pe añetegua Róma pagana ha Róma papal ojoguaitereiha sentido profético-pe, peteĩnte so’o rupi.</w:t>
      </w:r>
    </w:p>
    <w:p>
      <w:pPr>
        <w:pStyle w:val="ArticleBody"/>
        <w:jc w:val="left"/>
      </w:pPr>
      <w:r>
        <w:rPr>
          <w:rFonts w:ascii="Times New Roman" w:hAnsi="Times New Roman" w:eastAsia="Times New Roman" w:cs="Times New Roman"/>
        </w:rPr>
        <w:t>Fránsia joajuha papado ndive ary 1798-pe ohechauka joajuha Estados Unidos oguerekótava papado ndive umi pa rréi ohapývo Róma tata reheve ha ho’óvo iñakãso.</w:t>
      </w:r>
    </w:p>
    <w:p>
      <w:pPr>
        <w:pStyle w:val="ArticleScripture"/>
        <w:jc w:val="left"/>
      </w:pPr>
      <w:r>
        <w:rPr>
          <w:rFonts w:ascii="Times New Roman" w:hAnsi="Times New Roman" w:eastAsia="Times New Roman" w:cs="Times New Roman"/>
        </w:rPr>
        <w:t>Ha umi diez vaka rehe rehecha vaekue, koʼãva ndaijaʼéi vaʼerã pe kuña rekovéva rehe, ha ojapóta chupe oiko hag̃ua ñembyahýipe ha opytáta opiʼi, hoʼúta heʼo, ha ohapýta chupe tata rupive. Apocalipsis 17:16.</w:t>
      </w:r>
    </w:p>
    <w:p>
      <w:pPr>
        <w:pStyle w:val="ArticleBody"/>
        <w:jc w:val="left"/>
      </w:pPr>
      <w:r>
        <w:rPr>
          <w:rFonts w:ascii="Times New Roman" w:hAnsi="Times New Roman" w:eastAsia="Times New Roman" w:cs="Times New Roman"/>
        </w:rPr>
        <w:t>Fránsia joaju peteĩcha pe papadokuéra ndive omoĩrõ guare chupekuéra pu’akápe ary 538-pe, ohechauka typikoháicha Estados Unidos rembiapo omonguerávo papadokuéra herida mortal pe léi domingo oútavape pya’e.</w:t>
      </w:r>
    </w:p>
    <w:p>
      <w:pPr>
        <w:pStyle w:val="ArticleScripture"/>
        <w:jc w:val="left"/>
      </w:pPr>
      <w:r>
        <w:rPr>
          <w:rFonts w:ascii="Times New Roman" w:hAnsi="Times New Roman" w:eastAsia="Times New Roman" w:cs="Times New Roman"/>
        </w:rPr>
        <w:t>Ha ahecha avei ambue mymba vai ojupíva yvýgui; ha oreko mokõi hatĩ ovecha ra’yicha, ha oñe’ẽ mbói guasúicha. Ha ha’e oipuru pe mymba vai peteĩha pokatu pukukue peteĩha renondépe, ha ombojerure yvy ha umi ipype oikóva tomomba’e guasu pe mymba vai peteĩhame, upe ojuhúva manoharã ha okuera jeýva. Ha ojapo techaukaha tuicháva, ha ojapo tatatĩ oguejy hag̃ua yvágagui yvy ári kuimba’ekuéra renondépe, ha ombotavy umi oikóva yvy ári umi techaukaha rupive, umi ojejapóva chupe mymba vai renondépe; he’ívo umi oikóva yvy ári tojapo hag̃ua ta’ãnga pe mymba vaipe guarã, upe ojejukaséva kyse puku reheve ha oikovéva. Apocalipsis 13:11–14.</w:t>
      </w:r>
    </w:p>
    <w:p>
      <w:pPr>
        <w:pStyle w:val="ArticleBody"/>
        <w:jc w:val="left"/>
      </w:pPr>
      <w:r>
        <w:rPr>
          <w:rFonts w:ascii="Times New Roman" w:hAnsi="Times New Roman" w:eastAsia="Times New Roman" w:cs="Times New Roman"/>
        </w:rPr>
        <w:t>Pe “ára pahápe” ary 1798-pe, oñecumplívo versíkulo cuarenta, ohechauka mburuvicha guasu yvate gotyo pegua espiritual oñemboguejeha mburuvicha guasu sur gotyo pegua espiritual rupive. Upe tembiasakue profético ha’e pe tembiasakue paha umi mil doscientos sesenta ary kuéra poguype rreinado papal rehegua, ha upévare umi mba’ekuaarã profético pe oñepyrũha upe tembiasakue profético ojehechauka pe ipahápe. Ary 538-pe pe irundyha reino profecía bíblica rehegua ome’ẽ hag̃ua tape pe poha reino profecía bíblica reheguápe, ha ary 1798-pe pe poha reino profecía bíblica rehegua ome’ẽ hag̃ua tape pe poteĩha reino profecía bíblica reheguápe.</w:t>
      </w:r>
    </w:p>
    <w:p>
      <w:pPr>
        <w:pStyle w:val="ArticleBody"/>
        <w:jc w:val="left"/>
      </w:pPr>
      <w:r>
        <w:rPr>
          <w:rFonts w:ascii="Times New Roman" w:hAnsi="Times New Roman" w:eastAsia="Times New Roman" w:cs="Times New Roman"/>
        </w:rPr>
        <w:t>538 avei ha’e peteĩ marca mbytegua pe maldición rehegua umi “siete tiempo” Levítico veinte y seis pegua, oúva pe reino yvate Israel rehe, oñepyrũva’ekue 723 a.C.-pe, Asiria ogueraha jave Efraínpe ñembyatyhápe. Upévare 1798 oguereko ndaha’éi añoite umi atributo profético 538-pegua, síno avei 723 a.C.-pegua. 723 a.C.-pe umi diez tribu Israelgua ojeityva’ekue Asiria rupive, ha mil doscientos sesenta ary rire, 538-pe, Roma pagana ojeityva’ekue Roma papal rupive, ha upéva katu upéi oñembyai Francia rupive 1798-pe, “siete tiempo” pahaitepe.</w:t>
      </w:r>
    </w:p>
    <w:p>
      <w:pPr>
        <w:pStyle w:val="ArticleBody"/>
        <w:jc w:val="left"/>
      </w:pPr>
      <w:r>
        <w:rPr>
          <w:rFonts w:ascii="Times New Roman" w:hAnsi="Times New Roman" w:eastAsia="Times New Roman" w:cs="Times New Roman"/>
        </w:rPr>
        <w:t>Áño 1798-pe, Francia, pe mburuvicha guasu yvy gotyo, omboguejy papadope iguapyhágui. Áño 538-pe, Francia, ta’anga tenondegua Roma pagana oñembyai hag̃ua paĩme mbytépe pa teta ruvicha, omoĩ papadope guapyhápe. Pe léi arapokõindygua jave, Tetã peteĩ reko Amérikagua ombojevy jey Francia rembiapo áño 538-pe; ha umi pa mburuvicha guasu ohapývo papadope tata reheve ha ho’úvo he’o, Tetã peteĩ reko Amérikagua ombojevy jey Francia rembiapo áño 1798-pe.</w:t>
      </w:r>
    </w:p>
    <w:p>
      <w:pPr>
        <w:pStyle w:val="ArticleBody"/>
        <w:jc w:val="left"/>
      </w:pPr>
      <w:r>
        <w:rPr>
          <w:rFonts w:ascii="Times New Roman" w:hAnsi="Times New Roman" w:eastAsia="Times New Roman" w:cs="Times New Roman"/>
        </w:rPr>
        <w:t>Pe huísio “siete tiempos” rehegua, oguahẽ vaʼekue Israel retãnguéra yvategua ha ñembyguápe ári, ojegueru vaʼekue umi tetãnguéra osẽ vaʼekue yvate guive rupive.</w:t>
      </w:r>
    </w:p>
    <w:p>
      <w:pPr>
        <w:pStyle w:val="ArticleScripture"/>
        <w:jc w:val="left"/>
      </w:pPr>
      <w:r>
        <w:rPr>
          <w:rFonts w:ascii="Times New Roman" w:hAnsi="Times New Roman" w:eastAsia="Times New Roman" w:cs="Times New Roman"/>
        </w:rPr>
        <w:t>Israel ha’e peteĩ ovecha isarambipáva; umi león omosarambi chupe: tenonderã pe rréi Asiria-pegua ho’u chupe; ha ipahápe ko Nabucodonosor, rréi Babilonia-pegua, omopẽ ikãnguekuéra. Jeremías 50:17.</w:t>
      </w:r>
    </w:p>
    <w:p>
      <w:pPr>
        <w:pStyle w:val="ArticleBody"/>
        <w:jc w:val="left"/>
      </w:pPr>
      <w:r>
        <w:rPr>
          <w:rFonts w:ascii="Times New Roman" w:hAnsi="Times New Roman" w:eastAsia="Times New Roman" w:cs="Times New Roman"/>
        </w:rPr>
        <w:t>Asíria osẽ yvate gotyo guive ha ipu'aka umi diez trívu rehe ary 723 a.C.-pe, ha Babilonia ogueraha Judápe jejopyrãme ary 677 a.C.-pe. Jepémo Israel haʼe vaʼekue pe reino yvatepegua Judá rehegua ñemoĩme, upéicharõ jepe mokõive reino ojejopy ha oñemombaʼeguasu ñorairõhára yvate gotyogua rupive; upévare mokõivéva, Israel ha Judá, oiko reino kuéra yvy gotyoguaicha pe iñenemígo renondépe, pe ogueraha vaʼekuépe chupekuéra jejopyrãme. Ary 723 a.C. ohechauka pe mburuvicha yvate gotyogua ipuʼakaha peteĩ reino yvy gotyogua paʼũmeguáre, ojejapóva diez hendáicha. Ary 538 ohechauka peteĩ ñembohasa pagañísmo guive papalísmope, ha avei peteĩ reino yvatepegua ipuʼakaha peteĩ reino diez-hendáichagua rehe. Ary 1798 ohechauka peteĩ mburuvicha yvatepegua oñemomboguejýha peteĩ mburuvicha yvy gotyoguáre, pe ohechaukáva peteĩ reino diez-hendáichagua.</w:t>
      </w:r>
    </w:p>
    <w:p>
      <w:pPr>
        <w:pStyle w:val="ArticleScripture"/>
        <w:jc w:val="left"/>
      </w:pPr>
      <w:r>
        <w:rPr>
          <w:rFonts w:ascii="Times New Roman" w:hAnsi="Times New Roman" w:eastAsia="Times New Roman" w:cs="Times New Roman"/>
        </w:rPr>
        <w:t>Ha upe aravópe oiko peteĩ yvyryrýi tuicháva, ha pe táva pehẽngue diezha peteĩva ho’a; ha pe yvyryrýipe omanóka kuimba’e kuéra siete mil; ha umi hembýva okyhyje eterei, ha ome’ẽ mimbipa yvága Járape. Apocalipsis 11:13.</w:t>
      </w:r>
    </w:p>
    <w:p>
      <w:pPr>
        <w:pStyle w:val="ArticleBody"/>
        <w:jc w:val="left"/>
      </w:pPr>
      <w:r>
        <w:rPr>
          <w:rFonts w:ascii="Times New Roman" w:hAnsi="Times New Roman" w:eastAsia="Times New Roman" w:cs="Times New Roman"/>
        </w:rPr>
        <w:t>Pe pehẽngue jehasa oñembojoajúva 538 rehe, Roma ojere jave pagano-gui papal-pe, ha’e avei pe ñemoambue Daniel capítulo ocho-pe kuimba’egui kuña-pe, ha upéva, símbolo rupive, he’ise estado rembiapo-gui iglesia rembiapo-pe. Pe profesía “siete tiempos” rehegua oguereko pe “añetegua” rérañemi; pe primera letra (723 a.C.) ohechauka pe letra mokõipa mokõiha ha paha pe alfabeto hebreo-pe (1798), ha pe letra pakõipa mbohapyha ha mbytegua orepresenta pe ñemopu’ã (538). Daniel omombe’u pe “ñandejárare ñemoĩ vai” ojehechaukáva pe ñe’ẽjoaju “pe ñemoĩ vai ñehundi rehegua” rupive hague pe joaju iglesia ha estado rehegua, ha iglesia oisãmbyhy pe joaju. Upe “ñemoĩ vai” orepresenta 538, ha upéva ha’e pe mbyte ha, metáfora ramo, pe letra pakõipa mbohapyha umi mbohapy techaukaha tenondegua apytépe pe periodo siete tiempos rehegua, umi diez tribu norte Israel-pegua rehe.</w:t>
      </w:r>
    </w:p>
    <w:p>
      <w:pPr>
        <w:pStyle w:val="ArticleBody"/>
        <w:jc w:val="left"/>
      </w:pPr>
      <w:r>
        <w:rPr>
          <w:rFonts w:ascii="Times New Roman" w:hAnsi="Times New Roman" w:eastAsia="Times New Roman" w:cs="Times New Roman"/>
        </w:rPr>
        <w:t>Áño 1798-pe, “paha opaha ára”, oñemombeʼuháicha Daniel capítulo once, versíkulo cuarenta-pe, Francia atea, pe ñemburuvicha yvy gotyo, omeʼẽ kuri pe herida omano hag̃uáicha papado-pe, pe ñemburuvicha yvate gotyo. Áño 1989-pe pe papado ombohovái jey pe ñemburuvicha atea yvy gotyope, upe jave ojeguereko vaʼekue Unión Soviética ramo. Upe ñembohovái oike hag̃ua peteĩ ñeʼẽmeʼẽ ñemiguáva Estados Unidos ha Vaticano apytépe. Pe oñemondoro ha ogueraha hag̃ua Unión Soviética ári áño 1989-pe omohuʼã pe marandu profético jehaipegua versíkulo cuarenta-pe, ha pe versíkulo oúvape, versíkulo cuarenta y uno, ohechauka pe léi domingo Estados Unidos-pe. Upévare, Unión Soviética hoʼa guive áño 1989-pe pe léi domingo pe versíkulo oúvape peve, jaiko hína pe tembiasakue kañymby versíkulo cuarenta-pegua ryepýpe.</w:t>
      </w:r>
    </w:p>
    <w:p>
      <w:pPr>
        <w:pStyle w:val="ArticleBody"/>
        <w:jc w:val="left"/>
      </w:pPr>
      <w:r>
        <w:rPr>
          <w:rFonts w:ascii="Times New Roman" w:hAnsi="Times New Roman" w:eastAsia="Times New Roman" w:cs="Times New Roman"/>
        </w:rPr>
        <w:t>Pe versíkulo mokõipa oñepyrũ ohechauka hag̃ua peteĩ mburuvicha guasu yvýpe gotyo ha yvate gotyo ary 1798-pe, ha upéi ary 1989-pe peteĩ mburuvicha guasu yvýpe gotyo ha yvate gotyo, avei peteĩ mbohapyha pokatu ojehechaukáva kárro rupive, umi várko ha umi kavaju arigua kuéra rupive.</w:t>
      </w:r>
    </w:p>
    <w:p>
      <w:pPr>
        <w:pStyle w:val="ArticleScripture"/>
        <w:jc w:val="left"/>
      </w:pPr>
      <w:r>
        <w:rPr>
          <w:rFonts w:ascii="Times New Roman" w:hAnsi="Times New Roman" w:eastAsia="Times New Roman" w:cs="Times New Roman"/>
        </w:rPr>
        <w:t>Ha ñemohuʼãpahápe, pe mburuvicha guasu ñemby gotyopegua oñorairõta hese; ha pe mburuvicha guasu yvate gotyopegua outa hese yvytu ratáicha, kárro ñorairõrã reheve, kavaju arigua reheve, ha heta várko reheve; ha oike hag̃ua tetãnguéra rupi, ojahoʼíta ha ohasáta. Daniel 11:40.</w:t>
      </w:r>
    </w:p>
    <w:p>
      <w:pPr>
        <w:pStyle w:val="ArticleBody"/>
        <w:jc w:val="left"/>
      </w:pPr>
      <w:r>
        <w:rPr>
          <w:rFonts w:ascii="Times New Roman" w:hAnsi="Times New Roman" w:eastAsia="Times New Roman" w:cs="Times New Roman"/>
        </w:rPr>
        <w:t>“opa paha” ary 1798-pe peteĩ heneral añetéva Napoleón-gua oike Vatikáno-pe ha añetehápe ogueraha hag̃ua pápape ha omoĩ chupe kárselpe. Ary 1989-pe oiko pe ñembyepoti 1798-pe g̃uarã. Oĩ vaʼekue umi transición profética oikóva’ekue tembiasápe 1798 ha 1989 mbytépe ha umíva iñimportánte ojehechakuaa hag̃ua. Francia atea, pe mburuvicha guasu ñemby gotyogua pe ára 1798 pegua, haʼe vaʼekue pe peteĩha mburuvicha guasu espiritual ñemby gotyogua, ha Rusia Putin-gua ojehechakuaáva oikótaha pe ipaháva. Francia oñemombeʼu Apocalipsis 11-pe, ha upéva Sister White ombojoja hag̃ua directamente Francia atea rehe. Peteĩva umi mokõi símbologui ombojekuaáva Francia capítulo 11-pe haʼe Egipto, ha Sister White ombojekuaa upéva haʼeha peteĩ símbolo ateísmo rehegua. Pe capítulo-pe pe mymba ojupi vaʼekue yvykua pypukúgui haʼe vaʼekue ateísmo, oike vaʼekue tembiasápe upe período de tiempo aja.</w:t>
      </w:r>
    </w:p>
    <w:p>
      <w:pPr>
        <w:pStyle w:val="ArticleBody"/>
        <w:jc w:val="left"/>
      </w:pPr>
      <w:r>
        <w:rPr>
          <w:rFonts w:ascii="Times New Roman" w:hAnsi="Times New Roman" w:eastAsia="Times New Roman" w:cs="Times New Roman"/>
        </w:rPr>
        <w:t>Tupãre’ỹ reko oike tembiasakue ryepýpe Francia rupive ary 1798 pegua ára pukukue guive, ha ary 1989 pe, ateísmo ruvicha guasu espiritual oiko Unión Soviética ramo. Unión Soviética ñemombo hag̃ua okañy 1989-pe, oñemoañetévo peteĩ ñoñomoirũ ñemiguáva Papa Juan Pablo II ha Ronald Reagan apytépe, ojehechauka vaʼekue Daniel capítulo once versículo diez-pe peteĩ techaukarã ramo; ha peteĩ mokõiha testígo upe versículo diez rehegua ojejuhu Isaías ñeʼẽme, umi mokõi ñembyasy aty vai rehegua mokõi mil po cien veinte ary pukukue hag̃ua, Israel retãnguéra yvate ha yvy gotyo peguáre, oñembohysýi hag̃uáicha capítulo siete guive once peve.</w:t>
      </w:r>
    </w:p>
    <w:p>
      <w:pPr>
        <w:pStyle w:val="ArticleBody"/>
        <w:jc w:val="left"/>
      </w:pPr>
      <w:r>
        <w:rPr>
          <w:rFonts w:ascii="Times New Roman" w:hAnsi="Times New Roman" w:eastAsia="Times New Roman" w:cs="Times New Roman"/>
        </w:rPr>
        <w:t>Upévare, ary 1989 oiko pe punto de referencia oñesolusiona hag̃ua umi enigma profético umi ára pahápe guarã. Upérõma oñemboty’ỹ kuri versíkulo cuarenta. Ko’ág̃a ikatu ojehechakuaa versíkulo cuarenta oñepyrũha 1798-pe ha opaha pe ley del domingo oĩva versíkulo cuarenta y uno-pe.</w:t>
      </w:r>
    </w:p>
    <w:p>
      <w:pPr>
        <w:pStyle w:val="ArticleBody"/>
        <w:jc w:val="left"/>
      </w:pPr>
      <w:r>
        <w:rPr>
          <w:rFonts w:ascii="Times New Roman" w:hAnsi="Times New Roman" w:eastAsia="Times New Roman" w:cs="Times New Roman"/>
        </w:rPr>
        <w:t>Pe léi dominical-pe, Estados Unidos oñeʼẽta peteĩ dragónicha ha omohuʼãta ipoguýpe oisãmbyhyha pe sexto reino ramo profecía bíblica-pe. Oñepyrũ itiempo oisãmbyhy hag̃ua ary 1798-pe, upe jave pe quinto reino ohupyty peteĩ herida mortal. Ary 1798-pe Estados Unidos omoneĩ vaʼekue pe Alien and Sedition Acts, upéicha ohechauka hag̃ua pe sexto reino paha ijepyrũete guive. Upévare, versículo cuarenta haʼe hína pe tembiasakue Estados Unidos rehegua, pe sexto reino ramo profecía bíblica-pe.</w:t>
      </w:r>
    </w:p>
    <w:p>
      <w:pPr>
        <w:pStyle w:val="ArticleBody"/>
        <w:jc w:val="left"/>
      </w:pPr>
      <w:r>
        <w:rPr>
          <w:rFonts w:ascii="Times New Roman" w:hAnsi="Times New Roman" w:eastAsia="Times New Roman" w:cs="Times New Roman"/>
        </w:rPr>
        <w:t>1798 ha’e pe ayvu hebreo-pegua peteĩha letra, pe léi domingo rehegua ha’e pe mokõipa mokõiha ha pahápegua letra ayvu hebreo-peguápe, ha 1989 ha’e pe waymark mbytepegua ohechaukáva pe ñepu’ã, oñembo’eháicha pe papapy trece ha pe letra mokõipaapyha ayvu hebreo-peguápe. 1989 ohechauka pe ñepu’ã oguerekóva Reagan ñe’ẽñemi joaju pe anticristo ndive, ojeprofetisáva Biblia-pe. 1989 omoñepyrũ pe peteĩha umi poapy presidente paha apytégui, oguapýva mburuvicha ramo peteĩ ára pukukue ñepu’ã ojupívo Constitución rehe. 1989 omoñepyrũ peteĩ proceso de prueba Adventista del Séptimo Día apytépe, oñembosako’íva omoheñói hag̃ua mokõi aty omomba’eguasúva. Umi jerovia hag̃ua ojeroviáva hína mbovymi; umi ndijeroviáiva hína heta. 1989 ohechauka pe waymark mbytepegua versíkulo cuarenta-pe, ha ohechauka pe ñepu’ã oñembo’eháicha pe letra mokõipaapyha. Pe versíkulo cuarenta oguereko pe “añetegua” firma.</w:t>
      </w:r>
    </w:p>
    <w:p>
      <w:pPr>
        <w:pStyle w:val="ArticleBody"/>
        <w:jc w:val="left"/>
      </w:pPr>
      <w:r>
        <w:rPr>
          <w:rFonts w:ascii="Times New Roman" w:hAnsi="Times New Roman" w:eastAsia="Times New Roman" w:cs="Times New Roman"/>
        </w:rPr>
        <w:t>Pe téra mokõipa oguereko mburuvichakuéra yvate gotyo ha ñemby gotyo, ha umíva iñambue pe tembiasápe pe téra pahápe. Avei oguereko Estados Unidos-pe, Juan he’iháicha proféta japuha omba’apóva dragón ha mymba ndive omboguata hag̃ua ko yvy tuichakue Armagedón gotyo. Pe mburuvicha ñemby gotyogua pe téra mokõipápe ha’e pe dragón; pe mburuvicha yvate gotyogua ha’e pe mymba; umi kárro, umi várko ha umi kavaju ári guáva ha’e pe proféta japuha. Pe téra mokõipa ñeñemyanyhẽ ary 1989-pe oiko peteĩ marandu profetiko iñimportantetereíva oñeikũmby hag̃ua umi téra 11 guive 15 peve. Nde nereiméiramo hekopete 1989 rehe, ndaikatúi nde reĩ hekopete, peteĩ lógica rupive, pe tembiasáre ñaimehápe ko árape.</w:t>
      </w:r>
    </w:p>
    <w:p>
      <w:pPr>
        <w:pStyle w:val="ArticleBody"/>
        <w:jc w:val="left"/>
      </w:pPr>
      <w:r>
        <w:rPr>
          <w:rFonts w:ascii="Times New Roman" w:hAnsi="Times New Roman" w:eastAsia="Times New Roman" w:cs="Times New Roman"/>
        </w:rPr>
        <w:t>Ary 1989 guive pe arapokõindy ley peve, mbohapy ñorairõ proxy rehegua papado rehehápe ojehechauka umi versíkulo diez guive quince peve. Koʼã versíkulo ojehechavaʼerã peteĩ tembiasakue peteĩchaguáicha, pe “Antiochus Magnus” peteĩteĩva ojejuhu hag̃ua umi mbohapy ñorairõpe ojehechaukáva umi versíkulo diez guive quince peve ñemohuʼã ypykue histórico-pe.</w:t>
      </w:r>
    </w:p>
    <w:p>
      <w:pPr>
        <w:pStyle w:val="ArticleBody"/>
        <w:jc w:val="left"/>
      </w:pPr>
      <w:r>
        <w:rPr>
          <w:rFonts w:ascii="Times New Roman" w:hAnsi="Times New Roman" w:eastAsia="Times New Roman" w:cs="Times New Roman"/>
        </w:rPr>
        <w:t>Umi mbohapy ñorairõ peteĩ línea profética añoite hína, Antiochus Magnus oĩgui umi mbohapy ñorairõme. Versículo diez ha Isaías 8:8 ome’ẽ mokõi testígo versículo cuarenta ñembyajerãrã 1989-pe guarã. Versículo cuarenta hína pe punto de referencia versículo diez-pe ha Isaías 8:8-pe. Umi “kárro, barco ha kavaju ári oĩva” orrepresenta umi mokõi hatĩ mymba yvykua rehegua Apocalipsis capítulo trece-pe. Ipahápe, Estados Unidos “ñe’ẽvo dragónicha”, umi mokõi hatĩ ndaha’éimo’ãvéi Republicanismo ha Protestantismo. Upe jave umi oje’éva protestantekuéra ojoajúta Catolicismo ndive, ha pe República Constitucional oñemoambuéta dictadura-pe. Upe períodope umi mokõi hatĩ mymba yvykua rehegua rehegua haita mbarete económico ha militar. Apocalipsis capítulo trece-pe Estados Unidos ombohováita ko yvy ape ári ojeacepta hag̃ua pe mymba marca ikatu hag̃uáicha ojogua ha ovende, ha avei mano hag̃ua ñeñemongyhyjéva rupive. Umi mokõi hatĩ hína Daniel “barco-kuéra”, orepresentáva poder económico, ha “kavaju ári oĩva ha kárro-kuéra”, orepresentáva mbarete militar.</w:t>
      </w:r>
    </w:p>
    <w:p>
      <w:pPr>
        <w:pStyle w:val="ArticleBody"/>
        <w:jc w:val="left"/>
      </w:pPr>
      <w:r>
        <w:rPr>
          <w:rFonts w:ascii="Times New Roman" w:hAnsi="Times New Roman" w:eastAsia="Times New Roman" w:cs="Times New Roman"/>
        </w:rPr>
        <w:t>1989 omopyenda, umi peteĩha guive pa peteĩha po peve ñamoĩrõ guare peñeme’ẽmbyre tembiasakue rehegua umi ñorairõ Ráfia ha Pánio rehegua, tekotevẽ ojeporu upe metodología profética peteĩchaite pe ojeporúva’ekue oñentende hag̃ua 1989 ha Unión Soviética ho’apa hague; Antiochus Magnus niko ojehechauka va’ekue opa mbohapy ñorairõme umi versículo diez guive quince peve. Antiochus orrepresenta pe mbarete karréta, várko ha kavaju arigua, ha upéva 1989-pe ha’eva’ekue Ronald Reagan, pe peteĩha umi poapy presidente apytégui, ha pe paha upévagui avei pe poteĩha, ha ko’ág̃a ha’e pe poapyha, umi siete-gui oúva.</w:t>
      </w:r>
    </w:p>
    <w:p>
      <w:pPr>
        <w:pStyle w:val="ArticleBody"/>
        <w:jc w:val="left"/>
      </w:pPr>
      <w:r>
        <w:rPr>
          <w:rFonts w:ascii="Times New Roman" w:hAnsi="Times New Roman" w:eastAsia="Times New Roman" w:cs="Times New Roman"/>
        </w:rPr>
        <w:t>Isaías mokõi-pa mokõipa he’iháicha, pe pokatu papal, (pe kuña rekovai ojerureva’ekue itavýpe yvy arigua mburuvichakuéra ndive), oñemokañýta Estados Unidos reign aja, ha’e rupi pe sexto reino marandu’ypy marandu’i Bíblico-pe. Áño 1989-pe, Estados Unidos, oñembojoguava’ekue Antíoco Magno rehe, ha’eva’ekue pe pokatu omba’apóva papado rérape iñorairõme pe mymba ateísmo rehegua ndive, upéva ome’ẽ va’ekue chupe peteĩ herida omano hag̃uáicha ary 1798-pe.</w:t>
      </w:r>
    </w:p>
    <w:p>
      <w:pPr>
        <w:pStyle w:val="ArticleBody"/>
        <w:jc w:val="left"/>
      </w:pPr>
      <w:r>
        <w:rPr>
          <w:rFonts w:ascii="Times New Roman" w:hAnsi="Times New Roman" w:eastAsia="Times New Roman" w:cs="Times New Roman"/>
        </w:rPr>
        <w:t>Umi mbohapy ñorairõ ojehechaukáva versíkulo diez guive quince peve orrepresenta ñorairõ pe mburuvicha yvate gotyo pegua apytépe, ha’éva Tiro kuña rekovai kañy ramo, oiporúva ambue pokatu omba’apo hag̃ua hesehápe, oñemonguévo ipokatu ñemyatyrõ ha ñehundívo pe mburuvicha ñemoarandu’ỹ rehegua—pe mburuvicha sur gotyo pegua. Umi tembiasakue oñekumplíva umi mbohapy ñorairõme, umi versíkulo diez guive quince peve, ombo’e ñandéve pe ñorairõ peteĩha ha pahápe Antioco Magnus ogana hague, ha pe mbytepegua katu operde hague. Umi mba’e profetikuéra ojehechakuaáva ary 1989 Ronald Reagan reheve, Papa Juan Pablo II ndive ha Unión Soviética ho’a hag̃ua, orekóta ijojaha ipahaitépe umi mbohapy ñorairõ apytépe, ko’ã versíkulo ha’égui umi oñemboja’óva ñemboty’ỹgui michĩmi mboyve pe tiempo de gracia oñemboty. Oĩháicha versíkulo cuarenta oñemboja’o hag̃ua 1798-pe ha upéi jey 1989-pe, pe versíkulo oñemboja’o ipahápe, oñepyrũvo julio 2023-pe.</w:t>
      </w:r>
    </w:p>
    <w:p>
      <w:pPr>
        <w:pStyle w:val="ArticleBody"/>
        <w:jc w:val="left"/>
      </w:pPr>
      <w:r>
        <w:rPr>
          <w:rFonts w:ascii="Times New Roman" w:hAnsi="Times New Roman" w:eastAsia="Times New Roman" w:cs="Times New Roman"/>
        </w:rPr>
        <w:t>Jesucristo Revelación ojepe’a porãite mboyve oñemboty hag̃ua tiempo de prueba, ha ipype oĩ pe añetegua ijojaha’ỹva Jesús ha’eha pe peteĩha ha pe pahague; ha upévare tapiaite ohechauka pe paha oñepyrũha rupive. Pe tiempo de prueba oñemboty Adventísmorã pe léi dominicalpe, ha pe tiempo de prueba rembe’ýpe Jesucristo Revelación ojepe’a. Pe marandu oñemohu’ãva pe okẽ oñembotypývape pe léi dominicalpe ha’e pe Pyharepyte Sapy’a Cry marandu, pe oguerahava’ekue pe okẽ oñembotypývape 22 jasypa 1844-pe pe historia Millerítape. Pe ojepe’áva 1798-pe, verso cuarenta ñepyrũme, ha upéva avei Estados Unidos ñepyrũ ramo pe poteĩha mburuvicha guasu profecía bíblicape, ohechauka hag̃ua gueteri pe ojepe’áva 1989-pe verso cuarenta mbyteteépe ha Estados Unidos paha progresivo ñepyrũ. Pe ojepe’áva 1798-pe, pe ohechauka’akue 1989, orrepresenta mokõi testígo pe Pyharepyte Sapy’a Cry marandu ojepe’a hag̃ua 2023-pe. Pe línea, imbohapy techaukaha ndive 1798, 1989 ha 2023, ohechauka pe tembiapo hyepýpe omo potĩ hag̃ua pa virgen ha pe línea okáguio pe poteĩha mburuvicha guasu profecía bíblicape.</w:t>
      </w:r>
    </w:p>
    <w:p>
      <w:pPr>
        <w:pStyle w:val="ArticleBody"/>
        <w:jc w:val="left"/>
      </w:pPr>
      <w:r>
        <w:rPr>
          <w:rFonts w:ascii="Times New Roman" w:hAnsi="Times New Roman" w:eastAsia="Times New Roman" w:cs="Times New Roman"/>
        </w:rPr>
        <w:t>Pe ñorairõ oñemombe’úva versíkulo once-pe, oñekumplíva Ráfia Ñorairõme Antiochus oñemboyke ramo Ptolomeo rupive, ohechauka peteĩ ñeñangarekoha pu’aka papal rekovia rehegua ñemboyke, ko’ãga ko ñorairõme ha’éva Ucrania pegua nazi-kuéra, oñemoirũva Europa Kuarahyreikegua tetãnguéra globalista ndive omoheñóiva UE ha NATO, ha oĩva peteĩchaite apytépe umi Naciones Unidas pegua globalista político ha económico-kuéra ndive. Oĩramo Antiochus Magnus umi mbohapy ñorairõme ha ohechaukáramo papado rekovia pu’aka ñorairõhára pe mburuvicha yvate gotyo pegua rehe, mba’éicha ikatu oje’e ha’eha Estados Unidos ary 1989-pe, upéi umi ucraniano-kuéra ojehechaukaháicha Ráfia Ñorairõ rupive, ha upéi jey Estados Unidos Panium Ñorairõme? Versíkulo diez ha’e pe yave versíkulo once guive quince peve hag̃ua, pórke ikumplimiénto 1989-pe ome’ẽ peteĩ ta’anga umi marandu profesiagua tekome’ẽ rehegua peteĩha umi mbohapy ñorairõ rekovia reheguávagui. Mba’e añetegua profesiagua rehegua rupivepa oñemoañete Antiochus ojehechauka hag̃ua papado rekovia pu’aka ramo, ha ndojeaplikái hag̃ua Estados Unidos peteĩteĩ umi mbohapy ñorairõ rehe?</w:t>
      </w:r>
    </w:p>
    <w:p>
      <w:pPr>
        <w:pStyle w:val="ArticleBody"/>
        <w:jc w:val="left"/>
      </w:pPr>
      <w:r>
        <w:rPr>
          <w:rFonts w:ascii="Times New Roman" w:hAnsi="Times New Roman" w:eastAsia="Times New Roman" w:cs="Times New Roman"/>
        </w:rPr>
        <w:t>Ucrania ñorairõ rembiasakuepe, ojehechaukamava'ekue Ráfia ñorairõ rupive, Tetã peteĩ reko Amérikagua oiporu Ucrania pegua nazi-kuérape ipokatu proxy ramo pe tembiasakueetepe omopu'ãhína hikuái peteĩ ta'ãnga papado rehegua, upe pokatu akóinte ha añoite oipurúva pokatu proxy-kuérape ojapo hag̃ua hembiapo ky'áva.</w:t>
      </w:r>
    </w:p>
    <w:p>
      <w:pPr>
        <w:pStyle w:val="ArticleBody"/>
        <w:jc w:val="left"/>
      </w:pPr>
      <w:r>
        <w:rPr>
          <w:rFonts w:ascii="Times New Roman" w:hAnsi="Times New Roman" w:eastAsia="Times New Roman" w:cs="Times New Roman"/>
        </w:rPr>
        <w:t>Oñembohovái hag̃ua pe porandu umi pu'aka ojejapóva ambue rupive rehegua umi versíkulo diez guive quince peve oikotevẽ peteĩ estudio profético umi característica Antioquía rehegua peteĩ símbolo ramo. Umi Guérra Diadócicas ha’e vaekue peteĩ serie de conflicto oikóva 323–281 a. C. apytépe umi Diádoco-kuéra apytépe (griego-pe he’iséva “sucesores”), Alejandro Magno general ha sucesor-kuéra, oñorairõva’ekue oguereko hag̃ua ipoguýpe ha ikontrolpe pe imperio tuichaitéva ha’e oheja vaekue omanóvo rire ary 323 a. C.-pe. Pe peteĩha hérava Antioquía ha’e vaekue Antioquía I Sóter, Seleuco I Nicátor ra’y, peteĩva Alejandro Diádoco-kuéragui (isucesor-kuéra), ha’e vaekue pe omopyenda vaekue pe Imperio Seléucida.</w:t>
      </w:r>
    </w:p>
    <w:p>
      <w:pPr>
        <w:pStyle w:val="ArticleBody"/>
        <w:jc w:val="left"/>
      </w:pPr>
      <w:r>
        <w:rPr>
          <w:rFonts w:ascii="Times New Roman" w:hAnsi="Times New Roman" w:eastAsia="Times New Roman" w:cs="Times New Roman"/>
        </w:rPr>
        <w:t>Téra Antiochus ikatu oñentende he'iséva peteĩ oñemoĩva ambue rendápe, oñangareko hag̃ua hese. Antiochus ha'e peteĩ símbolo Roma rehegua, ha Roma papal ha'e anticristo, oguerekóva peteĩ simbolismo ojoguáva pe orekóvape Antiochus. Antiochus, téra ramo, orrepresentákuri pe membýpe pe omoheñóiva'ekue pe Imperio Seleúcida, ha upe sentido-pe Antiochus oñemoĩkuri itúva rendápe; oĩkuri hikuái hekoviaháicha. Hermana White omombe'u mokõivévape, Satanás ha pe papa, anticristo ramo, ha he'i pe papa ha'eha Satanás representante ko yvy ape ári. Oiko peteĩ téra dinástico herakuãvéva pe Imperio Seleúcida ryepýpe, peteĩ hendáicha ijoajúgui Antiochus I Soter ndive ha táva Antioquía ndive, oñembohérava'ekue térã Seleucus I ru térã ita'ýra rérape. Pe papa ha'e Satanás hekoviahára, ha simbólicamente pe téra Antiochus orrepresenta peteĩ hekoviahárape itúvape g̃uarã, pe omoheñóiva'ekue pe reino yvate gotyo pe omoĩva'ekue itavusu Babilonia-pe.</w:t>
      </w:r>
    </w:p>
    <w:p>
      <w:pPr>
        <w:pStyle w:val="ArticleBody"/>
        <w:jc w:val="left"/>
      </w:pPr>
      <w:r>
        <w:rPr>
          <w:rFonts w:ascii="Times New Roman" w:hAnsi="Times New Roman" w:eastAsia="Times New Roman" w:cs="Times New Roman"/>
        </w:rPr>
        <w:t>Alejandro Magno omano rire, ary 323 a.C.-pe, imperio oñemboja’o umi Diádoco apytépe (he’iséva umi hekoviaguáva). Babilonia Ñemboja’ópe (323 a.C.), Seleuco oñemoĩ raẽkue compañero kuéra kavaju aty mburuvicháramo (peteĩ tembiapo militar herakuã guasuetéva) Pérdicas poguýpe, ha’éva Alejandro imperio regente. Ary 321 a.C.-pe, Seleuco oñenombrákuri satrapa ramo (gobernador ramo) Babiloniaygua, Tríparadiso Ñemboja’o aja, Pérdicas omano rire ha oñemoañeteve rire umi ñe’ẽme’ẽ Diádoco kuéra apytépe. Ary 316 a.C.-pe, Antígono I Monóftalmo, ambue Diádoco, ombohapévo ipoder okakuaáva, ojopy Seleuco-pe oheja haĝua Babilonia ha okañy. Seleuco oheka ñemo’ã Ptolomeo I Sóter ndive Egíptope. Ary 312 a.C.-pe, Seleuco ojevýkuri Babilóniape peteĩ mbarete michĩva reheve ome’ẽva’ekue chupe Ptolomeo. Ha’e ipu’aka Antígono mbaretekuéra ári ha ojapyhy jey Babilonia, upéicha omoĩ hag̃ua ipoguype ipu’akaha rape. Ko mba’e ojehecha jepi Seleúcida Imperio ñepyrũramo, ha ary 312 a.C. ramo ojeiporu hag̃ua Seleúcida Éra ñepyrũ histórico ñemoarandúpe.</w:t>
      </w:r>
    </w:p>
    <w:p>
      <w:pPr>
        <w:pStyle w:val="ArticleBody"/>
        <w:jc w:val="left"/>
      </w:pPr>
      <w:r>
        <w:rPr>
          <w:rFonts w:ascii="Times New Roman" w:hAnsi="Times New Roman" w:eastAsia="Times New Roman" w:cs="Times New Roman"/>
        </w:rPr>
        <w:t>Pe téra Seluecus oujehupyty griegogui ha ouju pe ypy selas (σέλας), he’iséva “tesakã”, “mimbipa”, térã “tataendy”. Pe téra ohechauka jegueraha térã mba’erendy, ha upéva oñemohenda porã peteĩ kuimba’e herakuã guasúvareicha Seleucus I Nicator rehe, pe omopyendáva’ekue pe Império Seléucida ha ombojoja pe túva oikova’ekue yvágape tesakã rerahaha ramo.</w:t>
      </w:r>
    </w:p>
    <w:p>
      <w:pPr>
        <w:pStyle w:val="ArticleScripture"/>
        <w:jc w:val="left"/>
      </w:pPr>
      <w:r>
        <w:rPr>
          <w:rFonts w:ascii="Times New Roman" w:hAnsi="Times New Roman" w:eastAsia="Times New Roman" w:cs="Times New Roman"/>
        </w:rPr>
        <w:t>“Ojehupyty hag̃ua yvy arigua mba’erepy ha terakuã guasu, pe iglesia oñemongakuaa hag̃ua oheka hag̃ua yvy arigua karaikuéra guasu favor ha pytyvõ; ha péicha, ojahéivo Cristo-pe, oñembopy’aguapy hag̃ua ome’ẽ iñe’ẽrendu Satanás rembiapoukapyha—Roma obispo-pe.” The Great Controversy, 50.</w:t>
      </w:r>
    </w:p>
    <w:p>
      <w:pPr>
        <w:pStyle w:val="ArticleBody"/>
        <w:jc w:val="left"/>
      </w:pPr>
      <w:r>
        <w:rPr>
          <w:rFonts w:ascii="Times New Roman" w:hAnsi="Times New Roman" w:eastAsia="Times New Roman" w:cs="Times New Roman"/>
        </w:rPr>
        <w:t>Antíoco Magno ohechauka pe pokatu papal rembiapoukapyrõ, ha pe pápa ohechauka Satanás rembiapoukapyrõ. Pe simbología Antíoco rehegua ome’ẽ tenda tembiapoukapyrõ iñambuévape, oĩ haguéicha heta pápa. Reagan ha’e va’ekue pe rembiapoukapyrõ ary 1989-pe, Ucrania oiko Estados Unidos rembiapoukapyrõ 2014-pe ha Trump ha’e pe rembiapoukapyrõ Ñorairõ Panium-pe. Reagan ha’e va’ekue peteĩha, Trump ha’e pahaite, ha Zelenskyy ha’e pe pu’aka mbytépe.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Papapy Once Once</dc:title>
  <dc:subject>Once, once: Daniel ha Apocalipsis ñe’ẽmarandu profético rehegua</dc:subject>
  <dc:creator>Jeff Pippenger</dc:creator>
  <cp:keywords/>
  <dc:description>Generated by ArticleDigger from panium\11_panium.json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