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Mokõiha’ẽsãmbyhy hag̃ua peteĩ môme’ẽ</w:t>
      </w:r>
    </w:p>
    <w:p>
      <w:pPr>
        <w:pStyle w:val="ArticleSubtitle"/>
        <w:jc w:val="left"/>
      </w:pPr>
      <w:r>
        <w:rPr>
          <w:rFonts w:ascii="Arial" w:hAnsi="Arial" w:eastAsia="Arial" w:cs="Arial"/>
        </w:rPr>
        <w:t>Daniel 11:40 ha mbohapy ñemboty’o profesía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Daniel 11:40 ha’e peteĩva umi versíkulo ipypukuvéva Bíbliare. Ha’e ohechauka Daniel kuatiañe’ẽ jeipe’a 1798, 1989 ha 2023-pe. Umi mbohapy jey Daniel kuatiañe’ẽ ojepe’árõ omarkaha peteĩ ñemosarambi “mokõi ha irundy jey” rehegua paha. 1798 omarkákuri umi mokõi mil po setecientos mokõipa ary ñemosarambi paha, oñepyrũva’ekue 723 a.C.-pe, Asiria oguerahárõ guare ñembyatyhápe umi diez trívu yvategua. 1989 omarkákuri 126 ary paha 1863 ñepu’ã guive, upe jave Iglesia Adventista del Séptimo Día oficialmente omboykérõ guare Levítico 26-pe oĩva “mokõi ha irundy jey”. 2023 omarkákuri Revelación 11 pegua mokõi testígo omanóva’ekue tape mbytépe mbohapy ára ha mbyte paha. Umi 2.520 ary pahápe —(126 ary ha umi 3½ ára, opavave símbolo “mokõi ha irundy jey” rehegua)— Daniel kuatiañe’ẽ ojepe’a.</w:t>
      </w:r>
    </w:p>
    <w:p>
      <w:pPr>
        <w:pStyle w:val="ArticleBody"/>
        <w:jc w:val="left"/>
      </w:pPr>
      <w:r>
        <w:rPr>
          <w:rFonts w:ascii="Times New Roman" w:hAnsi="Times New Roman" w:eastAsia="Times New Roman" w:cs="Times New Roman"/>
        </w:rPr>
        <w:t>Hermana White ñanemomarandu 1798-pe tekotevẽ hague kuimbaʼekuéra oñemoĩ hag̃ua henondépe umi mbaʼe oikóva oñembojoajúva ára de gracia paha ndive. Haʼe ohaírõ ko mbaʼe, ohechauka hina tembiasakue ojoja hag̃ua, pórke avei ohechauka pe marandu ára pahaguápe guaréva ramo umi mbaʼe oñembojoajúva ára de gracia paha ndive. Oñeʼẽvo pe tembiasakue millerita rehe, haʼe ohai:</w:t>
      </w:r>
    </w:p>
    <w:p>
      <w:pPr>
        <w:pStyle w:val="ArticleScripture"/>
        <w:jc w:val="left"/>
      </w:pPr>
      <w:r>
        <w:rPr>
          <w:rFonts w:ascii="Times New Roman" w:hAnsi="Times New Roman" w:eastAsia="Times New Roman" w:cs="Times New Roman"/>
        </w:rPr>
        <w:t>“Tekotevẽ vaʼekue yvyporakuéra oñemombáy hag̃ua oikuaa hag̃ua pe peligro oĩhápe; ha oñemombarete hag̃ua oñembosakoʼi hag̃ua umi mbaʼe guasu ha mombyrýva ojoajúva pe ára pahápe pe grásia oñembotyha ndive.” The Great Controversy, 310.</w:t>
      </w:r>
    </w:p>
    <w:p>
      <w:pPr>
        <w:pStyle w:val="ArticleBody"/>
        <w:jc w:val="left"/>
      </w:pPr>
      <w:r>
        <w:rPr>
          <w:rFonts w:ascii="Times New Roman" w:hAnsi="Times New Roman" w:eastAsia="Times New Roman" w:cs="Times New Roman"/>
        </w:rPr>
        <w:t>Oñe’ẽvo umi ára paháre rehe, ha’e ohai:</w:t>
      </w:r>
    </w:p>
    <w:p>
      <w:pPr>
        <w:pStyle w:val="ArticleScripture"/>
        <w:jc w:val="left"/>
      </w:pPr>
      <w:r>
        <w:rPr>
          <w:rFonts w:ascii="Times New Roman" w:hAnsi="Times New Roman" w:eastAsia="Times New Roman" w:cs="Times New Roman"/>
        </w:rPr>
        <w:t>“Haʼe hag̃ua kurusúre, pe Salvador omyesakã vaʼekue hemimboʼekuérape ojejukataha chupe ha opuʼã jeýta hag̃ua pe sepulcro-gui, ha umi ánhel oĩkuri upépe omoingese hag̃uáicha iñeʼẽnguéra apytuʼũ ha korasõme. Péro hemimboʼekuéra ohaʼarõkuri peteĩ jepeʼa ko yvy arigua pe júgo romano-gui, ha ndaikatúikuri omoneĩ pe ñemomanduʼa haʼe, upe oñemopyendahápe opaite ijesperánsa, ohasa hag̃ua peteĩ ñemano ñemotĩrã. Umi ñeʼẽ tekotevẽvaʼekue imanduʼa hikuái oñemosẽkuri iñapytuʼũgui; ha oguahẽ ramo guare pe ára jejopyrã, ojuhu chupekuéra noñembosakoʼi hag̃uáicha. Jesús ñemano ombyaipaite hag̃uaicha ijesperánsa, ku haʼetevaʼerã guaʼu ku ndoavisaivaʼekue chupekuéra upe mboyve. Upéicha avei umi profesíape pe tenonderã oñejehechauka ñandéve hesakã porã hag̃uáicha, ojehechauka haguéicha hemimboʼekuérape Cristo ñeʼẽ rupive. Umi mbaʼe oikótava ojoajúva pe tiempo de gracia ñembotýre ha pe tembiapo ñembosakoʼi rehegua pe ára jejopyrãrõ g̃uarã, oñemombeʼu hesakã porã. Péro hetaiterei tapicha ndorekói koʼã añetegua iñimportánteva rehegua ñehesaʼỹijo hetave hag̃ua ku arakaʼeve ndojehechaukaivaʼekue chupekuéraicha. Satanás omaña hag̃uáicha omonda hag̃ua opaite impresión ikatúva omboarandu chupekuéra salvaciónrã, ha pe ára jejopyrã ojuhúta chupekuéra noñembosakoʼi hag̃uáicha.” The Great Controversy, 595.</w:t>
      </w:r>
    </w:p>
    <w:p>
      <w:pPr>
        <w:pStyle w:val="ArticleBody"/>
        <w:jc w:val="left"/>
      </w:pPr>
      <w:r>
        <w:rPr>
          <w:rFonts w:ascii="Times New Roman" w:hAnsi="Times New Roman" w:eastAsia="Times New Roman" w:cs="Times New Roman"/>
        </w:rPr>
        <w:t>Pe marandu Millerita oñemboja’o’ỹva’ekue ary 1798-pe ha omoĩmbyre “umi mba’e ojehúva oñembohu’ãmbotávo pe tiempo de gracia.” Oñe’ẽvo umi ára paháre rehe, ha’e oiporu temimbo’e kuéra rembiasakue ohechauka hag̃ua pe añetegua “umi mba’e ojehúva oñembohu’ãmbotávo pe tiempo de gracia” ha’eha umi omboaranduáva yvypórape salvación-pe g̃uarã, péro noñentendéi. Umi marandu oñemboja’o’ỹva’ekue ary 1798, 1989 ha 2023-pe ha’e va’ekue marandu omombe’úva “umi mba’e ojehúva oñembohu’ãmbotávo pe tiempo de gracia.”</w:t>
      </w:r>
    </w:p>
    <w:p>
      <w:pPr>
        <w:pStyle w:val="ArticleBody"/>
        <w:jc w:val="left"/>
      </w:pPr>
      <w:r>
        <w:rPr>
          <w:rFonts w:ascii="Times New Roman" w:hAnsi="Times New Roman" w:eastAsia="Times New Roman" w:cs="Times New Roman"/>
        </w:rPr>
        <w:t>Pe téi irundy representa peteĩ línea histórica pe lívro Danielpegua ojepe’aha mba’ehéragui mbohapy jey. Áño 1798-pe ojepe’a mba’ehéragui Daniel visión ysyry Ulai rehegua, orepresentáva capítulokuéra siete guive nueve peve. Áño 1989-pe ojepe’a mba’ehéragui Daniel visión ysyry Hiddekel rehegua, orepresentáva capítulo diez guive doce peve. Áño 2023-pe ojepe’a mba’ehéragui tembiasakue kañymby pe téi irundy Daniel once-peguáva rehegua.</w:t>
      </w:r>
    </w:p>
    <w:p>
      <w:pPr>
        <w:pStyle w:val="ArticleBody"/>
        <w:jc w:val="left"/>
      </w:pPr>
      <w:r>
        <w:rPr>
          <w:rFonts w:ascii="Times New Roman" w:hAnsi="Times New Roman" w:eastAsia="Times New Roman" w:cs="Times New Roman"/>
        </w:rPr>
        <w:t>Pe téra irundypa ko versíkulo rehegua omombe’u ary 1798 guive pe léi domingo rehe peve oĩva versíkulo irundy peteĩhápe, ha upéva ha’e Tetã peteĩ reko Amérikagua rembiasakue, ha’éva avei yvy mymba Apocalipsis trece-pe, maranduhára japu Apocalipsis dieciséis-pe, ha mburuvicha guasu poteĩha profecía bíblica-pe. Pe tembiasakue peteĩchagua ojehechaukáva versíkulo irundýpe Daniel capítulo once-pe, ojehechauka avei peteĩ versíkulo rupive Apocalipsis kuatiañe’ẽme.</w:t>
      </w:r>
    </w:p>
    <w:p>
      <w:pPr>
        <w:pStyle w:val="ArticleScripture"/>
        <w:jc w:val="left"/>
      </w:pPr>
      <w:r>
        <w:rPr>
          <w:rFonts w:ascii="Times New Roman" w:hAnsi="Times New Roman" w:eastAsia="Times New Roman" w:cs="Times New Roman"/>
        </w:rPr>
        <w:t>Ahecha ambue mymba ra'anga ojupíva yvýgui; ha oguereko mokõi hatĩ ovecha ra'y-icha, ha oñe'ẽ dragón-icha. Apocalipsis 13:11.</w:t>
      </w:r>
    </w:p>
    <w:p>
      <w:pPr>
        <w:pStyle w:val="ArticleBody"/>
        <w:jc w:val="left"/>
      </w:pPr>
      <w:r>
        <w:rPr>
          <w:rFonts w:ascii="Times New Roman" w:hAnsi="Times New Roman" w:eastAsia="Times New Roman" w:cs="Times New Roman"/>
        </w:rPr>
        <w:t>Ko versíkulo, ojoguahẽháicha versíkulo irundypa-pe, ha’e pe tembiasakue oñepyrũva pe Alien and Sedition Acts ary 1798-pe ha opa pe léi arapokõindy rehegua-pe, tetã oñe’ẽ jave dragónicha, peteĩ tembiasakue oñepyrũva Roma papal ojeipe’árõ guare tróno-gui ha opa Roma papal oñemoĩjeývo tróno-pe. Pe tembiasakue ojehechaukáva mokõivéva Apocalipsis 13:11 ha Daniel 11:40-pe oñepyrũ pe poha mburuvicharã reko oñeipe’a reheve marandu’ypy marangatu profecía-gui ha opa pe poteĩha mburuvicharã reko oñeipe’a reheve marandu’ypy marangatu profecía-gui.</w:t>
      </w:r>
    </w:p>
    <w:p>
      <w:pPr>
        <w:pStyle w:val="ArticleBody"/>
        <w:jc w:val="left"/>
      </w:pPr>
      <w:r>
        <w:rPr>
          <w:rFonts w:ascii="Times New Roman" w:hAnsi="Times New Roman" w:eastAsia="Times New Roman" w:cs="Times New Roman"/>
        </w:rPr>
        <w:t>Umi “setenta” áño Babilonia ogoverna hague ramo pe peteĩha mburuvicharenda profesía bíblica rehegua guive pe mokõiha mburuvicharenda profesía bíblica rehegua peve ohechauka pe tembiasakue versíkulo cuarenta rehegua, 1798 guive pe léi domingo peve.</w:t>
      </w:r>
    </w:p>
    <w:p>
      <w:pPr>
        <w:pStyle w:val="ArticleScripture"/>
        <w:jc w:val="left"/>
      </w:pPr>
      <w:r>
        <w:rPr>
          <w:rFonts w:ascii="Times New Roman" w:hAnsi="Times New Roman" w:eastAsia="Times New Roman" w:cs="Times New Roman"/>
        </w:rPr>
        <w:t>Ha oikóta upe árape, Tiro oñembyesaráita setenta ary pukukue, peteĩ mburuvicha guasu ára-kuéraicha; ha setenta ary paha rire, Tírope oñepyrũta opurahéi kuña rekovai ramo. Eguereko peteĩ árpa, ejere pe táva rupi, nde kuña rekovai oñembyesaráiva; embopu porã, epurahéi heta purahéi, ne manduʼa hag̃ua hese. Ha oikóta setenta ary paha rire, Ñandejára oguahẽta ohecha Tírope, ha haʼe ojere jeýta hepykue rehe, ha oñemeʼẽta tekovaipe opa yvy arigua reino ndive, ko yvy ape ári. Isaías 23:15–17.</w:t>
      </w:r>
    </w:p>
    <w:p>
      <w:pPr>
        <w:pStyle w:val="ArticleBody"/>
        <w:jc w:val="left"/>
      </w:pPr>
      <w:r>
        <w:rPr>
          <w:rFonts w:ascii="Times New Roman" w:hAnsi="Times New Roman" w:eastAsia="Times New Roman" w:cs="Times New Roman"/>
        </w:rPr>
        <w:t>Pe tembiasakue 1798 guive pe léi domingo peve ha’e avei pe tembiasakue ojeheja hag̃uáicha pe kuña reko vai Tirogua, ojehaiháicha Isaías veintitréspe, upéva omombeʼúva pe ára pukukue “setenta áño” ha “mburuvicha peteĩ ára” ramo. Nebucodonosor guive Belsasar peve ogoverna vaʼekue pe peteĩha reino maranduhai marangatúpe guare; upéicha rupi ohechauka hag̃ua pe sexto reino maranduhai marangatúpe guare, oñepyrũva ovecha raʼyicha, ha ipahápe oñeʼẽ mbóicha dragón. Nebucodonosor ohechauka peteĩ tapicha ovecha raʼy rapykuehóva, ha Belsasar peteĩ dragón rapykuehóva.</w:t>
      </w:r>
    </w:p>
    <w:p>
      <w:pPr>
        <w:pStyle w:val="ArticleBody"/>
        <w:jc w:val="left"/>
      </w:pPr>
      <w:r>
        <w:rPr>
          <w:rFonts w:ascii="Times New Roman" w:hAnsi="Times New Roman" w:eastAsia="Times New Roman" w:cs="Times New Roman"/>
        </w:rPr>
        <w:t>Pe tembiasakue 1798 guive pe léi domingo peve ha’e avei pe mbohapy ánhel Apocalipsis catorce-peguáva rembiasakue, oñepyrũvo umi Millerita-kuéra ñemoambue rehe ha opa hag̃ua umi cien cuarenta y cuatro mil ñemoambue rehe. Pe mbohapy ánhel marandu ha’e pe huísio aravo marandu. Umi Millerita-kuéra omombe’u va’ekue umi mba’e oikóva pe huísio ñepyrũ rehegua ndive, ha umi cien cuarenta y cuatro mil omombe’u umi mba’e oikóva pe tiempo de gracia ñemboty rehegua ndive.</w:t>
      </w:r>
    </w:p>
    <w:p>
      <w:pPr>
        <w:pStyle w:val="ArticleBody"/>
        <w:jc w:val="left"/>
      </w:pPr>
      <w:r>
        <w:rPr>
          <w:rFonts w:ascii="Times New Roman" w:hAnsi="Times New Roman" w:eastAsia="Times New Roman" w:cs="Times New Roman"/>
        </w:rPr>
        <w:t>Umi mba’e oikóva oñembojoajuva’ekue pe ára paha pe gracia ñembotýre ojehechauka profecía ryepýpe ha okápe rupi, ha umi mba’e oiko tenonderãite pe tembiasakue ojehechaukávape Daniel 11, versíkulo 40-pe. Umi mba’e oĩva versíkulo 40-pe opa pe léi domingo Estados Unidos-pe, upévare umi mba’e ojejapóva Tupã ra’ykuéra ambuéva, gueteri oĩva Babilonia-pe, mbyaty paha rehegua ndaha’éi ojehechaukáva versíkulo 40-pe; upéicharõ jepe, pe apañuãi upérõ oñembohováiva ko yvy ape ári, States Unidos-pe ae ramóma opa. Umi mba’e ohechauka juicio Estados Unidos ári ha Tupã iglesia ñemopotĩ, iglesia oñemopu’ã mboyve peteĩ poyvi ramo.</w:t>
      </w:r>
    </w:p>
    <w:p>
      <w:pPr>
        <w:pStyle w:val="ArticleBody"/>
        <w:jc w:val="left"/>
      </w:pPr>
      <w:r>
        <w:rPr>
          <w:rFonts w:ascii="Times New Roman" w:hAnsi="Times New Roman" w:eastAsia="Times New Roman" w:cs="Times New Roman"/>
        </w:rPr>
        <w:t>Umi mba’e oikóva hyepypegua, ojoajúva pe tiempo de gracia ñemboty rehe, ohechauka Cristo rembiapo Saserdóte Guasúicha omohu’ãvo Tupã ñemimby peteĩha ipahapegua ára tavayguakuéra apytépe. Umi mba’e oikóva okápe ohechauka Estados Unidos rembiaporã omoĩjey hag̃ua pokatu papadogui. Pe historia pukukue Estados Unidos rehegua, ha’éva pe sexto reino profecía bíblica pegua, pe historia pukukue Laodicea rehegua, oiko tuichakue pe historia ryepýpe ojehechaukáva versículo cuarenta-pe.</w:t>
      </w:r>
    </w:p>
    <w:p>
      <w:pPr>
        <w:pStyle w:val="ArticleBody"/>
        <w:jc w:val="left"/>
      </w:pPr>
      <w:r>
        <w:rPr>
          <w:rFonts w:ascii="Times New Roman" w:hAnsi="Times New Roman" w:eastAsia="Times New Roman" w:cs="Times New Roman"/>
        </w:rPr>
        <w:t>Umi línea interna ha externa oĩva versíkulo cuarenta ryepýpe ojehechauka mokõi hatĩ rupive mymba yvýgui osẽvagui. Republicanismo rembiapo hatĩ ha’e pe línea externa, ha Protestantismo rembiapo hatĩ ha’e pe línea interna. Mokõivéva línea oĩ pe sexto reino rembiasakue ryepýpe, ha pe sexto reino rembiasakue paha hag̃uápe Tupã juicio oguerúva mokõivéva hatĩ ári, Protestante ha Republicano ári. Pe marandu ohechakuaáva umi mba’e oikóva pe tiempo de gracia ñemboty rehegua ndive joajúva, ha’e pe marandu avei ohechakuaáva umi mba’e oguerúva Estados Unidos ári omyenyhẽ aja ikópa tiempo de gracia rehegua. Pe marandu ohechakuaáva umi mba’e oikóva pe tiempo de gracia ñemboty rehegua ndive joajúva, ha’e avei pe marandu ohechakuaáva umi mba’e oguerúva Adventismo del Séptimo Día ári omyenyhẽ aja ikópa tiempo de gracia rehegua.</w:t>
      </w:r>
    </w:p>
    <w:p>
      <w:pPr>
        <w:pStyle w:val="ArticleBody"/>
        <w:jc w:val="left"/>
      </w:pPr>
      <w:r>
        <w:rPr>
          <w:rFonts w:ascii="Times New Roman" w:hAnsi="Times New Roman" w:eastAsia="Times New Roman" w:cs="Times New Roman"/>
        </w:rPr>
        <w:t>Mokõiha tembiasakue ryepýpe, Daniel kuatiañe’ẽ ojeipe’a mbohapy jey, ha umi mbohapy jey peteĩteĩ oguenohẽ peteĩ línea interna ha externa ohechaukáva umi mba’e oikóva gracia ñemboty rehegua ndive. Umi mbohapy techaukaha profético peteĩteĩ mboyve oiko peteĩ ñemosarambi siete tiempos rehegua. Upévare, versículo cuarenta ohechauka pe tembiasakue 1798 guive pe léi domingo peve, ha umi techaukaha profético oĩva upe tembiasakue ryepýpe ha’e “umi mba’e oikóva gracia ñemboty rehegua ndive”. Versículo cuarenta rembiasakue ryepýpe, pe línea interna ohechauka peteĩ jehasa Filadelfiágui Laodicéape iñepyrũme, ha peteĩ jehasa Laodiceágui Filadelfiápe ipahápe. Iñepyrũme ojehechauka peteĩ movimiento reformatorio, ojehechaukaháicha umi diez virgen parábola rupi, upéva omombe’úva peteĩ movimiento reformatorio ipahápe, ombohovái hag̃ua pe parábola pe letraite peve.</w:t>
      </w:r>
    </w:p>
    <w:p>
      <w:pPr>
        <w:pStyle w:val="ArticleBody"/>
        <w:jc w:val="left"/>
      </w:pPr>
      <w:r>
        <w:rPr>
          <w:rFonts w:ascii="Times New Roman" w:hAnsi="Times New Roman" w:eastAsia="Times New Roman" w:cs="Times New Roman"/>
        </w:rPr>
        <w:t>Pe movimiento Millerita Filadelfiagua oñepyrũ peteĩ ñembyaty reheve umi “poapy jey” Levítico mokõipa poteĩme ojejapóva ary 1798-pe, ha upéi ambue ñembyaty umi “poapy jey” rehe October 22, 1844-pe. Jepeve 1856-pe, mokõivéva James White ha Sister White ohechakuaa pe movimiento oĩha peteĩ condición Laodiceagua-pe. Pe ary peteĩme voi oñepresenta tesape pyahu umi “poapy jey” rehe pe kuatia oficial iglesia-gua opyta hag̃uáicha oñemohu’ã’ỹre. Umi “poapy jey” ojejapo ary 1798-pe, ha upéi William Miller ojuhu pe “iñepyrũha cadena añetegua rehegua” Sister White he’iháicha, ha pe iñepyrũha cadena añetegua rehegua ha’e umi “poapy jey.” 1798 ha’e peteĩ ñembyaty umi “poapy jey” rehegua; upéi Miller ojapo iñemboguapyguasu pyenda rehegua ñembojuhu umi “poapy jey” rehe, Daniel kuatia oñemboty’ỹvo. Upe rire, October 22, 1844 omarka ambue ñembyaty umi “poapy jey” rehegua, upéva rire katu oiko peteĩ jehasa pe movimiento-pe Filadelfiágui Laodiceápe pe ary peteĩme avei, umi tesape pyahu “poapy jey” rehegua opyta ramo oñemohu’ã’ỹre. Ary 1863-pe, pe movimiento Millerita Filadelfiagua, pe oikóva peicha 1856 peve ha upépe ojere pe movimiento Millerita Laodiceagua ramo, oiko peteĩ iglesia oñeregistra hag̃uáicha léi renondépe, hetave hag̃ua Guerra Civil remikotevẽ ha jejopy rupi, ha avei oñeñangareko hag̃ua iglesia mitãrusukuéra rehe. Pe movimiento opa ary 1863-pe oiko ramo guare iglesia. Poapy ary mboyve, ary 1856-pe, Laodicea omoĩ ykére peteĩ marandu tesape pyahu rehegua upe temaite rehe, upéva va’ekue William Miller ñeñembyaty profético peteĩha.</w:t>
      </w:r>
    </w:p>
    <w:p>
      <w:pPr>
        <w:pStyle w:val="ArticleBody"/>
        <w:jc w:val="left"/>
      </w:pPr>
      <w:r>
        <w:rPr>
          <w:rFonts w:ascii="Times New Roman" w:hAnsi="Times New Roman" w:eastAsia="Times New Roman" w:cs="Times New Roman"/>
        </w:rPr>
        <w:t>Pe movimiento Millerita ha pe tesape oje’éva “añete joaju ñepyrũ”, pe tesape “siete tiempos” rehegua, ojepe’a Laodicea movimiento sãmbyhyhára kuérape, ha’ekuéra mbeguekatúpe oheja ykére peteĩ deseo omomba’eguasu hag̃ua “siete tiempos”; ha siete ary pahápe (“siete tiempos”) ary 1863-pe, oñemoheñói peteĩ cuadro pyahu ha peteĩ marandu profético pyahu, ndaipórihápe mba’eveichagua ñe’ẽ “siete tiempos” rehe.</w:t>
      </w:r>
    </w:p>
    <w:p>
      <w:pPr>
        <w:pStyle w:val="ArticleBody"/>
        <w:jc w:val="left"/>
      </w:pPr>
      <w:r>
        <w:rPr>
          <w:rFonts w:ascii="Times New Roman" w:hAnsi="Times New Roman" w:eastAsia="Times New Roman" w:cs="Times New Roman"/>
        </w:rPr>
        <w:t>Áño 1863-pe, oñemohu’ãvo Isaías marandu profético sesenta y cinco ary rehegua, opa upe oñepyrũ haguépeite, peteĩ ñorairõ civil norte ha sur apytépe. Tembiguái rekove rehegua mba’e 1863-pe ojehechauka vaʼekue mokõive, pe rréino yvate ha pe rréino yvy gotyo, ojegueraha hag̃ua mombyry oñekumpli hag̃ua “siete tiempos”; ha pe tembiguái rekovépe Israel ojegueraha hague ohechauka porã umi tembiguái rehegua mbaʼe paha gotyo. 1863 ohechauka pe profecía estructura paha, oñemopyendáva Isaías marandu profético sesenta y cinco ary rehe.</w:t>
      </w:r>
    </w:p>
    <w:p>
      <w:pPr>
        <w:pStyle w:val="ArticleScripture"/>
        <w:jc w:val="left"/>
      </w:pPr>
      <w:r>
        <w:rPr>
          <w:rFonts w:ascii="Times New Roman" w:hAnsi="Times New Roman" w:eastAsia="Times New Roman" w:cs="Times New Roman"/>
        </w:rPr>
        <w:t>Péicha he’i Ñandejára Tupã: Ndopytamo’ãi, ha ndojehumo’ãi. Siria akã hína Damasco, ha Damasco akã hína Rezín; ha sesenta ha cinco áño ryepýpe Efraín oñembyaietéta, ndaha’éi hag̃uáicha peteĩ tetã. Ha Efraín akã hína Samaria, ha Samaria akã hína Remalías ra’y. Naperoviáiramo, añetehápe napembopyta mbaretémo’ãi. Isaías 7:7–9.</w:t>
      </w:r>
    </w:p>
    <w:p>
      <w:pPr>
        <w:pStyle w:val="ArticleBody"/>
        <w:jc w:val="left"/>
      </w:pPr>
      <w:r>
        <w:rPr>
          <w:rFonts w:ascii="Times New Roman" w:hAnsi="Times New Roman" w:eastAsia="Times New Roman" w:cs="Times New Roman"/>
        </w:rPr>
        <w:t>Ojeikuaa porãramo, ko profesía oñepyrũva ary 742 a.C.-pe ohechauka mbohapy techaukaha peteĩ período sesenta y cinco ary pukukue ryepýpe. Mokõi umi techaukahágui ohechauka ñepyrũha mokõi reino Israel pegua, pe yvate gotyo ha pe ñemby gotyo pegua, mokõivéva rembiguáiha ha ñembyhy pohýi guýpe oikohaguã dos mil quinientos veinte ary aja. Ary 742 a.C.-pe umi reino yvate ha ñemby gotyo pegua oĩva'ekue peteĩ ñorairõ civil ryepýpe, ha umi diez tríbu yvate gotyo pegua ojapo peteĩ joaju Siria ndive oike hag̃ua oñorairõ Judá, pe reino ñemby gotyo pegua, rehe. Diecinueve ary rire, ary 723 a.C.-pe, umi diez tríbu yvate gotyo pegua ogueraha hag̃ua rembiguáiramo umi asirio. Cuarenta y seis ary rire, ary 677 a.C.-pe, umi asirio ojapyhy Manasés-pe ha ogueraha chupe Babilóniape. Dos mil quinientos veinte ary rire ary 723 a.C. guive oguahẽ 1798-pe, pe ára paha ha ñepyrũha versíkulo cuarenta-pe. Cuarenta y seis ary rire, umi “siete tiempos” oúva pe reino ñemby gotyo peguáre, oñepyrũva ary 677 a.C.-pe, opa ary 1844-pe. Diecinueve ary rire, ary 1863-pe, umi mba’e rechaukaha profesiagua ary 742 a.C. pegua ojehechauka haimete peteĩ letra peteĩme. Peteĩ ñorairõ civil oiko hína umi reino yvate ha ñemby gotyo pegua apytépe ary 742 a.C.-pe ha 1863-pe. Ary 742 a.C.-pe, pe marandu Isaías ome’ẽva’ekue mburuvicha guasu aña Acaz-pe rehegua hína va’ekue pe ñeñapytĩ hi’aguĩmava mokõive reino, pe yvate ha pe ñemby gotyo pegua, rehe; ha ary 1863-pe, pe Guerra Civil mbyte tee jave, mburuvicha Lincoln omoherakuã pe Emancipation Proclamation, omoñepyrũvo pe tembiapo oñemohu’ã hag̃uáicha pe tembiguái rekove. Pe ñemo’ẽrã oñeme’ẽva’ekue mburuvicha guasu aña Acaz-pe ary 742 a.C.-pe oñeme’ẽ va’ekue pe yvy porãite literal-pe, ohechaukáva pe marandu Lincoln ome’ẽva’ekue pe yvy porãite espiritual-pe.</w:t>
      </w:r>
    </w:p>
    <w:p>
      <w:pPr>
        <w:pStyle w:val="ArticleBody"/>
        <w:jc w:val="left"/>
      </w:pPr>
      <w:r>
        <w:rPr>
          <w:rFonts w:ascii="Times New Roman" w:hAnsi="Times New Roman" w:eastAsia="Times New Roman" w:cs="Times New Roman"/>
        </w:rPr>
        <w:t>Siete áño rire umi marandu “siete tiempos” rehegua, Hiram Edson omoherakuãva’ekue ary 1856-pe, Adventismo oguenohẽ pe cuadro 1863-gua, omboguévo pe ñembo’e Millerita rehegua umi siete tiempos, ha upéicha omoĩ porandu hag̃uáicha hetaiterei pasáhe Ellen White ombo’évape ñande jarrepeti va’erãha umi marandu Millerita-kuéra rehegua, ha avei ñadefende va’erãha anítei ojeataka umi marandu. Pe mismo áñope oiko hikuái peteĩ iglesia oñeregistra va’ekue legalmente. Oĩ hetave mba’e ikatúva ojehai 1863 rehe ha umi imba’e he’iséva profético rehe, péro ko’ápe aikuaaukáva ha’e oĩha heta testígo, hyepýguagua ha okapegua avei, ohechaukáva pe pu’aka’ỹ 1863-gua, taha’e pe pu’aka’ỹ okapegua umi estado del sur reheve, térã pe pu’aka’ỹ hyepýgua pe añetegua peteĩha ha fundamental oñemboykégui. 1863 ha’e peteĩva umi mba’e oikóva versículo cuarenta rembiasakue ryepýpe ohechaukáva peteĩ señal térã waymark omohendáva pe “umi mba’e ojejoajúva gracia rembe’ýpe oñembotývo.”</w:t>
      </w:r>
    </w:p>
    <w:p>
      <w:pPr>
        <w:pStyle w:val="ArticleBody"/>
        <w:jc w:val="left"/>
      </w:pPr>
      <w:r>
        <w:rPr>
          <w:rFonts w:ascii="Times New Roman" w:hAnsi="Times New Roman" w:eastAsia="Times New Roman" w:cs="Times New Roman"/>
        </w:rPr>
        <w:t>1863 ojoaju pe oñepyrũha irundypa ary ñu-meguápe Israel yma guarépe, he’iséva pe Israel literal yma guare. Umi irundypa ary paha gotyo, Josué omotenonde Israel yma guarépe Yvy Ñeme’ẽmbyrãme, ha ha’ekuéra omboguejy Jericó ha omoĩ peteĩ je’epy vai opaite umi omopu’ã jeývata Jericó rehe. Ary 1863-pe, pe liderazgo Adventismo Laodiceagua omopu’ã jey Jericó. 1863 ojehechauka umi irundypa ary ñu-meguápe ñepyrũhápe ha ipahápe. 1863 ha’e peteĩ marca profética ombojoajúva umi historia línea okapegua ha hyepypegua versículo cuarenta rembiasakue rehegua. Oĩ pe séptima iglesia, “peteĩ iglesia ojehusgáva”, pe ñe’ẽ “Laodicea” he’iséva upéva, oikeha peteĩ período ojehechaukáva peteĩ generación pukukue omano hag̃uáicha pe ñu-meguápe. Upe jave voi, pe tenondegua republicano peteĩha oñepyrũ tembiapo omosãsóvo umi tembiguái, upéicha ohechauka hag̃ua umi presidente republicano paha, omboguatátava pe léi militar peteĩ período apytépe de crisis, oguerahátava pe mba’épe pe inspiración ohenóiva “tetãgua ñehundi.”</w:t>
      </w:r>
    </w:p>
    <w:p>
      <w:pPr>
        <w:pStyle w:val="ArticleBody"/>
        <w:jc w:val="left"/>
      </w:pPr>
      <w:r>
        <w:rPr>
          <w:rFonts w:ascii="Times New Roman" w:hAnsi="Times New Roman" w:eastAsia="Times New Roman" w:cs="Times New Roman"/>
        </w:rPr>
        <w:t>Tapére rape ypykuegua oporrepresenta hag̃ua tapére rape pahaigua, ha umi mbaʼe oikóva joavy hag̃ua juicio ñembotykére oñehesapeʼa hag̃ua umi mbaʼe oikóva juicio ñepyrũme. Pe puʼakaʼỹ Kades-pe, oñemboykévo Josué ha Caleb marandu kuatia cuarenta áño ñepyrũme, ohesapeʼa pe puʼakaʼỹ Moisés rehegua, ojapi rire ita guasu Kades-pe umi cuarenta áño paha hag̃ua. 1863 ohechauka pe léi domingo rehegua, upépe Laodicea oñesẽ yvýre Ñandejára jurúgui, ha upépe umi mokõipa po yma guare kuimbaʼe Jerusalén-pe oñesũ kuarahy renondépe Ezequiel capítulo ocho-pe, ha upépe Silo oñembojoapy jey umi ojeroviáva ñeʼẽ japu rehe: “ñande hína Ñandejára templo.”</w:t>
      </w:r>
    </w:p>
    <w:p>
      <w:pPr>
        <w:pStyle w:val="ArticleBody"/>
        <w:jc w:val="left"/>
      </w:pPr>
      <w:r>
        <w:rPr>
          <w:rFonts w:ascii="Times New Roman" w:hAnsi="Times New Roman" w:eastAsia="Times New Roman" w:cs="Times New Roman"/>
        </w:rPr>
        <w:t>Ñambohapéta ko estudio Panium rehegua pe artículo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Mokõiha’ẽsãmbyhy hag̃ua peteĩ môme’ẽ</dc:title>
  <dc:subject>Daniel 11:40 ha mbohapy ñemboty’o profesía rehegua</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