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Irundy}</w:t>
      </w:r>
    </w:p>
    <w:p>
      <w:pPr>
        <w:pStyle w:val="ArticleSubtitle"/>
        <w:jc w:val="left"/>
      </w:pPr>
      <w:r>
        <w:rPr>
          <w:rFonts w:ascii="Arial" w:hAnsi="Arial" w:eastAsia="Arial" w:cs="Arial"/>
        </w:rPr>
        <w:t>Pe Ñembyasyha Tembiasa pe Tupaópe Jeike Rembiecharã Yvypórare hag̃ua hag̃ua hag̃ua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Pe santuario rehegua vaʼekue hína pe “lláve” oipeʼáva pe ñembyasy guasu 22 jasypa 1844-pe, mbohapyha ánhel marandu ñepyrũme; ha pe ñembyasy rehegua voi hína pe “lláve” oipeʼa hag̃uáicha pe santuario marandu templo prueba rehegua, mbohapyha ánhel pahápe.</w:t>
      </w:r>
    </w:p>
    <w:p>
      <w:pPr>
        <w:pStyle w:val="ArticleScripture"/>
        <w:jc w:val="left"/>
      </w:pPr>
      <w:r>
        <w:rPr>
          <w:rFonts w:ascii="Times New Roman" w:hAnsi="Times New Roman" w:eastAsia="Times New Roman" w:cs="Times New Roman"/>
        </w:rPr>
        <w:t>Ha che ame'ẽta ndéve yvágapegua rréino ryru pe'aha: ha opa mba'e nde rembojoajúva ko yvy ári, ojejoguáta yvágape; ha opa mba'e nde rembojoráva ko yvy ári, ojejoráta yvágape. Mateo 16:19.</w:t>
      </w:r>
    </w:p>
    <w:p>
      <w:pPr>
        <w:pStyle w:val="ArticleBody"/>
        <w:jc w:val="left"/>
      </w:pPr>
      <w:r>
        <w:rPr>
          <w:rFonts w:ascii="Times New Roman" w:hAnsi="Times New Roman" w:eastAsia="Times New Roman" w:cs="Times New Roman"/>
        </w:rPr>
        <w:t>Pe mba’e ojeikuaa hag̃ua 11 jasyporundy 2001 “9/11” ramo, ojoajúvo “911” rehe, ha’éva peteĩ ñehenói pya’e rechaukaha Estados Unidos-pe, upéva ojejapo pe Opa mba’e Apohare rehe. Ojekuaa hag̃ua pe ñembyasýi 18 jasypokõi 2020-pe, upéva rupive añoite ikatu ojehechakuaa pe ñemongu’e umi cien kuarenta y cuatro mil rehegua ha’éichaite; ha katu umi oipotávante ohecha Jesús ohechauka hag̃ua pe espiritual pe natural rupive ko árape, ndaipóri ambue hendáicha ojapoháicha mokõi mil ary yma. “20/20” jehechapy porã ha’e pe iporãvéva ikatúva reguereko, ha pe ñembyasýi 2020-gua ha’e pe tape rechaukaha ohejáva oñemohenda hag̃ua pe tupao pe marandúpe profético umi diez vírgenes reheguápe.</w:t>
      </w:r>
    </w:p>
    <w:p>
      <w:pPr>
        <w:pStyle w:val="ArticleScripture"/>
        <w:jc w:val="left"/>
      </w:pPr>
      <w:r>
        <w:rPr>
          <w:rFonts w:ascii="Times New Roman" w:hAnsi="Times New Roman" w:eastAsia="Times New Roman" w:cs="Times New Roman"/>
        </w:rPr>
        <w:t>“Pe parábola umi diez virgen rehegua Mateo 25-pe ohechauka avei umi adventista tavayguakuéra rembiapokue.” The Great Controversy, 393.</w:t>
      </w:r>
    </w:p>
    <w:p>
      <w:pPr>
        <w:pStyle w:val="ArticleBody"/>
        <w:jc w:val="left"/>
      </w:pPr>
      <w:r>
        <w:rPr>
          <w:rFonts w:ascii="Times New Roman" w:hAnsi="Times New Roman" w:eastAsia="Times New Roman" w:cs="Times New Roman"/>
        </w:rPr>
        <w:t>Jehecha porãiterei, “veinte/20” jehecha porãramo, oñembojoajúramo umi añetegua ypyguáre ohechaukáva pe jehecha jey riregua. Pablo ombo’e va’ekue “umi proféta espíritu oĩha umi proféta espíritu poguýpe,” ha upévare Mateo rembiapokue kuñataĩnguéra ha’e umi kuñataĩnguéraete Juan ohechakuaáva cien cuarenta y cuatro mil ramo, ha Juan ohechakuaa chupekuéra kuñataĩnguéra ramo—Apocalipsis 144.</w:t>
      </w:r>
    </w:p>
    <w:p>
      <w:pPr>
        <w:pStyle w:val="ArticleScripture"/>
        <w:jc w:val="left"/>
      </w:pPr>
      <w:r>
        <w:rPr>
          <w:rFonts w:ascii="Times New Roman" w:hAnsi="Times New Roman" w:eastAsia="Times New Roman" w:cs="Times New Roman"/>
        </w:rPr>
        <w:t>Koʼãva hína umi ndojeheʼái kuñanguéra ndive; haʼekuéra niko vírhen. Koʼãva hína umi oho meméva Ovecha Raʼy rapykuéri, mamópa haʼe ohohápe. Koʼãva ojejoguáva yvypóra apytégui, tenonde yva Tupã ha Ovecha Raʼýpe g̃uarã. Apocalipsis 14:4.</w:t>
      </w:r>
    </w:p>
    <w:p>
      <w:pPr>
        <w:pStyle w:val="ArticleBody"/>
        <w:jc w:val="left"/>
      </w:pPr>
      <w:r>
        <w:rPr>
          <w:rFonts w:ascii="Times New Roman" w:hAnsi="Times New Roman" w:eastAsia="Times New Roman" w:cs="Times New Roman"/>
        </w:rPr>
        <w:t>Yvyraty ypykuéra aravo’a roguegua ha’e umi virhén oho hag̃uáicha Ovecha Ra’y rapykuéri pe témplope, ha pe “mba’e’ẽru” oñentende hag̃ua pe témplo ha’e pe ñembyasy 2020-pe.</w:t>
      </w:r>
    </w:p>
    <w:p>
      <w:pPr>
        <w:pStyle w:val="ArticleScripture"/>
        <w:jc w:val="left"/>
      </w:pPr>
      <w:r>
        <w:rPr>
          <w:rFonts w:ascii="Times New Roman" w:hAnsi="Times New Roman" w:eastAsia="Times New Roman" w:cs="Times New Roman"/>
        </w:rPr>
        <w:t>Ha pe David róga ñemiguáva amoĩta hi’ati’áre; ha ha’e oavríta, ha avave nombytymo’ãi; ha ha’e ombotýta, ha avave ndoavrimo’ãi. Isaías 22:22.</w:t>
      </w:r>
    </w:p>
    <w:p>
      <w:pPr>
        <w:pStyle w:val="ArticleBody"/>
        <w:jc w:val="left"/>
      </w:pPr>
      <w:r>
        <w:rPr>
          <w:rFonts w:ascii="Times New Roman" w:hAnsi="Times New Roman" w:eastAsia="Times New Roman" w:cs="Times New Roman"/>
        </w:rPr>
        <w:t>Oĩramo peteĩ Adventísta oĩta apytépe umi 144.000, tekotevẽ profético rupi ohasa hague peteĩ ñembotavy, omoheñóiva’ekue peteĩ marandu profético público oñepredici vaʼekue ndojehupytýigui.</w:t>
      </w:r>
    </w:p>
    <w:p>
      <w:pPr>
        <w:pStyle w:val="ArticleScripture"/>
        <w:jc w:val="left"/>
      </w:pPr>
      <w:r>
        <w:rPr>
          <w:rFonts w:ascii="Times New Roman" w:hAnsi="Times New Roman" w:eastAsia="Times New Roman" w:cs="Times New Roman"/>
        </w:rPr>
        <w:t>“Py’ỹinte ajuhu pe parábola pa diez kuña marangatu rehe, po ijara’arandúva ha po itavýva. Ko parábola oñekumpli kuri ha oñekumplíta pe letra peveite, oguerekógui peteĩ aplicación especial ko tiempo-pe, ha, pe mensáhe ángel mbohapyháguiicha, oñekumpli kuri ha osegíta oĩ hag̃ua añetegua ko’ág̃a guarã ára paha peve.” Review and Herald, 19 de agosto de 1890.</w:t>
      </w:r>
    </w:p>
    <w:p>
      <w:pPr>
        <w:pStyle w:val="ArticleBody"/>
        <w:jc w:val="left"/>
      </w:pPr>
      <w:r>
        <w:rPr>
          <w:rFonts w:ascii="Times New Roman" w:hAnsi="Times New Roman" w:eastAsia="Times New Roman" w:cs="Times New Roman"/>
        </w:rPr>
        <w:t>Panium ñorairõ, oĩva Daniel once, versíkulo quince-pe, ha’e pe ñorairõ ogueraháva versíkulo dieciséis-pe, upéva ohechauka pe léi domingo rehegua Estados Unidos-pe.</w:t>
      </w:r>
    </w:p>
    <w:p>
      <w:pPr>
        <w:pStyle w:val="ArticleScripture"/>
        <w:jc w:val="left"/>
      </w:pPr>
      <w:r>
        <w:rPr>
          <w:rFonts w:ascii="Times New Roman" w:hAnsi="Times New Roman" w:eastAsia="Times New Roman" w:cs="Times New Roman"/>
        </w:rPr>
        <w:t>Upévare mburuvicha yvategua ou va’erã, ha omopu’ãta peteĩ yvyty aty, ha ojapyhýta táva kuéra mbaretevéva oñeñangarekóva; ha ñemboguata pyhy kuéra yvy gotyogua ndikatumo’ãi ojeityvyro, ni itavaygua poravopyre, ha ndaiporimo’ãi mbarete ojeityvyro hag̃ua. Daniel 11:15.</w:t>
      </w:r>
    </w:p>
    <w:p>
      <w:pPr>
        <w:pStyle w:val="ArticleBody"/>
        <w:jc w:val="left"/>
      </w:pPr>
      <w:r>
        <w:rPr>
          <w:rFonts w:ascii="Times New Roman" w:hAnsi="Times New Roman" w:eastAsia="Times New Roman" w:cs="Times New Roman"/>
        </w:rPr>
        <w:t>Ko versíkulo-pe Estados Unidos ogana Rusia-pe, ha avei Rusia rembiporavo tavayguakuéra rehe. Péro pe versíkulo oúvape, avave ndaikatúi opuʼã Roma ñemopuʼã rehe, ha upéva omarca Judá ha Jerusalén-pe peteĩha tembiaporã ramo iñorairõrupyty hag̃ua ko yvy ape ári; Roma opuʼã haguére pe irundyha mburuvicharenda ramo Biblia marandu hag̃uápe. Oñemboʼy rupi pe yvy hechapyrãva tee ári pe versíkulo dieciséis-pe, Roma tee poguýpegua techaukaha oĩkuri pe yvy hechapyrãva tee ryepýpe; upéicha rupi ohechauka pe versíkulo cuarenta y uno-pe, arakaʼe pe marca Roma espiritual poguýpegua oñemombaretéta pe yvy hechapyrãva espiritual, Estados Unidos, ári.</w:t>
      </w:r>
    </w:p>
    <w:p>
      <w:pPr>
        <w:pStyle w:val="ArticleBody"/>
        <w:jc w:val="left"/>
      </w:pPr>
      <w:r>
        <w:rPr>
          <w:rFonts w:ascii="Times New Roman" w:hAnsi="Times New Roman" w:eastAsia="Times New Roman" w:cs="Times New Roman"/>
        </w:rPr>
        <w:t>Mokõi hatĩ pe mymba yvygua rehegua Apocalipsis 13-pe ohechauka Republicanismo ha Protestantismo. Daniel 11, versíkulo 15-pe, Antiochus Magnus, ojekuaáva avei Antiochus III ha Antiochus el Grande ramo, ombotyvyro pe rréino yvy gotyo pegua, ojehechaukáva dinastía ptolemaica rupive. Antiochus ohechauka Donald Trump-pe, ha pe mburuvicha yvy gotyo pegua ohechauka Rusia-pe. Ñorairõ Panium-pe niko pe ñorairõ Estados Unidos ha Rusia, ha Rusia rembiporavopyre ndive, peteĩ ñorairõ Antiochus ipu’akapáva, ha upe rire ohecha irréino oñemomba’eha hese Roma añeteguáre—pe pu’aka versíkulo 14-pe guare, omoĩva pe visión okapegua pe hatĩ republicano mymba yvyguápe. Pe visión hyepypegua ojehechauka pe hatĩ protestante mymba yvyguáre. Mokõivéva hatĩ oĩ pe ñorairõ Panium-pe, Pedro oĩgui upépe peteĩ protestante ramo, imarandu ndive Joel arandukágui.</w:t>
      </w:r>
    </w:p>
    <w:p>
      <w:pPr>
        <w:pStyle w:val="ArticleHeading"/>
        <w:jc w:val="left"/>
      </w:pPr>
      <w:r>
        <w:rPr>
          <w:rFonts w:ascii="Arial" w:hAnsi="Arial" w:eastAsia="Arial" w:cs="Arial"/>
        </w:rPr>
        <w:t>250 Áño</w:t>
      </w:r>
    </w:p>
    <w:p>
      <w:pPr>
        <w:pStyle w:val="ArticleBody"/>
        <w:jc w:val="left"/>
      </w:pPr>
      <w:r>
        <w:rPr>
          <w:rFonts w:ascii="Times New Roman" w:hAnsi="Times New Roman" w:eastAsia="Times New Roman" w:cs="Times New Roman"/>
        </w:rPr>
        <w:t>Jajepy’apy rire yvy mymbakuéra mokõive línea, jahechakuaa 1776-pe yvy mymba oñepyrũ hague ojupi; ha 1798-pe, (mokõi pa ary ha mokõi ary rire), pe mymba yguasu pegua Apocalipsis trece-gui ohupyty iherida omano hag̃uáicha, ha pe yvy mymba oñepyrũ ogoverna hag̃ua sexto rréino ramo profecía bíblica-pe. Mokõi sa ary ha popa ary rire, 2026-pe ñande ñakãrapu’ãma pe prueba templo interno rehegua oñepyrũ va’ekue 8 de mayo de 2025-pe.</w:t>
      </w:r>
    </w:p>
    <w:p>
      <w:pPr>
        <w:pStyle w:val="ArticleBody"/>
        <w:jc w:val="left"/>
      </w:pPr>
      <w:r>
        <w:rPr>
          <w:rFonts w:ascii="Times New Roman" w:hAnsi="Times New Roman" w:eastAsia="Times New Roman" w:cs="Times New Roman"/>
        </w:rPr>
        <w:t>Umi “250” ary oñembojoaju avei Antiochus Magnus ndive. Ñañepyrũvo pe decreto ary 457 a.C.-pe ha jaguerahávo upe decreto guive mokõi sa ary ha popa ary, jahupyty ary 207-pe, siete ary Panium ñorairõ mboyve, ha pa ary rire Ptolemy ogana hag̃ua Antiochus rehe pe ñorairõme Raphia-pe, upe ojehechaukáva Daniel once versíkulo once-pe. Daniel 11:11 ha’e, añetehápe, pe línea okapeguáva pe káchore Republicano rehegua, oñembojoajúva Apocalipsis 11:11 ndive, ha’éva pe línea hyepypegua pe káchore Protestante rehegua. Daniel ha Apocalipsis ha’e peteĩchante kuatiañe’ẽ, ha Apocalipsis oipuru umi sello-kuéra símbolo ramo pe profesía okapeguávarã, ha umi iglesia-kuéra símbolo ramo pe profesía hyepypegua ojokupytýva rehegua.</w:t>
      </w:r>
    </w:p>
    <w:p>
      <w:pPr>
        <w:pStyle w:val="ArticleBody"/>
        <w:jc w:val="left"/>
      </w:pPr>
      <w:r>
        <w:rPr>
          <w:rFonts w:ascii="Times New Roman" w:hAnsi="Times New Roman" w:eastAsia="Times New Roman" w:cs="Times New Roman"/>
        </w:rPr>
        <w:t>Ciro ohechauka umi mbohapy decreto, ndaikatúigui reime peteĩ mbohapyha peteĩha ha mokõiha'ỹre.</w:t>
      </w:r>
    </w:p>
    <w:p>
      <w:pPr>
        <w:pStyle w:val="ArticleScripture"/>
        <w:jc w:val="left"/>
      </w:pPr>
      <w:r>
        <w:rPr>
          <w:rFonts w:ascii="Times New Roman" w:hAnsi="Times New Roman" w:eastAsia="Times New Roman" w:cs="Times New Roman"/>
        </w:rPr>
        <w:t>“Esdras kapítulo 7-pe ojejuhu pe decreto. Umi versíkulo 12–26-pe. Iforma ipypegua, oĩmba hag̃uáicha, ome’ẽ vaʼekue Artajerjes, mburuvicha guasu Pérsia pegua, 457 a.C. Péro Esdras 6:14-pe he’i Ñandejára róga Jerusalén-pe oñemopuʼã hague ‘Ciro, Darío ha Artajerjes, mburuvicha guasu Pérsia pegua, mandamiento [“decreto”, margen]-rupi.’ Koʼã mbohapy mburuvicha guasu, omoñepyrũvo, omoneĩjeývo ha omohuʼãvo pe decreto, ogueru chupe pe tekoporãite oñeikotevẽva profecía ohechauka hag̃ua pe ñepyrũrã umi 2300 ary rehegua. Oñemoĩvo 457 a.C., pe ára pe decreto oñemohuʼã hague, pe mandamiento ára ramo, ojehechakuaa opaite mbaʼe profecía heʼíva umi setenta semana rehegua oñekumpli hague.” The Great Controversy, 326.</w:t>
      </w:r>
    </w:p>
    <w:p>
      <w:pPr>
        <w:pStyle w:val="ArticleBody"/>
        <w:jc w:val="left"/>
      </w:pPr>
      <w:r>
        <w:rPr>
          <w:rFonts w:ascii="Times New Roman" w:hAnsi="Times New Roman" w:eastAsia="Times New Roman" w:cs="Times New Roman"/>
        </w:rPr>
        <w:t>Mbohapyte umi mbohapy decreto, Ciro ohechauka hag̃ua 457 a.C.-pe, “250” ary oñemohu’ã pe tembiasakue mbytépe ñorairõ Rafia-pe 217 a.C.-pe, upérõ Ptolomeo IV ipu’aka Antioco pe Guasu ári, ha 200 a.C.-pe, upérõ Antioco upe rire ipu’aka Ptolomeo ári ñorairõ Panio-pe, pe versíkulo quince-pe. Pe línea ombojoja Antioco Magnus rehe Donald Trump ndive. Pe sexto reino profecía bíblica rehegua ñepyrũme, 1776 guive 1798 peve, oĩ peteĩ período “22” ary rehegua, ohechaukáva pe sexto reino jehechauka. Umi “22” ary avei ohechauka pe tembiasakue ojehechaukáva pe papapy “22” rupive pe sexto reino rembiapokue paha gotyo, 2001 guive 2023 peve. “22” ha’e peteĩ símbolo pe Tupãrekotee joaju yvypórarekóndi, oñemboajéva pe tembiasakue ryepýpe pe sexto reino profecía bíblica rehegua, ha’éva pe mymba yvýgui osẽva, oguerekóva peteĩ hatĩ okápe republicanis morotĩva rehegua ha peteĩ hatĩ hyepype protestantísmo rehegua.</w:t>
      </w:r>
    </w:p>
    <w:p>
      <w:pPr>
        <w:pStyle w:val="ArticleBody"/>
        <w:jc w:val="left"/>
      </w:pPr>
      <w:r>
        <w:rPr>
          <w:rFonts w:ascii="Times New Roman" w:hAnsi="Times New Roman" w:eastAsia="Times New Roman" w:cs="Times New Roman"/>
        </w:rPr>
        <w:t>Tembiapo Cristo omohu’ãva joaju reheve oñemombe’úva “22” rupive ha’e pe tembiapo pahaite Cristo rembiapóva Pe Tenda Marangatúvévape, upéva ojehechaukáva angaipa ñembogue reheve; ha upéva, Joel he’iháicha, Pedro ñe’ẽ ñepyrũmby Espíritu Santo guive rupive, oiko pe ama paha oñehẽ jave.</w:t>
      </w:r>
    </w:p>
    <w:p>
      <w:pPr>
        <w:pStyle w:val="ArticleScripture"/>
        <w:jc w:val="left"/>
      </w:pPr>
      <w:r>
        <w:rPr>
          <w:rFonts w:ascii="Times New Roman" w:hAnsi="Times New Roman" w:eastAsia="Times New Roman" w:cs="Times New Roman"/>
        </w:rPr>
        <w:t>Peñearrepenti hag̃ua, upévare, ha pejevy hag̃ua, pende angaipa hag̃ua oñemboguepa, og̃uahẽ vove umi ára piro’ysã rehegua Ñandejára renondégui. Hechos 3:19.</w:t>
      </w:r>
    </w:p>
    <w:p>
      <w:pPr>
        <w:pStyle w:val="ArticleBody"/>
        <w:jc w:val="left"/>
      </w:pPr>
      <w:r>
        <w:rPr>
          <w:rFonts w:ascii="Times New Roman" w:hAnsi="Times New Roman" w:eastAsia="Times New Roman" w:cs="Times New Roman"/>
        </w:rPr>
        <w:t>Pe pe’a ñembyky angaipa rehegua ha’e pe tembiapo paha Yvágape oĩva Saserdóte Guasupegua.</w:t>
      </w:r>
    </w:p>
    <w:p>
      <w:pPr>
        <w:pStyle w:val="ArticleScripture"/>
        <w:jc w:val="left"/>
      </w:pPr>
      <w:r>
        <w:rPr>
          <w:rFonts w:ascii="Times New Roman" w:hAnsi="Times New Roman" w:eastAsia="Times New Roman" w:cs="Times New Roman"/>
        </w:rPr>
        <w:t>“Ymave yma guive tekove kuéra angaipa oñemoĩ vaʼekue jerovia rupive pe mymbajuka angaipáre ha huguy rupive oñembohasa, taʼãngaháicha, pe tupaópe yvy arigua; upéicha avei pe ñeʼẽmeʼẽ pyahúpe umi oñembyasýva angaipágui rembiapo vai oñemoĩ jerovia rupive Cristo ári ha oñembohasa añetépe pe tupaópe yvagapegua. Ha pe ñemopotĩ techapyrãva pe tupaópe yvy ariguápe ojejapo haguéicha umi angaipa ojeipeʼa rupi, upéva omongyʼa vaʼekue; upéicha avei pe ñemopotĩ añetegua pe tupaópe yvagapeguápe ojejapóta umi angaipa ojeipeʼa rupi térã oñembogue rupi, umi upépe oñeñongatúva kuatia hag̃uáicha. Ha mboyve ko mbaʼe oikuaa hag̃ua, tekotevẽ ojehesaʼỹijo umi kuatiañeʼẽ registro rehegua ojekuaa hag̃ua mávapa, angaipa rehe oñembyasy ha Cristo rehe jerovia rupive, oĩ porã pe Ñehepymeʼẽ rehegua jehovasa oñemeʼẽ hag̃uáicha chupekuéra. Upévare pe tupaópe ñemopotĩ oike peteĩ tembiapo jehesaʼỹijo rehegua—peteĩ tembiapo huísio rehegua. Ko tembiapo ojejapovaʼerã Cristo ou mboyve oguenohẽ hag̃ua ipuévlo; ñandejára ou vove, oguerúta hendive hemianduʼa hag̃ua opavave peteĩteĩme hembiapokuéra heʼiháicha. Apocalipsis 22:12.” The Great Controversy, 421.</w:t>
      </w:r>
    </w:p>
    <w:p>
      <w:pPr>
        <w:pStyle w:val="ArticleBody"/>
        <w:jc w:val="left"/>
      </w:pPr>
      <w:r>
        <w:rPr>
          <w:rFonts w:ascii="Times New Roman" w:hAnsi="Times New Roman" w:eastAsia="Times New Roman" w:cs="Times New Roman"/>
        </w:rPr>
        <w:t>Tembiapo oñepyrũva’ekue 22 jasypa 1844-pe, oñepyrũ Kuarahy Pyhare Mbytépe Sapukái ñemohu’ãme, ha pe tembiapo oñemohu’ã Kuarahy Pyhare Mbytépe Sapukái ñemohu’ãme; upéva Pedro ohechauka hague pe angaipa jeipe’a ára ramo, omarkáva umi oikovéva juicio ára, og̃uahẽ jave “ara piro’y”.</w:t>
      </w:r>
    </w:p>
    <w:p>
      <w:pPr>
        <w:pStyle w:val="ArticleScripture"/>
        <w:jc w:val="left"/>
      </w:pPr>
      <w:r>
        <w:rPr>
          <w:rFonts w:ascii="Times New Roman" w:hAnsi="Times New Roman" w:eastAsia="Times New Roman" w:cs="Times New Roman"/>
        </w:rPr>
        <w:t>“Pe juicio investigativo rembipota ha pekádo ñemboguepa ojejapo va’erã Ñandejára jeju mokõiha mboyve. Oiméguinte omanóva-kuéra ojehusga va’erã umi mba’e ojehaíva lívrokuérape, ndaikatúi yvyporakuéra pekádo oñemboguepa pe juicio rire peve, upépe iñehesa’ỹijo va’erãgui hikuái ikáso. Péro apóstol Pedro hesakã porã he’i umi ogueroviáva pekádo oñemboguepataha ‘ou vove umi ára pytu’u porãva Ñandejára renondégui; ha Ha’e omondóta Jesucristo.’ Hechos 3:19, 20. Oñembotývo juicio investigativo, Cristo oúta, ha hembyatyme’ẽ oguerúta hendive ome’ẽ hag̃uáicha káda peteĩme hembiapokue he’iháicha.” The Great Controversy, 485.</w:t>
      </w:r>
    </w:p>
    <w:p>
      <w:pPr>
        <w:pStyle w:val="ArticleBody"/>
        <w:jc w:val="left"/>
      </w:pPr>
      <w:r>
        <w:rPr>
          <w:rFonts w:ascii="Times New Roman" w:hAnsi="Times New Roman" w:eastAsia="Times New Roman" w:cs="Times New Roman"/>
        </w:rPr>
        <w:t>Umi “ára piro’ysã” ha’e avei umi “ára opa mba’e jevy ñemyatyrõ rehegua.”</w:t>
      </w:r>
    </w:p>
    <w:p>
      <w:pPr>
        <w:pStyle w:val="ArticleScripture"/>
        <w:jc w:val="left"/>
      </w:pPr>
      <w:r>
        <w:rPr>
          <w:rFonts w:ascii="Times New Roman" w:hAnsi="Times New Roman" w:eastAsia="Times New Roman" w:cs="Times New Roman"/>
        </w:rPr>
        <w:t>Peñearrepenti hag̃ua, upévare, ha pejevy hag̃ua, peneangaipa oñembogue hag̃ua, oúramo umi ára piro’y ha py’aguapy rehegua Ñandejára renondégui; ha ha’e ombou Jesucristo, pe oñemomaranduva’ekue peẽme yma guive: pe yvága oguereko va’erã pe ára opa mba’e ñemyatyrõ jevy peve, umi mba’e Tupã he’i va’ekue opa imarangatúva maranduhára juru rupive, ypy guive ko yvy ape ári. Hechos 3:19–21.</w:t>
      </w:r>
    </w:p>
    <w:p>
      <w:pPr>
        <w:pStyle w:val="ArticleBody"/>
        <w:jc w:val="left"/>
      </w:pPr>
      <w:r>
        <w:rPr>
          <w:rFonts w:ascii="Times New Roman" w:hAnsi="Times New Roman" w:eastAsia="Times New Roman" w:cs="Times New Roman"/>
        </w:rPr>
        <w:t>“umi ára pytu’u” ou “Ñandejára renondégui” oúva oiko jave oñemondo “Jesucristo”. Pe ánhel Apocalipsis kapítulo 10-pegua oguejy ramo guare 11 de agosto de 1840-pe, Hermana White he’i vaekue pe ánhel “ndaha’éi ambue avave Jesucristo-gui.” Tembeapo Cristo omoñepyrũ vaekue 22 de octubre de 1844-pe oike hag̃ua oñemotenondévo pe tembiasakue 1840 guive 1844 peve; peteĩ tembiasakue Hermana White he’iháicha ha’e vaekue “peteĩ jehechauka gloriosa Tupã pokatu rehegua,” ha upe aja ombojoja upe tembiasakue ete pe estación pentecostal rehe Pedro tiempo-pe, upéi oipuru umi mokõi línea tembiasakue profética hag̃ua ohechauka tenonderã pe ánhel Apocalipsis kapítulo 18-pegua ñeguejy, pe omyesakãva yvy Igloria reheve.</w:t>
      </w:r>
    </w:p>
    <w:p>
      <w:pPr>
        <w:pStyle w:val="ArticleScripture"/>
        <w:jc w:val="left"/>
      </w:pPr>
      <w:r>
        <w:rPr>
          <w:rFonts w:ascii="Times New Roman" w:hAnsi="Times New Roman" w:eastAsia="Times New Roman" w:cs="Times New Roman"/>
        </w:rPr>
        <w:t>“Pe ánhel ombojoajúva pe proclamaciónpe pe mbohapyha ánhel marandu ndive omyesakã hag̃ua ko yvy tuichakue ipórape. Ko’ápe oñemombe’u peteĩ tembiapo oguahẽtava opa tetãme ha ipokatu hag̃ua mba’e ndojehecháiva gueteri. Pe advento ñemongu’e ary 1840–44 pegua ha’e vaekue peteĩ jehechauka hechapyrãva Tupã pokatu rehegua; pe peteĩha ánhel marandu oguerahaha’ekue opa tenda misionérope ko yvy ape ári, ha oĩ vaekue tetãnguérape pe tuichavéva interés religioso ojehecháva’ekue oimeraẽ tetãme pe Reforma siglo dieciséis guive; ha ko’ãva katu ojehasáta pe ñemongu’e mbarete guasúpe oúva pe mbohapyha ánhel ñe’ẽmondo paha guýpe.</w:t>
      </w:r>
    </w:p>
    <w:p>
      <w:pPr>
        <w:pStyle w:val="ArticleScripture"/>
        <w:jc w:val="left"/>
      </w:pPr>
      <w:r>
        <w:rPr>
          <w:rFonts w:ascii="Times New Roman" w:hAnsi="Times New Roman" w:eastAsia="Times New Roman" w:cs="Times New Roman"/>
        </w:rPr>
        <w:t>“Pe tembiapo oikóta vaʼerã pe Ára Pentecostés guaréicha. Pe ‘amáry ypykue’ oñemeʼẽ haguéicha, pe Espíritu Santo oñehẽvo pe evangelio ñepyrũme, ikatu hag̃uáicha okakuaa pe ñemitỹ iporãetereíva, upéicha avei pe ‘amáry pahague’ oñemeʼẽta ipahápe ikatu hag̃uáicha hiʼaju pe cosecha. ‘Upérõ jaikuaáta, ñañehaʼãramo jaikuaa hag̃ua Jehovápe: haʼe osẽ hag̃uáicha oĩma oñembosakoʼíva koʼẽju hag̃uáicha; ha oune ñandéve amaicha, pe amáry pahague ha pe amáry ypykueicha yvýpe guarã.’ Oseas 6:3. ‘Pevyʼa hag̃ua, upéicharõ, Siõn raʼykuéra, ha pevyʼa Jehová pende Járare: haʼe omeʼẽgui peẽme pe amáry ypykue tekotevẽháicha, ha omboune pene hag̃ua ama, pe amáry ypykue ha pe amáry pahague.’ Joel 2:23. ‘Umi ára pahápe, heʼi Tupã, añohẽta Che Espíritu opa tetãygua ári.’ ‘Ha oikóta, maymáva ohenóiva Ñandejára réra ojesalváta.’ Hechos 2:17, 21.”</w:t>
      </w:r>
    </w:p>
    <w:p>
      <w:pPr>
        <w:pStyle w:val="ArticleScripture"/>
        <w:jc w:val="left"/>
      </w:pPr>
      <w:r>
        <w:rPr>
          <w:rFonts w:ascii="Times New Roman" w:hAnsi="Times New Roman" w:eastAsia="Times New Roman" w:cs="Times New Roman"/>
        </w:rPr>
        <w:t>“Pe tembiapo guasu marandu porã rehegua ndopáiva’erã mbovyvéva Tupã pu’aka ojehechaukágui upe omarkáva’ekue iñepyrũ. Umi profesía oñekumplíva’ekue ama tenondegua oñeñohẽramo marandu porã ñepyrũme, upéicha avei oñekumplijeýta ama pahápe opakuévo. Ko’ápe oĩ ‘umi ára piro’ýva’ apóstol Pedro oma’ẽ va’ekue tenonderã he’ívo: ‘Peñembyasyke ha pejevýke, pene angaipa hag̃ua oñemboguepa, oguahẽ vove umi ára piro’ýva Ñandejára renondégui; ha Ha’e omondóta Jesúspe.’ Hechos 3:19, 20.” The Great Controversy, 611.</w:t>
      </w:r>
    </w:p>
    <w:p>
      <w:pPr>
        <w:pStyle w:val="ArticleBody"/>
        <w:jc w:val="left"/>
      </w:pPr>
      <w:r>
        <w:rPr>
          <w:rFonts w:ascii="Times New Roman" w:hAnsi="Times New Roman" w:eastAsia="Times New Roman" w:cs="Times New Roman"/>
        </w:rPr>
        <w:t>Pe ku’ei Adventopegua ary 1840 guive 1844 peve ha’e va’ekue peteĩ jehechauka gloriosa Tupã pokatu rehegua, ombohasa hag̃ua Cristo rembiapo oñepyrũvo omopotĩvo Isantuario. Upe tembiasakue oñepyrũ va’ekue Jesús, oñerrepresentáva pe ánhel peteĩhaicha Apocalipsis catorce-pe, oguejy ramo guare 11 jasypoapy 1840-pe, oñerrepresentaháicha Apocalipsis capítulo diez-pe. Pe jehechauka Tupã pokatu rehegua upérõ oñepyrũva’ekue okakuaa pe juicio investigativo ñepyrũme peve, ha upévare ohechaukaraka peteĩ jehechauka Tupã pokatu rehegua okakuaátava pe juicio investigativo ñembotýpe peve. Pe período pahápe oĩva oñepyrũ 9/11-pe, Jesús ooguejy jey ramo guare pe ánhel Apocalipsis dieciocho-peguaicha, umi óga guasu Nueva York-pegua oñemboguejýrõ guare Tupã po rupive, ha pe juicio investigativo rembiapo okambia umi omanóvagui umi oikovévape. Ama oguahẽ Jesús oñembou jave.</w:t>
      </w:r>
    </w:p>
    <w:p>
      <w:pPr>
        <w:pStyle w:val="ArticleBody"/>
        <w:jc w:val="left"/>
      </w:pPr>
      <w:r>
        <w:rPr>
          <w:rFonts w:ascii="Times New Roman" w:hAnsi="Times New Roman" w:eastAsia="Times New Roman" w:cs="Times New Roman"/>
        </w:rPr>
        <w:t>Jesús ombo’e va’ekue ñañembojerure va’erã jahupyty hag̃ua, ha Zacarías he’i ñañembojerure va’erãha ama riregua rehe, ama riregua ára-pe. Upévare hesakã porã tekotevẽha reikuaa reimeha ama riregua ára-pe, ikatu hag̃uáicha remboaje Zacarías ñembo’e.</w:t>
      </w:r>
    </w:p>
    <w:p>
      <w:pPr>
        <w:pStyle w:val="ArticleScripture"/>
        <w:jc w:val="left"/>
      </w:pPr>
      <w:r>
        <w:rPr>
          <w:rFonts w:ascii="Times New Roman" w:hAnsi="Times New Roman" w:eastAsia="Times New Roman" w:cs="Times New Roman"/>
        </w:rPr>
        <w:t>Pejerure Ñandejárape ama pyahu ára jave; upéicha Ñandejára ojapóta arai hendyva, ha ome'ẽta chupekuéra ama ryapu, káda peteĩme ñu rupi kapi'i. Zacarías 10:1.</w:t>
      </w:r>
    </w:p>
    <w:p>
      <w:pPr>
        <w:pStyle w:val="ArticleBody"/>
        <w:jc w:val="left"/>
      </w:pPr>
      <w:r>
        <w:rPr>
          <w:rFonts w:ascii="Times New Roman" w:hAnsi="Times New Roman" w:eastAsia="Times New Roman" w:cs="Times New Roman"/>
        </w:rPr>
        <w:t>9/11-pe Jesús oguejy Apocalipsis 18 pe ánhel ramo ha pe ama’ẽ pyhareve riregua oñepyrũ ombohykuavo; hákatu ho’a umi ombohováivante Zacarías he’íva “pejerure ama’ẽ pyhareve rireguáre”, reñandukáramo añetehápe “umi ára pytu’u ombopyahu hag̃uáicha” ha opa mba’e ñemyatyrõ oguahẽma hague. Pe ánga oikuaava’erã “ohechakuaa” hague pe ára marandu rehegua ama’ẽ pyhareve riregua oguahẽma hague.</w:t>
      </w:r>
    </w:p>
    <w:p>
      <w:pPr>
        <w:pStyle w:val="ArticleScripture"/>
        <w:jc w:val="left"/>
      </w:pPr>
      <w:r>
        <w:rPr>
          <w:rFonts w:ascii="Times New Roman" w:hAnsi="Times New Roman" w:eastAsia="Times New Roman" w:cs="Times New Roman"/>
        </w:rPr>
        <w:t>“Ndovake'arõiva'erã pe ama paha. Oúta opa umi ohechakuaáva ha omoañetéva umi ysapy ha ama'i grásia rehegua ho'áva ñande ári. Ñamono'õ vove pe tesape rembyrekuéra, ñamomba'e guasu vove Tupã poriahuvereko añetéva, pe Ha'e ohayhúva jajerovia hese, upéicharõ opa promésa oñemoañetéta. [Isaiah 61:11 quoted.] Yvy tuichakue henyhẽva'erã Tupã mimbipa rehe.” The Seventh-day Adventist Bible Commentary, volume 7, 984.</w:t>
      </w:r>
    </w:p>
    <w:p>
      <w:pPr>
        <w:pStyle w:val="ArticleBody"/>
        <w:jc w:val="left"/>
      </w:pPr>
      <w:r>
        <w:rPr>
          <w:rFonts w:ascii="Times New Roman" w:hAnsi="Times New Roman" w:eastAsia="Times New Roman" w:cs="Times New Roman"/>
        </w:rPr>
        <w:t>9/11-pe oñepyrũ umi ára ñembopy’aguapýva, ha oñepyrũ avei ojeipe’a hag̃ua umi angaipa umi oikovévagui. Pe juicio oñemohenda porãite pe primer principio pe pacto mbohapy paso rehegua Abraham ndive. Upéva pe primer principio va’ekue kóicha: Ñandejára oguenohẽrõ guare Israel-pe Egipto poguýgui, Ha’e ohusgáta mokõivéva, Ipuvliko pactoguápe, ha pe tetã oiko haguépe hikuái pytaguáicha ha oguata hag̃uáicha. Umi primer tavayguakuéra pactoguáva ohechauka hag̃ua umi pahague tavayguakuéra pactoguáva, ha’éva umi cien cuarenta y cuatro mil. Umi tavayguakuéra profétikova’ekue ojehusgáta pe protestante hatĩramo pe mymba yvy rehegua, ha upe jave avei ojehusga pe republicano hatĩ pe mymba yvy rehegua.</w:t>
      </w:r>
    </w:p>
    <w:p>
      <w:pPr>
        <w:pStyle w:val="ArticleBody"/>
        <w:jc w:val="left"/>
      </w:pPr>
      <w:r>
        <w:rPr>
          <w:rFonts w:ascii="Times New Roman" w:hAnsi="Times New Roman" w:eastAsia="Times New Roman" w:cs="Times New Roman"/>
        </w:rPr>
        <w:t>Pe táva republika rehegua jehusga oúta iñemoñepyrũmby pahápe, ha upéva hína pe léi domingo rehegua. Pe léi domingo rehegua ojehechauka versíkulo 16-pe, ojeporúvo Roma oisãmbyhy hag̃ua Judáre ary 63 a.C.-pe ñemohu’ãrã, pe Día de la Expiación-pe, oje’éicha algunos historiadores hag̃ua.</w:t>
      </w:r>
    </w:p>
    <w:p>
      <w:pPr>
        <w:pStyle w:val="ArticleBody"/>
        <w:jc w:val="left"/>
      </w:pPr>
      <w:r>
        <w:rPr>
          <w:rFonts w:ascii="Times New Roman" w:hAnsi="Times New Roman" w:eastAsia="Times New Roman" w:cs="Times New Roman"/>
        </w:rPr>
        <w:t>Antíoco Magno ohechauka Estados Unidos-pe umi versíkulo diez guive quince peve. Ronald Reagan ipu'aka pe ñorairõme oñe'ẽva versíkulo diez-pe, upéva ha'e va'ekue peteĩ ta'angaha versíkulo cuarenta-pe ojehecháva Unión Soviética ho'a hag̃ua. Isaías 8:8 ohechauka pe ñorairõ peteĩchagua ojehecháva versíkulo diez ha cuarenta-pe Daniel capítulo once-pe, ha umi mbohapy versíkulo ojoavy'ỹva oheja oñemombe'u hag̃ua Rusia ha'eha pe ipu'akáva versíkulo once-pe, pe ñorairõ de Rafia-pe.</w:t>
      </w:r>
    </w:p>
    <w:p>
      <w:pPr>
        <w:pStyle w:val="ArticleBody"/>
        <w:jc w:val="left"/>
      </w:pPr>
      <w:r>
        <w:rPr>
          <w:rFonts w:ascii="Times New Roman" w:hAnsi="Times New Roman" w:eastAsia="Times New Roman" w:cs="Times New Roman"/>
        </w:rPr>
        <w:t>Pe ñorairõ Ráfiapegua, versíkulo once-pe oĩva, ohechauka vaʼekue tenonderãme pe ñorairõ Ukrainiape oikóva pe mburuvicha guasu yvy gotyo pegua (Rrúsia) ha pe papado rembiapoukapy rupive oguerekóva pokatu (Ukrania) apytépe. Ko ñorairõ omoñepyrũ vaʼekue pe Administración Obama, pe aravo oĩháme pe peteĩha papa hemisferio sur-gua, haʼe avei pe peteĩha papa Américas-gua, jepe upéva Sudamérica. “Sur” haʼe peteĩ símbolo globalismo, espiritualismo ha comunismo rehegua, ha pe peteĩha papa sur-gua Américas-gua oñembojoaju pe presidente globalista Obama ndive, pe ñorairõ versíkulo once-pegua og̃uahẽ jave. Reagan, Estados Unidos ramo versíkulo diez-pe, oike vaʼekue peteĩ alianza ñemíme peteĩ papa conservador ndive; upéi umi nazi Ucrania-pegua ojeporu vaʼekue peteĩ presidente globalista rehe, peteĩ periodo papa globalista-gua jave. Koʼág̃a Estados Unidos, Trump poguýpe, oĩ peteĩ relación abierta-pe pe peteĩha norteamericano ndive, ha pe papa oñembohérava conservador ndive.</w:t>
      </w:r>
    </w:p>
    <w:p>
      <w:pPr>
        <w:pStyle w:val="ArticleBody"/>
        <w:jc w:val="left"/>
      </w:pPr>
      <w:r>
        <w:rPr>
          <w:rFonts w:ascii="Times New Roman" w:hAnsi="Times New Roman" w:eastAsia="Times New Roman" w:cs="Times New Roman"/>
        </w:rPr>
        <w:t>Reagan oreko peteĩ alianza kañymby pe anticristo ndive, pe profecía bíblica rehegua, pe ñorairõme versíkulo diez-peguápe, ha Obama omoñepyrũ pe ñorairõ versíkulo once-peguáva, peteĩ ára pukukue pe pápape avei oiko hag̃ua peteĩ globalista, Obama-icha. Trump ko'ág̃a oĩ peteĩ joaju hag̃uápe peteĩ pápa paralelo Reagan-pe guarã ndive, peteĩnte jepe oĩva iñambuéva: pe alianza kañymby ñepyrũrãva, ko'ág̃a oiko peteĩ alianza ojehechaukáva. Umi mbohapy pápa, ha umi mbohapy mburuvicha guasu, ojoaju umi mbohapy ñorairõ rehe, versíkulo diez, once ha quince-peguáre.</w:t>
      </w:r>
    </w:p>
    <w:p>
      <w:pPr>
        <w:pStyle w:val="ArticleScripture"/>
        <w:jc w:val="left"/>
      </w:pPr>
      <w:r>
        <w:rPr>
          <w:rFonts w:ascii="Times New Roman" w:hAnsi="Times New Roman" w:eastAsia="Times New Roman" w:cs="Times New Roman"/>
        </w:rPr>
        <w:t>“Ñemomorã hag̃uáicha iñarandu ha ikatupyry pe Tupao Romana. Ha’e ikatu omoñe’ẽ mba’épa oikótava. Ha’e oha’arõ itiémpo, ohechávo umi tupao protestántekuéra omomba’eguasuha chupe hikuái iñemoneĩme pe sábado japu rehe, ha ombosako’iha hikuái omoañete hag̃ua upéva umi tape peteĩchaite rupi ha’e voi oipurúva’ekue yma guare. Umi omboykéva pe tesape añetegua rehegua gueteri ohekáta pytyvõ ko mbarete ojeheróva ijehegui ndaikatúiva ojavy hag̃ua-gui, omopu’ã hag̃ua peteĩ temimoĩmby ou va’ekue chugui. Ndaipóri hasy hag̃uáicha oñemoĩ hag̃ua hag̃ua peteĩ ñeimo’ã mba’éichapa pya’e ha’e oune oipytyvõ hag̃ua umi protestántekuérape ko tembiapópe. Mávapa, umi mburuvicha papalekuéra-gui, oikuaa porãvéva mba’éichapa ojeguereko va’erã umi ndohendúiva tupao ñe’ẽre?”</w:t>
      </w:r>
    </w:p>
    <w:p>
      <w:pPr>
        <w:pStyle w:val="ArticleScripture"/>
        <w:jc w:val="left"/>
      </w:pPr>
      <w:r>
        <w:rPr>
          <w:rFonts w:ascii="Times New Roman" w:hAnsi="Times New Roman" w:eastAsia="Times New Roman" w:cs="Times New Roman"/>
        </w:rPr>
        <w:t>“Iglesia Católica Romana, opaite mba’e ojoajúva ndive ko yvy ape ári, omboheko peteî organización tuichaitereíva oĩva papa renda poguýpe ha ojejapóva oservi hag̃ua umi interés pe sede papal rehegua. Ijatykue hetaiterei miembro, opa tetã ko yvy ape ári, oñembo’éi hag̃ua ojehecha hag̃ua ijehe oĩha joajuñe’ẽme papa ndive. Taha’e hag̃ua mba’e tetãgua térã mba’e gobierno guýpe oĩ, ha’ekuéra ohechava’erã iglesia autorida opa ambuéva ári. Jepe ikatu hag̃ua ojapo juramento omoañetéva iñe’ẽme’ẽ estado rehe, upéicha ramo jepe, upe rire oĩ pe ñe’ẽme’ẽ iñe’ẽrendu hag̃ua Roma-pe, omosãsóva chupekuéra opaite ñe’ẽme’ẽgui opu’ãva hendáicha umi iinterés rehe.”</w:t>
      </w:r>
    </w:p>
    <w:p>
      <w:pPr>
        <w:pStyle w:val="ArticleScripture"/>
        <w:jc w:val="left"/>
      </w:pPr>
      <w:r>
        <w:rPr>
          <w:rFonts w:ascii="Times New Roman" w:hAnsi="Times New Roman" w:eastAsia="Times New Roman" w:cs="Times New Roman"/>
        </w:rPr>
        <w:t>“Tembiasakue omombe’u porã umi jejapo ikatúva ha ojejapóva meme oikévo mbeguekatu tetãnguéra rembiapópe; ha, ojuhúvo peteĩ tenda ojepytaso hag̃ua, omotenonde hag̃ua hembipota tee, jepe mburuvichakuéra ha tavayguakuéra ñehundípe. Áño 1204-pe, Papa Inocencio III oipe’a Pedro II, Aragón ruvichápe, ko ñe’ẽme’ẽ hechapyrãitéva: ‘Che, Pedro, aragones-kuéra ruvicha, amombe’u ha apromete che rekóta hag̃ua tapiaite jerovia hag̃ua ha ñe’ẽrendúpe che Jára, Papa Inocencio-pe, isucesór católico-kuérape, ha Tupao Romana-pe, ha añangarekóta jerovia hag̃uáicha che rréino ipy’aguapýpe iñe’ẽrendúpe, adefendévo pe jerovia católica, ha amuña hag̃ua pe tekovaí hereje.’—John Dowling, The History of Romanism, b. 5, ch. 6, sec. 55. Kóva oñembojoaju porã umi mba’eje’e rehegua pontífice romano pokatu rehe ‘ikatuhague chupe omboguejy mburuvicha guasúpekuéra’ ha ‘ikatuhague chupe omosãsõ itavayguakuérape iñe’ẽme’ẽgui mburuvicha hekojoja’ỹva renondégui.’—Mosheim, b. 3, cent. 11, pt. 2, ch. 2, sec. 9, note 17.”</w:t>
      </w:r>
    </w:p>
    <w:p>
      <w:pPr>
        <w:pStyle w:val="ArticleScripture"/>
        <w:jc w:val="left"/>
      </w:pPr>
      <w:r>
        <w:rPr>
          <w:rFonts w:ascii="Times New Roman" w:hAnsi="Times New Roman" w:eastAsia="Times New Roman" w:cs="Times New Roman"/>
        </w:rPr>
        <w:t>“Ha taimbeguaáke, Roma oñemomba’eguasu hag̃ua araka’eve ndojepokóiriha. Gregorio VII ha Inocencio III rembipota guasu ha’e gueteri Iglesia Católica Romana rembipota guasu. Ha oguerekórire añoite pu’aka, omoĩta umíva tembiapópe ko’ág̃a avei upeichaitéva mbarete reheve yma guaréicha. Umi protestánte ndoikuaái porã mba’épa ojapo hikuái oñemoĩvo omoneĩ hag̃ua Roma pytyvõ ára domingo ñemomba’eguasu rembiapópe. Oñemotenondévo hikuái ojapopa hag̃ua hembipota, Roma katu oheka ojepyso jey hag̃ua ipu’aka, ojuhu jey hag̃ua pe iñakãrapu’ã ojeipe’ava’ekue chugui. Oñemopyenda ramo jepe peteĩ jepokuaa Estados Unidos-pe iglesia ikatuha oipuru térã oguereko ipoguýpe tetã pu’aka; jerovia rehegua ñeñangarekoha ikatuha oñembohape léi secular rupive; mbyky hag̃uáicha, iglesia ha tetã autorida oguerekova’erãha tekove py’apy ári ipoguy, upéicharõ Roma jejopyrã ko tetãme ojehechakuaáma hag̃ua.”</w:t>
      </w:r>
    </w:p>
    <w:p>
      <w:pPr>
        <w:pStyle w:val="ArticleScripture"/>
        <w:jc w:val="left"/>
      </w:pPr>
      <w:r>
        <w:rPr>
          <w:rFonts w:ascii="Times New Roman" w:hAnsi="Times New Roman" w:eastAsia="Times New Roman" w:cs="Times New Roman"/>
        </w:rPr>
        <w:t>“Ñandejára ñeʼẽ omeʼẽma marandu ñemomýi hag̃ua pe peligro hiʼag̃uívare; ha ko kóva noñehendúiramo, pe mundo protestánte oikuaáta mbaʼépa añetehápe umi propósito Romagua rehegua, pe ára ndaikatúivéma oñeñani ñuhãgui. Haʼe okakuaa hína kirirĩháme puʼakápe. Idoctrína kuéra ohechauka hína iinfluénsia umi sala legislativape, umi iglesiakuérape, ha yvypóra korasõme. Haʼe ombojoapy hína itekoha yvate ha tuicháva, umi henda kañymbyetépe oñembopyahúta hag̃ua umi jejopy vai yma guare. Ñemimbyry ha avave ndohechakuaái hag̃uáicha, haʼe omombarete hína ifuérsa omotenonde hag̃ua hembipota tee, og̃uahẽ vove pe ára oporombojopy hag̃ua. Oimeraẽva haʼe oipotáva haʼe peteĩ yvy renda porã, ha koʼág̃ama voi oñemeʼẽ hína chupe. Pyaʼetéma jahecháta ha ñañandúta mbaʼépa pe elemento romano rembipota. Oimeraẽva ogueroviáva ha ohendúva Ñandejára ñeʼẽ, upévare ohupytýta ñemotĩ ha jehasa asy.” The Great Controversy, 580, 581.</w:t>
      </w:r>
    </w:p>
    <w:p>
      <w:pPr>
        <w:pStyle w:val="ArticleBody"/>
        <w:jc w:val="left"/>
      </w:pPr>
      <w:r>
        <w:rPr>
          <w:rFonts w:ascii="Times New Roman" w:hAnsi="Times New Roman" w:eastAsia="Times New Roman" w:cs="Times New Roman"/>
        </w:rPr>
        <w:t>Áño 2016-pe Trump ojeporavo; upéi, umi globalista, Biden ohechaukáva, omonda pe elección 2020-pegua; ha upéva ojehechakuaa añoite umi oguerekóva jehecha 20/20 rupive. Versículo trece-pe Donald Trump “ojevy” 2024-pe, hetave hag̃ua pokatu araka’eve guaréicha, ha oñepyrũ oñembosako’i hag̃ua pe ára óro rehehápe, avei pe ñorairõ Panium-peguápe g̃uarã, versículo quince-pe. Upéi Leo, papa, og̃uahẽ omopyenda hag̃ua pe visión 2025-pe, pe mbohapyha papa ojoajúva umi mbohapy ñorairõ rehe versículo diez guive quince peve, ha avei umi mbohapy presidente umi ñorairõ rehegua ndive. Pe peteĩha ha pe mbohapyha papa ha presidente ojehecha conservador ramo, ha pe mbytépe oĩva papa ha presidente niko globalista va’ekue. Pe peteĩha joaju kañy va’ekue; pe paha katu hesakã hag̃uáicha oĩ, versículo catorce-pe ojehechaukágui símbolo ramo omopyendáva pe visión okapegua umi profecía ára pahápe guarã.</w:t>
      </w:r>
    </w:p>
    <w:p>
      <w:pPr>
        <w:pStyle w:val="ArticleBody"/>
        <w:jc w:val="left"/>
      </w:pPr>
      <w:r>
        <w:rPr>
          <w:rFonts w:ascii="Times New Roman" w:hAnsi="Times New Roman" w:eastAsia="Times New Roman" w:cs="Times New Roman"/>
        </w:rPr>
        <w:t>Ára 31 jasypakõi 2023-pe oñepyrũ tembiapo ánhel peteĩha rehegua, oñehesakãháicha pe tembiapo decreto peteĩha rehegua rupi, omoĩvo pe pyenda. Pe ñeha’ãrã ypykue oĩkuri ko porandúre: William Millerpa hekoitépe térã nahániri he’ívo Roma ha’eha pe omoĩva pe visión versíkulo catorce-pe. Miller remiandu, omoĩva Roma peteĩ símbolo ramo pe omoheñóiva pe visión profética ára pahápe guarã, ha’e, ambue mba’e apytépe, pe iñimportantevéva opaite Miller añetegua pyendapýgui. Mba’éichapa Miller og̃uahẽkuri ciertos entendimiento-pe ikatu añoite oñeguenohẽ oñemoĩvo lógica santifikada itiempo ha icircunstancia rehe; hákatu oĩ hembikuaapykuéra profética apytépe peteĩ testimonio hekopete porãva mba’érepa og̃uahẽkuri umi iñentendimiento-pe. Pe iñentendimiento ipyendavéva ha’ékuri pe hechakuaa hague Roma ha’eha pe omoĩva pe visión.</w:t>
      </w:r>
    </w:p>
    <w:p>
      <w:pPr>
        <w:pStyle w:val="ArticleBody"/>
        <w:jc w:val="left"/>
      </w:pPr>
      <w:r>
        <w:rPr>
          <w:rFonts w:ascii="Times New Roman" w:hAnsi="Times New Roman" w:eastAsia="Times New Roman" w:cs="Times New Roman"/>
        </w:rPr>
        <w:t>Miller omombe’u hag̃uáicha mba’éichapa oheka hag̃ua oikuaa hag̃ua mba’épa pe “oñemboykéva” oñeñe’ẽva Daniel kuatiápe. Ndaha’éi añónte omombe’úva moõpa ojuhu iñembohovái, ha’e avei oñe’ẽ horyetereígui ojuhúvo pe yvotyete iporãva, ha’e ohekávo va’ekue. Apollos Hale omboguapy peteĩ ñe’ẽmondo Miller jehaíre voi, ha ko’ã je’epyrépe Hale ohechauka mba’éichapa Miller oiko peteĩ temimbo’e profesíagua. Miller, pe marandu rerahaha tesapégui oñepe’ava’ekue 1798-pe, ha’e peteĩ techapyrã marangatu umi Daniel hérava “arandúva” “oikuaáva” pe kuatia “oñepe’a” jave. Miller rembiasakue mba’éichapa oñemboguata chupe oñepyrũ hag̃ua oñemoarandu Biblia rehe, ha’e peteĩ techapyrã ojeporavóva pe Oisãmbyhýva opa mba’e rehegua. Eñatendéke Miller ñemongakuaáre, ha’e rupi pe techapyrã umi arandúva oikuaáva pe arandu hetaveha, jepe ha’ekuéra, Miller-icha, osẽva jejavy pytũmbygui.</w:t>
      </w:r>
    </w:p>
    <w:p>
      <w:pPr>
        <w:pStyle w:val="ArticleScripture"/>
        <w:jc w:val="left"/>
      </w:pPr>
      <w:r>
        <w:rPr>
          <w:rFonts w:ascii="Times New Roman" w:hAnsi="Times New Roman" w:eastAsia="Times New Roman" w:cs="Times New Roman"/>
        </w:rPr>
        <w:t>“‘Jasy, ary 1816-pe, añandu che py’apy vaieterei ha, ¡mba’eichaitépa ñemondýi omyenyhẽ che ánga! Hesarái karúrõ. Yvága ojekuaa chéve ku mbráseicha, ha yvy katu ku fiérroicha. Péicha aime va’ekue octubre peve, Tupã oipe’a peve che resa; ha, ¡che ánga, mba’eichaitépa peteĩ Salvador porãite ajuhu Jesúspe! Che rembiapo vaikue ho’a che ángagui peteĩ pohýi guasuicha; ha upérõ mba’eichaitépa hesakã porã chéve la Biblia! Opavave iñe’ẽ Jesús rehe; ha’e oĩ kuri opa kuatiarogue ha opa línia-pe. ¡Ajépa upéva peteĩ ára vy’aite! Aipota kuri aha pya’e che rógape yvágape; Jesús ha’eva’ekue opa mba’e chéve g̃uarã, ha aimo’ã kuri ikatútaha ajapo opavavépe ohecha hag̃ua chupe che ahechaháicha, péro che javy.”</w:t>
      </w:r>
    </w:p>
    <w:p>
      <w:pPr>
        <w:pStyle w:val="ArticleScripture"/>
        <w:jc w:val="left"/>
      </w:pPr>
      <w:r>
        <w:rPr>
          <w:rFonts w:ascii="Times New Roman" w:hAnsi="Times New Roman" w:eastAsia="Times New Roman" w:cs="Times New Roman"/>
        </w:rPr>
        <w:t>“‘Umi doce áño aja deísta ramo aikórõ guare, aleepa opaite tembiasakue ikatúva ajuhu; koʼág̃a katu ahayhu vaʼekue la Biblia. Haʼe omboʼe Jesús rehe! Upéicharõ jepe, heta mbaʼe Bibliape oĩva iñypytũ gueteri chéve g̃uarã. Áño 1818 térã 1819-pe, añemongeta aja peteĩ che irũ ndive, ajapóva chupe peteĩ jehecha, ha haʼe oikuaa ha ohendu vaʼekue che ñeʼẽ ramo deísta, oporandu chéve, peteĩ hendáicha heʼiséva porãme: “Mbaʼe ere ko texto rehe, ha pe ambue rehe?” ohechaukávo umi texto yma guare areko vaʼekue che jepytaso ramo deísta. Aikuaa porã mbaʼérepa ojapo upéva, ha ambohovái—rehejáiramo chéve tiémpo, haʼéta ndéve mbaʼépa heʼise. “Mboy tiémpopa reipota?” Ndaikuaái, haʼéi ichupe, péro haʼéta ndéve, ndaikatúigui arovia Tupã omeʼẽ hague peteĩ revelación ndaikatúiva oñentende. Upérõ añemoĩ hag̃ua estudiope che Biblia, aroviágui ikatútaha ajuhu mbaʼépa heʼise Espíritu Santo. Péro upe resolución aformávo voi, ou chéve ko pensamiento—“Ha rejuhúrõ peteĩ pasaje ndaikatúiva rentende, mbaʼépa rejapóta?””</w:t>
      </w:r>
    </w:p>
    <w:p>
      <w:pPr>
        <w:pStyle w:val="ArticleScripture"/>
        <w:jc w:val="left"/>
      </w:pPr>
      <w:r>
        <w:rPr>
          <w:rFonts w:ascii="Times New Roman" w:hAnsi="Times New Roman" w:eastAsia="Times New Roman" w:cs="Times New Roman"/>
        </w:rPr>
        <w:t>“Upérõva peicha aikuaase hag̃ua la Biblia ou che py’apýpe upérõ:—Aiporavóta umi ñe’ẽ oĩva ko’ã pasáhepe, ha ahapykuehóta chupekuéra Biblia pukukue rupi, ha péicha aikuaáta he’iséva. Areko va’ekue Cruden’s Concordance, [ajoguáva’ekue ary 1798-pe] ha che ahecha upéva ha’eha iporãvéva ko yvy ape ári; upévare ajapyhy upéva ha che Biblia, ha aguapy che mesa-pe, ha ndaileéi ambue mba’eve, sa’i umi kuatiahaipyre marandu hag̃uánte, ajepytasoite rupi aikuaa hag̃ua mba’épa he’ise che Biblia. Añepyrũ Génesis-pe, ha amombe’u hag̃ua ndaha’éi, alee mbeguekatu hag̃uáicha añemotenonde; ha ag̃uahẽvo peteĩ téxto ndaikuaaporãiva, ahesa’ỹijo Biblia pukukue rupi aikuaa hag̃ua mba’épa he’ise. Ahasa rire Biblia pukukue koichaháicha, ¡óh, mba’eichaitépa hesakã ha hechapyrãva pe añetegua ojechauka chéve! Ajuhu upe ambo’e vaekue peẽme. Aimekuri añembopy’a guasu hag̃uáicha umi siete tiempo opa hague ary 1843-pe. Upéi ajuhu umi 2300 ára; ogueru chéve pe conclusión peteĩchaitéva; péro ndaikéi che akãme aikuaa hag̃ua araka’épa outa pe Salvador, ha ndaikatúi arovia upéva; péro pe tesape oity che rehe mbarete eterei, ndaikuaái mba’épa ajapóta. Ko’ág̃a, ha’e che jupe: aikotevẽ aiko cautela reheve ha añembosako’i porã; ndahasyimo’ãi ahase pya’eve pe Biblia-gui, ha ndahejaimo’ãi avei che rapykuére. Oimeraẽ mba’e pe Biblia ombo’éva, ajokóta ipype. Péro jepe upéicha, oĩ gueteri va’ekue algunos téxtos ndaikuaaporãiva.”</w:t>
      </w:r>
    </w:p>
    <w:p>
      <w:pPr>
        <w:pStyle w:val="ArticleScripture"/>
        <w:jc w:val="left"/>
      </w:pPr>
      <w:r>
        <w:rPr>
          <w:rFonts w:ascii="Times New Roman" w:hAnsi="Times New Roman" w:eastAsia="Times New Roman" w:cs="Times New Roman"/>
        </w:rPr>
        <w:t>“Upéicha hína pe heko jepivegua ombohovái hag̃ua Biblia ñemoarandu. Ambue jey katu, haʼe omombeʼu mbaʼéichapa omohenda hag̃ua ñane renondépe oĩva pe téxto heʼiséva—pe “ ára ha ára” heʼiséva. “Amoñeʼẽ hag̃ua tenonde gotyo,” heʼi haʼe, “ha ndaikatúi ajuhu ambue hendápe ojepuruha upéva, Daniel-pe añoite. Upéi aiporu umi ñeʼẽ oĩva hendive joajúpe, ‘oipeʼa.’ ‘Haʼe oipeʼáta pe ára ha ára,’ ‘pe ára ha ára ojeipeʼa rire guive,’ h.a. Amoñeʼẽ tenonde gotyo, ha aime che pyʼapýpe ndaikatuichéne ahupyty mbaʼeve tesape pe téxtogui; ipahápe katu aguahẽ 2 Tesalonicenses 2:7, 8-pe. ‘Pe teko añáme guigua ñemimby niko oĩma ombaʼapo; pe ojoko hag̃ua añónte, ojokóta, tape guio ojeipeʼa peve, ha upérõ ojehechaukáta pe añáva,’ h.a. Ha aguahẽvo upe téxtope, ¡ájepa mbaʼe hesakã porã ha hechapyrãva pe añetegua! ¡Upépe oĩ! ¡Upéva hína pe “ára ha ára”! Añetehápe, koʼág̃a, mbaʼépa heʼise Pablo ‘pe koʼág̃a ojokóva,’ térã omoĩva hag̃ua jejoko? ‘Pe kuimbaʼe angaipa rehegua’ ha ‘pe añáva’ reheve, ojeʼe hína pe Popery rehe. Upérõ, mbaʼépa pe ojokóva pe Popery ani hag̃ua ojehechauka? Añete, upéva hína pe Paganismo; upéicharõ, pe ‘ára ha ára’ heʼisevaʼerã pe Paganismo.” Apollos Hale, The Second Advent Manual, 66.</w:t>
      </w:r>
    </w:p>
    <w:p>
      <w:pPr>
        <w:pStyle w:val="ArticleBody"/>
        <w:jc w:val="left"/>
      </w:pPr>
      <w:r>
        <w:rPr>
          <w:rFonts w:ascii="Times New Roman" w:hAnsi="Times New Roman" w:eastAsia="Times New Roman" w:cs="Times New Roman"/>
        </w:rPr>
        <w:t>Miller estudio rehe oĩhague Providencia poguýpe, mokõivéva rupive, yvypóra ha Tupãgua, ojehai porã pe registro-pe. Iñangirũ yma guaréva omyaña chupe, ha umi pensamiento ou vaʼekue ichupe haʼe vaʼekue pe ánhel Gabriel ñeʼẽ, pe ermána White ombohérava “línea ári línea” pe ánhel ramo ojepive guive ovisita vaʼekue Miller-pe. Haʼe ohechakuaa umi siete tiempos ramo iñepyrũrã guasu odescubri vaʼekue, ha upéi ohechakuaa pe 2,300 ramo mokõiha testígo umi siete tiempos rehegua, mokõivéva niko opa vaʼekue ary 1843-pe, (haʼe iñepyrũme oguerovia haguéicha). Umi mokõi profecía haʼe hína iñalpha ha omega odescubri vaʼekue, ha Miller-pe g̃uarã pe relación profética ryepýpe ohechauka hikuái pe jejavy oñemyatyrõ vaʼerãha Samuel Snow rupive, pe mensaje de Medianoche Sapukái reheve omoñepyrũ vaʼekue pe “séptimo mes movimiento.” Pe movimiento de Medianoche Sapukái haʼe vaʼekue pe “séptimo mes movimiento” osẽrõ guare pe aty guasu Exeter-gua-gui, oguerua rupi pe Ñandejára ouha pe séptimo mes ára pahápe, pe décimo árape, ha upéva ary 1844-pe hoʼa vaʼekue 22 de octubre-pe.</w:t>
      </w:r>
    </w:p>
    <w:p>
      <w:pPr>
        <w:pStyle w:val="ArticleBody"/>
        <w:jc w:val="left"/>
      </w:pPr>
      <w:r>
        <w:rPr>
          <w:rFonts w:ascii="Times New Roman" w:hAnsi="Times New Roman" w:eastAsia="Times New Roman" w:cs="Times New Roman"/>
        </w:rPr>
        <w:t>Pe jejavy omoheñóiva mokõiha ánhel rembipoderakue ojehechauka Miller ñepyrũrãme oikuaa hague umi siete tiempos ha umi 2.300 ary opa oñondivepa 1843-pe. Pe pasáhepe, pe doctrina oúva upéi oñeñe’ẽhína ha’e mba’éichapa Miller og̃uahẽ ohechakuaa hag̃ua Róma ha’eha pe símbolo omopyendáva pe visión. Umi mbo’ehára omombe’úva historia adventista ohechakuaa William Miller opaite iñentendimiento profético oñemopyenda hague mokõi pu’aka omoñehundi hag̃uáre ha’e ohechakuaa rehe. Ha’e ontende umi mokõi pu’aka omoñehundíva ha’eha Róma pagana ha Róma papal, ha ohecha umi mokõi pu’aka 2 Tesalonicenses-pe og̃uahẽvo ontende hag̃ua pe “ara ha ára” Daniel kuatiañe’ẽme ha’eha Róma pagana. Opaite modelo profético omoĩ va’ekue Miller, pe Hermana White ñande momarandúva ánhel kuéra ovisita jevy jevy hague chupe, oñemopyenda va’ekue iñentendimiento rehe Róma omopyenda pe visión. Maymávaite!</w:t>
      </w:r>
    </w:p>
    <w:p>
      <w:pPr>
        <w:pStyle w:val="ArticleBody"/>
        <w:jc w:val="left"/>
      </w:pPr>
      <w:r>
        <w:rPr>
          <w:rFonts w:ascii="Times New Roman" w:hAnsi="Times New Roman" w:eastAsia="Times New Roman" w:cs="Times New Roman"/>
        </w:rPr>
        <w:t>31 jasypakõi 2023 guive Judá ñemoñaregua León omboja’o’ỹva’ekue Jesucristo Revelación. Upe guive oñepyrũkuri pe prueba ypykue, ha og̃uahẽ hu’ãme pe papa peteĩha Estados Unidos-gua oñepyrũvo hembiporu 8 jasypo 2025-pe. Upe jave oñepyrũ pe prueba tupaópegua.</w:t>
      </w:r>
    </w:p>
    <w:p>
      <w:pPr>
        <w:pStyle w:val="ArticleBody"/>
        <w:jc w:val="left"/>
      </w:pPr>
      <w:r>
        <w:rPr>
          <w:rFonts w:ascii="Times New Roman" w:hAnsi="Times New Roman" w:eastAsia="Times New Roman" w:cs="Times New Roman"/>
        </w:rPr>
        <w:t>Ñamboguata hag̃ua ko’ã mba’e pe artíkulo oúvape, ha jaiporúta umi “250” ary testígo ramo ñamombarete hag̃ua ñande jehechakuaa, he’íva pe prueba ypykue opa hague pe papa ko’ág̃agua reheve.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Irundy}</dc:title>
  <dc:subject>Pe Ñembyasyha Tembiasa pe Tupaópe Jeike Rembiecharã Yvypórare hag̃ua hag̃ua hag̃ua hag̃ua hag̃uáicha</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