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Papo’ẽha</w:t>
      </w:r>
    </w:p>
    <w:p>
      <w:pPr>
        <w:pStyle w:val="ArticleSubtitle"/>
        <w:jc w:val="left"/>
      </w:pPr>
      <w:r>
        <w:rPr>
          <w:rFonts w:ascii="Arial" w:hAnsi="Arial" w:eastAsia="Arial" w:cs="Arial"/>
        </w:rPr>
        <w:t>“250” Mbohapy Jey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Áño 2026-pe, Trump ogueromanduʼa hag̃ua América “250” ary, upéicha oñembojoajúvo umi “250” ary 457 JC mboyve guive Antioco Magno peve, pe tembiasakue oĩva Raphia ñorairõ guasu ha Panium ñorairõ guasu mbytépe. Umi “250” ary paha-pe, Antioco Magno oñemboʼy 207 JC mboyvépe, pa ary Raphia rire ha poapy ary Panium mboyve. Pe testígo “250” ary rehegua avei oñembojoaju pe período “250” ary Roma pagana rehegua ndive; áño 64-pe Nerón omoñepyrũ umi kristiáno ñembyahýi, ha “250” ary rire, Edicto de Milán-pe, 313-pe, Constantino el Grande omboaje hag̃ua kristianismo ha umi ñembyahýi opa.</w:t>
      </w:r>
    </w:p>
    <w:p>
      <w:pPr>
        <w:pStyle w:val="ArticleBody"/>
        <w:jc w:val="left"/>
      </w:pPr>
      <w:r>
        <w:rPr>
          <w:rFonts w:ascii="Times New Roman" w:hAnsi="Times New Roman" w:eastAsia="Times New Roman" w:cs="Times New Roman"/>
        </w:rPr>
        <w:t>Donald Trump ojekuaa ipyahúva hembiapokuéra rupi ombotuicha jey hag̃ua Amérikape; upéva hína umi isegidorkuéra réra ñemohenda—MAGA. Trump oñemboheko hag̃ua profesíape ojehechauka vaʼekue Constantino el Grande, Antíoco el Grande rehe, ha katuete Daniel 11 ñeʼẽmbyky peteĩha kuérape, haʼe hína Ciro el Grande, Jerjes el Grande ha upéi Alejandro el Grande. Ciro, Darío ha Artajerjes decreto guive áño 457 a.C.-pe peve Panio rembiasakue, oĩ mokõi sute popa ary. “250” ary paha oĩ peteĩ mbytepýpe Rafia ha Panio apytépe, ha upéicha avei 2026. Áño 2026 haʼe Trump segundo mandato mbyte. Nerón “250” ary ñembojere ogueraha peteĩ decreto-pe omohuʼãva kristiano ñemboyke. Nerón línea haʼe pe línea mbytegua umi mbohapy línea “250” ary rehegua apytépe, ojehechaukáva Ciro, Nerón ha Trump rupive.</w:t>
      </w:r>
    </w:p>
    <w:p>
      <w:pPr>
        <w:pStyle w:val="ArticleBody"/>
        <w:jc w:val="left"/>
      </w:pPr>
      <w:r>
        <w:rPr>
          <w:rFonts w:ascii="Times New Roman" w:hAnsi="Times New Roman" w:eastAsia="Times New Roman" w:cs="Times New Roman"/>
        </w:rPr>
        <w:t>Ciro ojapo pe peteĩha decreto ha Artajerjes ojapo mbohapyha decreto. Ciro ha’e peteĩha ánhel ha Artajerjes ha’e mbohapyha. Che aime tendotápe aipuru hag̃ua Ciro símbolo-ramo opaite umi mbohapy decreto rehegua, umi oñondive ohechaukáva 457 a.C.</w:t>
      </w:r>
    </w:p>
    <w:p>
      <w:pPr>
        <w:pStyle w:val="ArticleBody"/>
        <w:jc w:val="left"/>
      </w:pPr>
      <w:r>
        <w:rPr>
          <w:rFonts w:ascii="Times New Roman" w:hAnsi="Times New Roman" w:eastAsia="Times New Roman" w:cs="Times New Roman"/>
        </w:rPr>
        <w:t>Ciro omoñepyrũ peteĩ línea “250” ary rehegua ary 457 a.C.-pe, opa hag̃ua Panium rembiasakuepe, ha’éva Antiochus el Grande rembiasakue, ha’éva Donald Trump. Panium ha’e pe versíkulo oĩva pe léi domingo mboyve. Ciro ombohysýi pe ñepyrũrã pe línea “250” ary rehegua rembiasápe, ohechaukáva pe mymba yvyguigua hatĩ republicano, ha Ciro avei ombohysýi pe ñepyrũrã pe línea 2.300 ary rehegua rembiasápe, ohechaukáva pe mymba yvyguigua hatĩ protestante.</w:t>
      </w:r>
    </w:p>
    <w:p>
      <w:pPr>
        <w:pStyle w:val="ArticleBody"/>
        <w:jc w:val="left"/>
      </w:pPr>
      <w:r>
        <w:rPr>
          <w:rFonts w:ascii="Times New Roman" w:hAnsi="Times New Roman" w:eastAsia="Times New Roman" w:cs="Times New Roman"/>
        </w:rPr>
        <w:t>Nerón oñepyrũ peteĩ línea histórica ohechaukáva ñemuhã peve pe kompromíso. Ciro ha Estados Unidos-gui iñambue, ohechaukáva peteĩ línea opa hag̃ua peteĩ punto mbytepe peteĩ período proféticogua, línea Nerón rehegua opa peteĩ ta’ãnga reheve peteĩ período progresívo kompromíso rehegua oñepyrũva Edicto de Milán-gui ary 313-pe, upéi pe primera léi domingo rehegua ary 321-pe, ha upéva rire ary 330-pe Roma oñemboja’o hag̃ua kuarahyresẽ ha kuarahyreike gotyo. Constantino ojehechauka ko’ã mbohapy ára-pe. Línea Nerón reheguápe, ary 313 guive ary 330 peve oĩ pakõi ha poapy ary. Línea Ciro reheguápe, ñorairõ Rafia pegua ary 217 a. C. guive ñorairõ Panium pegua ary 200 a. C. peve avei oĩ pakõi ha poapy ary.</w:t>
      </w:r>
    </w:p>
    <w:p>
      <w:pPr>
        <w:pStyle w:val="ArticleBody"/>
        <w:jc w:val="left"/>
      </w:pPr>
      <w:r>
        <w:rPr>
          <w:rFonts w:ascii="Times New Roman" w:hAnsi="Times New Roman" w:eastAsia="Times New Roman" w:cs="Times New Roman"/>
        </w:rPr>
        <w:t>Daniel kapítulo once-pehẽme, Artajerjes ha’e pe mbohapyha decreto. Pe mbohapyha decreto orrepresenta pe mbohapyha ánhel ha pe léi dominical. Umi “250” ary 457 a.C. guive ha umi “250” ary 1776 guive, mokõivéva opaha pe tembiasakue mbyte rupi oikóva sapy’aitemi mboyve pe léi dominical versíkulo dieciséis-peguápe. Pe kapítulo once omoĩ tenonderã versíkulo-kuéra ipahápe orrepresentáva 1989 rembiasakue versíkulo diez-pe, ha Guerra de Ucrania rembiasakue oñepyrũva’ekue 2014-pe, ojejuhúva versíkulo once-pe, ha upéi Trump ojevy hag̃ua hembiapópe mokõiha términope 2024-pe, ojehechaukaháicha versíkulo trece-pe, ha upéi versíkulo catorce ohechauka 2025, pe primer papa yvy porãite guive omopyendáva pe visión externa.</w:t>
      </w:r>
    </w:p>
    <w:p>
      <w:pPr>
        <w:pStyle w:val="ArticleBody"/>
        <w:jc w:val="left"/>
      </w:pPr>
      <w:r>
        <w:rPr>
          <w:rFonts w:ascii="Times New Roman" w:hAnsi="Times New Roman" w:eastAsia="Times New Roman" w:cs="Times New Roman"/>
        </w:rPr>
        <w:t>Daniel 11:40 oñekumpli vaʼekue ary 1989-pe, Unión Soviética oñemboguejývo peteĩ alianza ñemíme rupive Juan Pablo II ha Ronald Reagan apytépe. Upe alianza ñemi, ára pahápe ary 1989-pe, ohechaukaraka peteĩ alianza ojehecháva opávo pe período profético oñepyrũ vaʼekue ary 1989-pe. Upe alianza ojehecháva haʼe pe omopyendáva pe visión.</w:t>
      </w:r>
    </w:p>
    <w:p>
      <w:pPr>
        <w:pStyle w:val="ArticleBody"/>
        <w:jc w:val="left"/>
      </w:pPr>
      <w:r>
        <w:rPr>
          <w:rFonts w:ascii="Times New Roman" w:hAnsi="Times New Roman" w:eastAsia="Times New Roman" w:cs="Times New Roman"/>
        </w:rPr>
        <w:t>2026 ha’e hína “250” ary profetika rembiasakue paha, peteĩ período oñepyrũva’ekue mokõi paapy ary 1776 guive pe ára paha peve 1798-pe. Umi mokõi paapy ary upe tembiasakue ñepyrũmby rehegua ojehechauka jey pe mokõi paapy ary rembiasakuépe 9/11 guive 2023 peve. Umi mokõi paapy ary opa rire 1798-pe, Daniel kuatiañe’ẽ ojepe’a hag̃ua ikoty’ỹgui; upéi, umi mokõi paapy ary oñepyrũva’ekue 9/11-pe ha opa va’ekue diciembre 31, 2023-pe, Judá ñemoñare León oñepyrũ oipe’a hag̃ua Jesucristo Revelación.</w:t>
      </w:r>
    </w:p>
    <w:p>
      <w:pPr>
        <w:pStyle w:val="ArticleBody"/>
        <w:jc w:val="left"/>
      </w:pPr>
      <w:r>
        <w:rPr>
          <w:rFonts w:ascii="Times New Roman" w:hAnsi="Times New Roman" w:eastAsia="Times New Roman" w:cs="Times New Roman"/>
        </w:rPr>
        <w:t>Pe marandu ojeipe’ávo mokõi pa ary rire, ary 1798-pe, oñemoĩva’ekue tetãyguakuéra renondépe ary 1831-pe, mokõi sa ary ha mokõi pa ary rire oñemyasãihaguére pe Biblia King James ary 1611-pe. Ary 1798 guive ary 1831 peve, Ñandejára Ñe’ẽ marandu profétika ojepe’a mbeguekatúpe. Ary 1831-pe, upéramo oĩma tetãyguakuéra renondépe, ha kuimba’e ha kuña ikatu hag̃uáicha ojeguerovia hag̃ua chupekuéra pe marandu rehe oñeipe’áva’ekue ary 1798-pe. Upéi, ary 1840-pe, “ambue tembiapo hechapyrãitéva”, he’iháicha Sister White, oiko peteĩ predikción Islam rehegua oñekumpli ramo guare.</w:t>
      </w:r>
    </w:p>
    <w:p>
      <w:pPr>
        <w:pStyle w:val="ArticleBody"/>
        <w:jc w:val="left"/>
      </w:pPr>
      <w:r>
        <w:rPr>
          <w:rFonts w:ascii="Times New Roman" w:hAnsi="Times New Roman" w:eastAsia="Times New Roman" w:cs="Times New Roman"/>
        </w:rPr>
        <w:t>Mokõi pa mokõipa ary oñemohu’ã guive (1798), pe mokõi sy ary mokõipa ary rehegua período oñemohu’ã peve (1831); ojehechauka peteĩ período peteĩ marandu ojeipe’aha hag̃ua chugui pe sello. Pe ta’anga oimehápe peteĩ techaukaha tape rehegua pe marandu oñemoañetéihápe hekopete, upéi peteĩ ambue techaukaha ohechaukáva peteĩ ñeñandu’ypy, upéva rire ojejapóva jey ipapapy, ha upéva rire oñemoañetévove ogueru peteĩ techaukaha ohechaukáva ñepyrũ peteĩ “hechapyrãva Tupã pokatu ojehechaukaha.”</w:t>
      </w:r>
    </w:p>
    <w:p>
      <w:pPr>
        <w:pStyle w:val="ArticleBody"/>
        <w:jc w:val="left"/>
      </w:pPr>
      <w:r>
        <w:rPr>
          <w:rFonts w:ascii="Times New Roman" w:hAnsi="Times New Roman" w:eastAsia="Times New Roman" w:cs="Times New Roman"/>
        </w:rPr>
        <w:t>Pe período mokõi pa mokõi ary oĩva pe movimiento 1989 paha gotyope guive 9/11 peve 2023 peve, upe jave peteĩ profecía oñemboty vaʼekue oñeipeʼa jeýkuri. Upe profecía, tekotevẽ hag̃uáicha, omoñepyrũ vaʼerãkuri peteĩ período ojehechakuaáva conocimiento oñembohetaveha, peteĩ conocimiento ohaʼãva ha omboykéva, “heta niko oñehenói, mbovymi katu ojeporavo”. Oĩ vaʼerãkuri peteĩ momento pe mensáhe oñemoĩhápe tetãygua renondépe. Pe mensáhe ogueraha vaʼerãkuri umi característica ohechaukáva haʼeha peteĩ mensáhe oñecalcula jeýva proféticamente, ha peteĩ jey oguereko jeýta peteĩ predicción. Pe predicción pública oñekumplívo, pe mensáhe oñemombarete vaʼerãkuri, ojehechauka hag̃uáicha historia 1840 ha Pentecostés rupive.</w:t>
      </w:r>
    </w:p>
    <w:p>
      <w:pPr>
        <w:pStyle w:val="ArticleBody"/>
        <w:jc w:val="left"/>
      </w:pPr>
      <w:r>
        <w:rPr>
          <w:rFonts w:ascii="Times New Roman" w:hAnsi="Times New Roman" w:eastAsia="Times New Roman" w:cs="Times New Roman"/>
        </w:rPr>
        <w:t>Unión Soviética oñehundi rire ary 1989-pe, Daniel 11:40 oñemboty’ỹva’ekue; ha ary 1996-pe Daniel 11 marandu oñemoĩ va’ekue tavayguakuéra renondépe. Ary 1996 mokõi cientos mokõipa ary rire 1776-gui, upéva ndaha’éi añónte omoñepyrũ hague umi mokõipa mokõi ary opa va’ekue 1798-pe, síno avei omoñepyrũ umi dos cientos cincuenta ary opa va’erã 2026-pe. Pe kuã republicano oguahẽ peteĩ mbyte gotyo umi elección política mbytegua 2026-pe, ha pe kuã protestante oguahẽ 2026 peve, upéva hína peteĩ periodo treinta ary pukukue paha, oñepyrũ va’ekue pe marandu oñemboheko hag̃ua oficialmente ary 1996-pe, ha ojeipe’a va’ekue pe ára paha jave ary 1989-pe. Jesús akóinte ohechauka pe paha pe ñepyrũ rupive, upévare 2026 hína pe ary pe marandu oñemyatyrõmava’ekue Cry de Medianoche rehegua oñemboheko hag̃ua oficialmente, treinta ary rire pe marandu ojeipe’ava’ekue ary 1989-pe oñemboheko rire oficialmente ary 1996-pe.</w:t>
      </w:r>
    </w:p>
    <w:p>
      <w:pPr>
        <w:pStyle w:val="ArticleBody"/>
        <w:jc w:val="left"/>
      </w:pPr>
      <w:r>
        <w:rPr>
          <w:rFonts w:ascii="Times New Roman" w:hAnsi="Times New Roman" w:eastAsia="Times New Roman" w:cs="Times New Roman"/>
        </w:rPr>
        <w:t>Pe “250” ary guive oñepyrũva 1776-pe ne reraha 2026-pe, Donald Trump mbytepegua arýpe, Estados Unidos ha Rusia ñorairõ mboyve, oñepyrũva vúrro ojehejávo sãsõ ha Islam oinupã jeýramo Estados Unidos-pe ojapo haguéicha 9/11-pe.</w:t>
      </w:r>
    </w:p>
    <w:p>
      <w:pPr>
        <w:pStyle w:val="ArticleBody"/>
        <w:jc w:val="left"/>
      </w:pPr>
      <w:r>
        <w:rPr>
          <w:rFonts w:ascii="Times New Roman" w:hAnsi="Times New Roman" w:eastAsia="Times New Roman" w:cs="Times New Roman"/>
        </w:rPr>
        <w:t>Nero rembiapo “250” ary katu umi mbohapy línea mbytépe, histórico ha profético-pe. Kóva ohechauka Nero línea ha’eha pe mokõiha ánhel, ha upéva hína pe mokõiha prueba omotenondéva pe mbohapyha prueba. Umi mokõiha prueba ha’e pe mymba ñarõ ra’ãnga prueba, ohechaukáva mba’éichapa oñemopyenda mbeguekatúpe pe joaju iglesia ha Estado rehegua, ojehechaukaháicha pe Édicto de Milánpe ary 313-pe, ha upéva katu ogueraha kuri pe primera léi domingo rehegua-pe, ary 321-pe, ha upéi pe tetã ñehundi oúva meme peteĩ léi domingo rapykuéri, ojehechaukaháicha pe tembiasakue ary 330-pe.</w:t>
      </w:r>
    </w:p>
    <w:p>
      <w:pPr>
        <w:pStyle w:val="ArticleBody"/>
        <w:jc w:val="left"/>
      </w:pPr>
      <w:r>
        <w:rPr>
          <w:rFonts w:ascii="Times New Roman" w:hAnsi="Times New Roman" w:eastAsia="Times New Roman" w:cs="Times New Roman"/>
        </w:rPr>
        <w:t>Milán ñe’ẽme’ẽ ary 313-pe ojehechauka pe oñepyrũha omoĩ hag̃ua pe joaju tupao ha Estado rehegua Estados Unidos-pe, ha upéva mbeguekatúpe ogueraha pe arapokõindy léi versíkulo 16-pe oñe’ẽvape. Upe tembiapo oñepyrũkuri 9/11-pe Patriot Act rupive; ha katu pe fractal-pe, pe oñembotýva ára pahápe, Patriot Act ha Milán ñe’ẽme’ẽ mokõivéva ohechauka peteĩ tembiapo omoñepyrũva peteĩ ára pukukue oñemotenondéva ñemoĩ peteĩcha hag̃ua rehe, ha upéva ogueraha pe arapokõindy léi pya’e oútavape. Ha’e hína pe peteĩha peteĩ aty tembiapo proféticogua apytégui, ombojoajúva hag̃ua tupao ha Estado directamente Estados Unidos-pe, ha ipahápe ogueraha pe arapokõindy léipe.</w:t>
      </w:r>
    </w:p>
    <w:p>
      <w:pPr>
        <w:pStyle w:val="ArticleBody"/>
        <w:jc w:val="left"/>
      </w:pPr>
      <w:r>
        <w:rPr>
          <w:rFonts w:ascii="Times New Roman" w:hAnsi="Times New Roman" w:eastAsia="Times New Roman" w:cs="Times New Roman"/>
        </w:rPr>
        <w:t>Milán ñe’ẽmondo ary 313-pe orekókuri ko’ã mba’eete voi imandu’a hag̃ua iñe’ẽtépe, ndaha’éigui peteĩnte ñe’ẽmondo; ha’eva’ekue peteĩ aty kuatiañe’ẽ Licinio guive, pe mburuvicha oisãmbyhýva Rróma kuarahyresẽ gotyo. Upe Rróma kuarahyresẽ gotyogua upérõ gueteri mbarete hag̃ua pagánope, ha katu Constantino oipe’akuaa hína ikuarahyreike gotyogua tetãme kristianohárape guarã. Pe ñe’ẽme’ẽ voi oikókuri jasypokõi ary 313-pe, peteĩ aty guasu aja, upépe Licinio avei omenda Constantino sy peteĩme’ẽ rehe omboty hag̃ua ijoaju. Umi kuatiañe’ẽ Licinio omosarambíva mburuvichaguasu renda kuarahyresẽ gotyo omboguata hag̃ua tupã ñemomba’e sãsõ kristianokuérape ha opa ambuévape avei, upéicha avei ojere hag̃ua opa mba’e kristianokuéragui ojeipe’ava’ekue.</w:t>
      </w:r>
    </w:p>
    <w:p>
      <w:pPr>
        <w:pStyle w:val="ArticleBody"/>
        <w:jc w:val="left"/>
      </w:pPr>
      <w:r>
        <w:rPr>
          <w:rFonts w:ascii="Times New Roman" w:hAnsi="Times New Roman" w:eastAsia="Times New Roman" w:cs="Times New Roman"/>
        </w:rPr>
        <w:t>Milán edicto omo’ãmba pe “250” ary ñembojere, ha ohechauka peteĩ ára pukukue ikatuhápe opaite pe tekosãso ojehechaukáva pe edíctope ojeipe’a hag̃ua mbeguekatúpe umi kristiánogui, ko yvy oho aja Trump ndive pe arateĩ pya’e oútavape gotyo.</w:t>
      </w:r>
    </w:p>
    <w:p>
      <w:pPr>
        <w:pStyle w:val="ArticleScripture"/>
        <w:jc w:val="left"/>
      </w:pPr>
      <w:r>
        <w:rPr>
          <w:rFonts w:ascii="Times New Roman" w:hAnsi="Times New Roman" w:eastAsia="Times New Roman" w:cs="Times New Roman"/>
        </w:rPr>
        <w:t>“Oikuaaséramo pe omoñe’ẽva umi tembiapoha ojeporútava pe ñorairõ oúmava pya’épe, tekotevẽnte chupe omboykévo pe marandu umi tape rehegua Roma oiporu vaekue upe tembiaporãrãme yma guarére. Oikuaaséramo mba’éichapa umi papista ha protestánte oñondivepa ojapóta umi omboykéva idogmakuérare, tohecha pe espíritu Roma ohechauka vaekue sábado rehe ha umi omo’ãva hese.”</w:t>
      </w:r>
    </w:p>
    <w:p>
      <w:pPr>
        <w:pStyle w:val="ArticleScripture"/>
        <w:jc w:val="left"/>
      </w:pPr>
      <w:r>
        <w:rPr>
          <w:rFonts w:ascii="Times New Roman" w:hAnsi="Times New Roman" w:eastAsia="Times New Roman" w:cs="Times New Roman"/>
        </w:rPr>
        <w:t>“Mburuvicha ñe’ẽmondo, aty guasu ñemoĩmbyre, ha tupao ordenánsa ojekóva pokatu yvy arigua rehe, umíva va’ekue umi tape rupive pe arete pagáno og̃uahẽ hague iporãite hag̃uáme ko mundo kristiánope. Pe primera medida pública omoañetéva domingo jepokuaa ha’e pe léi omoĩ va’ekue Constantino. (A.D. 321) Ko ñe’ẽmondo ojeruréva’ekue tavayguakuérape opytu’u hag̃ua ‘kuarahy ára imarangatúvape’, ha katu oheja va’ekue okarayguápe osegi hag̃ua hembiapo ñemitỹ rehegua. Jepevéramo añetetépe ha’e hague peteĩ estatúto pagáno, mburuvicha guasu omoañete upéva oñemoneĩ rire térã ohechauka rire ijeheguiete ogueroviaha kristianismo.” The Great Controversy, 573, 574.</w:t>
      </w:r>
    </w:p>
    <w:p>
      <w:pPr>
        <w:pStyle w:val="ArticleBody"/>
        <w:jc w:val="left"/>
      </w:pPr>
      <w:r>
        <w:rPr>
          <w:rFonts w:ascii="Times New Roman" w:hAnsi="Times New Roman" w:eastAsia="Times New Roman" w:cs="Times New Roman"/>
        </w:rPr>
        <w:t>Pe papapy “25”, ha’éva peteĩ décima “250”-gui, ohechauka ñepu’ã ha peteĩ jepe’a. Umi “25” mburuvicha Adventismo Laodicense peguakuéra, oñesũva kuarahýre Ezequiel capítulo ocho-pe, ojepe’a umi ojesealávagui pe capítulo oúvape voi; ha Hermana White hesakã porãme omombe’u Ezequiel capítulo nueve pe sealladoha, ha’eha Apocalipsis pegua cien cuarenta y cuatro mil pe seallado. Umi “25” kuimba’e ndaha’éi mba’eve ambue peteĩ décimante umi “250” kuimba’e herakuã porãva apytégui, ojoajúva Coré, Datán ha Abiram ñepu’ãme. Ojejoko Hermana White-pe ani hag̃ua osẽ pe reunión Conferencia General de 1888-gui, Gabriel he’ígui chupe opytava’erãha ha ohaiva’erãha Minneapolis ñepu’ã, péva ha’égui Coré ñepu’ã jevy. “250” ha’e peteĩ símbolo ñepu’ã ha jepe’a rehegua. Mateo “25”-pe oĩ mbohapy parábola ombo’éva iñe’ẽ rehe umi añáva ha aranduha jepe’a. Mokõivéva, umi akãratĩ Republicano ha Protestante, oĩ peteĩ tiempo de gracia guýpe ojehechaukáva irundy generación ramo, ha mokõivéva, tavayguakuéra pacto rehegua ha pe tetã upe tavayguakuéra pacto rehegua oñemopyendahápe, ojehusga peteĩchagua aravo pukukue javeve.</w:t>
      </w:r>
    </w:p>
    <w:p>
      <w:pPr>
        <w:pStyle w:val="ArticleBody"/>
        <w:jc w:val="left"/>
      </w:pPr>
      <w:r>
        <w:rPr>
          <w:rFonts w:ascii="Times New Roman" w:hAnsi="Times New Roman" w:eastAsia="Times New Roman" w:cs="Times New Roman"/>
        </w:rPr>
        <w:t>Mymba guasu “250” ary pe mymba yvy rehegua, ha’éva pe sexto rréino marandu marangatu rehegua ha ha’éva Estados Unidos, Nero línea ohechauka peteĩ decreto, ojehechaukaháicha pe Edicto de Milán rupive, omarca hag̃ua ñepyrũ peteĩ jehepyme’ẽ mbeguekatu ha okakuaáva tembiapoukapy rehe oñorairõ hag̃ua, oñemohu’ãva pe decreto léi domingo rehegua ary 321-pe, omoñepyrũvo peteĩ ára ha ára guive oñemohu’ãva 330-pe opaite yvóra ojedividi rire mokõi aty-pe, ojehechaukáva kuarahyresẽ ha kuarahyreike ramo. Umi porundy ary 321 guive 330 peve, ha’e avei pe siete ára Tabernáculos rehegua oñepyrũva pe léi domingo ary 321-pe, ha opa Michael opu’ãvo ha pe tiempo de gracia oñembotyvo 330-pe.</w:t>
      </w:r>
    </w:p>
    <w:p>
      <w:pPr>
        <w:pStyle w:val="ArticleBody"/>
        <w:jc w:val="left"/>
      </w:pPr>
      <w:r>
        <w:rPr>
          <w:rFonts w:ascii="Times New Roman" w:hAnsi="Times New Roman" w:eastAsia="Times New Roman" w:cs="Times New Roman"/>
        </w:rPr>
        <w:t>Ojerrecha hag̃ua pe entendimiento fundacional millerita ombo’éva ha’eha Roma pe omopyenda vaekue pe visión, ha’e hína pe rehasa’ỹ hag̃ua pe prueba fundacional oguahẽ vaekue 31 de diciembre de 2023-pe ha opa vaekue oñemoĩ jave pe primer papa pe yvy gloriosa-gui 8 de mayo de 2025-pe. Pe añetegua fundacional ombohejáva’ekue William Miller-pe ohechakuaa hag̃ua Roma ha’eha pe símbolo omopyendáva pe visión, ha’e pe añetegua, ojechaukáramo guare, oguerúva pe mbotavy mbarete. Pe jehasavaí peteĩha prueba rehe ogueru Tesalonicenses-pe pe mbotavy mbarete ha ohechauka umi itavýva noikũmbýiva—ndohayhuvéiha pe “Añetegua.” Ojerrechasa hag̃ua pe símbolo omopyendáva pe visión okápeguáva ha’e hína ojerrechasa hag̃ua pe prueba fundacional, ha’éva pe peteĩha mbohapy prueba apytégui. Hermana White ombojoja pe peteĩha prueba Cristo tiempo-pe Juan el Bautista marandu ndive. Ha’e he’i umi omboykéva’ekue Juan marandu, ndojeporu porãmo’ãiha chupekuéra Jesús mbo’epykuéra, ha ni ndaikatumo’ãiha ohecha pe cambio dispensacional Cristo oñemýi jave pe patio-gui pe Lugar Santo-pe.</w:t>
      </w:r>
    </w:p>
    <w:p>
      <w:pPr>
        <w:pStyle w:val="ArticleBody"/>
        <w:jc w:val="left"/>
      </w:pPr>
      <w:r>
        <w:rPr>
          <w:rFonts w:ascii="Times New Roman" w:hAnsi="Times New Roman" w:eastAsia="Times New Roman" w:cs="Times New Roman"/>
        </w:rPr>
        <w:t>Ha’e ombojoja upe proceso de prueba progresiva umi Millerita período rehe, ha ombo’e umi ombotovéva pe mensáhe pe ánhel peteĩha ogueraha peteĩ paralelismo umi judío ombotovéva’ekue Juan mensáhe rehe. Káda línea histórica-pe, umi ndohasáiva pe primera prueba ndoikove porãri pe paso oúva reheve, ha ojejapyhy hag̃ua Cristo cambio dispensacional-gui. Umi ombotovéva’ekue pe mensáhe 9/11-gua ndaikatúi ohecha Cristo oñepyrũ hague ohusga umi oikovévape. Umi ndohasáiva pe prueba fundacional 2023-pe nohechamo’ãi pe cambio transicional iglesia militante guive iglesia triunfante peve. Umi ombotovéva oimeraẽva ko’ã prueba fundacional-gui opa “pytũmbýpe perfecto.” Ndaipóriháme visión, tavayguakuéra opa pytũmbýpe perfecto, ha Roma hína omopyenda pe tesape visión externa rehegua. Ko añetegua ikatu ojehechakuaa umi mbohapy papa ha ijoaju umi mbohapy presidente ndive, oñembo’ýva umi mbohapy ñorairõme versículo diez, once ha quince Daniel once-pe.</w:t>
      </w:r>
    </w:p>
    <w:p>
      <w:pPr>
        <w:pStyle w:val="ArticleBody"/>
        <w:jc w:val="left"/>
      </w:pPr>
      <w:r>
        <w:rPr>
          <w:rFonts w:ascii="Times New Roman" w:hAnsi="Times New Roman" w:eastAsia="Times New Roman" w:cs="Times New Roman"/>
        </w:rPr>
        <w:t>Pe línea externa de “250” años de Ciro, que terminó en 207 a. C. en medio de un período de diecisiete años señalado desde la batalla de Rafia hasta la batalla de Panio, se alineó con la línea de “250” años que comenzó con Nerón y terminó con el edicto de Milán en 313, marcando así el período de diecisiete años de Constantino el Grande. Donald Trump está en pie como Antíoco el Grande en 207 a. C., lo cual es 2026, y también está en pie como Constantino el Grande en 313, al comienzo del tiempo de prueba de la imagen de la bestia. El 4 de julio de 2026, Trump como Antíoco y Constantino está haciendo a América “grande”. Trump es el tercero de los tres presidentes que se alinean con las tres batallas de los versículos diez, once y quince. Reagan fue el primero de esos tres y Obama fue el del medio. Esos tres presidentes llevan la firma de la “verdad”, y Reagan y Trump representan no solo el primero y el tercero, sino también el alfa y la omega.</w:t>
      </w:r>
    </w:p>
    <w:p>
      <w:pPr>
        <w:pStyle w:val="ArticleBody"/>
        <w:jc w:val="left"/>
      </w:pPr>
      <w:r>
        <w:rPr>
          <w:rFonts w:ascii="Times New Roman" w:hAnsi="Times New Roman" w:eastAsia="Times New Roman" w:cs="Times New Roman"/>
        </w:rPr>
        <w:t>Umi peteĩteĩva umi mburuvicha guasu rehegua marandu-profético rehegua ha’e, oguapy ramo hikuái mburuvicha guasu ramo, orekoha peteĩ joaju pórante pe papa upe tiempopegua ndive. Reagan ha Juan Pablo II oñembojoaju ñemíme ou hag̃ua yvýpe pe Unión Soviética ary 1989-pe, oñekumpli hag̃ua umi versíkulo diez ha cuarenta Daniel capítulo once-pe. Obama, pe mburuvicha guasu globalista woke oĩva Reagan ha Trump mbytépe, oñembojoaju filosóficamente pe papa woke Francisco ndive. Trump joaju papa León ndive ojehecha hag̃ua opavavépe g̃uarã, ha ary 2025-pe Trump oñemomarandu mburuvicha guasu ramo ha León oñemomarandu anticristo ramo. Pe relación espiritual peteĩ mburuvicha guasu ha peteĩ papa apytépe ojehechauka Jezabel ha Baal maranduhára-kuéra rupive. Pe relación política peteĩ mburuvicha guasu ha papa apytépe ojehechauka Jezabel ha Acab rupive. Mokõivéva jehechaukarãme Jezabel ha’e pe akã.</w:t>
      </w:r>
    </w:p>
    <w:p>
      <w:pPr>
        <w:pStyle w:val="ArticleScripture"/>
        <w:jc w:val="left"/>
      </w:pPr>
      <w:r>
        <w:rPr>
          <w:rFonts w:ascii="Times New Roman" w:hAnsi="Times New Roman" w:eastAsia="Times New Roman" w:cs="Times New Roman"/>
        </w:rPr>
        <w:t>“Oñembojávo jaike hag̃ua pe apañuãi pahápe, tuichaiterei mba’e oĩ hag̃ua joaju ha peteĩ ñe’ẽme’ẽ Ñandejára rembiapokue apytépe. Yvy tuichakue henyhẽ ama vai, ñorãirõ ha joavy reheve. Upéicharõ jepe, peteĩ akã guýpe—pe pokatu papal—tetãygua oñondivepáta oñemoĩ hag̃ua Ñandejára rehe, Itestígo kuéra persona-pe. Ko joaju oñembohatã pe apostata guasúre. Haʼe ohekávo ombojoaju hag̃ua hembiguái kuérape oñorãirõ hag̃ua añetegua rehe, ombaʼapóta avei ombojaʼo ha omosarambi hag̃ua umi oñemoĩva hese. Akãrasy ñaña, ñemoĩ vaíva ambue rehe, ñeʼẽ vai, haʼe omokyreʼỹ oiko hag̃ua joavy ha ñembyai.” Testimonies, volume 7, 182.</w:t>
      </w:r>
    </w:p>
    <w:p>
      <w:pPr>
        <w:pStyle w:val="ArticleScripture"/>
        <w:jc w:val="left"/>
      </w:pPr>
      <w:r>
        <w:rPr>
          <w:rFonts w:ascii="Times New Roman" w:hAnsi="Times New Roman" w:eastAsia="Times New Roman" w:cs="Times New Roman"/>
        </w:rPr>
        <w:t>“Ko tiempo ojehupytývape tekoañáme, umi tupao protestánte omboykéva peteĩ ‘Péicha he’i Ñandejára’, oguahẽta peteĩ mba’e hasýpe ha iñextráño hag̃uáicha. Oñemoambuéta hikuái ko yvy arapýpe. Iñemomombyrýpe Ñandejáragui, ohekáta omoĩ hag̃ua japu ha apostasía Ñandejáragui tetã léiramo. Omba’apóta hikuái umi mburuvicha yvy rehegua ári ojejapo hag̃ua léi ombojevy hag̃ua upe jehecharamove okañýva pe kuimba’e angaipáva rehegua, oguapýva Tupã róga pegua tupaópe, ohechaukávo ijehe hag̃ua ha’eha Tupã. Umi principio katólico romano oñemoĩta Estado ñangarekópe guýpe. Pe protestágui oúva añetegua Bíblica ndaikatumo’ãvéima oñeaguanta umi ndojapóivape Tupã léi hekovekuérape g̃uarã mbojojaha.” Review and Herald, diciembre 21, 1897.</w:t>
      </w:r>
    </w:p>
    <w:p>
      <w:pPr>
        <w:pStyle w:val="ArticleBody"/>
        <w:jc w:val="left"/>
      </w:pPr>
      <w:r>
        <w:rPr>
          <w:rFonts w:ascii="Times New Roman" w:hAnsi="Times New Roman" w:eastAsia="Times New Roman" w:cs="Times New Roman"/>
        </w:rPr>
        <w:t>Maranduhára japu Baal guigua'u okaru Jezabel mesa ári. Jezabel niko mburuvicha guasu kuña ha maranduhára niko imarangatu'ỹha'e kuéra voi. Daniel once atykuérape, irundy pa ary rehegua, Reagan ojehechauka va'ekue “kárro ñorairõrã” ha “kavaju arigua kuéra” ramo, techaukaha mbarete militar rehegua, ha avei “ygára guasu kuéra” ramo, peteĩ techaukaha pokatu económico rehegua. Upéicharamo jepe, upe atykuérape, papado voi hína pe “mburuvicha guasu” yvate gotyo pegua. Reagan oĩkuri Jezabel poguýpe marandúpe he'iháicha. Upe ára pukukue jave, yvóra ohecharamo pe mymba, pórke papa Juan Pablo II oguata yvy ape ári hetave opaite ambue papa-gui. Malachi Martin, peteĩ haihára jesuíta herakuã porãva, ohai papa Juan Pablo II rehe hembiapópe, Keys of This Blood. Upe aranduka remimo'ã tenondegua he'i va'ekue Juan Pablo II ha Reagan ára jave, ko yvy ape ári oĩha peteĩ ñorairõ mbohapy hendáicha yvy arigua sãmbyhy rehegua, papado, Estados Unidos ha Unión Soviética apytépe. Martin oikuaauka va'ekue papado osẽ porãtaha upe ñorairõgui. Pe ñembojuehe kañy Reagan ha anticristo apytépe oikuaauka va'ekue umi ñemongu'e oñepyrũma hague omonguera hag̃ua pe herida oporojukáva papado rehegua, ojehechaukaháicha Daniel once, irundy pa ary ha upe riregua atykuérape. Martin aranduka omombe'u jey papado rembipota ymaite guive oguerekóva, hína ha'éva ojapyhy hag̃ua América protestánte. Reagan reipotaiterei omboty hag̃ua hesa upe añetegua rehe, ha'éva papa hague pe anticristo maranduhai marangatu Ñe'ẽme oñemombe'úva, ijeheguiete he'i hag̃uáicha, oñemopyenda va'ekue iñemoĩ vai rehe ombojoajúvo Unión Soviética rehe pe anticristo maranduhai marangatu Ñe'ẽme oñemombe'úva.</w:t>
      </w:r>
    </w:p>
    <w:p>
      <w:pPr>
        <w:pStyle w:val="ArticleScripture"/>
        <w:jc w:val="left"/>
      </w:pPr>
      <w:r>
        <w:rPr>
          <w:rFonts w:ascii="Times New Roman" w:hAnsi="Times New Roman" w:eastAsia="Times New Roman" w:cs="Times New Roman"/>
        </w:rPr>
        <w:t>“Umi oñembotavyva iñe’ẽme’ẽgui oikũmby hag̃ua pe ñe’ẽ, ha ndohecháiva pe anticristo he’iséva, katuete omoĩta ijehe pe anticristo ykére.” Kress Collection, 105.</w:t>
      </w:r>
    </w:p>
    <w:p>
      <w:pPr>
        <w:pStyle w:val="ArticleBody"/>
        <w:jc w:val="left"/>
      </w:pPr>
      <w:r>
        <w:rPr>
          <w:rFonts w:ascii="Times New Roman" w:hAnsi="Times New Roman" w:eastAsia="Times New Roman" w:cs="Times New Roman"/>
        </w:rPr>
        <w:t>Reagan ha’e vaekue pe peteĩha umi poapy mburuvicha guasu apytégui ojehechakuaáva Daniel once-pegua ñe’ẽrã ñepyrũme, ha ha’e avei pe peteĩha umi mbohapy umi poapy mburuvicha guasúgui oguerekóva peteĩ joaju maranduhápeguáva anticristo ndive. Umi mbohapy joaju Reagan, Obama ha Trump rehegua simbolismo-pe ikatu ojehechakuaa pe añetegua rehegua techaukaha. Reagan, peteĩha ramo, ohechauka pe pahápeguápe, ha hetaite ha iporãite umi joja ojuhúva Reagan ha Trump apytépe. Pe waymark mbytegua umi mbohapy hatua omoañetéva pe ñe’ẽ hebreo “añetegua” ha’e ñemoĩ vai, ha upéva rehe Obama rembiapo mburuvichaguasúpegua ha’e peteĩ techapyrã clásicoiterei. Arange 8 jasypo 2025-pe, peteĩhaite jey oñemohenda peteĩ papa oúva Estados Unidos-gui, ha Reagan ñemigua joaju oguahẽma Trump joaju ojehechaukávape. Áño 2025-pe, papado oikuaauka hag̃uáicha omoñepyrũ peteĩ papa oúva yvy porãite Estados Unidos-gui, upe tetãete voi ha’éva pe objetivo umi ñorairõme ojapóva 1798 guive. Pe oheja hag̃uánte oñemoañete hag̃ua Malachi Martin marandu poravopyre, ha’e pe ley dominical, upépe oñemboguata pe mbohapy joaju dragon, mymba vai ha maranduhára japu rehegua.</w:t>
      </w:r>
    </w:p>
    <w:p>
      <w:pPr>
        <w:pStyle w:val="ArticleScripture"/>
        <w:jc w:val="left"/>
      </w:pPr>
      <w:r>
        <w:rPr>
          <w:rFonts w:ascii="Times New Roman" w:hAnsi="Times New Roman" w:eastAsia="Times New Roman" w:cs="Times New Roman"/>
        </w:rPr>
        <w:t>“Pe decreto ombohováiva papadokuéra remimoĩmby, ojejapóva Ñandejára léi rehehápe jejavy rupive, ñane retã ojepe’aitétaite tekojoja-gui. Protestantismo omyasãivo ipo yvykuápe ojapyhy hag̃ua poder romano po, ohasa jave pe yvykua pypuku ári ojopói hag̃ua Espiritualismo ndive, ha, ko mbohapy joaju rehegua influencia guýpe, ñane retã omboykévo opa principio Constitución rehegua, peteĩ gobiernorã protestante ha republicano ramo, ha ome’ẽvo tape papadokuéra japuva ha ñembotavykuérape oñemyasãi hag̃ua, upéicharõ ikatu jaikuaa oguahẽma hague pe ára oñeñepyrũ hag̃uáicha Satanás rembiapo hechapyrãva ha pe paha hi’aguĩmaha.” Testimonios, volumen 5, 451.</w:t>
      </w:r>
    </w:p>
    <w:p>
      <w:pPr>
        <w:pStyle w:val="ArticleBody"/>
        <w:jc w:val="left"/>
      </w:pPr>
      <w:r>
        <w:rPr>
          <w:rFonts w:ascii="Times New Roman" w:hAnsi="Times New Roman" w:eastAsia="Times New Roman" w:cs="Times New Roman"/>
        </w:rPr>
        <w:t>4 jasypo 2026-pe Trump oguereko hag̃ua intención ovy’aguasu hag̃ua umi “250” ary, oñembo’y aja ipresidénsia mbytepytepe. Upe mbytepyte ha’e ary 207 JC mboyve, Rafia ñorairõ guasu ha Panium ñorairõ guasu apytépe. Umi pa’ũ porundy ary mbytepyte avei ohechauka Nerón rembiapo porundy ary ñepyrũ, umi ohechaukáva ary 313, ha pe iglesia ha estado ra’anga mymbaguasu rehegua ñemopu’ã mbeguekatúpe, ogueraháva arapokõindy ára léipe ary 321-pe, ha versíkulo 16-pe. Upe periodo oñepyrũ ary 313-pe kuarahyreike ha kuarahyresẽ joaju rupive, ojehechaukáva Constantino rajy ñemongakuaa kuarahyreikegua ha Licinio kuarahyresẽgua rehe. Pe periodo oñepyrũva peteĩ ñemenda joaju kuarahyreike ha kuarahyresẽ apytépe, opa kuarahyreike ha kuarahyresẽ ñemboja’o térã divorcio reheve. Pe waymark mbytegua ha’e pe primer léi arapokõindy ára rehegua.</w:t>
      </w:r>
    </w:p>
    <w:p>
      <w:pPr>
        <w:pStyle w:val="ArticleBody"/>
        <w:jc w:val="left"/>
      </w:pPr>
      <w:r>
        <w:rPr>
          <w:rFonts w:ascii="Times New Roman" w:hAnsi="Times New Roman" w:eastAsia="Times New Roman" w:cs="Times New Roman"/>
        </w:rPr>
        <w:t>Reagan, Obama ha Trump ojehechauka proféticamente umi mbohapy paso evangelio opa’ỹvape, ojehechaukáva mbohapy ánhel ramo Apocalipsis catorce-pe. Presidencia Obama-pe, ha’éva mokõiha paso, oĩkuri mokõi papa. Francisco, pe papa woke, ojupi José Ratzinger rapykuéri (upéi Papa Benedicto XVI) oserviva’ekue Congregación para la Doctrina de la Fe (CDF) ruvicha ramo 25 de noviembre de 1981 guive, ojeporavo peve chupe papa ramo 19 de abril de 2005-pe. Ratzinger ojereko hag̃ua retiro ha Francisco oñepyrũ irreinado, péicha ome’ẽvo peteĩ je’epype mokõijey papa kuéra oĩha Obama reinado-pe.</w:t>
      </w:r>
    </w:p>
    <w:p>
      <w:pPr>
        <w:pStyle w:val="ArticleBody"/>
        <w:jc w:val="left"/>
      </w:pPr>
      <w:r>
        <w:rPr>
          <w:rFonts w:ascii="Times New Roman" w:hAnsi="Times New Roman" w:eastAsia="Times New Roman" w:cs="Times New Roman"/>
        </w:rPr>
        <w:t>Ojeacusáva Obámape ojoguerekoháicha mokõi tekove kuña-kuimba’e rehegua ha kuimba’e-kuimba’e rehegua, ha’e ha’e peteĩ símbolo proféta japu rehegua, pe Protestantismo apóstata Amerikapegua rehegua; ha upéicha avei, ha’e musulmán, ha upéva avei hína pe religión proféta japu Mahoma rehegua. Obama ha’e vaekue pe sistema político pe yvy hechapyrãvapegua representative—pe proféta japu Apocalipsis dieciséis-pe oñemombe’úva—ha katu iñemoirũ añetegua política rehegua oñembojoaju umi globalista ndive—pe dragón ndive. Profétikamente, Obama ojehecha peteĩ tekove ojueheguíva ramo, orepresentáva mokõi religión japu, mokõi inclinación sexual ha mokõi sistema político; ha hembiguái aja, oĩ vaekue mokõi anticristo. Taha’e inclinación sexual, alineación política térã convicción religiosa, Obama oñemoĩ vaekue káda hendápe opyta hag̃ua pe ñemihápe. Ojekuaáva algunos rehe “Obama, pe Mboja’óva” ramo, umi tembiapo ojapóva rupive omboja’o hag̃ua umi tetãygua americano-kuérape ijupekuéra rehe, upéva avei oñerefleha iñemimbyréva convicción personal, política ha religiosa-pe.</w:t>
      </w:r>
    </w:p>
    <w:p>
      <w:pPr>
        <w:pStyle w:val="ArticleBody"/>
        <w:jc w:val="left"/>
      </w:pPr>
      <w:r>
        <w:rPr>
          <w:rFonts w:ascii="Times New Roman" w:hAnsi="Times New Roman" w:eastAsia="Times New Roman" w:cs="Times New Roman"/>
        </w:rPr>
        <w:t>Pe anticristo peteĩha Obama arégui omoakã vaʼekue Congregación para la Doctrina de la Fe mokõipa irundy ary aja oiko mboyve pápano. Congregación para la Doctrina de la Fe hína pe téra koʼag̃agua upe oñembohéra vaʼekuépe yma Oficina de la Inquisición. Pe puʼakaʼỹ Obama ára rehegua ojoja papapy “13” ndive, pe ñeʼẽ hebrea añetegua rehegua oguerekóva peteĩha letra alfabeto hebreopegua (Reagan), pe letra pahaapyha (Obama) ha Trump pe mokõipa mokõiha letra. Pe Inquisición katuete haʼe peteĩ símbolo puʼakaʼỹ rehegua. Papa Benedicto ohejarei itróno Francisco-pe ary 2013-pe, upe arakaʼe iñakãmokõi guáicha oisãmbyhy jave pe símbolo maranduhára japu Islam rehegua ha Protestantismo apóstata rehegua.</w:t>
      </w:r>
    </w:p>
    <w:p>
      <w:pPr>
        <w:pStyle w:val="ArticleBody"/>
        <w:jc w:val="left"/>
      </w:pPr>
      <w:r>
        <w:rPr>
          <w:rFonts w:ascii="Times New Roman" w:hAnsi="Times New Roman" w:eastAsia="Times New Roman" w:cs="Times New Roman"/>
        </w:rPr>
        <w:t>Pe mokõiha paso pe evangelio opa’ỹvape ha’e peteĩ prueba ojehecháva, ha umi mba’e ojehechakuaáva Obama ha mokõi papa rehegua joajupe, upépe ojehecha pe joaju ñemuhã ojehechaukáva pe Oficina de la Inquisición rupive, ha pe globalistakuéra akãratã yvy sy ñemomba’ére, ojehechaukáva pe papa woke rupive. Obama jerovia musulmán rehegua ohechauka tetãnguéra pochy oñemoheñóiva Islam rupive, ha pe Protestantismo apóstata jejavy pe tembiaporã ojejapova’erãva héra “Protestante” rupive ojehechaukáva. Peteĩ protestante oñemoĩva’erã Roma rehe, ha araka’eve ndokarapẽiva’erã Roma renondépe.</w:t>
      </w:r>
    </w:p>
    <w:p>
      <w:pPr>
        <w:pStyle w:val="ArticleBody"/>
        <w:jc w:val="left"/>
      </w:pPr>
      <w:r>
        <w:rPr>
          <w:rFonts w:ascii="Times New Roman" w:hAnsi="Times New Roman" w:eastAsia="Times New Roman" w:cs="Times New Roman"/>
        </w:rPr>
        <w:t>Peteĩha mbohapy pápagui omoherakuã ko yvy ape ári ogueroviaha ha’eha “pápa iporãva” profecía católica sãmbyhyhára Fátimagua-pe guarã. Juan Pablo II oguerovia va’ekue ijehe ha’eha Fátimagua “pápa iporãva”, ha’e oguerovia hag̃ua ipahápe oisãmbyhytaha opaite yvy peteĩ yvyra hierro reheve, opa rire pe ñorairõ mbohapy hendágui oikóva papado, Tetã peteĩ reko Amérikagua ha umi globalista apytépe.</w:t>
      </w:r>
    </w:p>
    <w:p>
      <w:pPr>
        <w:pStyle w:val="ArticleBody"/>
        <w:jc w:val="left"/>
      </w:pPr>
      <w:r>
        <w:rPr>
          <w:rFonts w:ascii="Times New Roman" w:hAnsi="Times New Roman" w:eastAsia="Times New Roman" w:cs="Times New Roman"/>
        </w:rPr>
        <w:t>Pe presidénsia oúva omombeʼu umi globalísta mbói guasu rehegua rembiapo, Islam rehegua pochy omoñarõva tetãnguéra, ha protestantísmo apóstata ndaikatúiha oiko protestánteramo. Pe presidénsia Trump rehegua oñepyrũ vaʼekue ary 2025-pe oñembojoaju hesakã hag̃uáicha pe anticristo ary 2025-peguáre. Koʼã mbohapy joaju Roma ha Estados Unidos rehegua resape oñembojaʼoʼỹva oñehesape hag̃ua pe tembiasakue ohechaukáva Raphia ñorairõ paha ha Panium ñorairõ ñepyrũ. Licinio ha Constantino rréino ñemendaha umi pakõi ary riregua ñepyrũme ohechauka pe joaju ary 2025-peguáre.</w:t>
      </w:r>
    </w:p>
    <w:p>
      <w:pPr>
        <w:pStyle w:val="ArticleBody"/>
        <w:jc w:val="left"/>
      </w:pPr>
      <w:r>
        <w:rPr>
          <w:rFonts w:ascii="Times New Roman" w:hAnsi="Times New Roman" w:eastAsia="Times New Roman" w:cs="Times New Roman"/>
        </w:rPr>
        <w:t>Pe aliánsa ary 2025 pegua ha’e pe ñemombe’upy joguaha gua’u umi diez kuñataĩ rehegua. Tenonderã oñemohu’ã pe ñemendá, ha upéi oĩ peteĩ aravo jehechava’erãrõ, ipahápe ogueraha hag̃ua pe mokõiha tembiapo pe ñemenda rehegua, upépe oikohápe pe ñemohu’ã paha, ha pe okẽ oñemboty. Pe ñemombe’upy joguaha gua’u umi diez kuñataĩ rehegua oñepyrũ ary 2025-pe, ha oñemohu’ã pe léi domingo oúmava pya’e rupive, Daniel 11, versículo dieciséis ha cuarenta y uno-pe. Pe ñemenda gua’upe, pe túva ha’e Satanás, pe novio ha’e pe papado ha pe novia ha’e América protestante apóstata. Daniel 11, versículo catorce-pe, umi mondaha Daniel retãygua apytégui ha’e Roma, omoĩva pe visión. Oñemboyke hag̃ua pe kuaauka William Miller ojapova’ekue, he’íva Roma ha’eha pe símbolo omopyendáva pe visión, ha’e peteĩ mba’e ojoajúva pe ñe’ẽmondo ángel peteĩha rehegua ha pe ñe’ẽmondo Juan el Bautista rehegua ñemboykére. Pe anticristo ko’ág̃a guive oguapývo ipuesto-pe ary 2025-pe, omopyenda pe visión umi ocho presidente rehegua, ha omohu’ã versículo catorce.</w:t>
      </w:r>
    </w:p>
    <w:p>
      <w:pPr>
        <w:pStyle w:val="ArticleBody"/>
        <w:jc w:val="left"/>
      </w:pPr>
      <w:r>
        <w:rPr>
          <w:rFonts w:ascii="Times New Roman" w:hAnsi="Times New Roman" w:eastAsia="Times New Roman" w:cs="Times New Roman"/>
        </w:rPr>
        <w:t>Ko'ág̃a ñaiméma pe ñemoha'ã tupãópeguápe; mokõiha ñemoha'ã oúva mboyve pe ñemoha'ã jehechaukarã ha mbohapyha ñemoha'ã.</w:t>
      </w:r>
    </w:p>
    <w:p>
      <w:pPr>
        <w:pStyle w:val="ArticleBody"/>
        <w:jc w:val="left"/>
      </w:pPr>
      <w:r>
        <w:rPr>
          <w:rFonts w:ascii="Times New Roman" w:hAnsi="Times New Roman" w:eastAsia="Times New Roman" w:cs="Times New Roman"/>
        </w:rPr>
        <w:t>Ñambojoýta koʼã mbaʼe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Papo’ẽha</dc:title>
  <dc:subject>“250” Mbohapy Jey</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