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Pa’ẽ Potĩ Joapytegua Mbokapy Paapy Ha Poteĩ</w:t>
      </w:r>
    </w:p>
    <w:p>
      <w:pPr>
        <w:pStyle w:val="ArticleSubtitle"/>
        <w:jc w:val="left"/>
      </w:pPr>
      <w:r>
        <w:rPr>
          <w:rFonts w:ascii="Arial" w:hAnsi="Arial" w:eastAsia="Arial" w:cs="Arial"/>
        </w:rPr>
        <w:t>Ára Paha Opa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11 oñepyrũvo oikuaauka Donald Trump-pe mburuvicha paha ramo pe sexto rréino maranduhai profético Bíblico-pe. Ciro mbohapyha ary-pe, ha upépe oñepyrũ vaʼekue pe visión capítulo 10-pe, oñemohuʼã capítulo 11 peteĩha versículo-pe ñeʼẽ “avei” reheve.</w:t>
      </w:r>
    </w:p>
    <w:p>
      <w:pPr>
        <w:pStyle w:val="ArticleScripture"/>
        <w:jc w:val="left"/>
      </w:pPr>
      <w:r>
        <w:rPr>
          <w:rFonts w:ascii="Times New Roman" w:hAnsi="Times New Roman" w:eastAsia="Times New Roman" w:cs="Times New Roman"/>
        </w:rPr>
        <w:t>Che avei, Darío meda arýpe peteĩha-pe, che voi aime hag̃ua amombarete ha amyatyrõ chupe. Daniel 11:1.</w:t>
      </w:r>
    </w:p>
    <w:p>
      <w:pPr>
        <w:pStyle w:val="ArticleBody"/>
        <w:jc w:val="left"/>
      </w:pPr>
      <w:r>
        <w:rPr>
          <w:rFonts w:ascii="Times New Roman" w:hAnsi="Times New Roman" w:eastAsia="Times New Roman" w:cs="Times New Roman"/>
        </w:rPr>
        <w:t>Gabriel oñangareko porã og̃uahẽ hag̃ua jey Darío peve ha ombojoaju hag̃ua chupe Ciro ndive oñepyrũvo imombeʼupy capítulo oncegua. Capítulo diez osegi peteĩ visión añoite ramo pe versículo paha capítulo doce peve, ha oñepyrũ Ciro arýpe mbohapyhápe.</w:t>
      </w:r>
    </w:p>
    <w:p>
      <w:pPr>
        <w:pStyle w:val="ArticleScripture"/>
        <w:jc w:val="left"/>
      </w:pPr>
      <w:r>
        <w:rPr>
          <w:rFonts w:ascii="Times New Roman" w:hAnsi="Times New Roman" w:eastAsia="Times New Roman" w:cs="Times New Roman"/>
        </w:rPr>
        <w:t>Ciro, mburuvicha Pérsiagua, mbohapyha áñope ojehechauka peteĩ mba'e Daniel-pe, héra oñembohérava Beltesasar; ha upe mba'e añetegua vaekue, ha pe ára oñemoĩmava puku; ha'e oikuaa upe mba'e, ha oreko entendimiento pe visión rehe. Daniel 10:1.</w:t>
      </w:r>
    </w:p>
    <w:p>
      <w:pPr>
        <w:pStyle w:val="ArticleBody"/>
        <w:jc w:val="left"/>
      </w:pPr>
      <w:r>
        <w:rPr>
          <w:rFonts w:ascii="Times New Roman" w:hAnsi="Times New Roman" w:eastAsia="Times New Roman" w:cs="Times New Roman"/>
        </w:rPr>
        <w:t>Darío ha Ciro ndive omoheñói pe símbolo tetã mokõiva Medo ha Persa rehegua, ohechaukáva pe pokatu mokõiva Republicanismo ha Protestantismo Estados Unidos-pe; upéicha rupi, ohechauka pe símbolo mokõiva ára paha rehegua. Aarón ha Moisés heñói hague ohechauka pe ára paha Abraham marandu ñemoñeʼẽ irundyciento ary rehegua paha, Israel yma guarépe iñepyrũme; upéicha avei, Juan Bautista ha Cristo heñói hague ohechauka umi mokõi techaukaha ára paha rehegua Israel yma guarépe ipahápe. Jesús tapiaite ohechauka pe paha pe ñepyrũ rupive.</w:t>
      </w:r>
    </w:p>
    <w:p>
      <w:pPr>
        <w:pStyle w:val="ArticleBody"/>
        <w:jc w:val="left"/>
      </w:pPr>
      <w:r>
        <w:rPr>
          <w:rFonts w:ascii="Times New Roman" w:hAnsi="Times New Roman" w:eastAsia="Times New Roman" w:cs="Times New Roman"/>
        </w:rPr>
        <w:t>Darío ha Ciro oñondive ohechauka pe waymark ojehechaukáva araka’e paha ramo, upe jave opa haguépe umi setenta ary jejapyhy Babilóniape.</w:t>
      </w:r>
    </w:p>
    <w:p>
      <w:pPr>
        <w:pStyle w:val="ArticleScripture"/>
        <w:jc w:val="left"/>
      </w:pPr>
      <w:r>
        <w:rPr>
          <w:rFonts w:ascii="Times New Roman" w:hAnsi="Times New Roman" w:eastAsia="Times New Roman" w:cs="Times New Roman"/>
        </w:rPr>
        <w:t>“Ñandejára iglesia yvy ape ári añetéhápe oĩ vaʼekue jejopypýpe ko aravo puku aja, ñemuharakuã atyʼỹʼỹ ha kyhyjeʼỹme, Israel raʼykuéra oĩ haguéicha jejopypýpe Babilóniape pe exílio aja.” Prophets and Kings, 714.</w:t>
      </w:r>
    </w:p>
    <w:p>
      <w:pPr>
        <w:pStyle w:val="ArticleBody"/>
        <w:jc w:val="left"/>
      </w:pPr>
      <w:r>
        <w:rPr>
          <w:rFonts w:ascii="Times New Roman" w:hAnsi="Times New Roman" w:eastAsia="Times New Roman" w:cs="Times New Roman"/>
        </w:rPr>
        <w:t>Darío ha Ciro ohechauka typológicamente ary 1798 ha 1799, orepresentáva ára paha opaha hag̃uáme, upe jave oñemohu'ãhague pe ñembyatyha joja Israel espiritual rembiasakue pe Babilonia espiritual-pe. 1798 ohechauka pe sistema político papado rehegua opaha, ojehechaukáva peteĩ mymba rupi, hi'ári pe kuña reko vai Roma-gua oguata va'ekue.</w:t>
      </w:r>
    </w:p>
    <w:p>
      <w:pPr>
        <w:pStyle w:val="ArticleScripture"/>
        <w:jc w:val="left"/>
      </w:pPr>
      <w:r>
        <w:rPr>
          <w:rFonts w:ascii="Times New Roman" w:hAnsi="Times New Roman" w:eastAsia="Times New Roman" w:cs="Times New Roman"/>
        </w:rPr>
        <w:t>Upéicha che reraha Espíritupe desiértope; ha ahecha peteĩ kuña oguapyha peteĩ mymba pytãmbýva ári, henyhẽva téra kuéra ñemongarai vaívagui, ha oguerekóva siete akã ha diez hatĩ. Apocalipsis 17:3.</w:t>
      </w:r>
    </w:p>
    <w:p>
      <w:pPr>
        <w:pStyle w:val="ArticleBody"/>
        <w:jc w:val="left"/>
      </w:pPr>
      <w:r>
        <w:rPr>
          <w:rFonts w:ascii="Times New Roman" w:hAnsi="Times New Roman" w:eastAsia="Times New Roman" w:cs="Times New Roman"/>
        </w:rPr>
        <w:t>Napoleón omoĩmba pe mymba rekove ary 1798-pe, ha ary 1799-pe, kuña oguata vaʼekue pe mymba ári omano ñemosẽme. Ary 1989-pe, mokõivéva Ronald Reagan ha George Bush tuichavéva oiko mburuvicharã, upéva ohechauka ára paha ary 1989-pe. Darío ha Ciro ohechauka Reagan ha Bush tuichavévape. Pe versíkulo mokõi heʼi:</w:t>
      </w:r>
    </w:p>
    <w:p>
      <w:pPr>
        <w:pStyle w:val="ArticleScripture"/>
        <w:jc w:val="left"/>
      </w:pPr>
      <w:r>
        <w:rPr>
          <w:rFonts w:ascii="Times New Roman" w:hAnsi="Times New Roman" w:eastAsia="Times New Roman" w:cs="Times New Roman"/>
        </w:rPr>
        <w:t>Ha ko'ág̃a aikuaaukáta ndéve pe añetegua. Péina, opuʼãta gueteri mbohapy mburuvicha guasu Pérsiape; ha pe irundyha ipirapireta mombyryve opavavégui: ha haʼe imbarete hag̃uáicha umi imbaʼerepy rupive, omonguʼéta opavave Grecia retã rovasáre. Daniel 11:2.</w:t>
      </w:r>
    </w:p>
    <w:p>
      <w:pPr>
        <w:pStyle w:val="ArticleHeading"/>
        <w:jc w:val="left"/>
      </w:pPr>
      <w:r>
        <w:rPr>
          <w:rFonts w:ascii="Arial" w:hAnsi="Arial" w:eastAsia="Arial" w:cs="Arial"/>
        </w:rPr>
        <w:t>Ñemombáy</w:t>
      </w:r>
    </w:p>
    <w:p>
      <w:pPr>
        <w:pStyle w:val="ArticleBody"/>
        <w:jc w:val="left"/>
      </w:pPr>
      <w:r>
        <w:rPr>
          <w:rFonts w:ascii="Times New Roman" w:hAnsi="Times New Roman" w:eastAsia="Times New Roman" w:cs="Times New Roman"/>
        </w:rPr>
        <w:t>Darío ha’e va’ekue Reagan, Ciro ha’e va’ekue Bush tuichavéva, ha umi mbohapy ouva’ekue Ciro rire ha’e va’ekue Clinton, Bush michĩvéva, Obama Mboja’ohára ha pe irundyha ha “hetaiteve imba’e” presidente, omokyre’ỹva Grecia globalistakuérape, ha’e va’ekue Trump. Ñe’ẽ “mombáy” he’ise omopu’ã térã omomba’apo jevy. Trump omoherakuã ramo guare iñemoĩkuaa mburuvicharã 2015-pe, umi globalista, Joel ohenóiva “tetã ambuegua” térã “yvypóra ndoguerekóiva Tupãme”, opáy hag̃ua oñemomýi jevy.</w:t>
      </w:r>
    </w:p>
    <w:p>
      <w:pPr>
        <w:pStyle w:val="ArticleScripture"/>
        <w:jc w:val="left"/>
      </w:pPr>
      <w:r>
        <w:rPr>
          <w:rFonts w:ascii="Times New Roman" w:hAnsi="Times New Roman" w:eastAsia="Times New Roman" w:cs="Times New Roman"/>
        </w:rPr>
        <w:t>Ta tetã ambuegua toñemombáy, ha toguahe pe Yosafat ñuãme; upépe aguapýta ajuhévo opa tetã ambuegua ijerére. Peikytĩ pende hócepe, pe temitỹ hi’ajuíma; peju, peguejy; pe uva renda henyhẽ, umi ñembopupu renda osyryry; tuicha niko hekoañágui. Hetaiterei, hetaiterei tapicha ñembopy’a peteĩme’ẽ ñuãme; Ñandejára ára hi’aguĩma pe ñembopy’a peteĩme’ẽ ñuãme. Joel 3:12–14.</w:t>
      </w:r>
    </w:p>
    <w:p>
      <w:pPr>
        <w:pStyle w:val="ArticleBody"/>
        <w:jc w:val="left"/>
      </w:pPr>
      <w:r>
        <w:rPr>
          <w:rFonts w:ascii="Times New Roman" w:hAnsi="Times New Roman" w:eastAsia="Times New Roman" w:cs="Times New Roman"/>
        </w:rPr>
        <w:t>Umi “tetã ambuegua” oñemombáy vove, “Ñandejára ára hi’aguĩma” Josafat ñuáme. “Josafat” he’ise Jehová juicio; ha pe ñu ojehero avei pe ñu ñemohendaha rehegua. Ary 2015 guive umi “atyeta” ko yvy ape arigua oñepyrũta oike umi aty iñambuévape oñembosako’iva’ekuépe peteĩteĩ mba’e’ẽ rei kuimba’ekuéra ome’ẽva’ekue ndaha’éigui odesidi hag̃ua oservi Tupãme. 9/11-pe oñepyrũ umi oikovéva juicio, ha ary 2015-pe, Trump he’i omba’aposeha presidencia rehe. 9/11-pe pe oky pahague ñepyrũ peteĩha oguejy oñepyrũ, ha pe oky pahague hína upe oguerúva hi’a hag̃ua pe ñemitỹ, ha ary 2015-pe, catorce ary rire upe oky oguerúva pe ñemitỹ hi’aju hag̃uápe, Joel kuatiañe’ẽ omyasãi pe ñe’ẽmondo ñangarekora: Donald Trump “omýi ramo Grecia retãnguéra,” térã, Joel he’iháicha, Trump “omombáy ramo umi tetã ambuegua ary 2015-pe,” ko yvy ape tuichakue ñemitỹ oñepyrũma hi’aju.</w:t>
      </w:r>
    </w:p>
    <w:p>
      <w:pPr>
        <w:pStyle w:val="ArticleBody"/>
        <w:jc w:val="left"/>
      </w:pPr>
      <w:r>
        <w:rPr>
          <w:rFonts w:ascii="Times New Roman" w:hAnsi="Times New Roman" w:eastAsia="Times New Roman" w:cs="Times New Roman"/>
        </w:rPr>
        <w:t>Tuichaite hag̃ua pe añetegua peteĩha oñemombeʼúva Daniel kapítulo once-pe haʼeha Donald Trump rembiapo marandu hag̃ua profecía ryepýpe. Pe peteĩha rréino profecía bíblica rehegua oñerrepresentáva Daniel arandukápe haʼe Babilonia. Eñemoĩ hag̃ua rejepyʼamongetávo Babilonia rembiasáre Daniel arandukápe, mbaʼéichapa oĩta upéva Nebucadnezar ndojeporúirire Inspiración rupive oñemopyenda hag̃ua peteĩ techapyrã profético. Pe poteĩha rréino profecía bíblica rehegua ndaikatúi oñentende porã opaiteháicha pe testimonio mburuvicha paha upe rréinopeguaʼỹre. Pe regla de primera mención omopyenda Trump rembiapo tuichakue techaukaha ramo iñimportancia tenonderãiteva pe visión Daniel orresivíva mokõiha ha mokõipa aryha ára rire ojapóma hag̃ua mbohapy semána ayuno.</w:t>
      </w:r>
    </w:p>
    <w:p>
      <w:pPr>
        <w:pStyle w:val="ArticleScripture"/>
        <w:jc w:val="left"/>
      </w:pPr>
      <w:r>
        <w:rPr>
          <w:rFonts w:ascii="Times New Roman" w:hAnsi="Times New Roman" w:eastAsia="Times New Roman" w:cs="Times New Roman"/>
        </w:rPr>
        <w:t>Ha pe mburuvicha guasu Persiagua retã rehegua oñemoĩ che rovái peteĩ mokõi pa ary ára; ha péina, Miguel, peteĩ umi mburuvicha guasu tenondegua apytégui, ou chepytyvõ hag̃ua; ha aime upépe umi ruvicha guasu Persiagua ndive. Ko'ágã aju rombohasa hag̃ua nde akãme mba'épa oikótava ne retãyguakuérape umi ára pahápe; pe visión niko gueteri heta ára peve guarã. Daniel 10:13, 14.</w:t>
      </w:r>
    </w:p>
    <w:p>
      <w:pPr>
        <w:pStyle w:val="ArticleBody"/>
        <w:jc w:val="left"/>
      </w:pPr>
      <w:r>
        <w:rPr>
          <w:rFonts w:ascii="Times New Roman" w:hAnsi="Times New Roman" w:eastAsia="Times New Roman" w:cs="Times New Roman"/>
        </w:rPr>
        <w:t>Pe visión kapítulo onceha ohechauka mba’épa ojehu Tupã tavayguakuérape ára pahápe, ha Trump ha’eha Estados Unidos ruvicha, ha upéi Tetãnguéra Joajupy ruvicha, ha’e peteĩ añetegua oguerekóva mba’érepa opa’ỹva ojoajúva oñentendépa térã nahániripa upe añetegua. Upe añetegua tuichaite iñimportánte va’ekue Gabriel ombohasávo Daniel-pe, upévare versíkulo catorce-pe, Daniel ohai pe tesape ome’ẽ va’ekue ichupe ángel Gabriel rupive, ha’eha “nde retãygua mondahakuéra” omoĩva pe visión. Ndaikatúi añetehápe oñemyakãsã porã Donald Trump rembiapo kuéra profesía-pe noñemoĩriramo Roma techapyrãramo ojekuaa hag̃ua Trump pyporekuéra Daniel capítulo once rembiasakue profesiagua ryepýpe.</w:t>
      </w:r>
    </w:p>
    <w:p>
      <w:pPr>
        <w:pStyle w:val="ArticleBody"/>
        <w:jc w:val="left"/>
      </w:pPr>
      <w:r>
        <w:rPr>
          <w:rFonts w:ascii="Times New Roman" w:hAnsi="Times New Roman" w:eastAsia="Times New Roman" w:cs="Times New Roman"/>
        </w:rPr>
        <w:t>Trump, peteĩ símbolo ramo Estados Unidos rehegua arapokõindy léi ára jave, omoheñói pe mymba ra’ãnga, ha ojapóvo upéva omomba’e guasu pe mymba; upévare ha’e peteĩ ta’ãnga pe mymba rehegua, ha avei peteĩ ta’ãnga oñemopu’ãva pe mymba ñemomba’eguasurã. Apocalipsis 17-pe papado ha’e pe poapyha, upéva he’iséva ouha umi pokõigui; ha Donald Trump ha’e pe poapyha tendota Reagan guive araka’e pahápe guare 1989-pe, ha katu avei ha’e pe poteĩha, upéva he’iséva ha’eha pe poapyha ouva’ekue umi pokõigui.</w:t>
      </w:r>
    </w:p>
    <w:p>
      <w:pPr>
        <w:pStyle w:val="ArticleBody"/>
        <w:jc w:val="left"/>
      </w:pPr>
      <w:r>
        <w:rPr>
          <w:rFonts w:ascii="Times New Roman" w:hAnsi="Times New Roman" w:eastAsia="Times New Roman" w:cs="Times New Roman"/>
        </w:rPr>
        <w:t>Apocalipsis diecisiete-pe, Juan, mbohapyha versículo-pe, ojegueraha ñu meguápe, upépe ohecha kuña rekovai guasúpe peteĩ mymba ári oguapýva. Ko kuña rekovai guasu opaite denominación protestante tuichavévape ojekuaa haguéicha tupao católica ramo, jepe opavave umi ára pahápe oñembotove hikuái ijerovia ypykue. Tupao Romana oka’u va’ekue mártir-kuéra ruguy rehe Juan ohecha ramo guare chupe, ha oguereko va’ekue pe téra tekorei kuña kuéra sy. Péva ohechauka Juan ojegueraha hague ary 1798-pe, upérõ papado hi’ári oguereko mártir-kuéra ruguy, ha ambue tupao protestante yma guaréva ojevyma hína kuri Tupao Católica Romana joaju hag̃uáme. Upe tenda guive Juan ohecha “mokõi poapy mburuvicha guasu”, umíva apytégui po ojeitymava’ekue 1798-pe, ha peteĩ reino oĩ va’ekue 1798-pe, ha upe reino ha’eva’ekue Tetã peteĩ reko Amérika, ha katu ambue reino, ojejapóva pa mburuvicha guasúgui, ou va’erã kuri upéi; 1798-pe, pe Juan oĩ haguepe, pe pokõiha reino ndou gueteri va’ekue. Umi pa mburuvicha guasu oguereko mburuvicharã peteĩ aravo pukukue pe domingo léi apañuãi guasu aja, ha oñemoĩ peteĩ ñe’ême ome’ẽ hag̃ua hymba pokõiha reino pe mymbápe, pe poha reino pegua, upe ojapyhy va’ekuépe peteĩ ñehundi omano hag̃uáicha ary 1798-pe.</w:t>
      </w:r>
    </w:p>
    <w:p>
      <w:pPr>
        <w:pStyle w:val="ArticleBody"/>
        <w:jc w:val="left"/>
      </w:pPr>
      <w:r>
        <w:rPr>
          <w:rFonts w:ascii="Times New Roman" w:hAnsi="Times New Roman" w:eastAsia="Times New Roman" w:cs="Times New Roman"/>
        </w:rPr>
        <w:t>Pe número “8” ohechauka pe jeikove jevy, ha pe papado ha’e pe poapyha osẽva umi siete-gui, ipu’akáramo jevy iherida ñemano rehegua pe joaju mbohapyveguápe dragón, mymba, ha proféta japu rehegua ndive, oikóva pe léi domingo hi’aguĩete ouvótavape. Áño 2020-pe umi globalista omonda pe elección Trump-gui, ha ha’e oñejukapa kuri umi kálle-pe Apocalipsis 11-pe. Mokõi testígo Apocalipsis 11-pegua ohechauka umi mokõi hatĩ mymba yvy arigua rehegua, mokõivéva oñejukapa va’ekue 2020-pe. Trump ha’e pe sexto presidente Reagan guive pe ára pahápe áño 1989-pe; ha katu 2024 guive, ha’e avei pe poapyha osẽva umi siete mburuvicha guasúgui ohasava’ekue. Áño 2024-pe, iherida ñemano rehegua okuera jevy, ha upe jave voi oiko pe poapyha osẽva umi siete-gui, peteĩ joaju porãitepe pe símbolo profético ndive omopyendáva pe visión. Nde ndereguerekóiramo Roma, ndereguerekomo’ãi katupyry rerahaségui umi movimiento ta’anga Roma rehegua.</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Oñentende hag̃ua mba’éichapa Trump hína Constantino el Grande Nero rembiasakue “250” ary oñemohu’ã vove, térã mba’éichapa ha’e hína Antioco el Grande ary 207 a.C.-pe, térã mba’éichapa ha’e pe presidente paha, ikatupyrýva ite hína rupi opaite i-movimiento edad de oro rehegua oñemopyenda hag̃ua ojapo hag̃ua América “tuicháva”, tekotevẽ ñañakãrapu’ã pe capítulo primero omombe’uha Trump rehe ha hembiaporã profético rehe.</w:t>
      </w:r>
    </w:p>
    <w:p>
      <w:pPr>
        <w:pStyle w:val="ArticleBody"/>
        <w:jc w:val="left"/>
      </w:pPr>
      <w:r>
        <w:rPr>
          <w:rFonts w:ascii="Times New Roman" w:hAnsi="Times New Roman" w:eastAsia="Times New Roman" w:cs="Times New Roman"/>
        </w:rPr>
        <w:t>Pe ñe’ẽñemi “añetegua” rehegua, oñeteĩva pe ñe’ẽ hebreo “añetegua” ojejapóva peteĩha, pa’õhaapyha ha mokõipa mokõiha tai alfabeto hebreo-gui, ohechauka Reagan-pe peteĩha tai ramo, ha Obama-pe pa’õhaapyha tai pu’akareko hag̃ua jepe’a rehegua ramo, oñemombe’uháicha ary 2013-pe, upe tetãygua ymagua Oficina de la Inquisición ruvicha rire ou hag̃ua pe peteĩha papa jesuita. Pe inquisición ruvicha ojeheja rupi hembiapo, ipaha okarujoja pe papa jesuita ñepyrũha ndive. Upéva joaju Obama mokõi papa apytépe ha’eva’ekue 13 jasypoapy 2013. Obama ojoja pe pa’õhaapyha tai jepe’a rehegua ndive, ha pe mokõipa mokõiha tai ha’e Trump.</w:t>
      </w:r>
    </w:p>
    <w:p>
      <w:pPr>
        <w:pStyle w:val="ArticleBody"/>
        <w:jc w:val="left"/>
      </w:pPr>
      <w:r>
        <w:rPr>
          <w:rFonts w:ascii="Times New Roman" w:hAnsi="Times New Roman" w:eastAsia="Times New Roman" w:cs="Times New Roman"/>
        </w:rPr>
        <w:t>Pe enmienda mokõipa mokõihápe omoĩ peteĩ mburuvichápe mokõi período-pe añoite hag̃ua, ha oñehesa’ỹijóramo umi mburuvicha orekóva mokõi período, ha umi período ndaha’éi va’ekue ojoapy hag̃uáicha, mokõinte oĩ. Grover Cleveland ha’e pe alfa umi mburuvicha mokõi período rehegua, umi período ndojoapýiva, ha Trump ha’e pe omega. Grover Cleveland ha’e va’ekue pe mburuvicha mokõipa mokõiháva, ha Trump, omega ramo Cleveland rehe, oguereko pe distinción alfa rehegua “22”. Cleveland ha Trump orrepresenta peteĩ alfa ha omega oguerekóva pe simbolismo pe letra mokõipa mokõihápe guare alfabeto hebreo-pe. Mokõinte oĩ umi mburuvicha oguerekóva mokõi período ndojoapýiva, ha Trump ha’e pe mokõiha umíva apytépe. Pe mokõi omega rehegua, pe mokõipa mokõi alfa rehegua ndive, ome’ẽ irundypa irundy, peteĩ símbolo 1844 rehegua, ha upéva hína peteĩ símbolo pe okẽ oñemboty hag̃ua pe léi domingo-pe, ojehechauka hag̃uáicha pe okẽ oñembotýva 1844-pe. Trump ha’e pe tapicha 44ha ijojaha’ỹva oguahẽva mburuvicha hag̃ua, ha ha’e hína mburuvicha pe okẽ oñembotývo pe léi domingo-pe.</w:t>
      </w:r>
    </w:p>
    <w:p>
      <w:pPr>
        <w:pStyle w:val="ArticleBody"/>
        <w:jc w:val="left"/>
      </w:pPr>
      <w:r>
        <w:rPr>
          <w:rFonts w:ascii="Times New Roman" w:hAnsi="Times New Roman" w:eastAsia="Times New Roman" w:cs="Times New Roman"/>
        </w:rPr>
        <w:t>Trump oñeha’ãmbyre Ciro el Grande rehe. Ciro el Grande omoherakuã kuri pe decreto peteĩha ha Artajerjes el Grande omoherakuã pe tercer decreto. Pe peteĩha ha pe tercero ojoajúva ojuehe, pórke Jesús tapia ohechauka pe paha pe ñepyrũme. Trump oĩ upépe Nero “250” ary opaha jave, oñerepresentáva Constantino el Grande rupive. Pe “250” ary paha, 457 a. C. guive, Trump oñerepresenta Antíoco el Grande rehe, ojerevy jeýva mbaretevévo yma guarégui ary 2024-pe, oñekumpli hag̃ua versíkulo trece.</w:t>
      </w:r>
    </w:p>
    <w:p>
      <w:pPr>
        <w:pStyle w:val="ArticleScripture"/>
        <w:jc w:val="left"/>
      </w:pPr>
      <w:r>
        <w:rPr>
          <w:rFonts w:ascii="Times New Roman" w:hAnsi="Times New Roman" w:eastAsia="Times New Roman" w:cs="Times New Roman"/>
        </w:rPr>
        <w:t>Norte pe ruvicha ojevyta, ha omosẽta peteĩ aty tuichavéva pe yma guarégui; ha katuete ou va’erã mbovymi ary rire peteĩ ehérsito guasúndi ha heta mba’erepy reheve. Daniel 11:13.</w:t>
      </w:r>
    </w:p>
    <w:p>
      <w:pPr>
        <w:pStyle w:val="ArticleBody"/>
        <w:jc w:val="left"/>
      </w:pPr>
      <w:r>
        <w:rPr>
          <w:rFonts w:ascii="Times New Roman" w:hAnsi="Times New Roman" w:eastAsia="Times New Roman" w:cs="Times New Roman"/>
        </w:rPr>
        <w:t>Pe léi dominikápe Estados Unidos ojejopy hag̃ua Róma rehegua poguýpe arapokõindy pegua léi rupive, upévo opa tetã yvórape ojejopy hag̃uáicha oñesũ hag̃ua Róma renondépe.</w:t>
      </w:r>
    </w:p>
    <w:p>
      <w:pPr>
        <w:pStyle w:val="ArticleScripture"/>
        <w:jc w:val="left"/>
      </w:pPr>
      <w:r>
        <w:rPr>
          <w:rFonts w:ascii="Times New Roman" w:hAnsi="Times New Roman" w:eastAsia="Times New Roman" w:cs="Times New Roman"/>
        </w:rPr>
        <w:t>“Tetãnguéra ambue osegíta Tetã peteĩ reko Amérika Joajupegua ehémplo. Jepe ha’e oguenohẽ tenonde, upeichavérõ jepe pe apañuãi peteĩchagua oúta ñande puévlo ári opa hendápe ko yvy ape ári.” Testimonies, volume 6, 395.</w:t>
      </w:r>
    </w:p>
    <w:p>
      <w:pPr>
        <w:pStyle w:val="ArticleBody"/>
        <w:jc w:val="left"/>
      </w:pPr>
      <w:r>
        <w:rPr>
          <w:rFonts w:ascii="Times New Roman" w:hAnsi="Times New Roman" w:eastAsia="Times New Roman" w:cs="Times New Roman"/>
        </w:rPr>
        <w:t>“tetã ambuegua” oñembopy’a hatã ojapo hag̃ua upéva Estados Unidos rupive, oguerekóva liderazgo Naciones Unidas-pe pe léi domingo oúta hag̃uáme. Naciones Unidas ha’e umi diez mburuvicha Apocalipsis 17-peguáva, oisãmbyhýiva Acab, pe mburuvicha umi diez tribu yvate gotyogua rehegua, omendáva Jezabel ndive. Jezabel ñemenda Acab rehe ha’e pe ñemenda oñemohu’ãmbáva pe léi domingo oúta hag̃uáme. Pe léi domingo-pe Estados Unidos, pe yvy hechapyrã Daniel 11-peguáicha, ha pe mymba yvykua guive osẽva Apocalipsis 13-pe, omohu’ã hembiasakue Biblia profesía pe sexto reino ramo. Monte Carmelo-pe umi 850 proféta Baal rehegua ha umi pa’i ka’aguy asýpeguáva okarúva Jezabel mesa guive oñejukapa Elías rupive. Estados Unidos oñejukáta pe léi domingo oúta hag̃uáme, umi proféta japu Monte Carmelo-peguáicha. Upégui rire pe tembiasakue oiko Elías ha Acab ha Jezabel apytépe, ha Acab orrepresenta peteĩ reino diez jeygua, oisãmbyhýiva pe peteĩ tenonde oñemoakãratĩ va’ekue Jezabel ndive. Jezabel oguereko intención oñemoakãratĩ hag̃uáicha opaite reino ndive, Acab katu orrepresenta pe primero ojapóva upéva, ha ha’e Estados Unidos omano pe Monte Carmelo-pe ha upepete oiko Jezabel rehegua peteĩ tembirekorã raẽ. Daniel 11 ñe’ẽme, upépe pe léi domingo-pe Trump oñembo’y Grecia pe mburuvicha mbarete ramo, oñerrepresentáva Alejandro Magno rupive.</w:t>
      </w:r>
    </w:p>
    <w:p>
      <w:pPr>
        <w:pStyle w:val="ArticleScripture"/>
        <w:jc w:val="left"/>
      </w:pPr>
      <w:r>
        <w:rPr>
          <w:rFonts w:ascii="Times New Roman" w:hAnsi="Times New Roman" w:eastAsia="Times New Roman" w:cs="Times New Roman"/>
        </w:rPr>
        <w:t>Ha peteĩ mburuvicha guasu ipoderósova opuʼãta, ha oisãmbyhýta pokatu guasúpe, ha ojapóta hembipotaite. Ha opuʼã rire, irreino oñembyai hag̃ua, ha oñembojaʼóta yvága irundy yvytúpe gotyo; ndahaʼemoʼãi iñemoñarekuérape g̃uarã, ni pe ipokatu reheháicha haʼe oisãmbyhy hagueicha: irreino niko oñemondóta chugui, ambuekuérape g̃uarã, umi riregua ndahaʼéivape jepe. Daniel 11:3, 4.</w:t>
      </w:r>
    </w:p>
    <w:p>
      <w:pPr>
        <w:pStyle w:val="ArticleBody"/>
        <w:jc w:val="left"/>
      </w:pPr>
      <w:r>
        <w:rPr>
          <w:rFonts w:ascii="Times New Roman" w:hAnsi="Times New Roman" w:eastAsia="Times New Roman" w:cs="Times New Roman"/>
        </w:rPr>
        <w:t>Donald Trump opu’ã “mburuvicha guasu mbarete” ramo Tetãnguéra Joajuhápe, upeva’ekue oñemombe’úva pe versíkulo ryepýpe ha upéi oñemoha’ãnga Alejandro el Grande rembiasakue rupive. Ha’e opu’ãvo, Estados Unidos, peteĩha seis reino profecía bíblica-pe guare, opa; ha pe séptimo reino, diez mburuvichakuéra pegua Apocalipsis diecisiete-pe, oñepyrũ. Umi diez mburuvicha oñepyrũ hikuái iñeséptimo reino oñemoĩ hag̃ua upépe ha upe jave voi peteĩ ñe’ẽme’ẽme ome’ẽ hag̃ua iñeséptimo reino pe pokatu papal-pe, upeva’ekue pe octavo reino, oúva umi siete reino ohasava’ekue apytégui. Iñe’ẽme’ẽ niko va’ekue oikóvo hag̃ua Tupã rembipota, ha Hembipota oñemoha’ãnga peteĩ línea ári ambue línea rehe opaite Escrituras de verdad pukukue javeve.</w:t>
      </w:r>
    </w:p>
    <w:p>
      <w:pPr>
        <w:pStyle w:val="ArticleHeading"/>
        <w:jc w:val="left"/>
      </w:pPr>
      <w:r>
        <w:rPr>
          <w:rFonts w:ascii="Arial" w:hAnsi="Arial" w:eastAsia="Arial" w:cs="Arial"/>
        </w:rPr>
        <w:t>Ohechaukáva Róma-pe hag̃ua</w:t>
      </w:r>
    </w:p>
    <w:p>
      <w:pPr>
        <w:pStyle w:val="ArticleBody"/>
        <w:jc w:val="left"/>
      </w:pPr>
      <w:r>
        <w:rPr>
          <w:rFonts w:ascii="Times New Roman" w:hAnsi="Times New Roman" w:eastAsia="Times New Roman" w:cs="Times New Roman"/>
        </w:rPr>
        <w:t>Umi versíkulo cinco guive nueve peve Daniel once-pe oñekumpli peteĩ tembiasakue profétikape ohechauka porãitereíva, techapyrãicha, pe tembiasakue pokatu papal rehegua ojehechaukaháicha umi versíkulo treinta y uno guive cuarenta peve pe kapítulo peteĩchaguápe. Pe línea tembiasakue rehegua umi versíkulo cinco guive nueve peve oñembojoja pe línea tembiasakue rehegua umi versíkulo treinta y uno guive cuarenta peve. Mokõivéva línea ohechauka peteĩ período upépe pe pokatu orrepresentáva Roma papal primero ipu'aka hag̃ua mbohapy mbaʼe ojokóva rehe, ogoverna peteĩ tiempo pukukue peve oĩ meve peteĩ ñeʼẽmeʼẽ ojekytĩva, upéva ogueru hag̃ua hese peteĩ mburuvicha guasu yvygotyopegua omeʼẽva chupe peteĩ ai ñemano hag̃uáicha. Koʼã mokõi línea ojehesaʼỹijovévo ha oñembojojávo tembiasakuére, hetave mbaʼéichaite peve ojekuaa hikuái añetehápe hekopeteha. Ijapytepekuéra añetegua ojekuaa mbaʼeichaitépa hiʼag̃ui ohechauka hag̃ua pe estructura oĩva umi versíkulo ryepýpe ha avei pe tembiasakue ombohováiva umi versíkulo.</w:t>
      </w:r>
    </w:p>
    <w:p>
      <w:pPr>
        <w:pStyle w:val="ArticleBody"/>
        <w:jc w:val="left"/>
      </w:pPr>
      <w:r>
        <w:rPr>
          <w:rFonts w:ascii="Times New Roman" w:hAnsi="Times New Roman" w:eastAsia="Times New Roman" w:cs="Times New Roman"/>
        </w:rPr>
        <w:t>Pe tembiasakue omohu’ãva umi po versíkulo ojoja ha oñondivepa pe tembiasakue Roma papal rehegua oñemoĩva versíkulo treinta y uno guive cuarenta peve, ha ome’ẽ pe marco oñemoingekuaa hag̃ua Antiochus el Grande umi versíkulo diez guive quince peve.</w:t>
      </w:r>
    </w:p>
    <w:p>
      <w:pPr>
        <w:pStyle w:val="ArticleScripture"/>
        <w:jc w:val="left"/>
      </w:pPr>
      <w:r>
        <w:rPr>
          <w:rFonts w:ascii="Times New Roman" w:hAnsi="Times New Roman" w:eastAsia="Times New Roman" w:cs="Times New Roman"/>
        </w:rPr>
        <w:t>Ha itaʼýra kuéra katu oñemombaretéta, ha ombyatyta heta mbarete guasu; ha peteĩ katuete ou vaʼerã, ojahoʼíta ha ohasáta; upéi ojevýta, ha oñemombaretéta, jepe ijyvy ñorairõ renda peve. Daniel 11:10.</w:t>
      </w:r>
    </w:p>
    <w:p>
      <w:pPr>
        <w:pStyle w:val="ArticleBody"/>
        <w:jc w:val="left"/>
      </w:pPr>
      <w:r>
        <w:rPr>
          <w:rFonts w:ascii="Times New Roman" w:hAnsi="Times New Roman" w:eastAsia="Times New Roman" w:cs="Times New Roman"/>
        </w:rPr>
        <w:t>Pe versíkulo diez ñemohu’ãme, Antíoco el Grande ipu’aka pe fortalezápe Egiptopegua peve, upépe omohu’ã haguére upe ñorairõ rape oñembyaty jeývo hag̃ua. Upe tembiasakue ohechauka peteĩ techapyrãicha Unión Soviética ho’apa hague ary 1989-pe, ojehechaukaháicha versíkulo cuarenta-pe upe capítulo-pe voi.</w:t>
      </w:r>
    </w:p>
    <w:p>
      <w:pPr>
        <w:pStyle w:val="ArticleScripture"/>
        <w:jc w:val="left"/>
      </w:pPr>
      <w:r>
        <w:rPr>
          <w:rFonts w:ascii="Times New Roman" w:hAnsi="Times New Roman" w:eastAsia="Times New Roman" w:cs="Times New Roman"/>
        </w:rPr>
        <w:t>Ha ipahápe, pe ñemby ruvicha oñorairõta hese; ha pe yvate gotyo pegua ruvicha ou vaʼerã hese yvytu atãicha, kárrokuéra reheve, kavaju arigua kuéra reheve, ha heta várko reheve; ha oike vaʼerã tetãnguéra rupi, henyhẽta ha ohasa hag̃uáicha. Daniel 11:40.</w:t>
      </w:r>
    </w:p>
    <w:p>
      <w:pPr>
        <w:pStyle w:val="ArticleBody"/>
        <w:jc w:val="left"/>
      </w:pPr>
      <w:r>
        <w:rPr>
          <w:rFonts w:ascii="Times New Roman" w:hAnsi="Times New Roman" w:eastAsia="Times New Roman" w:cs="Times New Roman"/>
        </w:rPr>
        <w:t>Pe ñe’ẽ “oúta katuete, ojaho’íta ha ohasa hag̃uáicha” he’iséva paapyha ñe’ẽme, peteĩchaite hebreo-pe irundyha ñe’ẽ “oikéta umi tetãnguéra ryepýpe, ha ojaho’íta ha ohasáta” ndive. Mokõivéva ñe’ẽ ohechauka araka’épa mburuvicha yvate guigua (Antíoco paapyha ñe’ẽme ha Reagan irundyha ñe’ẽme) ipu’aka mburuvicha yvy gotyo guáre (Ptolomeo paapyha ñe’ẽme ha Unión Soviética irundyha ñe’ẽme). Mokõivéva ñorairõ jeity ha’e kuri ñemby mburuvicha raẽve pu’aka haguére (Ptolomeo ñe’ẽnguéra po guive porundy peve ha Napoleón irundyha ñe’ẽme). Mburuvicha yvy gotyo guápe ojapo hag̃ua upe ñorairõ, imboguata va’ekue peteĩ ñe’ẽme’ẽ oñembyai va’ekue (Berenice ñemenda ñe’ẽnguéra po guive porundy peve ha Tolentino Ñe’ẽme’ẽ oñembyai va’ekue ary 1797-pe Napoleón ndive). Pe marandu hag̃uáva ñemohenda ojehechaukáva umi ñe’ẽme, ha upe rire umi ñe’ẽ oñemoañete hague tembiasakue ryepýpe, oñondivepa avei Isaías 8:8 ndive.</w:t>
      </w:r>
    </w:p>
    <w:p>
      <w:pPr>
        <w:pStyle w:val="ArticleScripture"/>
        <w:jc w:val="left"/>
      </w:pPr>
      <w:r>
        <w:rPr>
          <w:rFonts w:ascii="Times New Roman" w:hAnsi="Times New Roman" w:eastAsia="Times New Roman" w:cs="Times New Roman"/>
        </w:rPr>
        <w:t>Ha’e ohasáta Judá rupive; opu’ãta ha osyryry ohasávo, og̃uahẽta pe ajúra peve; ha ipepo kuéra ojepysohápe omyenyhẽta nde yvy pukukue, Nde, Emanuel. Isaías 8:8.</w:t>
      </w:r>
    </w:p>
    <w:p>
      <w:pPr>
        <w:pStyle w:val="ArticleBody"/>
        <w:jc w:val="left"/>
      </w:pPr>
      <w:r>
        <w:rPr>
          <w:rFonts w:ascii="Times New Roman" w:hAnsi="Times New Roman" w:eastAsia="Times New Roman" w:cs="Times New Roman"/>
        </w:rPr>
        <w:t>Isaías predí he’i vove Senaquerib ehérsito “oñehundíta ha ohasáta,” upéva jevy ha’e pe hebreo peteĩteĩva jey jeýpe pe versíkulo 10 ha 40-pe. Isaías ohechauka araka’épa Senaquerib, pe rréino yvatepegua, ipu’aka pe rréino surpegua Judá rehe, ha katu oheja Jerusalén opyta hag̃uáicha, oguahẽ hag̃uánte “ajúra peve,” peteĩchaite Antiochus oguahẽ haguéicha pe frontera pe versíkulo 10-pe. Senaquerib remiandu ha’e va’ekue Ezequías ombyai hague pe ñe’ẽme’ẽ Asiria ndive, ojehechaukaháicha Ezequías opytávo ome’ẽ’ỹre pe tributo oñemoneĩmava’ekue. Pe ñe’ẽme’ẽ oñembyaíva ha’e pe mba’e ijojaha’ỹva umi mbohapy versíkulo ojoajúva apytépe. Maymáva oguereko peteĩ ñe’ẽme’ẽ oñembyaíva, péro Ptolomeo ha Napoleón rehegua kásope, pe mburuvicha yvatepegua voi ojeporavo va’ekue ombyai hague pe ñe’ẽme’ẽ. Senaquerib, pe mburuvicha yvatepegua, ombojovake Ezequíaspe ndome’ẽsei hague pe tributo oñeme’ẽva’erã.</w:t>
      </w:r>
    </w:p>
    <w:p>
      <w:pPr>
        <w:pStyle w:val="ArticleScripture"/>
        <w:jc w:val="left"/>
      </w:pPr>
      <w:r>
        <w:rPr>
          <w:rFonts w:ascii="Times New Roman" w:hAnsi="Times New Roman" w:eastAsia="Times New Roman" w:cs="Times New Roman"/>
        </w:rPr>
        <w:t>Ha pe catorceha ary mburuvicha guasu Ezequías oisãmbyhy haguépe, Sennaquerib, Asiria ruvicha guasu, ojupi opa táva oñemongoráva Judá retãme, ha ojapyhy umi táva. Upéi Ezequías, Judá ruvicha guasu, omondo marandu Asiria ruvicha guasúpe Laquis-pe, he'ívo: Che aikuaa ajapo vai hague; ejei chehegui; opa mba'e remoĩva che ári, arogueraháta. Ha Asiria ruvicha guasu omoĩ Ezequías, Judá ruvicha guasu ári, trescientos talento de plata ha treinta talento de oro. Ha Ezequías ome'ẽ chupe opa plata ojejuhúva Ñandejára rógape, ha umi mba'e repyeta oguerekóva mburuvicha guasu róga. 2 Reyes 18:13–15.</w:t>
      </w:r>
    </w:p>
    <w:p>
      <w:pPr>
        <w:pStyle w:val="ArticleBody"/>
        <w:jc w:val="left"/>
      </w:pPr>
      <w:r>
        <w:rPr>
          <w:rFonts w:ascii="Times New Roman" w:hAnsi="Times New Roman" w:eastAsia="Times New Roman" w:cs="Times New Roman"/>
        </w:rPr>
        <w:t>Senaquerib pe ehérsito yvategua ojapyhy mokõi irundy térã poteĩ (46) táva Judáygua oku’évo Jerusalén gotyo. Tuicha mba’eprofétikova Isaías 8:8 ojoaju hag̃ua umi versíkulo diez ha cuarenta rehe; upéicha rupi ome’ẽ peteĩ mbohapyha testígo pe ñehundipa rehegua pe rréino ñemby gotyogua Unión Soviética rehegua ary 1989-pe. Upe ñehundipa ohechauka oñepyrũha peteĩ período versíkulo cuarenta rehegua, ha upéva nandi. Pe cumplimiento versíkulo cuarenta rehegua ary 1989-pe guive pe versíkulo cuarenta y uno peve, upéva ohechaukáva pe léi domingo oguahẽmbotaitévape, oĩ peteĩ período nandi versíkulo cuarenta-pe. Upe período oñepyrũ 1989-pe ha opa pe léi domingo-pe. Versíkulo cuarenta nde’íri mba’eve upe tiempo rehe, péro versíkulo cuarenta ikatu oñentende pe metodología línea ári línea rupive.</w:t>
      </w:r>
    </w:p>
    <w:p>
      <w:pPr>
        <w:pStyle w:val="ArticleBody"/>
        <w:jc w:val="left"/>
      </w:pPr>
      <w:r>
        <w:rPr>
          <w:rFonts w:ascii="Times New Roman" w:hAnsi="Times New Roman" w:eastAsia="Times New Roman" w:cs="Times New Roman"/>
        </w:rPr>
        <w:t>Peteĩ “mba’e’ẽ ñemi” tenonderã oikuaauká hag̃uáicha versíkulo cuarenta rembiasakue kañymby, ha’e Isaías testimónio pe ñorairõ jevy ipu’akapáva rehegua, pe tetãnguéra yvate pegua ogueraháva pe tetãnguéra ñemby pegua rehe. Taha’e Ezequías pu’aka hag̃ua ohejáva omomba’e pe ñemoñe’ẽmbyre yma guaréva ome’ẽ hag̃ua “tributo” Asiria-pe, térã Bernice ñemboykéva Antiochus rupive, térã Napoleón Tolentino Ñe’ẽme’ẽ rupive, umi mbohapy versíkulo oñembyaty rembiasakuépe omomba’eguasúva peteĩ ñe’ẽme’ẽ ojeityva’ekue ha’éva pe mba’e oñemoĩva guive hag̃ua ojeity. Obama presidencia aja, John Kerry Estado Departamento poguýpe, pe subsecretaria Victoria Nuland omoñepyrũ peteĩ revolución de color ojahova hag̃ua Ucrania gobierno. Upe guive mokõi lado peteĩ argumento rehegua oĩ pe Ucrania Ñorairõ rehe: Putin he’i ha’e hague peteĩ ñe’ẽme’ẽ oñembyai va’ekue, ha umi iñañete’ỹhára he’i pe ñe’ẽme’ẽ Putin ohechaukáva araka’eve ndoikói hague pe contexto Putin he’iháicha. Taha’e peteĩ ñe’ẽme’ẽ añetehápe ojejapo ha upéi oñembyai, térã ipahápe upeicha’ỹva, ndaha’éi mba’e guasu; pe registro profético añónte omoĩ kuatiápe peteĩ ñe’ẽme’ẽ oñembyai va’ekue ha’etéva ñorairõ moñepyrũrã.</w:t>
      </w:r>
    </w:p>
    <w:p>
      <w:pPr>
        <w:pStyle w:val="ArticleBody"/>
        <w:jc w:val="left"/>
      </w:pPr>
      <w:r>
        <w:rPr>
          <w:rFonts w:ascii="Times New Roman" w:hAnsi="Times New Roman" w:eastAsia="Times New Roman" w:cs="Times New Roman"/>
        </w:rPr>
        <w:t>Isaías 8:8 ome’ẽ pe “lláve” jahechakuaa hag̃ua mburuvicha guasu yvate gotyogua omombaʼeha ipu’akárupi pe ajúra peve añoite, térã akã peve. Upe “lláve” ohechauka Rusiaha pe akã opyta hag̃uáicha oñembo’yva’ekue rete hoʼapa rire ary 1989-pe. Pe versíkulo 8 mbaʼeprofétikamente iñimportánteha ndaha’éi añónte pe “lláve” oikuaaukágui pe akã, síno avei pe ohechauka rupi pe “ajúra” orrepresentaha pe akã, térã tavaguasu itenondegua, ikatu hag̃uánte oñemopyenda joajúpe peteĩ pasáhe mboyvegua rehe, upe visión peteĩchagua Isaías 8-pe oĩvagui. Upe visión oñepyrũ capítulo 7-pe, ha versíkulo 7 ha 8-pe peteĩ akã oñemyesakã mburuvicha guasúramo, térã irreinóramo, térã peteĩ reino tavaguasu itenondeguáramo. Jerusalén ha’eva’ekue Judá tavaguasu itenondegua, ha upéva 46 táva oñemomba’epaite vaʼekue Senaquerib ehérsito rupive; upéicharõ jepe, Senaquerib oheja Jerusalén, pe tavaguasu itenondegua, oñemboʼy hag̃uáicha.</w:t>
      </w:r>
    </w:p>
    <w:p>
      <w:pPr>
        <w:pStyle w:val="ArticleScripture"/>
        <w:jc w:val="left"/>
      </w:pPr>
      <w:r>
        <w:rPr>
          <w:rFonts w:ascii="Times New Roman" w:hAnsi="Times New Roman" w:eastAsia="Times New Roman" w:cs="Times New Roman"/>
        </w:rPr>
        <w:t>Siria akã hína Damasco, ha Damasco akã hína Rezín; ha sesenta ha cinco áño ryepýpe Efraín oñembyaietéta, ani hag̃uáicha peteĩ tetã. Ha Efraín akã hína Samaria, ha Samaria akã hína Remalías ra’y. Peẽ ndaperoviáiramo, añetehápe ndapeñemopyendamo’ãi. Isaías 7:8, 9.</w:t>
      </w:r>
    </w:p>
    <w:p>
      <w:pPr>
        <w:pStyle w:val="ArticleBody"/>
        <w:jc w:val="left"/>
      </w:pPr>
      <w:r>
        <w:rPr>
          <w:rFonts w:ascii="Times New Roman" w:hAnsi="Times New Roman" w:eastAsia="Times New Roman" w:cs="Times New Roman"/>
        </w:rPr>
        <w:t>Senakérib ehérsito ouga Jerusalén murálla pe 701 a.C.-pe, og̃uahẽ ajúra peve; ha upéicha ojapo hag̃ua, oheja peteĩ testimónio histórico Rusia opytátava rehegua pe oñembyai rire 1989-pe. Antioco el Grande oñepyrũrõ guare iñepyrũmby ñemby régno rehe, og̃uahẽ versíkulo diez-pe Egipto rembe’ýpe, péro ndoikéi ipype. Pe iñimportánteva Antioco pu’aka rehegua versíkulo diez-pe ha’e omarkaha pe paha peteĩ kampáña militar Antioco rehegua, ndaipórihaguépe peteĩ ñorairõ ojehechakuaa porãva, ha katu ohechauka hembiapo ojepyta jey hag̃ua yvykuaa yma okañýva. Ijeity versíkulo diez-pe ohechauka pe paha heta jeity rehegua. Ha’e omohu’ã pe cuarto ñorairõ sirio kampáña Rafia-pe, he’iséva “frontera,” ha Rafia ha’eva’ekue Egipto rembe’y, térã “ajúra”. Antioco kampáña 219 a.C. guive 217 a.C. peve ohechauka pe osyrýva ha ohasáva Unión Soviética ñembyai 1989-pe guive 1991 peve, mburuvicha guasu ohasa ramo guare umi tetãnguéra.</w:t>
      </w:r>
    </w:p>
    <w:p>
      <w:pPr>
        <w:pStyle w:val="ArticleBody"/>
        <w:jc w:val="left"/>
      </w:pPr>
      <w:r>
        <w:rPr>
          <w:rFonts w:ascii="Times New Roman" w:hAnsi="Times New Roman" w:eastAsia="Times New Roman" w:cs="Times New Roman"/>
        </w:rPr>
        <w:t>Profétikamente, Isaías 8:8 oheja Rusia-pe, Sennacherib ñorairõme ajúra ramo, térã Antiochus mba’épe mbareteha ramo, ikatu hag̃uáicha oñemyesakã chupe mburuvicha guasu yvy gotyo pegua ramo ñorairõ Rafia-pe, ojehechauka hag̃uáicha péva verso once ñemyanyhẽ rupive. Péicha ojapóvo, ombojoaju hag̃ua directamente tembiasakue okapegua ojehechaukáva dragón rupive (mburuvicha guasu yvy gotyo pegua), mymba vai rupive (mburuvicha guasu yvate gotyo pegua) ha proféta japu rupive (mburuvicha guasu yvate gotyo pegua pokatu proxy) ndive, línea interna profesía rehegua ndive ojehechaukáva profesía sesenta y cinco ary rehegua verso siete, capítulo siete-pe.</w:t>
      </w:r>
    </w:p>
    <w:p>
      <w:pPr>
        <w:pStyle w:val="ArticleBody"/>
        <w:jc w:val="left"/>
      </w:pPr>
      <w:r>
        <w:rPr>
          <w:rFonts w:ascii="Times New Roman" w:hAnsi="Times New Roman" w:eastAsia="Times New Roman" w:cs="Times New Roman"/>
        </w:rPr>
        <w:t>Proféticamente, pe mba’e he’iséva Senakerib ojupi hag̃ua Jerusalénpe ome’ẽ peteĩva umi testimonio profético ipoderosovévagui Ñandejára pu’aka rehegua Escrituras-pe, pórke upépe Ñandejára ohundi Senakerib ehérsitope, 185.000 kuimba’e, peteĩ pyharepýpe. Upe ára mboyve, Jerusalén murálla ári oĩkuri mokõivéva Eliakim ha Sebna, umi símbolo Adventismo Laodicense ha Filadelfiano rehegua, oñemarkáva pe okẽ oñemboty va’ekuépe ary 1844-pe ha pe okẽ oñembotývape léi domingo rehegua.</w:t>
      </w:r>
    </w:p>
    <w:p>
      <w:pPr>
        <w:pStyle w:val="ArticleScripture"/>
        <w:jc w:val="left"/>
      </w:pPr>
      <w:r>
        <w:rPr>
          <w:rFonts w:ascii="Times New Roman" w:hAnsi="Times New Roman" w:eastAsia="Times New Roman" w:cs="Times New Roman"/>
        </w:rPr>
        <w:t>Ha ojehuvo rréipe ary mburuvicha guasu Ezequías guive, Senaquerib, Asiria ruvicha guasu, ojupi opa táva ojejokóvare Judápe ha ogueraha umíva. Upéi Asiria ruvicha guasu omondo Rabsaquépe Laquis guive Jerusalénpe mburuvicha guasu Ezequías rendápe peteĩ ehérsito tuichavéva ndive. Ha opyta y ykua rape yvatepegua ykére, tape oho hag̃uápe ñu omopotĩhára renda gotyo. Upérõ osẽ hendápe Eliaquim, Hilcías ra’y, pe oĩva óga rehegua mburuvicháramo, ha Sebna, kuatiahaihára, ha Joa, Asaf ra’y, mandu’arãhaihára. Isaías 36:1–3.</w:t>
      </w:r>
    </w:p>
    <w:p>
      <w:pPr>
        <w:pStyle w:val="ArticleBody"/>
        <w:jc w:val="left"/>
      </w:pPr>
      <w:r>
        <w:rPr>
          <w:rFonts w:ascii="Times New Roman" w:hAnsi="Times New Roman" w:eastAsia="Times New Roman" w:cs="Times New Roman"/>
        </w:rPr>
        <w:t>Isaías kapítulo siete-pe, Isaías ojeuka peteĩ marandu reheve Ahaz aña, Judá ruvicha guasu, pe ñorairõgua ñemby gotyo pegua, rendápe. Upéva hína pe tetã Senakerib oataka hag̃ua kapítulo ocho, versíkulo ocho-pe. Isaías ojotopa jave mburuvicha guasu aña Ahaz ndive, ojotopa hese “y renda guasu yvateguáva osẽha rupive, tape oho hag̃uápe mba’e ao mopotĩhára ñúme”, ha upépe voi Rabsaqué oñe’ẽ vai Ñandejára réra rehe. Isaías ombo’e vaʼekue haʼe ha itaʼýra kuéraha techaukaha.</w:t>
      </w:r>
    </w:p>
    <w:p>
      <w:pPr>
        <w:pStyle w:val="ArticleScripture"/>
        <w:jc w:val="left"/>
      </w:pPr>
      <w:r>
        <w:rPr>
          <w:rFonts w:ascii="Times New Roman" w:hAnsi="Times New Roman" w:eastAsia="Times New Roman" w:cs="Times New Roman"/>
        </w:rPr>
        <w:t>Péina, che ha’e umi mitã Ñandejára ome’ẽ vaekue chéve ore roĩ techaukaha ha mba’e hechapyrãrãramo Israel-pe Ñandejára ehérsito kuéra Jára guive, oikóva yvyty Sión-pe. Isaías 8:18.</w:t>
      </w:r>
    </w:p>
    <w:p>
      <w:pPr>
        <w:pStyle w:val="ArticleBody"/>
        <w:jc w:val="left"/>
      </w:pPr>
      <w:r>
        <w:rPr>
          <w:rFonts w:ascii="Times New Roman" w:hAnsi="Times New Roman" w:eastAsia="Times New Roman" w:cs="Times New Roman"/>
        </w:rPr>
        <w:t>Isaías ojuhu jave mburuvicha heko vai Ahaz-pe “y rendaguasu yvatepegua rape rupi, ao omopotĩhára kokuére,” Isaías ogueru vaʼekue hendive itaʼýra Sear-jasub, heʼiséva: “pytũmbyʼi ojevýta.”</w:t>
      </w:r>
    </w:p>
    <w:p>
      <w:pPr>
        <w:pStyle w:val="ArticleScripture"/>
        <w:jc w:val="left"/>
      </w:pPr>
      <w:r>
        <w:rPr>
          <w:rFonts w:ascii="Times New Roman" w:hAnsi="Times New Roman" w:eastAsia="Times New Roman" w:cs="Times New Roman"/>
        </w:rPr>
        <w:t>Upéi he’i Ñandejára Isaíaspe: Esẽ ko ág̃a rehováivo Acazpe, nde ha nde ra’y Sear-jasub, pe ysyry rape pe y ári oĩva pe y rupa yvategua rembe’ýpe, pe tape ohohápe pe ñemopotĩhára ñúme. Isaías 7:3.</w:t>
      </w:r>
    </w:p>
    <w:p>
      <w:pPr>
        <w:pStyle w:val="ArticleBody"/>
        <w:jc w:val="left"/>
      </w:pPr>
      <w:r>
        <w:rPr>
          <w:rFonts w:ascii="Times New Roman" w:hAnsi="Times New Roman" w:eastAsia="Times New Roman" w:cs="Times New Roman"/>
        </w:rPr>
        <w:t>Shearjashub ohechauka pe ñe’ẽ marandu Isaías omoherakuãva “y yvatepegua yvu rape paha, ao ñemopotĩhára kokuére ohasáva tape guasúpe” ha’eha peteĩ marandu ohechaukáva umi hembýva ojevyva. Umi hembýva ha’e umi Malaquías kuatiápe oñehenóiva oñeha’ã hag̃ua Ñandejárape, ojevývo hendápe, ha ome’ẽjeyvo décima ñongatuhápe. Umi ojevyva rehe avei Jeremías oñe’ẽ, umi ojevyva peteĩ ñembotavy peteĩha rire. Mokõiha capítulo siete-pe, “y yvatepegua yvu rape paha, ao ñemopotĩhára kokuére ohasáva tape guasúpe” ohechauka Isaías ome’ẽha peteĩ ñe’ẽ marandu peteĩ mburuvicha vai peguápe ñemby retãme, ha Isaías treinta y seis-pe Eliaquim, Sebna ha Joah, kuatiahai mandu’arã ñongatuhára, oñomongeta Ezequías rérape, ha Rabsaqué ombohovaikuri Senaquerib-pe.</w:t>
      </w:r>
    </w:p>
    <w:p>
      <w:pPr>
        <w:pStyle w:val="ArticleBody"/>
        <w:jc w:val="left"/>
      </w:pPr>
      <w:r>
        <w:rPr>
          <w:rFonts w:ascii="Times New Roman" w:hAnsi="Times New Roman" w:eastAsia="Times New Roman" w:cs="Times New Roman"/>
        </w:rPr>
        <w:t>Pe marandu peteĩha “pype pe ysyry rape yvate pe ykua guasu rehegua, tape ohasáva pe ñu omopotĩhára mba’épe” oñemoherakuã Isaías ha ita’ýra rupi; pe marandu paháva “pype pe ysyry rape yvate pe ykua guasu rehegua, tape ohasáva pe ñu omopotĩhára mba’épe” oñemoherakuã mbohapy tapicha rupi. Pe marandu peteĩha oñeme’ẽ mburuvicha guasu ryepýguape, ha pe mokõiha mburuvicha guasu okapeguápe. Pe línea omboja’óva hína pe táva muro, ha’eva Tupã léi ra’ãnga, ha pe léi domingo rehegua ohechaukáva oñemboguejýha pe muro omboja’óva tupao ha estado. Pe léi domingo-pe, térã pe muro-pe, oĩ mbohapy ta’ãnga; Eliakim ha’e Filadelfia, Sebna ha’e Laodicea, ha Joab, pe kuatiahai mandu’arã rehegua, ha’e Sardis.</w:t>
      </w:r>
    </w:p>
    <w:p>
      <w:pPr>
        <w:pStyle w:val="ArticleBody"/>
        <w:jc w:val="left"/>
      </w:pPr>
      <w:r>
        <w:rPr>
          <w:rFonts w:ascii="Times New Roman" w:hAnsi="Times New Roman" w:eastAsia="Times New Roman" w:cs="Times New Roman"/>
        </w:rPr>
        <w:t>Pe léi domingogua jave, heta oñemboity hag̃ua Daniel once cuarenta y uno he’iháicha, ha umi tapicha ha’e umi ojejapóva kuatia hag̃ua pe tesape oñeme’ẽva sábado ára siete rehe. Umi oñemboityva versículo cuarenta y uno-pe ha’e Adventista del Séptimo Día Laodiceagua, ha Eliacim orrepresenta Filadelfia.</w:t>
      </w:r>
    </w:p>
    <w:p>
      <w:pPr>
        <w:pStyle w:val="ArticleScripture"/>
        <w:jc w:val="left"/>
      </w:pPr>
      <w:r>
        <w:rPr>
          <w:rFonts w:ascii="Times New Roman" w:hAnsi="Times New Roman" w:eastAsia="Times New Roman" w:cs="Times New Roman"/>
        </w:rPr>
        <w:t>Ha oikóta upe árape, che ahenóita che rembiguái Eliaquim, Hilcías ra’ype. Ha amondeíta chupe nde ao puku reheve, amombaretéta chupe nde ku’akuaha reheve, ha amoĩta nde poguýpe ne mburuvicharãmby ijapópe. Ha’e oikóta túva Jerusalénpe oikóvape g̃uarã, ha Judá róga peguakuérape g̃uarã. Ha David róga llave amoĩta ijati’y ári; upéicha ha’e oipe’áta, ha avave ndaikatúi omboty; ha ombotýta, ha avave ndaikatúi oipe’a. Isaías 22:20–22.</w:t>
      </w:r>
    </w:p>
    <w:p>
      <w:pPr>
        <w:pStyle w:val="ArticleScripture"/>
        <w:jc w:val="left"/>
      </w:pPr>
      <w:r>
        <w:rPr>
          <w:rFonts w:ascii="Times New Roman" w:hAnsi="Times New Roman" w:eastAsia="Times New Roman" w:cs="Times New Roman"/>
        </w:rPr>
        <w:t>Ha ehai pe tupaopegua Filadélfiapeguápe ehai: Péicha he’i pe imarangatúva, pe añetegua, pe oguerekóva David llave, pe oipe’áva ha avave ndaikatúi omboty; ha ombotýva, ha avave ndaikatúi oipe’a; Che aikuaa nde rembiapokuéra: ma’ẽ, amoĩ nde renondépe peteĩ okẽ ojepe’áva, ha avave ndaikatúi omboty hag̃ua: nde ningo reguereko mbarete michĩmi, ha reñongatu che ñe’ẽ, ha nererenegái che réra. Ma’ẽ, ajapóta Satanás sinagógape guarekuérape, he’íva hikuái judíoha ha ndaha’éiva, síno ijapu; ma’ẽ, ajapóta ou hag̃ua hikuái ha toñesũ nde py renondépe, ha toikuaa hag̃ua che rohayhu hague. Apocalipsis 3:7–9.</w:t>
      </w:r>
    </w:p>
    <w:p>
      <w:pPr>
        <w:pStyle w:val="ArticleBody"/>
        <w:jc w:val="left"/>
      </w:pPr>
      <w:r>
        <w:rPr>
          <w:rFonts w:ascii="Times New Roman" w:hAnsi="Times New Roman" w:eastAsia="Times New Roman" w:cs="Times New Roman"/>
        </w:rPr>
        <w:t>Sebna ojejopy Eliakim rehe, ha Sebna oĩva murálla ári ohechauka umi Adventista del Séptimo Día Laodiceagua pegua ndoipotávape oñepytyvõ pe marandu reheve oky pyhareve térã oky pytũmbýva rehegua. Pe oky pyharevegua, pe iglesia ndive, ojehechauka vaʼekue Isaías rupive ha pe hembýva ojevýva rupive, ha pe marandu oñembohape vaʼekue peteĩ iglesia apostatáva rehe, ojehechaukáva mburuvicha guasu aña Acaz rupive. Pe marandu murálla guive oñemeʼẽ vaʼekue peteĩ mburuvicha guasu aña yvate gotyogua, ohekáva omboguevi Jerusalén, ha upéva ohechauka pe oky pytũmbýva pe oky pyharevegua rehegua joajupe. Jave Tupã iglesia ojejuzga, pe oky pyhareve térã pe oky yma guare osapymi; ha pe léi domingo-pe, pe oky oñeñohẽ jehaʼỹre. Pe marandu Acaz-pe guarã vaʼekue pe marandu hyepypegua; pe marandu Senaquerib-pe guarã vaʼekue katu okapegua. Pe ñeʼẽ peteĩha Apocalipsis 18:1–3-pe haʼe peteĩ jey ñeʼẽ pe ángel mokõiha marandu rehegua ha hyepypegua. Pe ñeʼẽ mokõiha Apocalipsis dieciocho versículo cuatro-pe katu okapegua ha haʼe pe mbohapyha marandu. Isaías ha itaʼýra ogueru pe ángel mokõiha marandu hyepypegua, ha murálla ári, peteĩ marandu okapegua ndive, oĩ mbohapy anga.</w:t>
      </w:r>
    </w:p>
    <w:p>
      <w:pPr>
        <w:pStyle w:val="ArticleBody"/>
        <w:jc w:val="left"/>
      </w:pPr>
      <w:r>
        <w:rPr>
          <w:rFonts w:ascii="Times New Roman" w:hAnsi="Times New Roman" w:eastAsia="Times New Roman" w:cs="Times New Roman"/>
        </w:rPr>
        <w:t>Eliakim ha’e pe sa irundy ha irundy mil, Shebna katu ha’e Adventismo del Séptimo Día Laodicense, upe jave oñemosẽva Ñandejára jurúgui. Joab, kuatiahai, ohechauka Tupã ovecha aty ambuépe, omboguapýva tembiasakue oguahẽ meve pe murálla peve, oikuaa hag̃ua Eliakim poyvi, oñembo’y yvate vove.</w:t>
      </w:r>
    </w:p>
    <w:p>
      <w:pPr>
        <w:pStyle w:val="ArticleBody"/>
        <w:jc w:val="left"/>
      </w:pPr>
      <w:r>
        <w:rPr>
          <w:rFonts w:ascii="Times New Roman" w:hAnsi="Times New Roman" w:eastAsia="Times New Roman" w:cs="Times New Roman"/>
        </w:rPr>
        <w:t>Isaías 8:8 ogueru umi marandu Isaías pegua mbohapyha seis guive doce peve Daniel capítulo once, versículo diez-pe. Péicha oiko hag̃ua, ome’ẽ peteĩ mokõiha testígo pe akã rréino pegua opyta hag̃uáicha oñembo’y hag̃ua rire pe ataque. Upéva omombe’u peteĩ argumento peteĩ ñe’ẽme’ẽ oñembyaíva rehegua, ojeporúva oñembojuruja hag̃ua peteĩ ñorairõ.</w:t>
      </w:r>
    </w:p>
    <w:p>
      <w:pPr>
        <w:pStyle w:val="ArticleBody"/>
        <w:jc w:val="left"/>
      </w:pPr>
      <w:r>
        <w:rPr>
          <w:rFonts w:ascii="Times New Roman" w:hAnsi="Times New Roman" w:eastAsia="Times New Roman" w:cs="Times New Roman"/>
        </w:rPr>
        <w:t>Unión Soviética hoʼárõ guive ary 1989-pe, ñeʼẽjoja cuarenta-pe guive pe léi domingo og̃uahẽ hag̃uápe, oñemombeʼúva pe ñeʼẽjoja oúva upe rire, oĩ mbohapypa siete ary tembiasakue profético pe ñeʼẽjoja cuarenta heʼiʼỹva mbaʼeve hesegua. Daniel 11-pe, ñeʼẽjoja diez guive quince peve ohechauka upe tembiasakue profético noñembohovái porãiva ñeʼẽjoja cuarenta-pe. Upeva ikatu hag̃uánte ojehecha jaiporúramo pe metodología de línea sobre línea. “Ndapejeroviáiramo, añetehápe ndapeñemopyendamoʼãi”, haʼe pe ñeʼẽmondo profético oñembojoajúva umi mbohapy ñeʼẽjoja omombeʼúva 1989, ha Isaías 8-pe, ñeʼẽjoja ocho ñemohuʼã histórico ohechauka peteĩ prueba Eliakim ha Shebna-pe g̃uarã. Ikatúpa rehecha, térã nde reiko piko pytũmbýpe?</w:t>
      </w:r>
    </w:p>
    <w:p>
      <w:pPr>
        <w:pStyle w:val="ArticleBody"/>
        <w:jc w:val="left"/>
      </w:pPr>
      <w:r>
        <w:rPr>
          <w:rFonts w:ascii="Times New Roman" w:hAnsi="Times New Roman" w:eastAsia="Times New Roman" w:cs="Times New Roman"/>
        </w:rPr>
        <w:t>Daniel kapítulo once, versíkulo cuarenta y uno, ha’e pe léi domingo oútava pya’e Estados Unidos-pe, ojehechauka hag̃ua pe tembiasakue omohu’ãva’ekue pe versíkulo dieciséis rupive.</w:t>
      </w:r>
    </w:p>
    <w:p>
      <w:pPr>
        <w:pStyle w:val="ArticleScripture"/>
        <w:jc w:val="left"/>
      </w:pPr>
      <w:r>
        <w:rPr>
          <w:rFonts w:ascii="Times New Roman" w:hAnsi="Times New Roman" w:eastAsia="Times New Roman" w:cs="Times New Roman"/>
        </w:rPr>
        <w:t>Ha pe oúva hese ñorairõ hag̃ua hese ojapóta hembipotaite he’iháicha, ha avave ndoikovéi hag̃ua henondépe; ha ha’e opytáta pe yvy porãme, ha ipo rupive oñehundíta. Daniel 11:16.</w:t>
      </w:r>
    </w:p>
    <w:p>
      <w:pPr>
        <w:pStyle w:val="ArticleScripture"/>
        <w:jc w:val="left"/>
      </w:pPr>
      <w:r>
        <w:rPr>
          <w:rFonts w:ascii="Times New Roman" w:hAnsi="Times New Roman" w:eastAsia="Times New Roman" w:cs="Times New Roman"/>
        </w:rPr>
        <w:t>Ha'e oike va'erã avei pe yvy porãmbaitépe, ha heta tetã oñehundíta; ha ko'ãva katu ojehekýita ipo guýgui, Edom, ha Moab, ha umi tenondegua Amón ra'ykuéra apytégua. Daniel 11:41.</w:t>
      </w:r>
    </w:p>
    <w:p>
      <w:pPr>
        <w:pStyle w:val="ArticleBody"/>
        <w:jc w:val="left"/>
      </w:pPr>
      <w:r>
        <w:rPr>
          <w:rFonts w:ascii="Times New Roman" w:hAnsi="Times New Roman" w:eastAsia="Times New Roman" w:cs="Times New Roman"/>
        </w:rPr>
        <w:t>Pe versíkulo dieciséis guive versíkulo treinta peve Daniel once-pe oñekumpli hag̃ua históricamente ha’e Roma pagana rembiasakue. Opaite línea profética Daniel kapítulo once-pe térã ombohechauka hag̃ua Roma pagana, papal térã moderna rembiasakue. Káda línea térã ohechauka hag̃ua directamente peteĩ tembiasakue romano, térã ombohechauka hag̃ua typorãramo peteĩ tembiasakue romano oútava. Káda línea. Umi versíkulo oñe’ẽva directamente pe tembiasakue rehe oñekumplíva Roma pagana rupive, ombohechauka typorãramo Roma papal-pe. Oñondive Roma pagana ha Roma papal otestifika Roma moderna rehe. Roma omopyenda pe visión, pe kapítulo ñepyrũmby guive ipahápe peve pe visión oñe’ẽ Roma rehe.</w:t>
      </w:r>
    </w:p>
    <w:p>
      <w:pPr>
        <w:pStyle w:val="ArticleBody"/>
        <w:jc w:val="left"/>
      </w:pPr>
      <w:r>
        <w:rPr>
          <w:rFonts w:ascii="Times New Roman" w:hAnsi="Times New Roman" w:eastAsia="Times New Roman" w:cs="Times New Roman"/>
        </w:rPr>
        <w:t>Jesús oikuaaukava'ekue oĩha peteĩ traidór, oipytyvõ hag̃uáicha hemimbo'épe oguerovia hag̃ua, Judas otraita hague ojekuaaukávo.</w:t>
      </w:r>
    </w:p>
    <w:p>
      <w:pPr>
        <w:pStyle w:val="ArticleScripture"/>
        <w:jc w:val="left"/>
      </w:pPr>
      <w:r>
        <w:rPr>
          <w:rFonts w:ascii="Times New Roman" w:hAnsi="Times New Roman" w:eastAsia="Times New Roman" w:cs="Times New Roman"/>
        </w:rPr>
        <w:t>“Omombeʼúvo pe ñembyasyrõ Judas ári, Cristo oguereko avei peteĩ propósito poriahuvereko rehegua Hembiapoita kuérape g̃uarã. Péicha omeʼẽ chupekuéra pe jehechaukarã pahaite ijasypáva Imesíasramo. ‘Haʼe peẽme koʼág̃a, oiko mboyve,’ heʼi, ‘ikatu hag̃uáicha, oikóvo, pejerovia che hínaha CHE HAʼÉVA.’ Jesús okirirĩrire, haʼete ku ndoikuaái mbaʼépa oútava hiʼári, umi temimboʼekuéra ikatu vaʼerãmoʼã oimoʼã iMboʼehára ndorekóiha pe kuaaʼypy Tupãgui ouva, ha oñembohasy ha oñemeʼẽ ojejopy hag̃ua umi aty tekovejukaha pópe. Peteĩ áño mboyve, Jesús heʼi vaʼekue umi temimboʼekuérape oiporavo hague doce, ha peteĩva ijapytepekuéraha peteĩ aña. Koʼág̃a katu iñeʼẽ Judaspe, ohechaukáva itrajisión ojekuaaite hague iMboʼehárape, omombaretéta Cristo rapykuehórape añeteguávape jerovia iñemomirĩ jave. Ha Judas oguahẽ vove pe huʼãipa vaiete hag̃ua, haʼekuéra imanduʼáta pe ñembyasyrõ Jesús omombeʼu hague pe traidór rehe.” The Desire of Ages, 655.</w:t>
      </w:r>
    </w:p>
    <w:p>
      <w:pPr>
        <w:pStyle w:val="ArticleBody"/>
        <w:jc w:val="left"/>
      </w:pPr>
      <w:r>
        <w:rPr>
          <w:rFonts w:ascii="Times New Roman" w:hAnsi="Times New Roman" w:eastAsia="Times New Roman" w:cs="Times New Roman"/>
        </w:rPr>
        <w:t>31 de diciembre de 2023, pe León ñemoñare Judágua oñepyrũ oipe’a hag̃ua pe revelación ijehegui, ha oñepyrũ pe prueba fundamental. Pe prueba rehegua hína kuri Roma gueteri piko pe símbolo omopyendáva pe visión versículo catorce-pe, térãpa umi mba’e ojerepa kuri. Araka’e pe primer anticristo Estados Unidos-gua oñepyrũ ogoverna 8 de mayo de 2025-pe, versículo catorce oñekumpli vaʼekue. Upérõ ikatu hag̃uáicha ojehecha pe relación oĩva Trump ha papa León apytépe ojetipificáma hague Reagan ha Juan Pablo II rupive. Pe Guerra Ucraniana oñepyrũ vaʼekue 2014-pe, Departamento de Estado Estados Unidos-pegua omboguatáramo guare peteĩ revolución de color Ucrania-pe, oiko vaʼekue Obama presidencia aja, haʼe ogoverna vaʼekue mokõi papa jave. Reagan ha Juan Pablo II versículo diez-pe, ha upéi 2014-pe, pe Guerra Ucraniana oñepyrũ, ojehechaukaháicha versículo once ñorairõ fronteriza-pe, térã pe ñorairõ Rafia-pe. Rafia he’ise “frontera,” ha upéicha avei pe ñe’ẽ “Ucrania.” Upe tembiasakue-pe Obama ha mokõi papa omarka pe mokõiha ñorairõ umi mbohapy ñorairõme versículo diez guive quince peve. Upéi 2024-pe, Trump ou jey versículo trece ñekumpli-rõ. Upéi versículo catorce-pe pe visión oñemopyenda Trump contraparte papal oguahẽvo.</w:t>
      </w:r>
    </w:p>
    <w:p>
      <w:pPr>
        <w:pStyle w:val="ArticleBody"/>
        <w:jc w:val="left"/>
      </w:pPr>
      <w:r>
        <w:rPr>
          <w:rFonts w:ascii="Times New Roman" w:hAnsi="Times New Roman" w:eastAsia="Times New Roman" w:cs="Times New Roman"/>
        </w:rPr>
        <w:t>Ojehechaukáva hína umi mbohapy ñorairõ versíkulo diez guive quince peve ohechauka hag̃ua mbohapy techaukaha, peteĩteĩva ombojekuaa hag̃ua Jezabel ha Acab joaju ogueraháva Monte Carmelo peve, pe léi dominical jave. Reagan reheve, Jezabel oĩkuri Samaria-pe, kañyhápe peteĩ ñe’ẽme’ẽ ñemi rupi. Upéi, Baal pa’ikuéra ha ka’aguy marangatukue profetakuéra omopu’ã pe espiritísmo catolicismo liberal woke rehegua, oñembojoajúva Obama simbolismo esquizofrénico ndive, ha’éva mokõi profeta japu apóstata protestantismo rehegua ha Islam profeta japu, sy yvy ñemomba’e, pe tekovaí ha anarquía Revolución Francesa rehegua. Upéi Trump oujey 2024-pe, ha pe joaju ojehechaukáva mymba ha ta’anga apytépe ojekuaaukákuri 2025-pe. Ko’ág̃a 2026 hína, ha pe visión okapegua prueba fundamento rehegua ohasáma, ha ko’ág̃a ñandeime pe visión templo prueba-pe.</w:t>
      </w:r>
    </w:p>
    <w:p>
      <w:pPr>
        <w:pStyle w:val="ArticleBody"/>
        <w:jc w:val="left"/>
      </w:pPr>
      <w:r>
        <w:rPr>
          <w:rFonts w:ascii="Times New Roman" w:hAnsi="Times New Roman" w:eastAsia="Times New Roman" w:cs="Times New Roman"/>
        </w:rPr>
        <w:t>Pe versíkulo once oñekumpli pe ñorairõhápe Rafia-pe áño 217 a.C.-pe, ha ohechaukarã typolóhicamente pe Guerra Ucraniana oñepyrũva’ekue 2014-pe, ojupíva’ekue 2022-pe, ha ko’ág̃a oĩma opa hag̃uáicha. Putin ipu’akáta, péro pe jehupytyrãnte omoñepyrũ pe iñehundikue ñepyrũ. Pe estructura profética pe versíkulo once-pegua ha iñekumplimiénto histórico Ptolomeo pu’aka rehe pe ñorairõhápe Rafia-pe áño 217 a.C.-pe, oñekumpli haguére pe versíkulo once capítulo once-pe, ombojoaju pe tembiasakue profética mburuvicha guasu Uzías rehegua ndive. Mokõivéva, Ptolomeo ha Uzías, va’ekue mburuvicha guasu ñemby gotyogua, ikorasõ oñemombarete va’ekue ijehupyty militar rehe, péro ikorasõ oñemopu’ãva omboguejy mokõivépe, ha mokõivéva ñehundi oñembojoaju umi ñeha’ã joajúva ojapo hag̃ua peteĩ ofrénda pe tupaópe Jerusalén-pe.</w:t>
      </w:r>
    </w:p>
    <w:p>
      <w:pPr>
        <w:pStyle w:val="ArticleBody"/>
        <w:jc w:val="left"/>
      </w:pPr>
      <w:r>
        <w:rPr>
          <w:rFonts w:ascii="Times New Roman" w:hAnsi="Times New Roman" w:eastAsia="Times New Roman" w:cs="Times New Roman"/>
        </w:rPr>
        <w:t>Romoñe’ẽ hag̃ua, oúva mboyve pe artíkulo oúvape, Putin mano rehe, upéva ogueraháva pe ñorairõ Paniumpe pe téxto vore quince-pe.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Pa’ẽ Potĩ Joapytegua Mbokapy Paapy Ha Poteĩ</dc:title>
  <dc:subject>Ára Paha Opa hag̃uáicha</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