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Panium - Papapy Pa Mokõi hag̃ua&lt;|endoftext|&gt;</w:t>
      </w:r>
      <w:r>
        <w:rPr>
          <w:rFonts w:ascii="Nirmala UI" w:hAnsi="Nirmala UI" w:eastAsia="Nirmala UI" w:cs="Nirmala UI"/>
        </w:rPr>
        <w:t>ેણ</w:t>
      </w:r>
      <w:r>
        <w:rPr>
          <w:rFonts w:ascii="Arial" w:hAnsi="Arial" w:eastAsia="Arial" w:cs="Arial"/>
        </w:rPr>
        <w:t>&lt;analysis to=all:final code&gt; Panium - Mbohapy papapy mokõipa joa</w:t>
      </w:r>
    </w:p>
    <w:p>
      <w:pPr>
        <w:pStyle w:val="ArticleSubtitle"/>
        <w:jc w:val="left"/>
      </w:pPr>
      <w:r>
        <w:rPr>
          <w:rFonts w:ascii="Arial" w:hAnsi="Arial" w:eastAsia="Arial" w:cs="Arial"/>
        </w:rPr>
        <w:t>Pe mba’e ha pe visión: Mokõi Daniel maranduhai ñe’ẽrã rapykuere ha Apocalipsis ñemboja’oỹre jeipe’a hag̃uáicha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2026-02-22</w:t>
      </w:r>
    </w:p>
    <w:p>
      <w:pPr>
        <w:pStyle w:val="ArticleBody"/>
        <w:jc w:val="left"/>
      </w:pPr>
      <w:r>
        <w:rPr>
          <w:rFonts w:ascii="Times New Roman" w:hAnsi="Times New Roman" w:eastAsia="Times New Roman" w:cs="Times New Roman"/>
        </w:rPr>
        <w:t>Ary 18 jasypa 2020-pe oguahẽ pe ñeñembyasy peteĩha pe aty guasu cien cuarenta y cuatro mil rehegua. Oiko upéva pe “tembiasakue kañymby” ryepýpe Daniel 11, versículo cuarenta-pe. Pe ñeñembyasy oiko ipukukue rirema upe “tembiasakue kañymby” ryepýpe—peteĩ tembiasakue oñepyrũva’ekue Unión Soviética ho’árõ guare ary 1989-pe. Versículo cuarenta y uno ohechauka pe léi domingo Estados Unidos-pe, ha upéva avei ojehechauka versículo dieciséis-pe upe capítulo-pe voi. Pe “jeipe’a” umi añetegua omoheñóiva pe “tembiasakue kañymby” versículo cuarenta-pe, ary 2023-pe, Daniel oikuaauka capítulo doce-pe. Capítulo diez guive doce peve ha’e peteĩcha visión, ha pe visión oñepyrũ ohechaukávo Daniel orepresentaha umi “arandu” oikũmbyva mokõive marandu profético hyepypegua ha okápeguáva, upépe ojehechaukáva “pe mba’e” ha “pe visión” ramo.</w:t>
      </w:r>
    </w:p>
    <w:p>
      <w:pPr>
        <w:pStyle w:val="ArticleScripture"/>
        <w:jc w:val="left"/>
      </w:pPr>
      <w:r>
        <w:rPr>
          <w:rFonts w:ascii="Times New Roman" w:hAnsi="Times New Roman" w:eastAsia="Times New Roman" w:cs="Times New Roman"/>
        </w:rPr>
        <w:t>Pérsia ruvicha Ciro mbohapyha áñope ojehechauka peteĩ mba’e Daniel-pe, hérava Beltesasar; ha pe mba’e añete vaekue, ha pe ára oñemoĩmava ipuku: ha’e oikuaa pe mba’e, ha oreko kuaapy pe visión rehe. Daniel 10:1.</w:t>
      </w:r>
    </w:p>
    <w:p>
      <w:pPr>
        <w:pStyle w:val="ArticleHeading"/>
        <w:jc w:val="left"/>
      </w:pPr>
      <w:r>
        <w:rPr>
          <w:rFonts w:ascii="Arial" w:hAnsi="Arial" w:eastAsia="Arial" w:cs="Arial"/>
        </w:rPr>
        <w:t>Mokõi Jehechaepy hag̃ua</w:t>
      </w:r>
    </w:p>
    <w:p>
      <w:pPr>
        <w:pStyle w:val="ArticleBody"/>
        <w:jc w:val="left"/>
      </w:pPr>
      <w:r>
        <w:rPr>
          <w:rFonts w:ascii="Times New Roman" w:hAnsi="Times New Roman" w:eastAsia="Times New Roman" w:cs="Times New Roman"/>
        </w:rPr>
        <w:t>Pe “mba’e” ha pe “jehecha” ohechauka marandu’ẽmegua jehecha hyepypegua ha okápeguáva, ha Daniel ohechauka peteĩ tetãygua oikuaáva mokõivéva, pórke pe “mba’e” ha pe “jehecha” mokõivéva “ojehechauka” Daniel-pe kapítulo diez-pe. Pe kapítulope, mokõiha mokõipa ára-pe, Cristo jehecha tupãópe “ojehechauka” Daniel-pe. Pe ñe’ẽ hebreo oñembohasáva “mba’e” ramo oñembohasa “asunto” ramo kapítulo nueve-pe, ha upépe avei oñemoĩ pe “jehecha” rehegua ndive.</w:t>
      </w:r>
    </w:p>
    <w:p>
      <w:pPr>
        <w:pStyle w:val="ArticleScripture"/>
        <w:jc w:val="left"/>
      </w:pPr>
      <w:r>
        <w:rPr>
          <w:rFonts w:ascii="Times New Roman" w:hAnsi="Times New Roman" w:eastAsia="Times New Roman" w:cs="Times New Roman"/>
        </w:rPr>
        <w:t>Nde ñemboʼe ñepyrũmbyme osẽ pe ñeʼẽmondo, ha che aju ahechauka hag̃ua ndéve; nde ningo rehayhueterei hag̃ua: upévare, eikuaa hag̃ua pe mbaʼe, ha ejesareko pe visión rehe. Daniel 9:23.</w:t>
      </w:r>
    </w:p>
    <w:p>
      <w:pPr>
        <w:pStyle w:val="ArticleBody"/>
        <w:jc w:val="left"/>
      </w:pPr>
      <w:r>
        <w:rPr>
          <w:rFonts w:ascii="Times New Roman" w:hAnsi="Times New Roman" w:eastAsia="Times New Roman" w:cs="Times New Roman"/>
        </w:rPr>
        <w:t>Pe ñe’ẽ “mba’e” capítulo diez-pe ha’e peẽ peteĩchaite pe ñe’ẽ oñembohasáva “asunto” ramo versículo veintitrés capítulo nueve-pe. Daniel visión paha capítulos diez guive doce peve-pe; pe “mba’e” capítulo once-pegua térã pe “asunto” capítulo diez-pegua mokõivéva ojoaju “pe visión” rehe. Pe “visión” ha’e pe ñe’ẽ hebreo “mareh”, ha he’ise “apariencia”. Daniel omombe’u mokõi “visión” iñe’ẽpotýpe, jepe peteĩva umi mokõi “visión” apytégui ojehechauka kuña-megua tiempo-pe ha upéi jey kuimba’e-megua tiempo-pe. Daniel versículo peteĩ capítulo diez-pe ohechauka umi ontendéva pe “visión” apariencia rehegua, ha avei pe “asunto” térã pe “mba’e”. Capítulo ocho-pe Daniel omombe’u mokõi “visión” ojoajúva ojuehe. Inglés-pe pe ñe’ẽ vision ojehupyty ocho jey pe capítulo-pe, ha peteĩ umi ñe’ẽ hebreo oñembohasáva “visión” ramo ha’e “mareh”, ha ambueva ha’e “chazon”. Mareh he’ise “apariencia”, ha chazon he’ise “kéra, peteĩ revelación térã peteĩ oráculo”. Pe contexto capítulo ocho-pegua omopyenda porã pe ñe’ẽ “mareh” oñembohasáramo “visión” ramo, upéva orrepresenta “Cristo apariencia”.</w:t>
      </w:r>
    </w:p>
    <w:p>
      <w:pPr>
        <w:pStyle w:val="ArticleBody"/>
        <w:jc w:val="left"/>
      </w:pPr>
      <w:r>
        <w:rPr>
          <w:rFonts w:ascii="Times New Roman" w:hAnsi="Times New Roman" w:eastAsia="Times New Roman" w:cs="Times New Roman"/>
        </w:rPr>
        <w:t>Techapyrãramo, upéva hína “mareh” térã “jehechauka visión” Daniel 8:14-pe, he’iséva octubre 22, 1844-pe Cristo ojehechaukata hag̃ua pya’eterei pe témplope, oñekumpli hag̃ua Malaquías mbohapy-pe Ñe’ẽguerahaha Ñe’ẽme’ẽgua rehegua, ha Upéva Sister White he’i va’ekue oñekumpli hague octubre 22, 1844-pe. Sister White ohechauka jave pe ánhel Apocalipsis diez-pe oguejyva’ekue ha omoĩva’ekue peteĩ ipy yvýpe ha ambue parápe ha’e hague “ndaipóri ambue tapicha Jesús Cristo-gui michĩvéva”, ha’e ohechauka kuri peteĩ techaukaha profecía-pe Cristo ojehechaukaha. Upéva hína peteĩ umi heta jehechauka Ha’e oguerekóvagui. Ha’e ojechauka Moisés jeikove jey jave Judas he’iháicha. Upépe ojechauka Miguel, arcángel ramo, ha upéicharõ jepe, upéva peteĩ jehechauka profétikakuri. Pe visión mareh kapítulo ocho-pe avei oñembohasa “jehechauka” ramo, ojoajúvo he’isévandi.</w:t>
      </w:r>
    </w:p>
    <w:p>
      <w:pPr>
        <w:pStyle w:val="ArticleScripture"/>
        <w:jc w:val="left"/>
      </w:pPr>
      <w:r>
        <w:rPr>
          <w:rFonts w:ascii="Times New Roman" w:hAnsi="Times New Roman" w:eastAsia="Times New Roman" w:cs="Times New Roman"/>
        </w:rPr>
        <w:t>Ha ojehu rire, che, che Daniel voi, ahecha hague pe visión ha aikose pe he'iséva, upérõ, péina, oñembo'y che renondépe peteĩ kuimba'e joguaha. Daniel 8:15.</w:t>
      </w:r>
    </w:p>
    <w:p>
      <w:pPr>
        <w:pStyle w:val="ArticleBody"/>
        <w:jc w:val="left"/>
      </w:pPr>
      <w:r>
        <w:rPr>
          <w:rFonts w:ascii="Times New Roman" w:hAnsi="Times New Roman" w:eastAsia="Times New Roman" w:cs="Times New Roman"/>
        </w:rPr>
        <w:t>Ko contexto koʼápe ojekuaa porã vaʼekue pe ánhel Gabrielha upe oguerekóva “kuimbaʼe rechaha”, ha pe ñeʼẽ “recha” haʼe hína pe visión mareh, Cristo rechaha; péicha avei Cristo ojehechauka Miguel arcángel rupive, ha pe ánhel mbarete Revelación kapítulo diez-pegua rupive, Cristo ikatu oñembohasa profétikamente ánhelkuéra ha avei kuimbaʼekuéra simbolismo reheve. Tahaʼe Gabriel pe versíkulope térã Cristo Revelación diez-pe térã Miguel arcángel ramo, peteĩteĩva ohechauka peteĩ mensáhe, ha upévare Hermana White ombojoja Revelación-pegua ánhelkuérape mokõivéva ndive: pe mensáhe haʼekuéra ohechaukáva ha umi tapicha omoherakuãva pe mensáhe ojehechaukáva umi ánhel rupive. Ko añetegua tuichaiterei iñimportánte, upévare Revelación kapítulo peteĩ versíkulo mbohapy peteĩha ryepýpe, umi mbohapy versíkulo omomarandúva pe oñeipeʼa hag̃ua pe ñemboty Revelación de Jesucristo rehegua, pe gracia ryepýpe oñemboty mboyve, pórke “hiʼag̃uíma ára”, ojehechauka porã pe Tupãgui yvypórape oñembohasáva marandu rape: peteĩ mensáhe Túvagui, oñemeʼẽva pe Taʼýrape, ha upéi haʼe omeʼẽ pe mensáhe peteĩ ánhelpe, ha pe ánhel ogueraha peteĩ kuimbaʼépe, ha haʼe katu omondo umi iglésiape. Káda peteĩ paso ko ñemomarandu rape rehegua marangatu ha imarangatu, ha upe marangatu oñemboyke hag̃ua ojehechauka umi profétika tape rechaukahápe, Cristo ojehechauka jave ijehegui voi, térã peteĩ ánhel, kuimbaʼe térã mensáhe rupive. Oñembojoaju hag̃ua hendive peteĩ waymark-pe peteĩ modo directo, upéva hína pe visión “mareh” “recha rehegua”.</w:t>
      </w:r>
    </w:p>
    <w:p>
      <w:pPr>
        <w:pStyle w:val="ArticleScripture"/>
        <w:jc w:val="left"/>
      </w:pPr>
      <w:r>
        <w:rPr>
          <w:rFonts w:ascii="Times New Roman" w:hAnsi="Times New Roman" w:eastAsia="Times New Roman" w:cs="Times New Roman"/>
        </w:rPr>
        <w:t>Jesucristo oikuaaukáva, Tupã ome'ẽ va'ekue chupe, ohechauka hag̃ua hembiguái kuérape umi mba'e pya'etéma oikova'erãva; ha ha'e omondo ha oikuaauka iñángel rupive hembiguái Juanpe: ha'e oguerovia hag̃ua testimónio Tupã ñe'ẽ rehegua, ha Jesucristo remimombe'u rehegua, ha opa mba'e ha'e ohecha va'ekue rehegua. Ojehovasa upe omoñe'ẽvape, ha umi ohendúva ko profesía ñe'ẽ, ha oñongatúva umi mba'e ipype ojehaíva: ára hi'aguĩgui. … Ha he'i chéve: Eñembotýi'ỹ ko aranduka profesía ñe'ẽ; ára hi'aguĩgui. Pe ndahekojojava, ta ndahekojoja gueteri; ha pe ky'áva, ta iky'a gueteri; ha pe hekojojáva, ta hekojoja gueteri; ha pe imarangatúva, ta imarangatu gueteri. Apocalipsis 1:1–3; 22:10, 11.</w:t>
      </w:r>
    </w:p>
    <w:p>
      <w:pPr>
        <w:pStyle w:val="ArticleBody"/>
        <w:jc w:val="left"/>
      </w:pPr>
      <w:r>
        <w:rPr>
          <w:rFonts w:ascii="Times New Roman" w:hAnsi="Times New Roman" w:eastAsia="Times New Roman" w:cs="Times New Roman"/>
        </w:rPr>
        <w:t>Pe mokõiha capítulo-pe, “chazon” ha’e pe ambue ñe’ẽ hebreo oñembohasáva “visión” ramo. Pe “apariencia” rehegua ndive, pe visión “marah” ohechauka peteĩ tape rechaukaha, ha pe visión “chazon” ohechauka peteĩ ára profético pukukue. Oĩ peteĩ simetría divina umi mokõi ñe’ẽ oñembohasáva “visión” ramo capítulo ocho-pe, péva he’iséva pe ñe’ẽ hebreo “mareh” ojepuru avei Daniel rupive iñemoambue kuñanguéva “marah” ramo. Pe “chazon” rehe, Daniel ohechauka mokõi hendáicha, ha ndaha’éi peteĩ kuimba’e ha kuña joavy rupive, síno mokõi ñe’ẽ rupive ohechaukáva pe he’iséva peteĩcha; upéicha rupi katu oñembotuichave joa hag̃ua peteĩ hendáicha ndaijojaháiva.</w:t>
      </w:r>
    </w:p>
    <w:p>
      <w:pPr>
        <w:pStyle w:val="ArticleBody"/>
        <w:jc w:val="left"/>
      </w:pPr>
      <w:r>
        <w:rPr>
          <w:rFonts w:ascii="Times New Roman" w:hAnsi="Times New Roman" w:eastAsia="Times New Roman" w:cs="Times New Roman"/>
        </w:rPr>
        <w:t>Chazón he’ise pe visión, térã orákulo, térã profesía; ha pe ñe’ẽ ojetradusíva inglés-pe “matter” térã “thing” ramo ha’e pe ñe’ẽ hebreo “dabar”, he’iséva “pe ñe’ẽ”. Oñentendéramo pe visión “chazón” avei Daniel ohechaukaha pe ñe’ẽ “dabar” rupive, upéicharõ mokõivéva oñondive ohechauka Ñandejára Ñe’ẽ marandu profesiakuéra. Daniel akóinte ombojoavy “dabar” térã “chazón” “mareh”-gui. Ojehecháramo nivel profético-pe “Ñandejára Ñe’ẽ marandu profesiakuéra”, ojehechaukáva “dabar” ha “chazón” rupive, ha umíva oñembojoajúramo pe visión “marah” rehe, ohechaukáva Cristo jehecha, upéicharõ reguereko Ñandejára Ñe’ẽ rembiasakue profético ñemoguata marangatu rehegua. Upéi, remoĩramo “marah”, pe forma kuña rehegua pe ñe’ẽ “mareh”-gui, pe significado línea de visión-kuéra Daniel-pe, reguereko pe visión espeho rehegua, pe justificación jerovia rupi rehegua.</w:t>
      </w:r>
    </w:p>
    <w:p>
      <w:pPr>
        <w:pStyle w:val="ArticleBody"/>
        <w:jc w:val="left"/>
      </w:pPr>
      <w:r>
        <w:rPr>
          <w:rFonts w:ascii="Times New Roman" w:hAnsi="Times New Roman" w:eastAsia="Times New Roman" w:cs="Times New Roman"/>
        </w:rPr>
        <w:t>Daniél paha riregua visiónpe, ojehechaukáva mbohapy kapítulo paha iñarandukapegua rupive, Daniel ohechauka peteĩ tavayguakuérape ipahápegua ára kuérape oikuaáva “profetic visiónkuéra” “Ñandejára Ñe’ẽ” rehegua, ha umi tape rechaukaha marangatu marangatukue, omoheñóiva pe movimiento reformador cien cuarenta y cuatro mil-gua, ha’ekuéra niko umi oho Lamb ndive mamove Ha’e oho hag̃uáicha Iñe’ẽ profética marangatupe. Oseguívo pe Lamb-pe, Ha’e ogueraha chupekuéra pe espejoicha visión Daniel 10:7-pe, upépe ha’ekuéra térã ojava okañy hag̃ua jejavy guýpe, upépe oñeñotỹ hag̃ua opa ára g̃uarã, térã oñemomirĩ yvýpe, ojehekojojáva ha oñembokatupyry hag̃ua ome’ẽ hag̃ua pe marandu profético umi ára pahápegua.</w:t>
      </w:r>
    </w:p>
    <w:p>
      <w:pPr>
        <w:pStyle w:val="ArticleBody"/>
        <w:jc w:val="left"/>
      </w:pPr>
      <w:r>
        <w:rPr>
          <w:rFonts w:ascii="Times New Roman" w:hAnsi="Times New Roman" w:eastAsia="Times New Roman" w:cs="Times New Roman"/>
        </w:rPr>
        <w:t>Gabriel omanda Daniel-pe oikũave hag̃ua “oikũa hag̃ua” mokõivéva, pe “mba’e” ha pe “visión”. Pe ñe’ẽ hebrea oñembohasáva “oikũa hag̃ua” he’ise “ojapo hag̃ua peteĩ jehechakuaa iñakãme, ombojoavy hag̃ua”. Daniel, orepresentáva nde ha che, lector ahayhúva, oñemanda chupe oikũa hag̃ua pe diferencia ha pe joavy oĩva pe “mba’e” ha pe “visión” apytépe. Pe visión chazon orepresenta pe línea okapeguáva maranduhára rembiasakue rehegua, ha pe visión mareh orepresenta Cristo jehechauka. Pe “mba’e” ha pe “cosa” ha’e pe ñe’ẽ hebrea “dabar”, he’iséva pe ñe’ẽ. Jesús ha’e pe “dabar”, ha’e hag̃ua pe Ñe’ẽ. Pe “cosa” ha pe “mba’e”, mokõivéva ha’égui pe “dabar”, oñepresenta pe visión jehechaukarã ndive joajúpe.</w:t>
      </w:r>
    </w:p>
    <w:p>
      <w:pPr>
        <w:pStyle w:val="ArticleBody"/>
        <w:jc w:val="left"/>
      </w:pPr>
      <w:r>
        <w:rPr>
          <w:rFonts w:ascii="Times New Roman" w:hAnsi="Times New Roman" w:eastAsia="Times New Roman" w:cs="Times New Roman"/>
        </w:rPr>
        <w:t>Pe dabar, ha’éva pe mba’e ha pe mba’eite, ha’e avei pe visión chazon capítulo ocho pegua, ha upéva ohechauka pe visión tembiasakue proféticogua. Káda peteĩva umi jehechaukágui (chazon, dabar, mba’e ha mba’eite) omombe’u pe línea okapeguáva profecía rehegua, ha pe mareh, ha ijehechauka kuñanguéva marah rupive, ohechauka pe línea hyepypeguáva profecía rehegua. Ñandejára tavayguakuéra ára pahapegua, oñerepresentáva versículo peteĩme Daniel diez-pe, oikuaa mokõivéva pe línea hyepypegua ha pe okapegua tembiasakue proféticogua. Apocalipsis kuatiápe, pe línea hyepypegua oñerepresenta siete iglesias rupive ha pe línea okapegua oñerepresenta siete sellos rupive.</w:t>
      </w:r>
    </w:p>
    <w:p>
      <w:pPr>
        <w:pStyle w:val="ArticleBody"/>
        <w:jc w:val="left"/>
      </w:pPr>
      <w:r>
        <w:rPr>
          <w:rFonts w:ascii="Times New Roman" w:hAnsi="Times New Roman" w:eastAsia="Times New Roman" w:cs="Times New Roman"/>
        </w:rPr>
        <w:t>Daniel ohechávo guare Cristo visión peteĩ ayuno mokõipa peteĩ ára rire, haʼe ohecha pe expresión femenina pe visión mareh rehegua. Pe mareh haʼe pe “jehecharã”, ha Daniel ohechávo Cristo-pe, haʼe ohecha pe visión “marah”, ha jepe mareh he’isékuri jehecharã, pe forma femenina peteĩha ñe’ẽgui he’ise “peteĩ itangecha hag̃ua”. Hermana White ñanemomarandu pe visión Daniel ohechava’ekueha hína pe visión Juan ohechava’ekue, ha Juan ohecha pe visión Cristo oĩ jave pe santuario yvagapeguápe.</w:t>
      </w:r>
    </w:p>
    <w:p>
      <w:pPr>
        <w:pStyle w:val="ArticleScripture"/>
        <w:jc w:val="left"/>
      </w:pPr>
      <w:r>
        <w:rPr>
          <w:rFonts w:ascii="Times New Roman" w:hAnsi="Times New Roman" w:eastAsia="Times New Roman" w:cs="Times New Roman"/>
        </w:rPr>
        <w:t>“Gabriel oúvo ijupe oúramo, maranduhára Daniel ndaikatúi orresivi peteĩ mbo’epyve; ha mbovymi ary rire, oikuaasevévo umi mba’e guive ndajehechaukáiva gueteri porãite, jevy omoĩ ijehe oheka hag̃ua tesakã ha arandu Tupãgui. ‘Umi ára-pe che Daniel aikova’ekue chepy’apy mbohapy semána pukukue. Nda’uíri mbuja he’ẽ porãva, ni to’o térã víno oike che jurupe, ha ndañemoĩri mba’eveichagua asýte…. Upéi ahupi che resa, ha ama’ẽ, ha péina peteĩ kuimba’e ao líno-gui ijajojáva, ikuatiaha’ã ijyva mbytépe óro porãite Uphaz guigua reheve. Hete avei ojoguámi berilo-pe, hova katu ojoguámi áraresape overávaicha, hesa tata rendy-icha, ipó ha ipy katu ojoguámi kambuchi ñemopotĩmbyre overávaichagua rehe, ha iñe’ẽ pu katu heta tapicha ñe’ẽngueicha.’</w:t>
      </w:r>
    </w:p>
    <w:p>
      <w:pPr>
        <w:pStyle w:val="ArticleScripture"/>
        <w:jc w:val="left"/>
      </w:pPr>
      <w:r>
        <w:rPr>
          <w:rFonts w:ascii="Times New Roman" w:hAnsi="Times New Roman" w:eastAsia="Times New Roman" w:cs="Times New Roman"/>
        </w:rPr>
        <w:t>“Pe Ta’ýra voi ojechauka hag̃ua Daniel-pe. Ko ñe’ẽmondo ojogua pe ome’ẽ vaʼekue Juan, Cristo ojehechauka ramo guare chupe Patmos Ypýpe. Ñande Ruvicha koʼág̃a ou ambue yvagagua mensajéro ndive omboʼe hag̃ua Daniel-pe mbaʼépa oikótava umi ára pahápe. Ko kuaapy oñemeʼẽ Daniel-pe ha ojehai ñande rehehápe pe Espíritu ñemonguʼépyre, ñandéve g̃uarã, umi ára paha og̃uahẽmava hiʼári.”</w:t>
      </w:r>
    </w:p>
    <w:p>
      <w:pPr>
        <w:pStyle w:val="ArticleScripture"/>
        <w:jc w:val="left"/>
      </w:pPr>
      <w:r>
        <w:rPr>
          <w:rFonts w:ascii="Times New Roman" w:hAnsi="Times New Roman" w:eastAsia="Times New Roman" w:cs="Times New Roman"/>
        </w:rPr>
        <w:t>“Umi añetegua guasu oikuaauka vaekue yvy arigua Redentor ha’e umi ohekáva pe añetegua mba’erepy ñemimbyrýicha. Daniel niko karai itujámava vaekue. Hekove ohasa vaekue peteĩ mburuvicha renda tetã ambuegua ndogueroviáivape, ha iñarandu ojepy’apy peteĩ mburuvicha guasu rembiapóre; upéicharõ jepe, ha’e oheja ko’ã mba’e opavave oñembohasa hag̃ua Tupã renondépe ombohasa asy hag̃ua i’ánga, ha oheka hag̃ua pe Arijára Yvateve rembipota jeikuaa. Ha iñembo’e jerure ñembohováipe, tesape yvágagui oñeme’ẽ umi oikovévape ára pahápe guarã. Mba’eichaitépa, upévare, tekotevẽ ñañeha’ãmbaitéva jaheka Tupãme, ha’e oipe’a hag̃ua ñande arandu ikatu hag̃uáicha ñantende umi añetegua oguerúva ñandéve Yvágagui.” Review and Herald, February 8, 1881.</w:t>
      </w:r>
    </w:p>
    <w:p>
      <w:pPr>
        <w:pStyle w:val="ArticleHeading"/>
        <w:jc w:val="left"/>
      </w:pPr>
      <w:r>
        <w:rPr>
          <w:rFonts w:ascii="Arial" w:hAnsi="Arial" w:eastAsia="Arial" w:cs="Arial"/>
        </w:rPr>
        <w:t>144.000 hag̃ua</w:t>
      </w:r>
    </w:p>
    <w:p>
      <w:pPr>
        <w:pStyle w:val="ArticleBody"/>
        <w:jc w:val="left"/>
      </w:pPr>
      <w:r>
        <w:rPr>
          <w:rFonts w:ascii="Times New Roman" w:hAnsi="Times New Roman" w:eastAsia="Times New Roman" w:cs="Times New Roman"/>
        </w:rPr>
        <w:t>Daniel ontende pe “mba’e” ha pe “visión”, ha ojehechauka chupe Daniel ramo ha avei Beltesasar ramo. Téra ñemoambue profesíape ohechauka peteĩ joaju ñemoĩme guarã, upévare Daniel ohechauka pe tavayguakuéra paha pe joajúpe oĩva, ha’éva umi cien cuarenta y cuatro mil, ojehechava’ekue pe visión Cristo rehegua pe témplope. Upe prueba ogueru peteĩ ñemboja’o mokõi aty omomba’eguasúva apytépe.</w:t>
      </w:r>
    </w:p>
    <w:p>
      <w:pPr>
        <w:pStyle w:val="ArticleScripture"/>
        <w:jc w:val="left"/>
      </w:pPr>
      <w:r>
        <w:rPr>
          <w:rFonts w:ascii="Times New Roman" w:hAnsi="Times New Roman" w:eastAsia="Times New Roman" w:cs="Times New Roman"/>
        </w:rPr>
        <w:t>Ha che, Daniel añoite, ahecha pe visión; umi kuimbaʼe che ndive oĩva ndorhechái pe visión; upéicharõ jepe, tuicha oryryi hikuái, ha okañy okañy hag̃ua. Daniel 10:7.</w:t>
      </w:r>
    </w:p>
    <w:p>
      <w:pPr>
        <w:pStyle w:val="ArticleBody"/>
        <w:jc w:val="left"/>
      </w:pPr>
      <w:r>
        <w:rPr>
          <w:rFonts w:ascii="Times New Roman" w:hAnsi="Times New Roman" w:eastAsia="Times New Roman" w:cs="Times New Roman"/>
        </w:rPr>
        <w:t>Daniel ohechauka hag̃ua peteĩchaite umi mokõiha jehechaháramo ha tupaópegua prueba oñembojoajúva Tupã tavayguakuéra ára pahápe rehe; peteĩ prueba oñemopyendáva jahecháramo Cristo-pe pe santuario yvagapeguápe. Pe visión versíkulo siete-pe oĩva ha’e pe femenino pe visión mareh rehegua, ojehechaukáva pe marah visión ramo. Nde rembohováiramo pe visión tupaópegua Cristo rehegua, Daniel rembovái ohechaukaháicha, upéicharõ pe “mba’e” profético ha pe “visión” profética oñembyesakáta ndéve.</w:t>
      </w:r>
    </w:p>
    <w:p>
      <w:pPr>
        <w:pStyle w:val="ArticleBody"/>
        <w:jc w:val="left"/>
      </w:pPr>
      <w:r>
        <w:rPr>
          <w:rFonts w:ascii="Times New Roman" w:hAnsi="Times New Roman" w:eastAsia="Times New Roman" w:cs="Times New Roman"/>
        </w:rPr>
        <w:t>Reñembojoaju hag̃ua pe Cristo pe tupaópeguápe peteĩchaite jehecha rehe, rekanývo reñemi hag̃ua, reike pytũmby opa’ỹvape. Pe tupaópegua prueba, ha’éva mokõiha prueba umi mbohapy tape pe evangelio opa’ỹvagui, oúma mboyve peteĩha ha iñepyrũrãva prueba. Pe porandu ojehecháva umi fundamento rehegua oñerrepresenta Daniel once, versículo catorce-pe, upépe Roma oñerrepresenta “nde retãyguakuéra mondaha” ramo, omoĩva pe “jehecha”.</w:t>
      </w:r>
    </w:p>
    <w:p>
      <w:pPr>
        <w:pStyle w:val="ArticleHeading"/>
        <w:jc w:val="left"/>
      </w:pPr>
      <w:r>
        <w:rPr>
          <w:rFonts w:ascii="Arial" w:hAnsi="Arial" w:eastAsia="Arial" w:cs="Arial"/>
        </w:rPr>
        <w:t>Pe ára og̃uahẽma hag̃uáicha</w:t>
      </w:r>
    </w:p>
    <w:p>
      <w:pPr>
        <w:pStyle w:val="ArticleBody"/>
        <w:jc w:val="left"/>
      </w:pPr>
      <w:r>
        <w:rPr>
          <w:rFonts w:ascii="Times New Roman" w:hAnsi="Times New Roman" w:eastAsia="Times New Roman" w:cs="Times New Roman"/>
        </w:rPr>
        <w:t>Mbohapy ára mbyte rire, jasypoapy 18, 2020-pe oiko vaʼekue pe ñembyasy guasu rire, jasypakõi 31, 2023-pe oñepyrũ ojepeʼa hag̃ua Jesucristo revelación, pe “ára hiʼag̃uímagui.”</w:t>
      </w:r>
    </w:p>
    <w:p>
      <w:pPr>
        <w:pStyle w:val="ArticleScripture"/>
        <w:jc w:val="left"/>
      </w:pPr>
      <w:r>
        <w:rPr>
          <w:rFonts w:ascii="Times New Roman" w:hAnsi="Times New Roman" w:eastAsia="Times New Roman" w:cs="Times New Roman"/>
        </w:rPr>
        <w:t>Ojehovasa pe omoñe’ẽva, ha umi ohendúva ko profesía ñe’ẽ, ha oñongatúva umi mba’e ipype ojehaíva: pórke pe ára hi’aguĩma. … Ha he’i chéve: Ani remboty ko kuatiañe’ẽ profesía ñe’ẽ; pórke pe ára hi’aguĩma. Apocalipsis 1:3; 22:10.</w:t>
      </w:r>
    </w:p>
    <w:p>
      <w:pPr>
        <w:pStyle w:val="ArticleBody"/>
        <w:jc w:val="left"/>
      </w:pPr>
      <w:r>
        <w:rPr>
          <w:rFonts w:ascii="Times New Roman" w:hAnsi="Times New Roman" w:eastAsia="Times New Roman" w:cs="Times New Roman"/>
        </w:rPr>
        <w:t>Pe “ára” ohechaukáva Jesucristo Revelación ojeipe’áha rehegua oñeñe’ẽ Apocalipsis aranduka ñepyrũmbyme; ha aranduka paha gotyo, upe je’e peteĩchagua omoĩve pe ñe’ẽ alpha-pe, peteĩ ñe’ẽ omega reheve.</w:t>
      </w:r>
    </w:p>
    <w:p>
      <w:pPr>
        <w:pStyle w:val="ArticleBody"/>
        <w:jc w:val="left"/>
      </w:pPr>
      <w:r>
        <w:rPr>
          <w:rFonts w:ascii="Times New Roman" w:hAnsi="Times New Roman" w:eastAsia="Times New Roman" w:cs="Times New Roman"/>
        </w:rPr>
        <w:t>Jesucristo ojehechaukapy ojeipe’a mboyve pe ára paha pe gracia oñembotývo. Mokõipa mokõiha árape, peteĩ ayuno mokõipa peteĩ ára pukukue rire, pe “mba’e”, ha’éva avei pe “asunto”, ha’éva avei pe dabar térã pe Ñe’ẽ, ha’éva avei pe visión chazon tembiasakue profética okapegua, ojehechauka Daniel-pe ha’e ohasa aja pe visión marah, peteĩ espejo-icha ohechaukáva pe pa’i guasu yvagagua pe Tenda Santísimo-pe.</w:t>
      </w:r>
    </w:p>
    <w:p>
      <w:pPr>
        <w:pStyle w:val="ArticleBody"/>
        <w:jc w:val="left"/>
      </w:pPr>
      <w:r>
        <w:rPr>
          <w:rFonts w:ascii="Times New Roman" w:hAnsi="Times New Roman" w:eastAsia="Times New Roman" w:cs="Times New Roman"/>
        </w:rPr>
        <w:t>Daniel ohechauka umi oguerekóva pe techapy pe espejo rehegua, ha avei oikũmbyva’ekue Cristo jehechauka proféticokuéra, ha péicha avei pe tembiasakue okápegua ojehechaukáva pe techapy chazon rupive. Pe techapy marah ohechauka Cristo-pe peteĩ techaukaha profético ramo, ha pe femenino upe ñe’ẽ rehegua ohechauka pe jeikovehasa ojejapóva jahechávo Tupã mimbipa, ojehechaukaháicha Daniel, Juan, Isaías, Hermana White ha ambue profetakuéra rupive.</w:t>
      </w:r>
    </w:p>
    <w:p>
      <w:pPr>
        <w:pStyle w:val="ArticleBody"/>
        <w:jc w:val="left"/>
      </w:pPr>
      <w:r>
        <w:rPr>
          <w:rFonts w:ascii="Times New Roman" w:hAnsi="Times New Roman" w:eastAsia="Times New Roman" w:cs="Times New Roman"/>
        </w:rPr>
        <w:t>Ko nivel-pe, pe visión okapegua chazon ohechauka pe prueba ypyguáva, ha pe visión mareh rehegua, Cristo ojehechauka haguéicha pe secuencia profética umi mba’e oikóva rehe, ha’e pe prueba templopegua. ¿Ojehechaukápa Cristo pe Lugar Santísimo-pe nde rekove ryepýpe voi, nde Lugar Santísimo-pe? Upépe Tupãrekove oñembojoaju yvypórarekóndi. Kóva hína pe prueba ohasava’erã, oñemboty mboyve pe tiempo de gracia pe prueba decisiva-pe. Pe prueba decisiva ohechaukáva carácter ha’e pe visión marah, pe espejo ojehechahápe.</w:t>
      </w:r>
    </w:p>
    <w:p>
      <w:pPr>
        <w:pStyle w:val="ArticleBody"/>
        <w:jc w:val="left"/>
      </w:pPr>
      <w:r>
        <w:rPr>
          <w:rFonts w:ascii="Times New Roman" w:hAnsi="Times New Roman" w:eastAsia="Times New Roman" w:cs="Times New Roman"/>
        </w:rPr>
        <w:t>31 jasypakõi 2023-pe oñepyrũ pe prueba okapeguáva pe fundamento rehegua, versíkulo irundyha “nde retãyguakuéra mondaha” ári; ha pe papa ko’ág̃agua oñemoĩramo hembiaporãme 8 jasypoapy 2025-pe, oñemopyenda pe “visión” versíkulo irundyha rehegua. Pe prueba fundacional oñembohasa pe prueba templopegua gotyo. 9 jasypoapy 2025 guive pe prueba templopegua oĩma oñemotenondévo. Mokõi testigo ñemoingove jey 31 jasypakõi 2023-pe oñerrepresenta kuri Revelación 11 versíkulo once-pe, ha pe ñemoingove jey oñepyrũva’ekue upe árape oiko pe período Guerra de Ucrania rehegua ryepýpe, oñepyrũva’ekue 2014-pe ha ipyahẽvévo 2022-pe. Upe tembiasakuepe oñembojoaju pe línea profética okapeguáva ha hyepýgua. 31 jasypakõi 2023-pe pe tembiapo omoñepyrũva fundamento ñemopyenda oĩma kuri oñemotenondévo, peteĩ tembiapo oñetipifikáva pe tembiasakue 1798 guive 1840 peve rupive, ha avei 1840 guive 1844 peve rupive, ha avei 19 jasyrundy 1844 guive 22 jasypa 1844 peve.</w:t>
      </w:r>
    </w:p>
    <w:p>
      <w:pPr>
        <w:pStyle w:val="ArticleBody"/>
        <w:jc w:val="left"/>
      </w:pPr>
      <w:r>
        <w:rPr>
          <w:rFonts w:ascii="Times New Roman" w:hAnsi="Times New Roman" w:eastAsia="Times New Roman" w:cs="Times New Roman"/>
        </w:rPr>
        <w:t>Daniel 11:11 oikéma pe marandu yvypórape, marandu py guive profecía rehegua ramo, ha ojoaju pe tembiasakueete ndive ha’éva pe línea hyepypegua Apocalipsis 11-pe. Ary 2014-pe, oñepyrũ Ucrania Ñorairõ, ojehechauka hag̃uáicha Rafia ñorairõme ary 217 a.C.-pe. Ary 2015-pe, pe irundyha mburuvicha guasu, ha ipirapire hetavéva, Daniel 11 versículo 2-pe oñemombe’úva, opu’ã ha omoherakuã hembipota oñemoĩ hag̃ua candidato ramo mburuvichavete renda rehe. Upe marandu ombopochyeterei umi globalista apytu’ũ dragón rehegua-pe, ojehechaukáva Grecia retãnguéra poguýpe ramo.</w:t>
      </w:r>
    </w:p>
    <w:p>
      <w:pPr>
        <w:pStyle w:val="ArticleBody"/>
        <w:jc w:val="left"/>
      </w:pPr>
      <w:r>
        <w:rPr>
          <w:rFonts w:ascii="Times New Roman" w:hAnsi="Times New Roman" w:eastAsia="Times New Roman" w:cs="Times New Roman"/>
        </w:rPr>
        <w:t>Apocalipsis once, versículo once ohechauka 31 de diciembre de 2023 ha’eha pe punto moõ mokõi testígo oñemoingove jey hague. Pe periodo ohasáva 18 de julio de 2020 guive 31 de diciembre de 2023 peve upérõ oñentende vaʼekue peteĩ “desierto” profético ramo. Pe “periodo del desierto” opa jave, peteĩ ñeʼẽ osapukái oñepyrũ julio de 2023-pe, ha upéi, hekopete mil doscientos sesenta ára rire pe predicción ojavy vaʼekue Nashville-pe, 18 de julio de 2020-pe, Judá ñemoñare León upérõ oñepyrũ oipeʼa hag̃ua itérañemíva Iñeʼẽ profética. Tupã Ñeʼẽ profética ñeipeʼa térã ñemombeʼu jey akóinte ogueru peteĩ proceso de prueba mbohapy paso rehegua, oñemoĩháicha Daniel doce-pe.</w:t>
      </w:r>
    </w:p>
    <w:p>
      <w:pPr>
        <w:pStyle w:val="ArticleScripture"/>
        <w:jc w:val="left"/>
      </w:pPr>
      <w:r>
        <w:rPr>
          <w:rFonts w:ascii="Times New Roman" w:hAnsi="Times New Roman" w:eastAsia="Times New Roman" w:cs="Times New Roman"/>
        </w:rPr>
        <w:t>Heta oĩta oñemopotĩta, oñembojetapytĩta ha oñeha’ãta; ha umi añáme katu ojejapóta ivaíva: ha avave umi añágui noikũmbymo’ãi; umi arandúva katu oikũmbýta. Daniel 12:10.</w:t>
      </w:r>
    </w:p>
    <w:p>
      <w:pPr>
        <w:pStyle w:val="ArticleBody"/>
        <w:jc w:val="left"/>
      </w:pPr>
      <w:r>
        <w:rPr>
          <w:rFonts w:ascii="Times New Roman" w:hAnsi="Times New Roman" w:eastAsia="Times New Roman" w:cs="Times New Roman"/>
        </w:rPr>
        <w:t>Apocalipsis kapítulo diecinueve-pe, pe novia oñembosako’i ha upéi oñeme’ẽ chupe peteĩ ao morotĩ. Umi ao morotĩ ohechauka pe novia oñembosako’íma hague, ha upéva oiko Apocalipsis kapítulo diecinueve-pe, yvága rovetãnguéra ojepe’ávo. Ojejapo mboyve pe novia morotĩ Cristo tekojoja ao reheve, ha’e raẽ oñemopotĩ.</w:t>
      </w:r>
    </w:p>
    <w:p>
      <w:pPr>
        <w:pStyle w:val="ArticleBody"/>
        <w:jc w:val="left"/>
      </w:pPr>
      <w:r>
        <w:rPr>
          <w:rFonts w:ascii="Times New Roman" w:hAnsi="Times New Roman" w:eastAsia="Times New Roman" w:cs="Times New Roman"/>
        </w:rPr>
        <w:t>31 jasypakõi 2023-pe oñepyrũ yvyra rapo-kuéra jehecha hag̃ua, omopotĩ hag̃ua umi ipotĩsévape. Upéva pe ñemopotĩ ojejapo peteĩ arandu okakuaavéva rupive, pórke pe León Judá ñemoñaregua upérõ oñepyrũ oipe’a hag̃ua ijeheguigua paha ñemombe’u. Upe ñemombe’u oike avei ko añetépe: ha’eha pe peteĩño yvyra rapo ikatúva oñemoĩ. Oñemboykévo pe añetegua yvyra rapo rehegua ohechakuaáva Róma ha’eha “nde tavayguakuéra mondaha kuéra”, oñemboykehína pe peteĩño yvyra rapo ikatúva oñemoĩ.</w:t>
      </w:r>
    </w:p>
    <w:p>
      <w:pPr>
        <w:pStyle w:val="ArticleBody"/>
        <w:jc w:val="left"/>
      </w:pPr>
      <w:r>
        <w:rPr>
          <w:rFonts w:ascii="Times New Roman" w:hAnsi="Times New Roman" w:eastAsia="Times New Roman" w:cs="Times New Roman"/>
        </w:rPr>
        <w:t>31 jasypakõi 2023-pe oñepyrũ peteĩ proceso de prueba ha upéva pya’e oguenohẽ peteĩ ñemboja’o mokõi atýpe. Pe León Judá ñemoñaregua ko’ág̃a omboipe’a vaʼekue pe cumplimiento histórico versículo catorcepegua ha’éhague 8 jasypo 2025, ha ojapóvo upéicha, omombarete Miller ohechakuaa hague Roma ramo pe símbolo omoañetéva pe visión externa profecíaguápe. Trump ojevývo 2024-pe, omohu’ã versículo trece Daniel capítulo oncegua; upéi, pe versículo oúva rehe, jahechauka 2025, papa León jeiporavópe. Mokõivéva, Trump ha iñirũnguéra anticristo rehegua, oñemomarandu hag̃ua iñarandupy rehe 2025-pe.</w:t>
      </w:r>
    </w:p>
    <w:p>
      <w:pPr>
        <w:pStyle w:val="ArticleBody"/>
        <w:jc w:val="left"/>
      </w:pPr>
      <w:r>
        <w:rPr>
          <w:rFonts w:ascii="Times New Roman" w:hAnsi="Times New Roman" w:eastAsia="Times New Roman" w:cs="Times New Roman"/>
        </w:rPr>
        <w:t>Umi ára jahechakuaa ko movimiento-pe ha’e esencialmente peteĩ jehechakuaa riregua oñesantifikáva. Jahechakuaa pe ára paha ramo 1989, upéi pe marandu ñemohenda oficial va’ekue 1996-pe. 11 de septiembre-pe pe marandu oñemohenda va’ekue oñemombarete. Oñepresentávo Habacuc Tablas ary 2012-pe ha opa hag̃ua enero 2013-pe, oñemoĩ umi cimiento.</w:t>
      </w:r>
    </w:p>
    <w:p>
      <w:pPr>
        <w:pStyle w:val="ArticleBody"/>
        <w:jc w:val="left"/>
      </w:pPr>
      <w:r>
        <w:rPr>
          <w:rFonts w:ascii="Times New Roman" w:hAnsi="Times New Roman" w:eastAsia="Times New Roman" w:cs="Times New Roman"/>
        </w:rPr>
        <w:t>Árape 18 jasypokõi 2020-pe og̃uahẽ pe ñembyasy peteĩha, upéi jasypokõi 2023-pe peteĩ ñe'ẽ oñepyrũ osapukái hag̃ua pe desiértope, ha jasypakõi 31, 2023-pe oñepyrũ Jesucristo Jehechauka ñemboja'o'ỹ, ha oñepyrũ avei pe peteĩha prueba pyenda rehegua okapegua.</w:t>
      </w:r>
    </w:p>
    <w:p>
      <w:pPr>
        <w:pStyle w:val="ArticleBody"/>
        <w:jc w:val="left"/>
      </w:pPr>
      <w:r>
        <w:rPr>
          <w:rFonts w:ascii="Times New Roman" w:hAnsi="Times New Roman" w:eastAsia="Times New Roman" w:cs="Times New Roman"/>
        </w:rPr>
        <w:t>8 jasypo 2025-pe oñepyrũ pe mokõiha prueba hyepypegua pe témplope. Pe mbohapyha prueba litmus og̃uahẽta ko’ág̃aite. Upépe ojehechaukáta porãpa pe ánga oguereko pe aseíte marandu rehegua, ojehechaukáva pe peteĩha ha okápegua prueba rupive, ha avei pe aseíte omoirũva pe mokõiha prueba hyepypegua. Ko’ã prueba ohechauka: peteĩha pe okápegua, upéi pe hyepypegua, ha upéi pe jehasakue.</w:t>
      </w:r>
    </w:p>
    <w:p>
      <w:pPr>
        <w:pStyle w:val="ArticleBody"/>
        <w:jc w:val="left"/>
      </w:pPr>
      <w:r>
        <w:rPr>
          <w:rFonts w:ascii="Times New Roman" w:hAnsi="Times New Roman" w:eastAsia="Times New Roman" w:cs="Times New Roman"/>
        </w:rPr>
        <w:t>Pe línia interna de profecía oĩ umi hito tenonderãitégui aikuaaukavaʼekue koʼág̃aite. Káda peteĩva umi hito oñondivepaite umi hito peteĩchaguáva historia Millerita rehegua ndive. 1798, paha ára ramo, ombojoja 1989 rehe, upéva avei paha ára. Upépe León Judá ñemoñaregua oipeʼa hag̃ua ipalábra pe oñemboty vaʼekue, haʼe niko pe Palabra. Adventismo ombohováirõ guare proféta naiñeʼẽrendúivape Jeroboam ñepyrũmegua jerovia vaipe, ojevy jeyvo okaru hag̃ua proféta japúva Betelgua ndive, haʼekuéra ojevy jey umi argumento protestantismo hoʼáva rehegua oipuru vaʼekuépe William Miller remimoĩ hag̃ua umi siete tiempos. Upévare, noikũmbypáiri, térã ndaikatúi voi oikũmby, mbaʼérepa 1863 haʼe pe hito paha pe movimiento alfa rehegua pe primer ha segundo ángel guive.</w:t>
      </w:r>
    </w:p>
    <w:p>
      <w:pPr>
        <w:pStyle w:val="ArticleBody"/>
        <w:jc w:val="left"/>
      </w:pPr>
      <w:r>
        <w:rPr>
          <w:rFonts w:ascii="Times New Roman" w:hAnsi="Times New Roman" w:eastAsia="Times New Roman" w:cs="Times New Roman"/>
        </w:rPr>
        <w:t>Upévare, mba’eve nde’iséi chupekuéra pe ohasa hague 126 ary, peteĩ símbolo 1,260 rehegua, peteĩ “desierto” símbolo ojeipysóva tembiasakue pukukue 1863 guive ára paha peve 1989-pe. Cuarenta ary paha riremínte Josué ogueraha pe movimiento pe Yvy Oñeme’ẽva’ekuépe. 1989-pe Ñandejára omoñepyrũ pe tembiapo oguerahávo Iomega movimiento osẽ hag̃ua pe “desierto” 1863 guive 1989 peve, péichaite ha’e oguenohẽ haguéicha pe alpha movimiento pe “desierto” 538 guive 1798 peve.</w:t>
      </w:r>
    </w:p>
    <w:p>
      <w:pPr>
        <w:pStyle w:val="ArticleBody"/>
        <w:jc w:val="left"/>
      </w:pPr>
      <w:r>
        <w:rPr>
          <w:rFonts w:ascii="Times New Roman" w:hAnsi="Times New Roman" w:eastAsia="Times New Roman" w:cs="Times New Roman"/>
        </w:rPr>
        <w:t>Ary 1989-pe, Hiddekel Ysyry rehechaukáva Daniel aranduka mbohapy kapítulo pahápe oñemboja’o’ỹva’ekue; péicha avei Ulai Ysyry rehechaukáva Daniel kapítulo 7, 8 ha 9 oñemboja’o’ỹva’ekue ary 1798-pe. Mokõi sua ha mokõi pa ary rire ojeikuaaukágui King James Biblia, William Miller oguenohẽ he’ẽmondo Ulai rehechaipyre ári oñemombe’u hag̃ua peteĩha jey, upéicha omopyenda hag̃ua imarandu ary 1831-pe; ha upéicha avei Hiddekel rehegua marandu oñemombe’u peteĩha jey ary 1996-pe, mokõi sua ha mokõi pa ary rire 1776-gui, tetã porãite Estados Unidos yvy heñóiha.</w:t>
      </w:r>
    </w:p>
    <w:p>
      <w:pPr>
        <w:pStyle w:val="ArticleBody"/>
        <w:jc w:val="left"/>
      </w:pPr>
      <w:r>
        <w:rPr>
          <w:rFonts w:ascii="Times New Roman" w:hAnsi="Times New Roman" w:eastAsia="Times New Roman" w:cs="Times New Roman"/>
        </w:rPr>
        <w:t>Miller ombohape porãite hag̃ua pe marandu mokõi sa ary ha mokõipa ary rire pe versión King James-gui ohechauka William Miller ha’eha pe mensahéro sagrádo peteĩhaite oiporu va’ekue umi profesía Bíbliapegua, mokõivéva Antiguo ha Nuevo Testamento, ogueru hag̃ua peteĩ avivamiento ha peteĩ reforma. La Biblia ha’e divina, ha oñembojoaju va’ekue yvypóra ndive mokõi sa ary ha mokõipa ary rire ogueru hag̃ua pe marandu Ulai rehegua.</w:t>
      </w:r>
    </w:p>
    <w:p>
      <w:pPr>
        <w:pStyle w:val="ArticleBody"/>
        <w:jc w:val="left"/>
      </w:pPr>
      <w:r>
        <w:rPr>
          <w:rFonts w:ascii="Times New Roman" w:hAnsi="Times New Roman" w:eastAsia="Times New Roman" w:cs="Times New Roman"/>
        </w:rPr>
        <w:t>Jesús ha’e Alfa ha Omega, ha’e avei Ñandejára Ñe’ẽ; upévare, pe marandu ojeheróva King James Version Biblia rehegua osẽvo ary 1611-pe, omoĩ Jesúspe mokõi hendápe: 1611-pe, ha avei 1831-pe. Cristo ojehechauka ára paha jave peteĩ León ramo Judá ñemoñaregua; ha pe marandu oñemohenda porã jave, ha’e hína Alfa ha Omega ha Ñe’ẽ. Miller jerovia oñepyrũháre ojehechakuaa hag̃ua mokõivéva, ñepyrũha ha paha, omomba’eguasuha pe marandu ñemoherakuã. Ary 1776 guive 1996 peve oguereko umi mba’e rechaukaha peteĩcha, jepe iñambue.</w:t>
      </w:r>
    </w:p>
    <w:p>
      <w:pPr>
        <w:pStyle w:val="ArticleBody"/>
        <w:jc w:val="left"/>
      </w:pPr>
      <w:r>
        <w:rPr>
          <w:rFonts w:ascii="Times New Roman" w:hAnsi="Times New Roman" w:eastAsia="Times New Roman" w:cs="Times New Roman"/>
        </w:rPr>
        <w:t>Pe Hiddekel marandu ha’e pe léi domingo rehegua Estados Unidos-pe, oñemoĩva Daniel 11, versículo 41-pe. 1776 ha pe Declaración de Independencia ñemoherakuã ohechauka pe ñepyrũrã pe período mokõi sua ha mokõi pa ary rehegua, opa va’ekue pe ñemoherakuã reheve, providencialmente, ndaha’éi intencionalmente oñembohérava, Time of the End. Upe aryetepe, 1996-pe, peteĩ corporación ministerial hérava Future for America oñeme’ẽ oréve. Pe marandu yvy porãite rehegua, upéva hína Estados Unidos, oñemohenda formalmente peteĩ joaju directo rupive pe profecía ñepyrũ ha ipaha apytépe. Opaite waymark tuichavéva historia Millerita rehegua oñeha’ãjey jeýma pe patrón oguerohorýva parábola umi diez vírgenes rehegua guýpe. Mokõivéva pe período mokõi sua ha mokõi pa ary rehegua oguereko iñepyrũ ha ipaha ojehechaukáva peteĩ ñemoherakuã rupive.</w:t>
      </w:r>
    </w:p>
    <w:p>
      <w:pPr>
        <w:pStyle w:val="ArticleBody"/>
        <w:jc w:val="left"/>
      </w:pPr>
      <w:r>
        <w:rPr>
          <w:rFonts w:ascii="Times New Roman" w:hAnsi="Times New Roman" w:eastAsia="Times New Roman" w:cs="Times New Roman"/>
        </w:rPr>
        <w:t>Pe marandu ha pe taperekokue Miller rehegua oñemoneĩ ha oñembarete peteĩ ñekumpli Islam rehegua mokõiha ñembyasy rupive. Pe Ñandejára oiporu va’ekue omombarete hag̃ua pe marandu hína kuri pe ára peteĩ áño-rã Miller mba’éva, ha pe principio omombaretéva pe marandu ha pe taperekokue 9/11-pe, pe ángel Apocalipsis 18-pegua oguejy jave ojevy hag̃ua pe oguejy hague ha’e ojapo va’ekue 11 de agosto de 1840-pe, ojehechaukaháicha Apocalipsis capítulo 10-pe. Umi mokõi ángel ohechauka peteĩ aparición profética Cristo rehegua peteĩ ángel ramo. Pe principio ha’éva tuichaiterei ñepyrũrã pe movimiento 9/11-pegua hag̃ua, peteĩha ára peteĩ áño-rã principio oikohaguéicha pe movimiento 11 de agosto de 1840-pegua hag̃ua, ha’e hína pe tembiasakue Millerita oñeha’ãjeyha pe tembiasakue ciento cuarenta y cuatro mil reheguápe.</w:t>
      </w:r>
    </w:p>
    <w:p>
      <w:pPr>
        <w:pStyle w:val="ArticleBody"/>
        <w:jc w:val="left"/>
      </w:pPr>
      <w:r>
        <w:rPr>
          <w:rFonts w:ascii="Times New Roman" w:hAnsi="Times New Roman" w:eastAsia="Times New Roman" w:cs="Times New Roman"/>
        </w:rPr>
        <w:t>Peteĩ cumplimiento peteĩ profesía islamgua, pe mbohapyha aipo vaʼekue rehegua, og̃uahẽvo pe historia omega ha pe mbohapyha ánhelpe, ojoajúva peteĩ cumplimiento peteĩ profesía islamgua pe peteĩha ha mokõiha aipo vaʼekue rehegua, og̃uahẽva pe historia alpha pe peteĩha ha mokõiha ánhelpe—pe principio heʼíva pe historia millerita oñeñembojoapy jeyha pe historia umi cien cuarenta y cuatro mil-pe ojehechauka porãite ha añetehápe, peteĩcha Miller ára peteĩ áño principio rehegua oñemopyendaháicha pe peteĩha ha mokõiha aipo vaʼekue ndive, Apocalipsis 9-pe. Oĩ ikatúva oikuaa pe profesía ára rehegua trescientos noventa y un áño ha quince ára, oñemoĩva Apocalipsis 9:15-pe, ha katu ikatu oheja rei che punto mboyvegua. Tahechauka porã.</w:t>
      </w:r>
    </w:p>
    <w:p>
      <w:pPr>
        <w:pStyle w:val="ArticleBody"/>
        <w:jc w:val="left"/>
      </w:pPr>
      <w:r>
        <w:rPr>
          <w:rFonts w:ascii="Times New Roman" w:hAnsi="Times New Roman" w:eastAsia="Times New Roman" w:cs="Times New Roman"/>
        </w:rPr>
        <w:t>Pe mbaʼe vaiha peteĩha ha mokõiha ojoaju ángel peteĩha ha mokõiha rembiasakue ndive, ha pe mbaʼe vaiha mbohapyha rembiasakue ojoaju ángel mbohapyha rembiasakue ndive. Ko’ápe pe mba’e ojehechaukáva ha’e kóva: pe ñepyrũrã umi mbohapy sua noventa y peteĩ ary ha pa poapy ára rehegua, oñemoĩva pe mbaʼe vaiha mokõiha rembiasakúpe, ojejuhu pe mbaʼe vaiha peteĩha rembiasakúpe. Oĩ peteĩ profesía cien cincuenta ary rehegua pe mbaʼe vaiha peteĩha rembiasakúpe, Apocalipsis nueve-pe, ha upe ára opa hag̃ua pe periodo profético, upépe oñepyrũ pe profesía mbohapy sua noventa y peteĩ ary ha pa poapy ára rehegua. Ko’ã mokõi profesía ombojoaju hag̃uaichaite pe mbaʼe vaiha peteĩha ha mokõiha; upévare, oñeporoprofetisávo Islam rehegua, oñemopyendáva pe principio ára peteĩ ary hag̃ua rehe, upe profesía ha’eva’ekue peteĩ profesía pe mbaʼe vaiha peteĩha ha mokõiha Islam rehegua, ha upéva voi pe marandu omombaretéva Miller rembiapokue rape ha imarandu pe ángel peteĩha ha mokõiha rembiasakúpe.</w:t>
      </w:r>
    </w:p>
    <w:p>
      <w:pPr>
        <w:pStyle w:val="ArticleBody"/>
        <w:jc w:val="left"/>
      </w:pPr>
      <w:r>
        <w:rPr>
          <w:rFonts w:ascii="Times New Roman" w:hAnsi="Times New Roman" w:eastAsia="Times New Roman" w:cs="Times New Roman"/>
        </w:rPr>
        <w:t>Upe tembiasakue opa rire 22 jasypa 1844-pe, pe trompéta sétima oñepyrũ osẽ; ha pe trompéta sétima ha’e mokõiha’ỹva ñembyasýi guasu mbohapyha, ha avei Tupãrayhu ñemimby, upéva hína Cristo pende pype, tekove porã jerovia. Upe trompéta ha’e peteĩ marandu ñe’ẽmondo okáguio, ha avei peteĩ marandu ñe’ẽmondo hyepýguio. Ko mba’ére, pe profesía 2.520 ary rehegua ojoaju pe pytu’u ary sétimava yvýpe g̃uarã rehe, oikehápe avei pe jubileo. 22 jasypa 1844-pe, pe trompéta sétima oñepyrũ osẽ oñembotývo pe profesía 2.520 ary rehegua ha 2.300 ary rehegua.</w:t>
      </w:r>
    </w:p>
    <w:p>
      <w:pPr>
        <w:pStyle w:val="ArticleScripture"/>
        <w:jc w:val="left"/>
      </w:pPr>
      <w:r>
        <w:rPr>
          <w:rFonts w:ascii="Times New Roman" w:hAnsi="Times New Roman" w:eastAsia="Times New Roman" w:cs="Times New Roman"/>
        </w:rPr>
        <w:t>Ha umi ára pe ánhel porundyha ryapu aja, oñepyrũ vove ombopu, oñemohu’ãta Tupã rembimikuaa gua’u, he’i haguéicha hembiguái kuéra profétape. Apocalipsis 10:7.</w:t>
      </w:r>
    </w:p>
    <w:p>
      <w:pPr>
        <w:pStyle w:val="ArticleBody"/>
        <w:jc w:val="left"/>
      </w:pPr>
      <w:r>
        <w:rPr>
          <w:rFonts w:ascii="Times New Roman" w:hAnsi="Times New Roman" w:eastAsia="Times New Roman" w:cs="Times New Roman"/>
        </w:rPr>
        <w:t>1844 jasypakõi 22 ha’e va’ekue pe Ñemoĩporã Ára, ha pe jubileo trompéta oñembopu va’erãkuri pe Ñemoĩporã Árape. Upe guive, jaiko hína pe tercer ánhel rembiasakue ha avei pe tercer ay rembiasakuepe, upéva hína pe séptimo trompéta. 1840 jasypoapy 11-pe pe ánhel mbarete Apocalipsis 10-pe oñemoag̃ui va’ekue omyesakã hag̃ua yvy heko mimbipápe, ojapoháicha pe ánhel Apocalipsis 18-pe 9/11-pe.</w:t>
      </w:r>
    </w:p>
    <w:p>
      <w:pPr>
        <w:pStyle w:val="ArticleBody"/>
        <w:jc w:val="left"/>
      </w:pPr>
      <w:r>
        <w:rPr>
          <w:rFonts w:ascii="Times New Roman" w:hAnsi="Times New Roman" w:eastAsia="Times New Roman" w:cs="Times New Roman"/>
        </w:rPr>
        <w:t>Áño 2012-pe ha ára peteĩha jasy 2013-pe oñemoheñói pe serie hérava Habakkuk Rendakuéra, ha oñemohenda peteĩcha pe publicación karai tenondegua kuatia’anga 1843gua reheve, ojejapo va’ekue mayo 1842-pe. Upérõ oñemopyenda pe movimiento ñepyrũmby, taha’e pe movimiento alfa pe ánhel peteĩha ha mokõiha rehegua, térã pe movimiento pe ánhel mbohapyha rehegua, Habakkuk mokõi tenda kuéra oñembojoaju pe tembiasakue ha pe marandu ndive. Pe predicción ndojehupytýiva 18 jasypokõi 2020-pe ojoguaiterei 19 jasyrundy 1844-pe, ha pe tiempo de demora pe parábola-pe oiko hína kuri.</w:t>
      </w:r>
    </w:p>
    <w:p>
      <w:pPr>
        <w:pStyle w:val="ArticleBody"/>
        <w:jc w:val="left"/>
      </w:pPr>
      <w:r>
        <w:rPr>
          <w:rFonts w:ascii="Times New Roman" w:hAnsi="Times New Roman" w:eastAsia="Times New Roman" w:cs="Times New Roman"/>
        </w:rPr>
        <w:t>Peteĩ desierto 1.260 ára pukukue rehegua oñemohu’ã 31 de diciembre de 2023 ñemboty’ỹme. Iporã ñanemandu’a Cristo mokõi jey omopotĩ hague Itemplo iñemongy’a marangatu’ỹgui, Sy White ohérava upéicha. Upéva ojapo va’ekue Iministerio ñepyrũme ha ipahápe, ojapóvo umi mokõi ñemopotĩ peteĩ ñemopotĩ alfa ha ómega hag̃ua.</w:t>
      </w:r>
    </w:p>
    <w:p>
      <w:pPr>
        <w:pStyle w:val="ArticleBody"/>
        <w:jc w:val="left"/>
      </w:pPr>
      <w:r>
        <w:rPr>
          <w:rFonts w:ascii="Times New Roman" w:hAnsi="Times New Roman" w:eastAsia="Times New Roman" w:cs="Times New Roman"/>
        </w:rPr>
        <w:t>Hermana White ombojoaju porã pe ñemopotĩ peteĩha pe témplo rehegua 9/11 ndive ha pe ñe'ẽ peteĩha ndive, ha upéva ha’e omombe’úva Apocalipsis dieciocho mbohapy versíkulo peteĩhamegua ramo. Upéi ha’e omombe’u pe “ambue ñe'ẽ” versíkulo irũhágui, ha’eha pe ñemopotĩ mokõiha pe témplo rehegua, ha avei pe léi domingo rehegua. 19 jasyrundy 1844-pe ha’e va’ekue pe ñemopotĩ peteĩha pe témplo rehegua umi Millerita-kuérape ĝuarã, ha 22 jasypa 1844-pe pe mokõiha. Umi cuarenta y seis ary ryepýpe 1798 guive 1844 peve oñemopu’ã pe témplo Millerita, ha peteĩ fractal pe ñemopu’ã teḿplo Millerita rehegua ojejuhu pe mokõi jejavy guasúpe rembiasápe, mokõivéva ohechaukáva ñemopotĩ pe témplo rehegua. Upéva rembiasakue oñe’ẽ pe témplo rehe.</w:t>
      </w:r>
    </w:p>
    <w:p>
      <w:pPr>
        <w:pStyle w:val="ArticleBody"/>
        <w:jc w:val="left"/>
      </w:pPr>
      <w:r>
        <w:rPr>
          <w:rFonts w:ascii="Times New Roman" w:hAnsi="Times New Roman" w:eastAsia="Times New Roman" w:cs="Times New Roman"/>
        </w:rPr>
        <w:t>18 jasypokõi, 2020 guive 31 jasypakõi, 2023 peve, umi kuñataĩ oke vaʼekue pe are oñehaʼãrõhápe. Oñepáy vove, oñepáy hikuái ikatu hag̃uáicha omoĩ pe ñepyrũmby ha omopuʼã pe tupao. Upe guive Cristo, Judá ñemoñare Leónicha, oipeʼa hína marandu profético resape, ha pe resape profético ojeipeʼáva akóinte ogueru peteĩ proceso de prueba mbohapy jepysopegua, opa hag̃uáva pe prueba decisiva-pe, upépe ojehechauka pe tekokatu, ha arakaʼeve ndojejapo moʼãi. Pe prueba decisiva-pe umi kuñataĩ jeroviaha ohupytýta peteĩ ñehẽgui Espíritu Santo rehegua ohasáva opaite jehechaukarã Ñandejára pokatu rehegua, peteĩ jey jepe oñemboguapýva Ñandejára retãygua apytépe. Oĩta peteĩ tuichave resape arakaʼeve ojehechaʼỹva. Upévare ambohechaukáta ambue línea histórica omombaretéva pe paralelismo historia Millerita rehegua ndive, umi cien cuarenta y cuatro mil rembiasakue rehe.</w:t>
      </w:r>
    </w:p>
    <w:p>
      <w:pPr>
        <w:pStyle w:val="ArticleScripture"/>
        <w:jc w:val="left"/>
      </w:pPr>
      <w:r>
        <w:rPr>
          <w:rFonts w:ascii="Times New Roman" w:hAnsi="Times New Roman" w:eastAsia="Times New Roman" w:cs="Times New Roman"/>
        </w:rPr>
        <w:t>Ha nde, Daniel, emboty umi ñe’ẽ ha emoĩ hag̃ua kuatiañe’ẽ aranduka rehe, pe ára pahápe peve: heta oguata hag̃ua ko’ápe ha upépe, ha pe arandu oñembohetavéta. Ha he’i: Tereho nde rape, Daniel; umi ñe’ẽ niko oñemboty ha oñemoĩ hag̃ua aranduka rehe pe ára pahápe peve. Heta oñemopotĩta, oñemomorotĩta ha oñeha’ãta; ha umi añáva katu ojapova’erã ivaíva; ha avave umi añávagui noikũmbymo’ãi; umi arandúva katu oikũmbýta. Daniel 12:4, 9, 10.</w:t>
      </w:r>
    </w:p>
    <w:p>
      <w:pPr>
        <w:pStyle w:val="ArticleBody"/>
        <w:jc w:val="left"/>
      </w:pPr>
      <w:r>
        <w:rPr>
          <w:rFonts w:ascii="Times New Roman" w:hAnsi="Times New Roman" w:eastAsia="Times New Roman" w:cs="Times New Roman"/>
        </w:rPr>
        <w:t>Ko’ẽrõ guive ñamboguatave koʼã mbaʼe pe artículo oúvape.</w:t>
      </w:r>
    </w:p>
    <w:p>
      <w:pPr>
        <w:pStyle w:val="ArticleHeading"/>
        <w:jc w:val="left"/>
      </w:pPr>
      <w:r>
        <w:rPr>
          <w:rFonts w:ascii="Arial" w:hAnsi="Arial" w:eastAsia="Arial" w:cs="Arial"/>
        </w:rPr>
        <w:t>Mbojoja peteĩmeguágui</w:t>
      </w:r>
    </w:p>
    <w:p>
      <w:pPr>
        <w:pStyle w:val="ArticleBody"/>
        <w:jc w:val="left"/>
      </w:pPr>
      <w:r>
        <w:rPr>
          <w:rFonts w:ascii="Times New Roman" w:hAnsi="Times New Roman" w:eastAsia="Times New Roman" w:cs="Times New Roman"/>
        </w:rPr>
        <w:t>Elon Musk he’i 21 jasypakõi 2026-pe ñande ko’ág̃a jaimeha “singularity”-pe.</w:t>
      </w:r>
    </w:p>
    <w:p>
      <w:pPr>
        <w:pStyle w:val="ArticleHeading"/>
        <w:jc w:val="left"/>
      </w:pPr>
      <w:r>
        <w:rPr>
          <w:rFonts w:ascii="Arial" w:hAnsi="Arial" w:eastAsia="Arial" w:cs="Arial"/>
        </w:rPr>
        <w:t>Peteĩchagua Teknológica</w:t>
      </w:r>
    </w:p>
    <w:p>
      <w:pPr>
        <w:pStyle w:val="ArticleBody"/>
        <w:jc w:val="left"/>
      </w:pPr>
      <w:r>
        <w:rPr>
          <w:rFonts w:ascii="Times New Roman" w:hAnsi="Times New Roman" w:eastAsia="Times New Roman" w:cs="Times New Roman"/>
        </w:rPr>
        <w:t>Pe singularidad tecnológica (hetaiterei hag̃uánte oñehenóiva ‘pe singularidad’) ha’e peteĩ punto hipotético oĩva tenonderãme aravope, upépe pe progreso tecnológico—oñemotenondéva tenonderãite inteligencia artificial rupive—oiko pya’eterei ha mbareteiterei hag̃uáicha ipya’eve ha ohasáma yvypóra poguýgui ha iñentendiméntogui, ha upéicha ogueru transformación-kuéra ndaikatúiva oñeikuaa hag̃ua tenonderã ha ipypukúva yvypóra civilización-pe. Pe idea mbytépe oĩ peteĩ explosión de inteligencia: ñamoheñóiramo peteĩ sistema de IA iñaranduvéva umi yvypóra iñaranduvéva apytégui (hetaiterei oñehenóiva Superinteligencia Artificial térã ASI), upéva ikatu ojapo jey ha omoporãve ijehe fasterve oimeraẽ aty yvypóra oikuaaháicha araka’eve. Kóva omoheñói peteĩ círculo recursivo pe auto-mejoramiento rehegua, upépe pe capacidad ojepuru jey ha jey ha ojokakuaa mokõive jey mokõive jey umi plazo mbykypaitépe (ára -&gt; aravo -&gt; minuto), ha upéicha umi desarrollo oúvante oiko explosivo ha ndaikatúi umi “yvypóra pre-singularidad” oikuaa porã hag̃ua térã omboguata hag̃ua hekopete. Pe ñe’ẽ “singularidad” ojepuru física ha matemática-gui, upépe “peteĩ agujero negro”-pe, pe singularidad ha’e pe punto upépe pe gravedad oiko infinita ha ñande léi física ko’ág̃agua ndoikovéima—ndaikatúi jahecha térã jaikuaa mba’épa oiko pe horizonte de eventos rire.</w:t>
      </w:r>
    </w:p>
    <w:p>
      <w:pPr>
        <w:pStyle w:val="ArticleBody"/>
        <w:jc w:val="left"/>
      </w:pPr>
      <w:r>
        <w:rPr>
          <w:rFonts w:ascii="Times New Roman" w:hAnsi="Times New Roman" w:eastAsia="Times New Roman" w:cs="Times New Roman"/>
        </w:rPr>
        <w:t>Upéicha avei, pe singularidad tecnológica ojehecha peteĩ “horizonte de sucesos” ramo tembiasakue ryepýpe: ikatu ñamombeʼu tenonde gotyo umi tendencia pe punto peve, ha upéi chuguive, pe futuro ojepyta iñypytũ hag̃uáicha umi akã yvypóra ndorekóivape mbaʼeveichagua ñembohetave hag̃ua.</w:t>
      </w:r>
    </w:p>
    <w:p>
      <w:pPr>
        <w:pStyle w:val="ArticleHeading"/>
        <w:jc w:val="left"/>
      </w:pPr>
      <w:r>
        <w:rPr>
          <w:rFonts w:ascii="Arial" w:hAnsi="Arial" w:eastAsia="Arial" w:cs="Arial"/>
        </w:rPr>
        <w:t>Mbykyte ha umi Pensadór Principal-kuéra</w:t>
      </w:r>
    </w:p>
    <w:p>
      <w:pPr>
        <w:pStyle w:val="ArticleBody"/>
        <w:jc w:val="left"/>
      </w:pPr>
      <w:r>
        <w:rPr>
          <w:rFonts w:ascii="Times New Roman" w:hAnsi="Times New Roman" w:eastAsia="Times New Roman" w:cs="Times New Roman"/>
        </w:rPr>
        <w:t>Ary 1950-kuérape—Ta’ỹi ypykue ojehecha matemático John von Neumann rembiapópe (he’íva’ekue pe cambio tecnológico pya’eve hag̃ua ohóvo) ha matemático/kriptólogo I.J. Good rembiapópe (ha’éva 1965-pe peteĩ “explosión de inteligencia” oikótaha peteĩ jey umi máquina ojapo vove máquina iporãvéva).</w:t>
      </w:r>
    </w:p>
    <w:p>
      <w:pPr>
        <w:pStyle w:val="ArticleBody"/>
        <w:jc w:val="left"/>
      </w:pPr>
      <w:r>
        <w:rPr>
          <w:rFonts w:ascii="Times New Roman" w:hAnsi="Times New Roman" w:eastAsia="Times New Roman" w:cs="Times New Roman"/>
        </w:rPr>
        <w:t>1993-pe — Mbo’esyry pyahu ñanduti ha ñe’ẽpoty aranduka ficticia rehegua haihára Vernor Vinge omyasãi heta hag̃ua ko árape ojeikuaáva pe concepto iñambue pyahúva iñe’ẽhaipe, *The Coming Technological Singularity*. Ha’e he’i va’ekue jajapótaha peteĩ arandu yvypóra arandu ári ohasáva amo 2005–2030 mbytépe, upéi “pe ára yvypóra rehegua” opa va’erãha (he’iséva yvypóra oipytyvõ’ỹre ndaha’emo’ãvéima pe arandu ipu’akavéva).</w:t>
      </w:r>
    </w:p>
    <w:p>
      <w:pPr>
        <w:pStyle w:val="ArticleBody"/>
        <w:jc w:val="left"/>
      </w:pPr>
      <w:r>
        <w:rPr>
          <w:rFonts w:ascii="Times New Roman" w:hAnsi="Times New Roman" w:eastAsia="Times New Roman" w:cs="Times New Roman"/>
        </w:rPr>
        <w:t>2005-pe — hembiporãha/ára ohechaukáva tenonderã Ray Kurzweil ogueru ko idea tavayguakuéra oikuaahápe iñaranduka The Singularity Is Near rupive. Ha’e he’i pe singularidad og̃uahẽha ary 2045 rupi, omboguata hag̃uáicha pe okakuaáva pya’e ha sapy’ỹi hag̃ua mba’epu’akapáva computación-pe (oseguíva iléi hérava Law of Accelerating Returns), nanoteknología, bioteknología ha pe joaju apytu’ũ ha computadora apytépe. Ha’e akóinte omombarete ko ára peteĩchaite, ha ko’ãga ramoite omoneĩjey AGI ary 2029-pe ha pe singularidad ary 2045 rupi.</w:t>
      </w:r>
    </w:p>
    <w:p>
      <w:pPr>
        <w:pStyle w:val="ArticleHeading"/>
        <w:jc w:val="left"/>
      </w:pPr>
      <w:r>
        <w:rPr>
          <w:rFonts w:ascii="Arial" w:hAnsi="Arial" w:eastAsia="Arial" w:cs="Arial"/>
        </w:rPr>
        <w:t>Ypy Aravo Ñemombe’upyre (ary 2026 ñepyrũrã peve)</w:t>
      </w:r>
    </w:p>
    <w:p>
      <w:pPr>
        <w:pStyle w:val="ArticleBody"/>
        <w:jc w:val="left"/>
      </w:pPr>
      <w:r>
        <w:rPr>
          <w:rFonts w:ascii="Times New Roman" w:hAnsi="Times New Roman" w:eastAsia="Times New Roman" w:cs="Times New Roman"/>
        </w:rPr>
        <w:t>Umi ñe’ẽmombe’u ojehechakuaa porã ojejopyve hague ko’ã arýpe, umi tembiapo tuichaitereíva pya’e oñemotenondéva rehe umi modelo de lenguaje tuicháva, umi sistema de razonamiento ha umi léi de escalamiento rupi: Hetave iñañete ha hi’arambetéva / hi’aguĩva (2026–2027): Oĩ mburuvicha AI herakuã porãva (techapyrã, Dario Amodei, Anthropic-gua, Elon Musk) he’i hag̃ua opavave renondépe pe superinteligencia térã peteĩ mba’e hembiapópe ojoajúva pe singularidad ñepyrũha ndive ikatu hag̃uáicha og̃uahẽ voi 2026-pe térã 1–3 ary ryepýpe.</w:t>
      </w:r>
    </w:p>
    <w:p>
      <w:pPr>
        <w:pStyle w:val="ArticleBody"/>
        <w:jc w:val="left"/>
      </w:pPr>
      <w:r>
        <w:rPr>
          <w:rFonts w:ascii="Times New Roman" w:hAnsi="Times New Roman" w:eastAsia="Times New Roman" w:cs="Times New Roman"/>
        </w:rPr>
        <w:t>Tembikuaa rehegua mba’ekuaarã ñembyaty apytépe jepe oñembyaty gueteri 2040–2050 rupi pe superinteligencia/singularidad henyhẽ hag̃ua.</w:t>
      </w:r>
    </w:p>
    <w:p>
      <w:pPr>
        <w:pStyle w:val="ArticleHeading"/>
        <w:jc w:val="left"/>
      </w:pPr>
      <w:r>
        <w:rPr>
          <w:rFonts w:ascii="Arial" w:hAnsi="Arial" w:eastAsia="Arial" w:cs="Arial"/>
        </w:rPr>
        <w:t>Mokõi aty umi mba’e ikatúva osẽ hag̃ua hag̃uáicha</w:t>
      </w:r>
    </w:p>
    <w:p>
      <w:pPr>
        <w:pStyle w:val="ArticleBody"/>
        <w:jc w:val="left"/>
      </w:pPr>
      <w:r>
        <w:rPr>
          <w:rFonts w:ascii="Times New Roman" w:hAnsi="Times New Roman" w:eastAsia="Times New Roman" w:cs="Times New Roman"/>
        </w:rPr>
        <w:t>Utopiagua / optimista -&gt; hetaite iporãite, mba’asy ha mboriahu ñehundipaite, omanóva’ỹrõguáicha jeikove puku apytu’ũ jehupi rupive térã nanomedicina rupive, yvypóra oñembojoaju AI ndive (transhumanismo), ha ñesãmbyhy umi apañuái científico yma ndaikatúiva oñesõ minutos mbovymi ryepýpe.</w:t>
      </w:r>
    </w:p>
    <w:p>
      <w:pPr>
        <w:pStyle w:val="ArticleBody"/>
        <w:jc w:val="left"/>
      </w:pPr>
      <w:r>
        <w:rPr>
          <w:rFonts w:ascii="Times New Roman" w:hAnsi="Times New Roman" w:eastAsia="Times New Roman" w:cs="Times New Roman"/>
        </w:rPr>
        <w:t>Distópico / pesimista -&gt; ñehundi yvypóra rembiapokuaa ha jejoko, joavy (IA omuña umi hembipota oĩva ojoavy térã iñañáva yvypóra reko hag̃ua rehe), ñembyai económico ha social, térã jepe umi riesgo existencial yvypórape guarã.</w:t>
      </w:r>
    </w:p>
    <w:p>
      <w:pPr>
        <w:pStyle w:val="ArticleBody"/>
        <w:jc w:val="left"/>
      </w:pPr>
      <w:r>
        <w:rPr>
          <w:rFonts w:ascii="Times New Roman" w:hAnsi="Times New Roman" w:eastAsia="Times New Roman" w:cs="Times New Roman"/>
        </w:rPr>
        <w:t>Pe singularidad ndaha’éi añoite “IA iporãitereívaeterei”; ha’e upe ára pe evolución tecnológica ojesarekovéma umi límite biológico/umáno pya’e rehe ha oiko peteĩ proceso autónomo, osyryry ha ndaikatúiva oñejoko. Térã upéva oiko hag̃ua ary 2026-pe, 2030-pe, 2045-pe, térã araka’eve hag̃ua, upéicharõ jepe opyta peteĩva umi porandu guasuite, ipohyietereíva yvypóra rembiasakue ko’ág̃agua ryepýpe.</w:t>
      </w:r>
    </w:p>
    <w:p>
      <w:pPr>
        <w:pStyle w:val="ArticleHeading"/>
        <w:jc w:val="left"/>
      </w:pPr>
      <w:r>
        <w:rPr>
          <w:rFonts w:ascii="Arial" w:hAnsi="Arial" w:eastAsia="Arial" w:cs="Arial"/>
        </w:rPr>
        <w:t>Aravo Paha – 1989</w:t>
      </w:r>
    </w:p>
    <w:p>
      <w:pPr>
        <w:pStyle w:val="ArticleBody"/>
        <w:jc w:val="left"/>
      </w:pPr>
      <w:r>
        <w:rPr>
          <w:rFonts w:ascii="Times New Roman" w:hAnsi="Times New Roman" w:eastAsia="Times New Roman" w:cs="Times New Roman"/>
        </w:rPr>
        <w:t>Yvy Oñembojoajuha Oñepyrũ</w:t>
      </w:r>
    </w:p>
    <w:p>
      <w:pPr>
        <w:pStyle w:val="ArticleBody"/>
        <w:jc w:val="left"/>
      </w:pPr>
      <w:r>
        <w:rPr>
          <w:rFonts w:ascii="Times New Roman" w:hAnsi="Times New Roman" w:eastAsia="Times New Roman" w:cs="Times New Roman"/>
        </w:rPr>
        <w:t>Pe jehasa’ẽ ñemoambue ñemboguata peteĩteĩguá-gui ñemboguata joajuhápe. Tim Berners-Lee opropone World Wide Web CERN-pe (1989). Oñembotuicha ñehesa’ỹijo comercial redes neuronales rehegua (puru militar + académico), Intel 80486 osẽ mercado-pe—pe mbarete ñemboguata personal rehegua opu’ã tuicha, ARPANET katu oñemoambue ohóvo upe mba’épe oikótava Internet moderno. Ko’ã mba’e mboyve, ñemboguata ipoderóso va’ekue, ha hetave jey opyta peteĩteĩme ojokopyre. Ary 1989 rire, ñemboguata oñemohenda peteĩ red-pe ojerurévaicha. Redes neuronales 1989-pe niko oñepyrũmbaiterei gueteri, hardware rembe’ýpe ojokopyre, ha hetavérõ sistema de patrones mbohapeha oñembohetave hag̃ua regla rupive—háke milicia ha laboratorio-kuéra ñehesa’ỹijorãma oikuaáma ohesa’ỹijo sistema-kuéra oaprendéva hag̃ua ojehechaukávo, jeguata hag̃ua, ha clasificación de señales-pe g̃uarã. Kóva hína pe capa fundacional opa mba’e upe riregua hag̃ua.</w:t>
      </w:r>
    </w:p>
    <w:p>
      <w:pPr>
        <w:pStyle w:val="ArticleHeading"/>
        <w:jc w:val="left"/>
      </w:pPr>
      <w:r>
        <w:rPr>
          <w:rFonts w:ascii="Arial" w:hAnsi="Arial" w:eastAsia="Arial" w:cs="Arial"/>
        </w:rPr>
        <w:t>Pe Marandu Oñemohendapyre – 1996</w:t>
      </w:r>
    </w:p>
    <w:p>
      <w:pPr>
        <w:pStyle w:val="ArticleBody"/>
        <w:jc w:val="left"/>
      </w:pPr>
      <w:r>
        <w:rPr>
          <w:rFonts w:ascii="Times New Roman" w:hAnsi="Times New Roman" w:eastAsia="Times New Roman" w:cs="Times New Roman"/>
        </w:rPr>
        <w:t>Pe Ñemuha Comercial ñemyasãi tuicháva hag̃ua Internet-pe</w:t>
      </w:r>
    </w:p>
    <w:p>
      <w:pPr>
        <w:pStyle w:val="ArticleBody"/>
        <w:jc w:val="left"/>
      </w:pPr>
      <w:r>
        <w:rPr>
          <w:rFonts w:ascii="Times New Roman" w:hAnsi="Times New Roman" w:eastAsia="Times New Roman" w:cs="Times New Roman"/>
        </w:rPr>
        <w:t>Ñanduti oiko hag̃ua opavavépe g̃uarã, oñemohepyme’ẽ hag̃ua, ha oguahẽ hag̃ua yvy tuichakue javeve. Netscape ha umi kundahára oike ñorairõme, Amazon ha eBay ohechauka hag̃ua ñemuha en línea omba’apoha añetehápe. Google oñepyrũ (BackRub-rõ Stanford-pe, 1996), Windows 95 jeiporu oñembohetave ha ombopya’e hag̃ua tembiporu informático jeporu tapichakuéra apytépe. 1996-pe pe Internet ndaha’éi véima mba’e académico año, ha oiko hag̃ua mba’e económico. Pe infraestructura 1989 guive oguahẽ ko’ág̃a escala de consumo-pe. Pe época dot-com ndaha’éi ñanduti roguekuéra rehe añoite—ha’e tembiapo digitalización rehegua. Ko período omoambue ñemuha, marandu ñemyasãi, marandu jejuhu ha ñembohasarã rapekuéra.</w:t>
      </w:r>
    </w:p>
    <w:p>
      <w:pPr>
        <w:pStyle w:val="ArticleHeading"/>
        <w:jc w:val="left"/>
      </w:pPr>
      <w:r>
        <w:rPr>
          <w:rFonts w:ascii="Arial" w:hAnsi="Arial" w:eastAsia="Arial" w:cs="Arial"/>
        </w:rPr>
        <w:t>Marandu Mbaretekuepyre – 9/11, 2001</w:t>
      </w:r>
    </w:p>
    <w:p>
      <w:pPr>
        <w:pStyle w:val="ArticleBody"/>
        <w:jc w:val="left"/>
      </w:pPr>
      <w:r>
        <w:rPr>
          <w:rFonts w:ascii="Times New Roman" w:hAnsi="Times New Roman" w:eastAsia="Times New Roman" w:cs="Times New Roman"/>
        </w:rPr>
        <w:t>Ñepyrũ Arapokõindyryry + Plataforma rehegua Rembiasa Pyahu</w:t>
      </w:r>
    </w:p>
    <w:p>
      <w:pPr>
        <w:pStyle w:val="ArticleBody"/>
        <w:jc w:val="left"/>
      </w:pPr>
      <w:r>
        <w:rPr>
          <w:rFonts w:ascii="Times New Roman" w:hAnsi="Times New Roman" w:eastAsia="Times New Roman" w:cs="Times New Roman"/>
        </w:rPr>
        <w:t>Marandu rehegua jehechaukarã ñembohasaha digital-pe + arai yvategua ñemoheñói pyharevegua + banda ancha tapiaite oñembojoajúva. Apple oguenohẽ iPod (ko’ápe oñepyrũ pe ecosistema digital ogueraháva hendive), oñepyrũ Wikipedia (modelo plataforma de conocimiento colectivo), pe banda ancha jeporu okakuaa mbarete, Amazon oñepyrũ kirirĩháme omopu’ã hag̃ua upe oikótava AWS. Umi tecnología de vigilancia oñembohetaiterei pya’e 9/11 rire, ha pe infraestructura de análisis de datos okakuaa pya’eiterei. Ko’ápe oñemoĩ ypy pe computación en la nube, umi ecosistema de plataformas, pe predominio contenido digital rehegua, pe infraestructura tapiaite ojoajúva, ha pe yvyra rapo oñemoĩ hag̃ua umi redes sociales ha umi teléfonos inteligentes.</w:t>
      </w:r>
    </w:p>
    <w:p>
      <w:pPr>
        <w:pStyle w:val="ArticleHeading"/>
        <w:jc w:val="left"/>
      </w:pPr>
      <w:r>
        <w:rPr>
          <w:rFonts w:ascii="Arial" w:hAnsi="Arial" w:eastAsia="Arial" w:cs="Arial"/>
        </w:rPr>
        <w:t>Pyenda Oñemopyenda – Habacuc Táva Kuéra – 2012, 2013</w:t>
      </w:r>
    </w:p>
    <w:p>
      <w:pPr>
        <w:pStyle w:val="ArticleBody"/>
        <w:jc w:val="left"/>
      </w:pPr>
      <w:r>
        <w:rPr>
          <w:rFonts w:ascii="Times New Roman" w:hAnsi="Times New Roman" w:eastAsia="Times New Roman" w:cs="Times New Roman"/>
        </w:rPr>
        <w:t>Pe Jehechakuaapy Tuicha Mbo’e Pypukúpe</w:t>
      </w:r>
    </w:p>
    <w:p>
      <w:pPr>
        <w:pStyle w:val="ArticleBody"/>
        <w:jc w:val="left"/>
      </w:pPr>
      <w:r>
        <w:rPr>
          <w:rFonts w:ascii="Times New Roman" w:hAnsi="Times New Roman" w:eastAsia="Times New Roman" w:cs="Times New Roman"/>
        </w:rPr>
        <w:t>Pe Aranduka’ỹrã Guasu ko Ára Pyahúpegua Rehegua</w:t>
      </w:r>
    </w:p>
    <w:p>
      <w:pPr>
        <w:pStyle w:val="ArticleBody"/>
        <w:jc w:val="left"/>
      </w:pPr>
      <w:r>
        <w:rPr>
          <w:rFonts w:ascii="Times New Roman" w:hAnsi="Times New Roman" w:eastAsia="Times New Roman" w:cs="Times New Roman"/>
        </w:rPr>
        <w:t>Kóva ha’e pe momento decisivo umi red neuronal oheja haguére oiko hag̃ua experimento añoite ha oiko hag̃ua ipoderoso añetetépe iporã hag̃uáicha jeiporurã—pe puente exacto pe época “plataforma/nube” ary 2001-pe ha pe explosión “IA generativa” ary 2023-pe apytépe. Jasyporundy 2012-pe: AlexNet (peteĩ red neuronal convolucional pypuku) ogana pe competencia ImageNet peteĩ diferencia tuichaitereívape—oity hag̃ua yvýre opa umi algoritmo oĩva’ekue mboyve. Ko peteĩteĩva tembiapo ojehechakuaa opárupi investigación IA-pe ramo pe momento oñemoñepyrũ hague pe aprendizaje pypuku moderno. 2012-pe: pe equipo Geoffrey Hinton-pegua ohechauka umi red neuronal pypuku, oñembokatupyrýva GPU-kuérape, ikatuha oaprende ijeheguiete umi característica jerárquica. 2013-pe: Google ojogua pe empresa Hinton mba’éva (DNNresearch). Industria pya’e oñepyrũ oñohẽ miles de millones deep learning-pe. Umi ñemoakãrapu’ã GPU NVIDIA-pegua (CUDA) oiko pe hardware estándar ramo IA-pe g̃uarã. Umi tembiporu big data rehegua (Spark 1.0 osẽva’ekue 2013-pe) iñakãguapy ha iporãve avei kóva ndive, ombohapévo umi aty tuichaitereíva dato rehegua oñeikotevẽva deep learning-rã.</w:t>
      </w:r>
    </w:p>
    <w:p>
      <w:pPr>
        <w:pStyle w:val="ArticleHeading"/>
        <w:jc w:val="left"/>
      </w:pPr>
      <w:r>
        <w:rPr>
          <w:rFonts w:ascii="Arial" w:hAnsi="Arial" w:eastAsia="Arial" w:cs="Arial"/>
        </w:rPr>
        <w:t>Ñemboty’o’ỹ – 2023</w:t>
      </w:r>
    </w:p>
    <w:p>
      <w:pPr>
        <w:pStyle w:val="ArticleBody"/>
        <w:jc w:val="left"/>
      </w:pPr>
      <w:r>
        <w:rPr>
          <w:rFonts w:ascii="Times New Roman" w:hAnsi="Times New Roman" w:eastAsia="Times New Roman" w:cs="Times New Roman"/>
        </w:rPr>
        <w:t>IA generativa ohasa pe umbral hag̃ua</w:t>
      </w:r>
    </w:p>
    <w:p>
      <w:pPr>
        <w:pStyle w:val="ArticleBody"/>
        <w:jc w:val="left"/>
      </w:pPr>
      <w:r>
        <w:rPr>
          <w:rFonts w:ascii="Times New Roman" w:hAnsi="Times New Roman" w:eastAsia="Times New Roman" w:cs="Times New Roman"/>
        </w:rPr>
        <w:t>AI oiko hag̃ua, ojeporu hag̃uáicha, ha omoambue hag̃ua pe economía peteĩ hendáicha tuichaite. Ndaha’éi añónte “redes neuronales iporãvéva”. Kóva hína pe ára AI ohaihápe código, omoheñóihápe ta’anga, omboautomatisahápe tembiapo oficinapegua, ombohetavehápe tembiapo ñemoakãrapu’ã rehegua, ha peteĩhaite AI oheja hag̃ua mba’e peteĩva añoite hag̃uáicha ha oiko hag̃ua peteĩ tembiporu cognitivo mba’éichapa ojepuru opaichagua rembipotápe.</w:t>
      </w:r>
    </w:p>
    <w:p>
      <w:pPr>
        <w:pStyle w:val="ArticleHeading"/>
        <w:jc w:val="left"/>
      </w:pPr>
      <w:r>
        <w:rPr>
          <w:rFonts w:ascii="Arial" w:hAnsi="Arial" w:eastAsia="Arial" w:cs="Arial"/>
        </w:rPr>
        <w:t>2026 – Singularity?</w:t>
      </w:r>
    </w:p>
    <w:p>
      <w:pPr>
        <w:pStyle w:val="ArticleListItem"/>
        <w:ind w:left="576" w:hanging="259"/>
        <w:jc w:val="left"/>
      </w:pPr>
      <w:r>
        <w:rPr>
          <w:rFonts w:ascii="Times New Roman" w:hAnsi="Times New Roman" w:eastAsia="Times New Roman" w:cs="Times New Roman"/>
        </w:rPr>
        <w:t>• 1989 ári pe ñemboja’o hag̃ua pe ára pahaite voi (ñembojoaju ñandutípe oñepyrũ, omoĩ hag̃ua pyenda arandupy syry opavavépe g̃uarã; oñembojoaju Unión Soviética ho’a hag̃ua ndive, ha’éva pe techaukaha Adventismo rembiasakue ára paha pahaite pegua).</w:t>
      </w:r>
    </w:p>
    <w:p>
      <w:pPr>
        <w:pStyle w:val="ArticleListItem"/>
        <w:ind w:left="576" w:hanging="259"/>
        <w:jc w:val="left"/>
      </w:pPr>
      <w:r>
        <w:rPr>
          <w:rFonts w:ascii="Times New Roman" w:hAnsi="Times New Roman" w:eastAsia="Times New Roman" w:cs="Times New Roman"/>
        </w:rPr>
        <w:t>• 1996 pe marandu formalizáramo ramo: ñanduti renda ñemuha ombotuicha marandu economía, ombopapapy ñemuha ha jejuhu.</w:t>
      </w:r>
    </w:p>
    <w:p>
      <w:pPr>
        <w:pStyle w:val="ArticleListItem"/>
        <w:ind w:left="576" w:hanging="259"/>
        <w:jc w:val="left"/>
      </w:pPr>
      <w:r>
        <w:rPr>
          <w:rFonts w:ascii="Times New Roman" w:hAnsi="Times New Roman" w:eastAsia="Times New Roman" w:cs="Times New Roman"/>
        </w:rPr>
        <w:t>• 2001 ramo pe marandu ñemombareterãrõ (platafórma, arai digital, jeike tapiaite omoñepyrũ pe tekoharã digital arandupy joaju, oguata hag̃uápe guarã).</w:t>
      </w:r>
    </w:p>
    <w:p>
      <w:pPr>
        <w:pStyle w:val="ArticleListItem"/>
        <w:ind w:left="576" w:hanging="259"/>
        <w:jc w:val="left"/>
      </w:pPr>
      <w:r>
        <w:rPr>
          <w:rFonts w:ascii="Times New Roman" w:hAnsi="Times New Roman" w:eastAsia="Times New Roman" w:cs="Times New Roman"/>
        </w:rPr>
        <w:t>• 2012/2013 ojehecha hag̃ua pe ñemoñepyrũ tee arandu añetegua rehegua (pe jehechakuaa pypuku ñembokatupyry rehegua ojapo pe máquina-kuéra comprensión hag̃ua oiko hag̃uáicha práctico ha ikatu hag̃uáicha oñembotuichave).</w:t>
      </w:r>
    </w:p>
    <w:p>
      <w:pPr>
        <w:pStyle w:val="ArticleListItem"/>
        <w:ind w:left="576" w:hanging="259"/>
        <w:jc w:val="left"/>
      </w:pPr>
      <w:r>
        <w:rPr>
          <w:rFonts w:ascii="Times New Roman" w:hAnsi="Times New Roman" w:eastAsia="Times New Roman" w:cs="Times New Roman"/>
        </w:rPr>
        <w:t>• 2023, pe hu’ãrõ pehẽgui’ỹrã ñemohu’ã ramo (IA generativa oike hag̃ua iñakãrapu’ã py’aguasu hag̃ua opavave mba’erã, ojapo hag̃ua kuatia’arandu ha razonamiento ojehupyty hag̃uáicha ha omoambue tuicháva hag̃ua).</w:t>
      </w:r>
    </w:p>
    <w:p>
      <w:pPr>
        <w:pStyle w:val="ArticleBody"/>
        <w:jc w:val="left"/>
      </w:pPr>
      <w:r>
        <w:rPr>
          <w:rFonts w:ascii="Times New Roman" w:hAnsi="Times New Roman" w:eastAsia="Times New Roman" w:cs="Times New Roman"/>
        </w:rPr>
        <w:t>Pe progresión iporã ha hekojoja: káda etapa oñemboguata joapykuévo pe oúva mboyve rehe, ha oñemoambue conexión-gui -&gt; comercialización-pe -&gt; ecosistema-pe -&gt; inteligencia-pe -&gt; cognición-pe.</w:t>
      </w:r>
    </w:p>
    <w:p>
      <w:pPr>
        <w:pStyle w:val="ArticleBody"/>
        <w:jc w:val="left"/>
      </w:pPr>
      <w:r>
        <w:rPr>
          <w:rFonts w:ascii="Times New Roman" w:hAnsi="Times New Roman" w:eastAsia="Times New Roman" w:cs="Times New Roman"/>
        </w:rPr>
        <w:t>2012/2013 ha’e pe bisagra crítica; pe momento red neuronal-kuéra ohechauka hag̃ua ikatuha oaprende jerárkikamente ha ijeheguiete (AlexNet/ImageNet jehupyty, Hinton rembiapo oñemoneĩ, GPU escalado ojeporukuaa), ha upéva ojapo hag̃ua pe 2023-pe oiko vaʼekue explosión generativa ndaikatúi hag̃uáicha jejoko. Ndahaʼéirire pe 2012-pe oiko vaʼekue cambio arquitectónico, umi modelo transformer (2017) ha pe escalado tuichaitereíva ndaikatumoʼãikuri ogueru peteĩ generalidad oguahẽva ChatGPT nivel-pe.</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 - Papapy Pa Mokõi hag̃ua&lt;|endoftext|&gt;ેણ&lt;analysis to=all:final code&gt; Panium - Mbohapy papapy mokõipa joa</dc:title>
  <dc:subject>Pe mba’e ha pe visión: Mokõi Daniel maranduhai ñe’ẽrã rapykuere ha Apocalipsis ñemboja’oỹre jeipe’a hag̃uáicha</dc:subject>
  <dc:creator>Jeff Pippenger</dc:creator>
  <cp:keywords/>
  <dc:description>Generated by ArticleDigger from panium\17_panium.json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