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Papapy Pateĩha-Poapy</w:t>
      </w:r>
    </w:p>
    <w:p>
      <w:pPr>
        <w:pStyle w:val="ArticleSubtitle"/>
        <w:jc w:val="left"/>
      </w:pPr>
      <w:r>
        <w:rPr>
          <w:rFonts w:ascii="Arial" w:hAnsi="Arial" w:eastAsia="Arial" w:cs="Arial"/>
        </w:rPr>
        <w:t>Mbohapy 250 Vez</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2026-02-25</w:t>
      </w:r>
    </w:p>
    <w:p>
      <w:pPr>
        <w:pStyle w:val="ArticleBody"/>
        <w:jc w:val="left"/>
      </w:pPr>
      <w:r>
        <w:rPr>
          <w:rFonts w:ascii="Times New Roman" w:hAnsi="Times New Roman" w:eastAsia="Times New Roman" w:cs="Times New Roman"/>
        </w:rPr>
        <w:t>Koʼág̃a rombohováita mbaʼérepa oñeʼẽ Daniel 11:12-gui, ha upéi, jaguerúta umi mbohapy línea “250” ary rehegua pe tembiasakuepe umi versículo 11 guive 15 peve, oñekumpli vaʼekue Panium ñorairõme ary 200 a.C.-pe. Pe línea “250” ary rehegua oñepyrũvaʼekue ary 457 a.C.-pe opa ary 207 a.C.-pe, pe periodo mbytepe oñepyrũva Raphia ñorairõme ha opa Panium ñorairõme. Umi “250” ary pe línea de Nerón rehegua opa Constantino rembiasakue mbohapy jepytasópe, oñerrepresentáva umi ary 313, 321 ha 330 rehe. Umi “250” ary Estados Unidos rehegua opa julio 4, 2026-pe.</w:t>
      </w:r>
    </w:p>
    <w:p>
      <w:pPr>
        <w:pStyle w:val="ArticleBody"/>
        <w:jc w:val="left"/>
      </w:pPr>
      <w:r>
        <w:rPr>
          <w:rFonts w:ascii="Times New Roman" w:hAnsi="Times New Roman" w:eastAsia="Times New Roman" w:cs="Times New Roman"/>
        </w:rPr>
        <w:t>Nerón ñemoñare rehegua ohechauka mymba ra’ãnga rembiasakue, peteĩ ára ñehesa’ỹijo rehegua, tenonderãite Estados Unidos-pe, ha upéi ko yvy ape ári. Pe línea 457 a.C. guive omoĩ Trump-pe peteĩ mbyte militar ramo mokõi ñorairõ guasu apytépe. Pe ára pukukue oñepyrũva 1776 guive avei omarka peteĩ mbyte Trump presidencia paha rehegua. Ikatu hag̃uáicha ñamoĩ ko’ã línea hendaitépe, ñañepyrũta ñahesa’ỹijo hag̃ua versíkulo doce, ha Rusia ha Putin oñehundiha. Upéi umi mbohapy línea “250” ary rehegua, ha upéi pe línea Dinastía Hasmonea rehegua. Umi línea oñemoĩ porã rire, ñamoĩta Pedro-pe Panium ndive joajuhápe. Ha umi línea oñemoĩ porã vove, ikatúta jahechakuaa mba’éichapa pe marandu 18 jasypokõi ary 2020 rehegua oñemyatyrõ ha oñemomaranduva’erã, ha upéva ha’eha Joel kuatiañe’ẽ marandu.</w:t>
      </w:r>
    </w:p>
    <w:p>
      <w:pPr>
        <w:pStyle w:val="ArticleHeading"/>
        <w:jc w:val="left"/>
      </w:pPr>
      <w:r>
        <w:rPr>
          <w:rFonts w:ascii="Arial" w:hAnsi="Arial" w:eastAsia="Arial" w:cs="Arial"/>
        </w:rPr>
        <w:t>Mburuvicha guasu Uzías Judá rehegua ha Ptolomeo Egipto ruvicha guasu</w:t>
      </w:r>
    </w:p>
    <w:p>
      <w:pPr>
        <w:pStyle w:val="ArticleBody"/>
        <w:jc w:val="left"/>
      </w:pPr>
      <w:r>
        <w:rPr>
          <w:rFonts w:ascii="Times New Roman" w:hAnsi="Times New Roman" w:eastAsia="Times New Roman" w:cs="Times New Roman"/>
        </w:rPr>
        <w:t>Tembiasakue ombojepytasóva pe versíkulo onceha Ráfia ñorairõme oñembojoaju mburuvicha guasu Uzías rembiasakue rehe. Isaías oñemopotĩ ha oñemombarete oñemoherakuã hag̃ua pe marandu ama pahápegua rehegua, hi’henói ou pe arýpe Uzías omano hague.</w:t>
      </w:r>
    </w:p>
    <w:p>
      <w:pPr>
        <w:pStyle w:val="ArticleScripture"/>
        <w:jc w:val="left"/>
      </w:pPr>
      <w:r>
        <w:rPr>
          <w:rFonts w:ascii="Times New Roman" w:hAnsi="Times New Roman" w:eastAsia="Times New Roman" w:cs="Times New Roman"/>
        </w:rPr>
        <w:t>Pe mburuvicha guasu Uzías omanóvape, che ahecha avei Ñandejára oguapyhína peteĩ tróno ári, yvate ha oñemopuʼã porã vaʼekue, ha ijao puku omyenyhẽ pe tupaópe. Isaías 6:1.</w:t>
      </w:r>
    </w:p>
    <w:p>
      <w:pPr>
        <w:pStyle w:val="ArticleBody"/>
        <w:jc w:val="left"/>
      </w:pPr>
      <w:r>
        <w:rPr>
          <w:rFonts w:ascii="Times New Roman" w:hAnsi="Times New Roman" w:eastAsia="Times New Roman" w:cs="Times New Roman"/>
        </w:rPr>
        <w:t>Uzías mano oñemano mboyve oñepyrũ vaʼekue pe ñepuʼã ohechaukáva, ojoguáva ha ojoajúva Ptolomeo ñepuʼã rehe, upe tetãgua ñorairõ Rafia-pe ñemenanganingo rire. Uzías ha Ptolomeo haʼe techaukaha peteĩ mburuvicha guasu ñemby gotyogua rehegua, ikorasõ oñembotuicháva, ha opuʼãva oheka rupi ombojoaju hag̃ua iñakãrapuʼã tetãygua pokatu tupao pokatu ndive. Uzías oñehaʼãrõ guare ombojoaju tupao ha tetã, pe lepra oĩva ijykére ohechaukarakaʼe pe mymba ñemarka.</w:t>
      </w:r>
    </w:p>
    <w:p>
      <w:pPr>
        <w:pStyle w:val="ArticleScripture"/>
        <w:jc w:val="left"/>
      </w:pPr>
      <w:r>
        <w:rPr>
          <w:rFonts w:ascii="Times New Roman" w:hAnsi="Times New Roman" w:eastAsia="Times New Roman" w:cs="Times New Roman"/>
        </w:rPr>
        <w:t>Ha pe ángel mbohapyha osegi chupekuéra, he'ívo ñe'ẽ hatãme: Oimeraẽva omomba'e guasu ramo pe mymba ha ta'ãnga, ha ohupyty ramo imárka ijykére térã ipope, upe va'erã voi ho'u Tupã pochy ryrukue, oñeñohẽva jopói'ỹre ipochy kópage; ha oñembohasa asýta tata ha azúfre rupive umi ángel marangatu renondépe ha pe Ovecha Ra'y renondépe. Ha iñembyasýgui osẽva tatatĩ ojupi opa ára g̃uarã; ha ndaipóri pytu'u chupekuéra araka'eve, ára ni pyhare, umi omomba'e guasúva pe mymba ha ta'ãnga, ha oimeraẽva ohupytýva héra márka. Apocalipsis 14:9–11.</w:t>
      </w:r>
    </w:p>
    <w:p>
      <w:pPr>
        <w:pStyle w:val="ArticleBody"/>
        <w:jc w:val="left"/>
      </w:pPr>
      <w:r>
        <w:rPr>
          <w:rFonts w:ascii="Times New Roman" w:hAnsi="Times New Roman" w:eastAsia="Times New Roman" w:cs="Times New Roman"/>
        </w:rPr>
        <w:t>Upérõ Uzzías ohechauka peteĩ mano mbeguekatu osẽva guive pe ára ha’e opu’ã vai hag̃ua ombojoaju hag̃ua tupão ha Estado. Upéi ohechauka avei peteĩ poguýpe oguapýva mboruvicha guasu ramo, oñondive oisãmbyhývo ita’ýra ndive once ary pukukue. Uzzías oikove kuri once ary pe opu’ã vai rire. Iñepyrũrã pe hembiapo vai simbólikamente ohechauka pe arapokõindy léi, moõ tupão ha Estado oñembojoaju ha pe mymba marca oñemombarete. Once ary rire omano, ha upéva ohechauka ipahaitémaha iguapy mburuvicha guasu ramo pe ñemby tetã Judá-pe, ha’éva pe yvy porãite, ha upéva hína Estados Unidos.</w:t>
      </w:r>
    </w:p>
    <w:p>
      <w:pPr>
        <w:pStyle w:val="ArticleBody"/>
        <w:jc w:val="left"/>
      </w:pPr>
      <w:r>
        <w:rPr>
          <w:rFonts w:ascii="Times New Roman" w:hAnsi="Times New Roman" w:eastAsia="Times New Roman" w:cs="Times New Roman"/>
        </w:rPr>
        <w:t>Ñe’ẽmarandu rehegua joaju Ptolemeo ndivepe, Uzías ohechauka Judápe, pe yvy mimbipáva ha protestantismo apóstata-pe; upe aja Ptolemeo ohechauka Egíptope, ha’éva pe mbarete dragón rehegua, ha imarangatu’ỹha hína espiritísmo. Umi mokõi mburuvicha guasu ojehechávo línea paralela ramo, Uzías ndaha’éi véima peteĩ ta’anga pe yvy mimbipáva rehegua, ha oñondive oiko hag̃ua peteĩ símbolo mokõi tetã rehegua. Egipto ha Judá ha’e símbolo espiritísmo ha protestantismo apóstata jerovia rehegua. Ha’e kuéra peteĩ símbolo Estado ha iglesia rehegua. Pe tekoreí Estado rehegua ha pe tekoreí iglesia rehegua ohechaukáva hikuái, oñembojoajúramo peteĩ símbolo ramo, oguereko mokõi tetã, oikohaguéicha Medo ha Persia, oikohaguéicha Francia Egipto ha Sodoma, oĩháicha Estados Unidos-pe umi hatĩ republicano ha protestante, oikohaguéicha Israel ha Judá rréino yvategua ha yvygotyogua, avei Roma pagana ha Roma papal. Símbolo ramo mokõi rréino rehegua, proféticamente oñembojoaju hikuái pe tupão Jerusalénpe oĩva rupive, upépe mokõivéva Uzías ha Ptolemeo oheka hag̃uáicha osakrifika pe tupão Jerusalénpe. Mokõi tetã opu’ãva mokõivéva pe santuario peteĩchagua rehe.</w:t>
      </w:r>
    </w:p>
    <w:p>
      <w:pPr>
        <w:pStyle w:val="ArticleBody"/>
        <w:jc w:val="left"/>
      </w:pPr>
      <w:r>
        <w:rPr>
          <w:rFonts w:ascii="Times New Roman" w:hAnsi="Times New Roman" w:eastAsia="Times New Roman" w:cs="Times New Roman"/>
        </w:rPr>
        <w:t>Tuicha hag̃ua mbaʼe tuicha mbaʼetéva mokõivéva rréi puʼakarekoʼỹ oĩ hague Jerusalén pe témplo rehegua ndive, ha upéva haʼe pe témplo raʼanga Daniel ohecha hague Cristope kapítulo diez-pe. Mokõivéva koʼã rréi rembiasakue oñondivepa oĩ Ucrania ñorairõme, ha upéicha rupi omoñepyrũ hikuái itestimónio ary 2014-pe. Mokõivéva oñemopuʼã yvate ñorairõme ipuʼakáva rupive, oñerrepresentáva Raphia ñorairõme versíkulo once-pe. Raphia omarka pe frontera sexto rréino rehegua Biblia profesía-pe ha pe joaju mbohapy hendáicha pe léi domingo rehegua. Upéicha avei haʼe pe frontera pe transición iglesia militante guive peve iglesia triunfante.</w:t>
      </w:r>
    </w:p>
    <w:p>
      <w:pPr>
        <w:pStyle w:val="ArticleBody"/>
        <w:jc w:val="left"/>
      </w:pPr>
      <w:r>
        <w:rPr>
          <w:rFonts w:ascii="Times New Roman" w:hAnsi="Times New Roman" w:eastAsia="Times New Roman" w:cs="Times New Roman"/>
        </w:rPr>
        <w:t>2014 rire, mburuvichavete hepyve hag̃ua omombeʼu hembipota oikévo presidénte-rã 2015-pe. 2020-pe, mburuvichavete hepyvéva, ohechaukáva pe hatĩ republicano, ohupyty pe ijai katúva opyta hag̃uáicha, upéi hag̃ua oñemonguera. 2022-pe, pe ñorairõ Ucrania-pegua oñembopyahuve. Upéi Trump oujey, oñekumpli hag̃ua versíkulo trece, pe jeiporavo 2024-pe. Julio 2023-pe, peteĩ ñeʼẽ osapukái pe desiértope. Diciembre 31, 2023-pe pe hatĩ protestante oñemoingove jey, ha upéicha avei pe hatĩ republicano pe jeiporavo 2024-pe, Trump oujey ramo, ha upéi 2025-pe pe fundamento rehegua prueba opa pe témplo rehegua prueba oguahẽvo.</w:t>
      </w:r>
    </w:p>
    <w:p>
      <w:pPr>
        <w:pStyle w:val="ArticleHeading"/>
        <w:jc w:val="left"/>
      </w:pPr>
      <w:r>
        <w:rPr>
          <w:rFonts w:ascii="Arial" w:hAnsi="Arial" w:eastAsia="Arial" w:cs="Arial"/>
        </w:rPr>
        <w:t>1989</w:t>
      </w:r>
    </w:p>
    <w:p>
      <w:pPr>
        <w:pStyle w:val="ArticleBody"/>
        <w:jc w:val="left"/>
      </w:pPr>
      <w:r>
        <w:rPr>
          <w:rFonts w:ascii="Times New Roman" w:hAnsi="Times New Roman" w:eastAsia="Times New Roman" w:cs="Times New Roman"/>
        </w:rPr>
        <w:t>Umi añetegua ojeipe’áva’ekue 1989-pe mokõihaicha. Umi joja profétika umi movimiento de reforma rehegua ha Daniel 11 pegua seis versículo paha ojeipe’a peteĩchape. Oĩ ciertas regla profétika ojeporúva’ekue oñemopyenda hag̃ua pe marandu ñepyrũrã versículo cuarenta-pe. Oĩ umi añetegua voi ko’ág̃a ha’éva pe clave tembiasakue kañymby pe versículo peteĩchagua rehegua, upépe ojejuhuva’ekue umi ita porã profétika. Ame’ẽta ndéve peteĩ techapyrã.</w:t>
      </w:r>
    </w:p>
    <w:p>
      <w:pPr>
        <w:pStyle w:val="ArticleBody"/>
        <w:jc w:val="left"/>
      </w:pPr>
      <w:r>
        <w:rPr>
          <w:rFonts w:ascii="Times New Roman" w:hAnsi="Times New Roman" w:eastAsia="Times New Roman" w:cs="Times New Roman"/>
        </w:rPr>
        <w:t>Ary 1989-pe, ndaipóri vaekue peteî entendimiento peteĩchapa Adventismo ryepýpe mba’épa omoheñói Daniel rembiapokue pahápe seis versículo. Upe joaju’ỹ mokõi hendáicha ojehechauka. Ndaipóri vaekue consenso mba’épa he’ise umi versículo. Umi oñemombe’úva oguerekoha entendimiento umi versículo rehegua, oikuave’ẽ yvypóra remiandu oñembojehe’áva teología protestantismo apóstata ha catolicismo ndive, pe herencia de primogenitura ohupyty vaekue iñemoñare ypykuégui pe rebelión 1863 guápe, upe jave omyenyhẽ rire pe proféta naiñe’ẽrendúiva rembiapo Jeroboam rebelión fundacional-pe. Umi peteĩteĩva remiandu mba’épa hína umi versículo, ikatúramo jepe, interpretación privada añoite vaekue. Iñemoĩrũ umi versículo rehegua ikatu hag̃uáicha opu’ã umi principio profético básico aplicación rehe, ha heta jey oĩkuri voi iñemoĩrũ hag̃ua pe premisaete ha’ekuéra voi ohechakuaáva umi versículo rehegua.</w:t>
      </w:r>
    </w:p>
    <w:p>
      <w:pPr>
        <w:pStyle w:val="ArticleBody"/>
        <w:jc w:val="left"/>
      </w:pPr>
      <w:r>
        <w:rPr>
          <w:rFonts w:ascii="Times New Roman" w:hAnsi="Times New Roman" w:eastAsia="Times New Roman" w:cs="Times New Roman"/>
        </w:rPr>
        <w:t>Pe ñahecháva’ekue umi versíkulope ha’e peteĩ ñentendekuaa peteĩchapa opaite umi poteĩ versíkulo rehegua. Upe marandu peteĩchapaite rohecháva’ekue niko chemokyre’ỹ aikuaauka hag̃ua che ñentendekuaa, jepe aikuaa hag̃ua opaite Adventismo omboykeha upe che antendéva. Pe roikuaa hag̃ua umi versíkulogui oñemoherakuã raẽ va’ekue ary 1996-pe, ha upe ñentendekuaa upépe oñemohendáva imbareteve meme oho hag̃ua arýgui ary ári mbohapypa ary pukukue!</w:t>
      </w:r>
    </w:p>
    <w:p>
      <w:pPr>
        <w:pStyle w:val="ArticleBody"/>
        <w:jc w:val="left"/>
      </w:pPr>
      <w:r>
        <w:rPr>
          <w:rFonts w:ascii="Times New Roman" w:hAnsi="Times New Roman" w:eastAsia="Times New Roman" w:cs="Times New Roman"/>
        </w:rPr>
        <w:t>Reikuaáramo pe ñe’ẽmondo peteĩhaite pe revista The Time of the End-pe, rejuhúta Testimonies, volumen 9, página 11. Po ary 9/11 mboyve, pe revista oñepyrũ 9/11 reheve. Peteĩ umi entendimiento chemokyre’ỹva apytépe ha’eva’ekue aikũmby porãvo, “pe ára paha”pe, versículo cuarenta-pe, pe ñemburuvicha guasu yvate gotyogua ha yvy gotyogua ohechauka hag̃ua podér espiritual-kuérape, ndaha’éi podér literal-kuérape. Upérõ, che aikuaáma va’ekue Hermana White he’i hague Daniel ha Apocalipsis kuatiañe’ẽnguéra ha’eha peteĩnte kuatiañe’ẽ, ha upe línea profética oĩva Daniel-pe, Juan ogueraha jey Apocalipsis-pe. Che ajuhu va’ekue Apocalipsis 11-pe, oñekumpli va’ekue pe tembiasakue ijerére “pe ára paha” ary 1798-pe; Hermana White ñe’ẽñemyesakã upe kapítulo rehegua ombo’e hesakã porã Francia ha’e hague Egipto espiritual, ha upéichaite avei hesakã porã Apocalipsis 17-pe, pe kuña rekovéva mymba ári ha’e hague Babilonia espiritual.</w:t>
      </w:r>
    </w:p>
    <w:p>
      <w:pPr>
        <w:pStyle w:val="ArticleBody"/>
        <w:jc w:val="left"/>
      </w:pPr>
      <w:r>
        <w:rPr>
          <w:rFonts w:ascii="Times New Roman" w:hAnsi="Times New Roman" w:eastAsia="Times New Roman" w:cs="Times New Roman"/>
        </w:rPr>
        <w:t>Hermana White ohechauka hag̃ua umi mokõi pokatu ha’e pe *The Great Controversy*-pe, ha umi ñe’ẽme’ẽ ombojoaju Juan ha Daniel remimombe’u. Pe definición ñandejárape pe mburuvicha yvy gotyo Daniel capítulo once-pe ha’e pe pokatu oguerekóva Egipto poguýpe, ha pe mburuvicha yvate gotyo ha’e pe pokatu oguerekóva Babilonia poguýpe. Araka’eve ndaikatúi ame’ẽ hag̃ua peteĩ teólogo itavy vaʼekuépe, térã peteĩ tendota ojeporavóva ijehegui, oisãmbyhýva peteĩ ministerio ojejokoséva ijehegui, pe añetegua oñemopyendáva Biblia ha Espíritu de Profecía ombaʼapo joajúvo hag̃ua, oguerúvo oñondive Daniel ha Apocalipsis ojehechauka hag̃ua pe punto.</w:t>
      </w:r>
    </w:p>
    <w:p>
      <w:pPr>
        <w:pStyle w:val="ArticleBody"/>
        <w:jc w:val="left"/>
      </w:pPr>
      <w:r>
        <w:rPr>
          <w:rFonts w:ascii="Times New Roman" w:hAnsi="Times New Roman" w:eastAsia="Times New Roman" w:cs="Times New Roman"/>
        </w:rPr>
        <w:t>Oñentende hag̃ua Ptolomeo ha Uzíaspe Ráfia ñorairõ rehegua símbolo ramo, ha umi mba’e vai oiko hag̃ua ipy’a oñemopu’ã rire, tekotevẽ ñañesãmbyhy pe añeteguáre: Ptolomeo orrepresenta pe dragón pokatu, ombopu’aka pe pokatu proxy Roma rehegua, ha upéi oñemokangy pe pokatu proxy poguýpe, pe va’ekue ombopu’akáva’ekue Ptolomeope pe versíkulo diez-pe ha ary 1989-pe. Umi joavykuaa histórico rehegua ojejapo hekoitépe ha iñimportanteterei.</w:t>
      </w:r>
    </w:p>
    <w:p>
      <w:pPr>
        <w:pStyle w:val="ArticleBody"/>
        <w:jc w:val="left"/>
      </w:pPr>
      <w:r>
        <w:rPr>
          <w:rFonts w:ascii="Times New Roman" w:hAnsi="Times New Roman" w:eastAsia="Times New Roman" w:cs="Times New Roman"/>
        </w:rPr>
        <w:t>Uzías oguereko pe mymba vai marca oñeha’ãvo ombojoajúvo pe iglesia ha Estado, Uzías hína pe yvy porãite, ha pe yvy porãite ha’e va’ekue peteĩ argumento tuicháva pe ñe’ẽmondo ñepyrũmbýpe ary 1989-pe. ¿Pe yvy porãitepa ha’e Estados Unidos, térãpa ha’e pe Iglesia Adventista del Séptimo Día? Umi upérõ oñemboja va’ekue pe idea jejavy rehe pe yvy porãite ha’eha pe iglesia adventista, ha opaite umi ko’ág̃a peve oseguíva upeicha—omombe’úta pe yvyty marangatu porãite versíkulo cuarenta y cinco-pe ha’eha hesakã porã Ñandejára iglesia, upévare upéva he’ise chupekuéra peteĩ yvyty ha peteĩ yvy ha’eha peteĩchagua símbolo. Razonamiento humano estándar, aipórõ hag̃uáicha.</w:t>
      </w:r>
    </w:p>
    <w:p>
      <w:pPr>
        <w:pStyle w:val="ArticleBody"/>
        <w:jc w:val="left"/>
      </w:pPr>
      <w:r>
        <w:rPr>
          <w:rFonts w:ascii="Times New Roman" w:hAnsi="Times New Roman" w:eastAsia="Times New Roman" w:cs="Times New Roman"/>
        </w:rPr>
        <w:t>Uzías ha’e pe tetã mimbipáva, ha Ptolomeo ha’e Egipto. Uzías, pe tetã mimbipáva ramo, oguereko mokõi hatĩ: Protestantismo ha Republicanismo. Pe jehechauka hag̃ua polítikamente Ptolomeo rehegua ha’e comunismo ha opaichagua imba’erechaukaha, ha pe jehechauka hag̃ua religiósamente Ptolomeo rehegua ha’e espiritismo ha opaichagua imba’erechaukaha. Peteĩ mba’e ojekuaa hag̃ua pe mbarete dragón rehegua ha’eha peteĩ konfederasión; katu pe proféta japu, ha’éva pe tetã mimbipáva, ha’e peteĩ tetã añoite mokõi hatĩ reheve.</w:t>
      </w:r>
    </w:p>
    <w:p>
      <w:pPr>
        <w:pStyle w:val="ArticleBody"/>
        <w:jc w:val="left"/>
      </w:pPr>
      <w:r>
        <w:rPr>
          <w:rFonts w:ascii="Times New Roman" w:hAnsi="Times New Roman" w:eastAsia="Times New Roman" w:cs="Times New Roman"/>
        </w:rPr>
        <w:t>Daniel once versículo cuarenta omopyenda Estados Unidos ha’e hague papado rembiapoukapy rupive omba’apóva, Unión Soviética oñemongu’e ha oñemboykévo ary 1989-pe. Ko añetegua ojoaju pe mymba yvyguágui osẽva mokõi hatĩ reheve, Ojehechaukáa trece-pe, rembiaporã ndive, mokõive kuatiañe’ẽ peteĩchante rupi.</w:t>
      </w:r>
    </w:p>
    <w:p>
      <w:pPr>
        <w:pStyle w:val="ArticleScripture"/>
        <w:jc w:val="left"/>
      </w:pPr>
      <w:r>
        <w:rPr>
          <w:rFonts w:ascii="Times New Roman" w:hAnsi="Times New Roman" w:eastAsia="Times New Roman" w:cs="Times New Roman"/>
        </w:rPr>
        <w:t>Ha ahecha ambue mymba ñarõ osẽva yvýgui; ha oguereko mokõi hatĩ ovecha ra’yicha, ha oñe’ẽ dragónicha. Ha ha’e oiporu opa mbarete pe mymba ñarõ peteĩha renondépe, ha ojapo yvy ha umi ipype oikóva omomba’e guasu hag̃ua pe mymba ñarõ peteĩha, pe iñakãrasy omano hag̃uáicha okuerava’ekue. Apocalipsis 13:11, 12.</w:t>
      </w:r>
    </w:p>
    <w:p>
      <w:pPr>
        <w:pStyle w:val="ArticleBody"/>
        <w:jc w:val="left"/>
      </w:pPr>
      <w:r>
        <w:rPr>
          <w:rFonts w:ascii="Times New Roman" w:hAnsi="Times New Roman" w:eastAsia="Times New Roman" w:cs="Times New Roman"/>
        </w:rPr>
        <w:t>Apocalipsis 13 omombe’u Estados Unidos ha’eha Papado pu’aka omba’apóva hese hag̃uáicha, pórke pe mymba yvy guigua “oiporu opaite pu’aka” pe mymba yguasu guigua oguerekóva, ha’éva pe ou vaʼekue “henonderã”. Pe versíkulo mokõihápe, pe dragón Roma pagana guigua ome’ẽ vaʼekue Papado-pe ipu’aka, iguapyha ha ijeheguigua autorida tuicha. Pe ñe’ẽ oñembohasáva “pu’aka” ramo he’ise añetehápe pu’aka; katu pe versíkulo 12-pe ambue ñe’ẽ oñembohasa “pu’aka” ramo, ha upéva he’ise “autorida oñeme’ẽva hag̃ua hag̃uaicha”.</w:t>
      </w:r>
    </w:p>
    <w:p>
      <w:pPr>
        <w:pStyle w:val="ArticleBody"/>
        <w:jc w:val="left"/>
      </w:pPr>
      <w:r>
        <w:rPr>
          <w:rFonts w:ascii="Times New Roman" w:hAnsi="Times New Roman" w:eastAsia="Times New Roman" w:cs="Times New Roman"/>
        </w:rPr>
        <w:t>Tetã peteĩ rekojojaha’ỹva Estados Unidos ha’e pe Papado rembiapokue hag̃ua ojeporúva; pe Papado katu oñembojoja yma Roma pagana rehe, ha upéva ome’ẽkuri chupe ipytyvõ mbarete ñorairõme ha viru rehegua, he’iháicha pe versíkulo mokõihápe. Péicha ojapóvo, Roma pagana ohechauka raẽ Estados Unidos-pe, ha’éva avei ome’ẽtava “ikarreta-kuéra, ita’ýra ygarakuéra ha kavaju ári guáva-kuéra” ojapo hag̃ua pe tembiapo ky’a pe mbarete papal rehegua.</w:t>
      </w:r>
    </w:p>
    <w:p>
      <w:pPr>
        <w:pStyle w:val="ArticleBody"/>
        <w:jc w:val="left"/>
      </w:pPr>
      <w:r>
        <w:rPr>
          <w:rFonts w:ascii="Times New Roman" w:hAnsi="Times New Roman" w:eastAsia="Times New Roman" w:cs="Times New Roman"/>
        </w:rPr>
        <w:t>Umi mbohapy ñorairõ oĩva pe versíkulo diez, once ha quince-pe oñekumpli vaʼekue tembiasápe, Antíoco Magno oĩkuri peteĩteĩ ñorairõme. Ko mbaʼe añetegua ohechauka pe puʼaka oñerrepresentáva umi mbohapy ñorairõmeha peteĩ puʼaka mymbaguasu rehegua orekóva hekoviáramo guare, pórke tapiaite haʼe Antíoco, ha Antíoco ary 1989-pe haʼe vaʼekue pe puʼaka hekoviáramo Estados Unidos rehegua.</w:t>
      </w:r>
    </w:p>
    <w:p>
      <w:pPr>
        <w:pStyle w:val="ArticleBody"/>
        <w:jc w:val="left"/>
      </w:pPr>
      <w:r>
        <w:rPr>
          <w:rFonts w:ascii="Times New Roman" w:hAnsi="Times New Roman" w:eastAsia="Times New Roman" w:cs="Times New Roman"/>
        </w:rPr>
        <w:t>Mbohapy ñorairõ ogueraha hag̃ua léi domingo-pe, peteĩha seis-pe, oguereko Alpha ha Omega réra, ha avei añetegua ypykue. Peteĩha ñorairõme ha mbohapyha ñorairõme ha’e Estados Unidos, upéicha ojekuaaukávo peteĩ alpha ha omega peteĩha ha pahápe. Mbohapy ñorairõ ogueraha hag̃uáicha léi domingo-pe, peteĩha seis-pe, avei oguereko añetegua réra. Poder proxy Ucrania Nazi rehegua ha’e pe ñorairõ mbytepegua ohechaukáva pe jeiképe’ẽ pe tape mbytegua techaukaha yképe, pe hebreo ñe’ẽ añetegua ypykúpe. Umi mbohapy ñorairõ ohechauka 1989 guive pe léi domingo peve, ha upéva he’ise ohechaukaha hikuái pe “tembiasakue kañymby” peteĩha cuarenta-pe.</w:t>
      </w:r>
    </w:p>
    <w:p>
      <w:pPr>
        <w:pStyle w:val="ArticleBody"/>
        <w:jc w:val="left"/>
      </w:pPr>
      <w:r>
        <w:rPr>
          <w:rFonts w:ascii="Times New Roman" w:hAnsi="Times New Roman" w:eastAsia="Times New Roman" w:cs="Times New Roman"/>
        </w:rPr>
        <w:t>Apocalípsis capítulo 11, versículo 11, omombe’u 2023-peha árõ ramo, mokõive hatĩ oñemoingove jeyhápe. Daniel capítulo 11, versículo 11, omombe’u upe período histórico peteĩchaiténte. Pe línea interna de profecía ha pe línea externa de profecía ojoaju 2023-pe. Pe línea interna ha’e pe “mba’e” Daniel oikũmby va’ekue, ha pe línea externa ha’e pe “visión” ha’e oikũmby va’ekue.</w:t>
      </w:r>
    </w:p>
    <w:p>
      <w:pPr>
        <w:pStyle w:val="ArticleBody"/>
        <w:jc w:val="left"/>
      </w:pPr>
      <w:r>
        <w:rPr>
          <w:rFonts w:ascii="Times New Roman" w:hAnsi="Times New Roman" w:eastAsia="Times New Roman" w:cs="Times New Roman"/>
        </w:rPr>
        <w:t>Pe prueba pe templo rehegua, Daniel ohechauka háicha, oñepyrũkuri ára mokõi pa mokõiha-pe, ha mokõi pa mokõi áño rire 9/11-gui, upéva hína pe punto Isaías oikehague pe tẽmplo-pe, ogueraha ndéve 2023-pe. Isaías omombe’u Uzías omanohague oikovévo lepra reheve once áño aja 9/11-pe. Pe tembiapo oñemopu’ã hag̃ua pe tẽmplo oĩ peteĩhaite voi ñemoĩ pe cimiento, ha upéi ñemopu’ã pe tẽmplo ha ñemoĩ pe ita paha hi’ári, upéva rire ogueraha pe mbohapyha prueba decisiva-pe, ojehechaukáva pe trompéta arete rupive pe línea Levítico veintitrés-pe. Pe tembiapo hyepypegua pe evangelio opa’ỹvagui oñemboguata pe historia pe línea okápeguáva aja. Versículo once-pe Putin oñetipifikákuri Ptolomeo rupive, ha mburuvicha guasu Uzías ome’ẽ peteĩ mokõiha testigo pe ta’anga mburuvicha guasu yvy gotyopegua rehegua, oñembotuicháva ñorairõme jehupyty rupive, ha upéi oñeha’ã oike hag̃ua hikuái religión renda-pe.</w:t>
      </w:r>
    </w:p>
    <w:p>
      <w:pPr>
        <w:pStyle w:val="ArticleScripture"/>
        <w:jc w:val="left"/>
      </w:pPr>
      <w:r>
        <w:rPr>
          <w:rFonts w:ascii="Times New Roman" w:hAnsi="Times New Roman" w:eastAsia="Times New Roman" w:cs="Times New Roman"/>
        </w:rPr>
        <w:t>Ha mburuvicha yvy gotyopegua ipochy eterei hag̃ua, ha osẽta oñorãirõ hag̃ua hendive, pe mburuvicha yvate gotyopegua ndive; ha omboatyta peteĩ aty guasu; ha pe aty guasu oñemeʼẽta ipope. Ha ogueraha rire pe aty guasu, ikorasõ oñemombaʼeguasúta; ha omboguejýta heta paʼũmiles; ha upéicharõ jepe ndopytamoʼãi mbareteve. Daniel 11:11, 12.</w:t>
      </w:r>
    </w:p>
    <w:p>
      <w:pPr>
        <w:pStyle w:val="ArticleBody"/>
        <w:jc w:val="left"/>
      </w:pPr>
      <w:r>
        <w:rPr>
          <w:rFonts w:ascii="Times New Roman" w:hAnsi="Times New Roman" w:eastAsia="Times New Roman" w:cs="Times New Roman"/>
        </w:rPr>
        <w:t>Uriah Smith oñe’ẽ Ptolomeo Filopátor rembiasakue rehe ha hembiapo’ãre hag̃ua mymbajuka Jerusalén pe Templo-pe.</w:t>
      </w:r>
    </w:p>
    <w:p>
      <w:pPr>
        <w:pStyle w:val="ArticleScripture"/>
        <w:jc w:val="left"/>
      </w:pPr>
      <w:r>
        <w:rPr>
          <w:rFonts w:ascii="Times New Roman" w:hAnsi="Times New Roman" w:eastAsia="Times New Roman" w:cs="Times New Roman"/>
        </w:rPr>
        <w:t>“Tolomeo ndorekói arandu porã oipuru hag̃ua hekoitépe iñeñangarekoha. Omoirũ rire vaʼekue upe jehupyty, ikatu hag̃uáicha oiko vaʼerãmoʼã kuri opaite Antíoco rréino jára; ha katu, ovyʼávo mante ojapo hag̃ua mbovymi ñeʼẽmondýi ha mbovymi ñeʼẽkyhyje, ojapo pyʼaguapy ikatu hag̃uáicha oñemeʼẽmbaite hag̃ua, ojokupytyʼỹre ha ojejokoʼỹre, umi iñakãhatã ha hymbaite rembipota vai ñembovyʼápe. Péicha, ipuʼakávo hovaigua kuéra ári, ipuʼaka hese umi heko aña; ha hesaráivo pe téra guasu ikatu vaʼekue omopyenda, ombohasa itiémpo karuguasu ha teko tieʼỹme.”</w:t>
      </w:r>
    </w:p>
    <w:p>
      <w:pPr>
        <w:pStyle w:val="ArticleScripture"/>
        <w:jc w:val="left"/>
      </w:pPr>
      <w:r>
        <w:rPr>
          <w:rFonts w:ascii="Times New Roman" w:hAnsi="Times New Roman" w:eastAsia="Times New Roman" w:cs="Times New Roman"/>
        </w:rPr>
        <w:t>“Ipy’a oñemomba’eguasu ijehe hekoporãgui, ha katu mombyry oĩ va’ekue imbareteve hag̃ua upévare; pe uso ndorekóiva teraguasu ojapo hague hese, upéva ojapo hag̃ua voi umi tetãygua oĩva ipoguýpe opu’ã hese. Péro ipy’a ñembotuicha ojehechauka hag̃ua hetave, ko’ýte umi mba’e ojapóvape umi Hudío ndive. Oguahẽvo Jerusalénpe, upépe oikuave’ẽ mymbajuka, ha tuicha oipota oike pe tenda imarangatuvévape templogua, pe léi ha pe religión upépe guare rehe oñemoĩ hag̃uáicha; ha katu, jepe heta asy rire, ojoko chupe, osẽ upégui hapykuéri pochy hendy reheve opaite umi hudío retã rehe, ha pya’evoi omoñepyrũ hesekuéra peteĩ ñembyahýi vai ha ndojehejaiva’ekue. Alejandríape, umi Hudío oiko haguépe Alejandro ára guive, ha orekóvo umi derecho umi tavaygua oñemomba’eguasuvéva mba’éicha, ko ñembyasýpe ojuka 40.000 Eusébio he’iháicha, 60.000 Jerónimo he’iháicha. Egipciokuéra opu’ã hague, ha umi Hudío jejuka guasu, añetehápe ndaha’éi va’ekue umi mba’e omombarete hag̃uáicha chupe irreínope, síno upéva rangue haimete oitypa hag̃uáicha.” Uriah Smith, Daniel and the Revelation, 254.</w:t>
      </w:r>
    </w:p>
    <w:p>
      <w:pPr>
        <w:pStyle w:val="ArticleBody"/>
        <w:jc w:val="left"/>
      </w:pPr>
      <w:r>
        <w:rPr>
          <w:rFonts w:ascii="Times New Roman" w:hAnsi="Times New Roman" w:eastAsia="Times New Roman" w:cs="Times New Roman"/>
        </w:rPr>
        <w:t>Tolomeo Filópator ñorairõ guasu Ráfiape ary 217 a.C. pe, ndombaretéi Tolomeo-pe, ha katu ojapo “ipy’a oñemomba’eguasu hag̃ua.” Ñorairõ Ucraniano-pe jehupyty porã ndombaretemo’ãi Putin-pe, ha katu “omomba’eguasúta ipy’a”, peteĩchaite umi jehupyty porã militar ojapohaguéicha mburuvicha guasu Uzíaspe omomba’eguasu hag̃ua ipy’a.</w:t>
      </w:r>
    </w:p>
    <w:p>
      <w:pPr>
        <w:pStyle w:val="ArticleScripture"/>
        <w:jc w:val="left"/>
      </w:pPr>
      <w:r>
        <w:rPr>
          <w:rFonts w:ascii="Times New Roman" w:hAnsi="Times New Roman" w:eastAsia="Times New Roman" w:cs="Times New Roman"/>
        </w:rPr>
        <w:t>Ha Uzías ombosako’i chupekuéra opa pe ehérsito pukukue javeve escúdo, ha kyse puku, ha akã ñuã, ha coraza, ha hu’y rape, ha itá ñemomboha oñemombo hag̃ua itakuéra. Ha ojapo Jerusalén-pe máquina de guerra, kuimba’e arandu rembiapokue, oĩ hag̃uáicha umi tórre ári ha umi murálla mbarete ári, ojeporu hag̃uáicha hu’y ha ita guasu ñemombope. Ha héra oñemyasãi mombyry eterei; mba’érepa oipytyvõ ñeporãiterei chupe, imbarete peve. Ha oikóvo mbarete, ikorasõ oñemomba’eguasu hag̃ua oñehundi hag̃uáicha; ha oñembyai Ñandejára Itupã renondépe, oike haĝua Ñandejára tupaópe ohapy hag̃ua insiénso pe altar de insiénso ári. 2 Crónicas 26:14–16.</w:t>
      </w:r>
    </w:p>
    <w:p>
      <w:pPr>
        <w:pStyle w:val="ArticleBody"/>
        <w:jc w:val="left"/>
      </w:pPr>
      <w:r>
        <w:rPr>
          <w:rFonts w:ascii="Times New Roman" w:hAnsi="Times New Roman" w:eastAsia="Times New Roman" w:cs="Times New Roman"/>
        </w:rPr>
        <w:t>Mokõi mburuvicha ñembyguagua, ipy’a oñemomba’eguasúva ñorairõme ipu’akágui, oñeha’ãkuri oike hag̃ua pe templo peteĩme ha oikuave’ẽ hag̃ua peteĩ ofrénda, mba’e ojejapóva peteĩ pa’i añónte ikatúva ojapo. Mokõivéva kásope, pa’ikuéra ombohováikuri umi mburuvicha oñemomba’eguasúva rembiapopyrã ojejapo hag̃ua upéva. Peteĩ mburuvicha upéi omoñepyrũkuri peteĩ jehepyme’ẽ umi Hudío rehe, ha ambuéva oñenupãkuri ipyti’a renondépe lepra reheve.</w:t>
      </w:r>
    </w:p>
    <w:p>
      <w:pPr>
        <w:pStyle w:val="ArticleScripture"/>
        <w:jc w:val="left"/>
      </w:pPr>
      <w:r>
        <w:rPr>
          <w:rFonts w:ascii="Times New Roman" w:hAnsi="Times New Roman" w:eastAsia="Times New Roman" w:cs="Times New Roman"/>
        </w:rPr>
        <w:t>Ha Azarías, pa’i, oike hapykue, ha hendive oho ochenta pa’i Jehová rembiguáigua, kuimba’e py’aguasúva; ha ha’ekuéra oñemoĩ mbarete Uzías mburuvicha guasu rovái, ha he’i chupe: Nde ndereikói, Uzías, rehapy hag̃ua insiénso Jehovápe guarã, síno pa’íkuérape g̃uarã, Aarón ra’ýpe, oñemboykévape insiénso hag̃ua; esẽ pe tupaógui; rehasa rire ne rembiapópe, ha ndaha’éi hag̃ua ndéve terakuã porã Ñandejára Jehovágui. Upérõ Uzías ipochy, ha oguereko ipope peteĩ pahá insiénso hag̃ua; ha oiko aja ipochy pa’íkuéra ndive, upe lepra osẽ voi isýva rehe pa’íkuéra renondépe Jehová róga ryepýpe, pe altár insiénsopegua ykére. Ha Azarías pa’i guasu, ha opaite pa’íkuéra, oma’ẽ hese; ha péina, orekóma lepra isýva rehe; ha omosẽ chupe pya’e upégui; ha ha’e voi avei pya’e osẽ, Jehová nupãgui chupe. Ha mburuvicha guasu Uzías opyta lepróso ramo omanó meve, ha oiko peteĩ óga apartepe, lepróso rupi; mba’érepa ojepe’a kuri Jehová rógagui; ha ita’ýra Jotam oisãmbyhy mburuvicha guasu róga, ohusga hag̃ua yvy retãygua tavayguakuérape. Umi ambue Uzías rembiapo, iñepyrũ guive ipahá peve, Isaías maranduhára, Amoz ra’y, ohai. 2 Crónicas 26:17–22.</w:t>
      </w:r>
    </w:p>
    <w:p>
      <w:pPr>
        <w:pStyle w:val="ArticleBody"/>
        <w:jc w:val="left"/>
      </w:pPr>
      <w:r>
        <w:rPr>
          <w:rFonts w:ascii="Times New Roman" w:hAnsi="Times New Roman" w:eastAsia="Times New Roman" w:cs="Times New Roman"/>
        </w:rPr>
        <w:t>Áño 2014-pe, umi globalista Europa-ygua ha régimen Obama omoñepyrũ peteĩ revolución de color tetã Ucrania ári. Áño 2022-pe Rusia omoñepyrũ peteĩ invasión, ipahápe oguerútava peteĩ jehupytyrã Putin ha Rusia-pe g̃uarã; ojehechaukáva Ptolomeo ha Uzías rupive, mburuvicha guasu kuéra yvy gotyo pegua. Pe versíkulo doce he’i, Putin ogana rire, “ha ikorasõ oñemopuʼãta; ha omombo yvýre heta paʼũ su mil; ha upéva rupi ndopytamoʼãi imbaretevéva.” Upéi tembiasakue omombeʼu peteĩ oñembyaipa ohóvo ipoguypegua rréino.</w:t>
      </w:r>
    </w:p>
    <w:p>
      <w:pPr>
        <w:pStyle w:val="ArticleBody"/>
        <w:jc w:val="left"/>
      </w:pPr>
      <w:r>
        <w:rPr>
          <w:rFonts w:ascii="Times New Roman" w:hAnsi="Times New Roman" w:eastAsia="Times New Roman" w:cs="Times New Roman"/>
        </w:rPr>
        <w:t>Pe ñehundi osegíva ogueru chupe omanóvo, ha Antíoco el Grande oporombuekoviaháicha umi ojehúva Rafia-pe hekojára rehe, upérõ Antíoco ndaikatúi véima ombohovái Ptolomeo Filópator ndive; upérõ ha’e oñemboja peteĩ mitãrusu michĩetereíva rehe, upéva hína Egipto mburuvicha guasu upe jave. Peteĩ mitã ha’e peteĩ símbolo generación pahaguéva rehegua, upévare peteĩ nivel-pe pe mburuvicha guasu mitãva Antíoco oganáva Panium-pe ha’e pe generación paha pe tetãnguéra ñembosako’i yvy gotyo pegua. Pe nivel práctico-pe pe mburuvicha guasu mitãva ohechauka kangyha Antíoco mbaretépe oñembojojávo.</w:t>
      </w:r>
    </w:p>
    <w:p>
      <w:pPr>
        <w:pStyle w:val="ArticleScripture"/>
        <w:jc w:val="left"/>
      </w:pPr>
      <w:r>
        <w:rPr>
          <w:rFonts w:ascii="Times New Roman" w:hAnsi="Times New Roman" w:eastAsia="Times New Roman" w:cs="Times New Roman"/>
        </w:rPr>
        <w:t>“Py’aguapy oñemohu’ã vaekue Ptolomeo Filópator ha Antíoco apytépe ipuku raʼe irundy pa ary. Upe aja pukukue, Ptolomeo omanóma heko vai ha tekovai rupi, ha hekoviarã oikévo ita’ýra, Ptolomeo Epífanes, mitã’i gueteri upérõ irundy térã po ary rupi. Antíoco katu, upe jave avei, omboguejývo pu’aka mbarete rupi opu’ãva iguýpe irreínopype, ha omoĩjey ha omyatyrõvo kuarahyresẽ gotyo oĩva iñe’ẽrendúpe, opyta vaekue tekopotĩme oime hag̃ua preparado oimeraẽ tembiaporã guasúpe g̃uarã Ptolomeo Epífanes imitãva oguahẽ jave Egipto guapyhápe; ha oimo’ãgui kóva ha’eha peteĩ juruja iporãitereíva ani hag̃uáicha oheja rei ombotuichave hag̃ua idominio, ombyaty peteĩ ehérsito tuichaitereíva, “tuichavéva pe yma guaréguagui” (oñembyatýgui heta ñorairõhára ha oganágui heta mba’erepy tuicha pe iguata kuarahyresẽ gotyo-pe), ha osẽ Egipto rehe, oha’arõvo oguerekotaha peteĩ jeity ndahasýiva pe mburuvicha guasu mitãme ári. Mba’éichapa osẽ chupe upéva, upéva jahecháta ko’ág̃aitemi; ko’ápe niko oñepyrũ oike pyahu hag̃ua jepy’apy ha jejopara ko’ã rréino rembiasakuepe, ha oñemoingévo avei pyahu tapicha kuéra tembiasakue escenario-pe.” Uriah Smith, Daniel and the Revelation, 255.</w:t>
      </w:r>
    </w:p>
    <w:p>
      <w:pPr>
        <w:pStyle w:val="ArticleHeading"/>
        <w:jc w:val="left"/>
      </w:pPr>
      <w:r>
        <w:rPr>
          <w:rFonts w:ascii="Arial" w:hAnsi="Arial" w:eastAsia="Arial" w:cs="Arial"/>
        </w:rPr>
        <w:t>Mburuvicha Yvýgui gotyo pegua</w:t>
      </w:r>
    </w:p>
    <w:p>
      <w:pPr>
        <w:pStyle w:val="ArticleBody"/>
        <w:jc w:val="left"/>
      </w:pPr>
      <w:r>
        <w:rPr>
          <w:rFonts w:ascii="Times New Roman" w:hAnsi="Times New Roman" w:eastAsia="Times New Roman" w:cs="Times New Roman"/>
        </w:rPr>
        <w:t>Ojehesa hag̃ua Rusia rembiapo paha, ha’e ojehesa hag̃ua mburuvicha guasu marandu’ypy pegua ñemby gotyo rembiapo paha. Peteĩ tekovecharã marandu’ypy pegua mburuvicha guasu espiritual ñemby gotyo pegua, og̃uahẽva’ekue marandu’ypy rembiasápe ára paha-pe ary 1798-pe, ha’e mba’éichapa og̃uahẽ ipahápe. Upéicha avei ha’e peteĩ tekovecharã marandu’ypy pegua mburuvicha guasu yvate gotyo pegua ha marandu hag̃ua gua’u rehegua. Peteĩ-teĩ umi mbohapy pokatu ogueraháva ko yvy Armagedón-pe oreko ipaha ojehechaukáva hesakã porã hag̃uáicha Tupã Ñe’ẽme. Oimeraẽ mba’e oikóva Putin ha Rusia rehe, upéva ojekuaa va’erãha oñemombe’úma hague techapyrãramo umi línea yma guaréva mburuvicha guasu ñemby gotyo pegua rehe.</w:t>
      </w:r>
    </w:p>
    <w:p>
      <w:pPr>
        <w:pStyle w:val="ArticleBody"/>
        <w:jc w:val="left"/>
      </w:pPr>
      <w:r>
        <w:rPr>
          <w:rFonts w:ascii="Times New Roman" w:hAnsi="Times New Roman" w:eastAsia="Times New Roman" w:cs="Times New Roman"/>
        </w:rPr>
        <w:t>Umi ehémplo pe mburuvicha yvypegua ñembyahýigui pe yvy gotyo pegua omanóva rehegua ojehechauka vaʼekue pe peteĩha mburuvicha yvypegua pe yvy gotyo pegua omanóva rupive, ha upéva vaʼekue Francia atea pe Revolución aja. Pe reino pe yvy gotyo pegua ñembyahýi oike avei pe mburuvicha pe yvy gotyo pegua ñembyahýipe. Napoleón ñembyahýi oñembojoja Francia ñembyahýi rehe, ha ojoaju pe ambue reino pe yvy gotyo pegua ñembyahýi ndive, ha upéva vaʼekue Rusia. Rusia, mburuvicha moderno pe yvy gotyo pegua ramo, oñepyrũ revolución rupive, péicha avei Francia, mburuvicha pe yvy gotyo pegua ramo, oñepyrũ revolución reheve.</w:t>
      </w:r>
    </w:p>
    <w:p>
      <w:pPr>
        <w:pStyle w:val="ArticleBody"/>
        <w:jc w:val="left"/>
      </w:pPr>
      <w:r>
        <w:rPr>
          <w:rFonts w:ascii="Times New Roman" w:hAnsi="Times New Roman" w:eastAsia="Times New Roman" w:cs="Times New Roman"/>
        </w:rPr>
        <w:t>Ñembyatyjevy ha’e peteĩ mba’e ohechaukáva pe dragónpe, ha’eva hína pe ta’ãnga umi mburuvicha guasu ñemby gotyoguápe g̃uarã. Pe dragón, pe ta’ãnga tenondegua pe mburuvicha guasu ñemby gotyoguápe g̃uarã, ha’e Satanás; ha ha’e oñeha’ãvo peteĩ ñembyatyjevy mil áño paha gotyo, tata oguejy yvágagui ha omokõmba chupe. Ipu’aka’ỹre yvágape iñepyrũmbýpe ha’e va’ekue pe alfa iñepu’ã rehegua pe mil áño paha ñemohu’ãme.</w:t>
      </w:r>
    </w:p>
    <w:p>
      <w:pPr>
        <w:pStyle w:val="ArticleBody"/>
        <w:jc w:val="left"/>
      </w:pPr>
      <w:r>
        <w:rPr>
          <w:rFonts w:ascii="Times New Roman" w:hAnsi="Times New Roman" w:eastAsia="Times New Roman" w:cs="Times New Roman"/>
        </w:rPr>
        <w:t>Áño 1798-pe, Francia profétikamente ojapyhy pe tenda guasu ha oiko mburuvicha guasu yvytúicha ñemby gotyo pe Revolusión Francesa aja. Upe revolución ohasa mbaretépe Europa retakuéra rupi ha ipahápe og̃uahẽ pe Revolusión Rusa peve, upéi pya’e voi ojeguerahaukáva’ekue pe Revolusión Bolchevique upe arýpe voi.</w:t>
      </w:r>
    </w:p>
    <w:p>
      <w:pPr>
        <w:pStyle w:val="ArticleBody"/>
        <w:jc w:val="left"/>
      </w:pPr>
      <w:r>
        <w:rPr>
          <w:rFonts w:ascii="Times New Roman" w:hAnsi="Times New Roman" w:eastAsia="Times New Roman" w:cs="Times New Roman"/>
        </w:rPr>
        <w:t>Pe Revolusión Rrusa ary 1917-pe oĩkuri mokõi tembiapo tuichavéva: pe Revolusión de Febrero (omboyke vaʼekue pe monarquía zarista, omohuʼã autocracia, ha omopuʼã peteĩ gobierno provisional peteĩ ára pukukue jeheʼa pokatu mokõiva apytépe umi soviet ndive), ha pe Revolusión de Octubre (oñehenóiva avei pe Revolusión Bolchevique, upépe umi bolchevique Lenin poguýpe ojapyhykuri pokatu peteĩ golpe de Estado rupive, oguerúva pe ñemopyenda gobierno soviético ha tape socialismo/comunismo gotyo).</w:t>
      </w:r>
    </w:p>
    <w:p>
      <w:pPr>
        <w:pStyle w:val="ArticleBody"/>
        <w:jc w:val="left"/>
      </w:pPr>
      <w:r>
        <w:rPr>
          <w:rFonts w:ascii="Times New Roman" w:hAnsi="Times New Roman" w:eastAsia="Times New Roman" w:cs="Times New Roman"/>
        </w:rPr>
        <w:t>Umi análisis histórico ha teoría revolucionaria-pe (mbyespecially perspectiva marxista-gui, Trotsky, Luxemburg ha ambuevéva ojapóva paralelismo), pe Revolución Francesa (1789–1799) heta jey ojehecha ramo ohechaukáva térã ome'ẽva peteĩ esquema umi mba'e oikóva Rusia-pe rehe. Mokõi etapa pe Revolución Francesa rehegua ohechaukáva ko'ã fase rusa ha'e:</w:t>
      </w:r>
    </w:p>
    <w:p>
      <w:pPr>
        <w:pStyle w:val="ArticleListItem"/>
        <w:ind w:left="576" w:hanging="259"/>
        <w:jc w:val="left"/>
      </w:pPr>
      <w:r>
        <w:rPr>
          <w:rFonts w:ascii="Times New Roman" w:hAnsi="Times New Roman" w:eastAsia="Times New Roman" w:cs="Times New Roman"/>
        </w:rPr>
        <w:t>• Pe fase ñepyrũgua moderada/constitucional (haimete 1789–1792), oñembojokupytýva Revolución de Febrero rehe. Ko fase francesa oñepyrũ Bastilla jejapyhy reheve, Estados Generales/Asamblea Nacional ñembyaty reheve, privilegio feudal-kuéra ñembogue reheve, Declaración de los Derechos del Hombre reheve, ha monarquía constitucional ñemoĩ reheve Girondinos ha reformador moderado-kuéra poguýpe. Oity monarquía absoluta, péro omantene elemento-kuéra gobierno burgués/liberal rehegua ha mokõi pokatu ypýpe ojuehegua térã oñemoĩva ojuehe rovái (techapyrã, Asamblea ha monarquía opytáva gueteri apytépe). Upéicha avei, febrero 1917-pe opa Tsarismo, péro ogueru peteĩ gobierno provisional burgués ha pokatu mokõiha Soviets ndive.</w:t>
      </w:r>
    </w:p>
    <w:p>
      <w:pPr>
        <w:pStyle w:val="ArticleListItem"/>
        <w:ind w:left="576" w:hanging="259"/>
        <w:jc w:val="left"/>
      </w:pPr>
      <w:r>
        <w:rPr>
          <w:rFonts w:ascii="Times New Roman" w:hAnsi="Times New Roman" w:eastAsia="Times New Roman" w:cs="Times New Roman"/>
        </w:rPr>
        <w:t>• Pe fase radical/Jacobina (mokõi 1792–1794 rupi, oikehápe ñemopyenda República Primera rehe, Luis XVI jejuka, ha Terror Reko Robespierre ha Jacobino kuéra/Comité de Salvación Pública poguýpe) oñembojoja Revolución de Octubre (Bolchevique)-re. Jacobino kuéra ojapyhy pu'aka Girondino moderado-vévagui tembiapo radical rupive, odeclara hag̃ua peteĩ república, ojoko hag̃ua contrarrevolución, ha omotenonde hag̃ua pe revolución peteĩ ñemoambue social ipypukuvéva gotyo ha ñemo'ã umi amenaza interna/externa rovake. Kóva ojogua mba'éichapa umi Bolchevique kuéra omboguevi pe gobierno provisional, omombarete pe proletariado poguype térã dictadura del proletariado poguýpe ñangareko, ha omotenonde pe socialismo revolucionario.</w:t>
      </w:r>
    </w:p>
    <w:p>
      <w:pPr>
        <w:pStyle w:val="ArticleBody"/>
        <w:jc w:val="left"/>
      </w:pPr>
      <w:r>
        <w:rPr>
          <w:rFonts w:ascii="Times New Roman" w:hAnsi="Times New Roman" w:eastAsia="Times New Roman" w:cs="Times New Roman"/>
        </w:rPr>
        <w:t>Ko’ã joja omomba’e guasu mba’éichapa heta jey umi revolución oku’e peteĩ ypykuéra heko rupi: peteĩ ñepu’ã tenondegua, tuicháva, ymaguaréva régimen rehe (omboguapýva umi mbeguekatuvéva/burgués-kuéra), upéi katu umi radical-kuéra ojapyhy mbarete hag̃ua pokatu, “oñangareko” ha omombareteve hag̃ua pe revolución, apañuãi mbytépe. Umi bolchevique-kuéra voi, iñakãguapy hag̃uáicha, oiporu va’ekue pe techapyrã francés, ohechávo iñepu’ã octubrepegua peteĩ mba’e ojoguáva pe golpe jacobino-pe—tekotevẽva ani hag̃ua oiko pe contrarrevolución ha oñemyenyhẽ hag̃ua pe revolución ikatupyrykue.</w:t>
      </w:r>
    </w:p>
    <w:p>
      <w:pPr>
        <w:pStyle w:val="ArticleBody"/>
        <w:jc w:val="left"/>
      </w:pPr>
      <w:r>
        <w:rPr>
          <w:rFonts w:ascii="Times New Roman" w:hAnsi="Times New Roman" w:eastAsia="Times New Roman" w:cs="Times New Roman"/>
        </w:rPr>
        <w:t>Ko tipología ojehecha mba’éichapa osẽ tembiapópekuéraicha Trotsky rembiasakue *History of the Russian Revolution* (upépe hesakã porã oñembojoja hag̃ua pe fase de doble poder Rusia-pe umi dinámica ojoguáva Francia-pe ndive) ha Rosa Luxemburg jehaípekuéra umi mba’e oikova’ekue Rusia-pe rehe, upépe ha’e he’i pe Revolución Rusa araka’eveha peteĩha periodo (marzo–octubre) ohoha pe esquema revoluciones francesa (ha inglesa) rehegua rapére, ha pe toma de poder bolchevique ojoguaha pe ascenso jacobino rehe.</w:t>
      </w:r>
    </w:p>
    <w:p>
      <w:pPr>
        <w:pStyle w:val="ArticleBody"/>
        <w:jc w:val="left"/>
      </w:pPr>
      <w:r>
        <w:rPr>
          <w:rFonts w:ascii="Times New Roman" w:hAnsi="Times New Roman" w:eastAsia="Times New Roman" w:cs="Times New Roman"/>
        </w:rPr>
        <w:t>Jesús tapiaite ohechauka pe paha ipahápe oñembojoja pe ñepyrũ rehe, ha Napoleón ñehundi, ha’éva pe mburuvicha guasu ñembopy’aguapýva ñepyrũha yvy gotyo pegua peteĩha, ombohasa umi techaukaha oĩva’ekue pe revolución ñepyrũme; ha upéicha rupi ohechauka avei pe Unión Soviética ñehundi.</w:t>
      </w:r>
    </w:p>
    <w:p>
      <w:pPr>
        <w:pStyle w:val="ArticleBody"/>
        <w:jc w:val="left"/>
      </w:pPr>
      <w:r>
        <w:rPr>
          <w:rFonts w:ascii="Times New Roman" w:hAnsi="Times New Roman" w:eastAsia="Times New Roman" w:cs="Times New Roman"/>
        </w:rPr>
        <w:t>Napoleón ñehundive oñemotenondéva (mbeguekatúpe, peteĩteĩ jave) oñembojoja porãite Unión Soviética ikangy mbeguekatúpe ha iñehundi 1991-pe ndive, upe marco tipológico peteĩchaguápe oĩhápe Revolución Francesa mokõi fase ohechauka hag̃ua tenonderãme Revolución Rusa etapa Febrero ha Octubre 1917-pe guaréva. Ko paralelismo oñembopyso avei pe fase post-radical de consolidación-pe (Bonapartismo) ha iñembyai hag̃uáicha katuete. Kóva oguenohẽ mokõivéva umi patrón histórico general-gui ha análisis marxista-gui (tenonderãite Trotsky rembiapokue The Revolution Betrayed ha ambue tembiapo ojoajúvagui), ombohasahápe Napoleón-pe Bonapartismo archetyporã: peteĩ régimen mbarete kuimba’éva rehe oñemopyendáva, osẽva peteĩ revolución oguahẽ rire iñakã rapykueri radicalvévape, oñemantene equilibrio-pe clasekuéra apytépe, oñongatu revolución rehegua umi jehupyty estructural iñimportantevéva (jepémo ojoko hag̃ua iñemongu’e democrático), omopu’ã peteĩ imperio personal/militar-burocrático, oñembotuicha hetaiterei, ha upéi ohasa peteĩ ñehundi oñemohendáva fasekuérape, ogueraháva restauración parcial pe orden tuja rehegua hag̃ua.</w:t>
      </w:r>
    </w:p>
    <w:p>
      <w:pPr>
        <w:pStyle w:val="ArticleHeading"/>
        <w:jc w:val="left"/>
      </w:pPr>
      <w:r>
        <w:rPr>
          <w:rFonts w:ascii="Arial" w:hAnsi="Arial" w:eastAsia="Arial" w:cs="Arial"/>
        </w:rPr>
        <w:t>Napoleón Bonaparte oñemopu’ã mbarete hag̃ua ojoja Stalinista ñemombarete rehe.</w:t>
      </w:r>
    </w:p>
    <w:p>
      <w:pPr>
        <w:pStyle w:val="ArticleBody"/>
        <w:jc w:val="left"/>
      </w:pPr>
      <w:r>
        <w:rPr>
          <w:rFonts w:ascii="Times New Roman" w:hAnsi="Times New Roman" w:eastAsia="Times New Roman" w:cs="Times New Roman"/>
        </w:rPr>
        <w:t>Pe fase jacobina radical ha pe reacción termidoriana (1794) rire, pe Directorio ikatu’ỹva ojeguereko hag̃ua estable (1795–1799), Napoleón ojapo iñembosarambipa 18 Brumario-pe (1799), omoĩ hag̃ua Consulado, upéi pe Imperio (1804). Ha’e ombohysýi ha omosarambi umi jehupyty revolusionario burguesa rehegua (Código Napoleónico, opa hag̃ua umi privilegio feudal, estado mbarete ha oñembyaty hag̃ua peteĩ centro guýpe), péro omoĩ opa ko’ãva peteĩ mburuvicha guasu autoritario poguýpe, mborayhu tuicháva gloria militar rehe ha peteĩ élite pyahu rehe.</w:t>
      </w:r>
    </w:p>
    <w:p>
      <w:pPr>
        <w:pStyle w:val="ArticleBody"/>
        <w:jc w:val="left"/>
      </w:pPr>
      <w:r>
        <w:rPr>
          <w:rFonts w:ascii="Times New Roman" w:hAnsi="Times New Roman" w:eastAsia="Times New Roman" w:cs="Times New Roman"/>
        </w:rPr>
        <w:t>Bolchevique/Octubre fase radical ha umi experimento soviético ypykue rire, oñepyrũ pe degeneración burocrática (ko’ýte 1920 ary mbyte guive). Stalin ombohatãvo ipoguýpe poder, ogana hag̃ua pe Oposición de Izquierda rehe, omoĩ mbaretépe pe “socialismo peteĩ tetãme”, ha omoheñói peteĩ dictadura policial/militar-burocrática. Pe economía planificada ha pe propiedad nacionalizada (umi jehupyty guasu Octubre rehegua) oñeñongatu, ha katu ojeipuru peteĩ casta privilegiada rembiporu ramo, ojehejapa hag̃ua pe internacionalismo.</w:t>
      </w:r>
    </w:p>
    <w:p>
      <w:pPr>
        <w:pStyle w:val="ArticleBody"/>
        <w:jc w:val="left"/>
      </w:pPr>
      <w:r>
        <w:rPr>
          <w:rFonts w:ascii="Times New Roman" w:hAnsi="Times New Roman" w:eastAsia="Times New Roman" w:cs="Times New Roman"/>
        </w:rPr>
        <w:t>Mokõivéva kásope, pe energía revolucionaria oñembyai’ỹ hag̃uáicha “ojekongela” ha oñembohapejey mbarete estatal ha ñembotuichápe peteĩ tapicha año térã peteĩ aparato poguýpe (Trotsky he’i hag̃uáicha hesakã porã, régimen de Stalin ha’e peteĩichagua “Bonapartismo Soviético”, hi’aguĩvéva Napoleón Imperio-gui Consulado-gui hag̃uáicha).</w:t>
      </w:r>
    </w:p>
    <w:p>
      <w:pPr>
        <w:pStyle w:val="ArticleHeading"/>
        <w:jc w:val="left"/>
      </w:pPr>
      <w:r>
        <w:rPr>
          <w:rFonts w:ascii="Arial" w:hAnsi="Arial" w:eastAsia="Arial" w:cs="Arial"/>
        </w:rPr>
        <w:t>Mboguekatúvo Oguerekóva Jepo’ẽrãre’ẽ hag̃ua hag̃uáicha oñehundi mbeguekatúpe</w:t>
      </w:r>
    </w:p>
    <w:p>
      <w:pPr>
        <w:pStyle w:val="ArticleBody"/>
        <w:jc w:val="left"/>
      </w:pPr>
      <w:r>
        <w:rPr>
          <w:rFonts w:ascii="Times New Roman" w:hAnsi="Times New Roman" w:eastAsia="Times New Roman" w:cs="Times New Roman"/>
        </w:rPr>
        <w:t>Kóva hína pe ñemohendaha iñimportantevéva—pe oguejyha ndaha’éi peteĩ mba’e oikóva peteĩ jeynte sapy’aitépe, síno peteĩ serie sucesiva oguerekóva ñembyai mbeguekatúpe, omoñepyrũva jepehýi hetaitereígui, umi ojoavy hag̃ua hyepýpe, ñorairõ apañuãime ojepytaso hag̃ua’ỹ, oñehundíva control umi yvy mombyryguáre, ñemoambue osẽ porã’ỹva, ha ipahápe opa hag̃uáicha/jevy oñemoĩ hag̃ua.</w:t>
      </w:r>
    </w:p>
    <w:p>
      <w:pPr>
        <w:pStyle w:val="ArticleHeading"/>
        <w:jc w:val="left"/>
      </w:pPr>
      <w:r>
        <w:rPr>
          <w:rFonts w:ascii="Arial" w:hAnsi="Arial" w:eastAsia="Arial" w:cs="Arial"/>
        </w:rPr>
        <w:t>Lado napoleónico (1812 guive 1815 peve)</w:t>
      </w:r>
    </w:p>
    <w:p>
      <w:pPr>
        <w:pStyle w:val="ArticleListItem"/>
        <w:ind w:left="576" w:hanging="259"/>
        <w:jc w:val="left"/>
      </w:pPr>
      <w:r>
        <w:rPr>
          <w:rFonts w:ascii="Times New Roman" w:hAnsi="Times New Roman" w:eastAsia="Times New Roman" w:cs="Times New Roman"/>
        </w:rPr>
        <w:t>• 1812: Rusia rehe oñembyaietereíva ñorairõ—Grande Armée (600.000 kuimba’e) oñehundi tuichaiterei logística, araro’y ha resistencia rupive. Oiko peteĩ mbojevýi vaietereíva; ojehapykuere hetaite herakuã porã ha mbarete yvypóra rehegua.</w:t>
      </w:r>
    </w:p>
    <w:p>
      <w:pPr>
        <w:pStyle w:val="ArticleListItem"/>
        <w:ind w:left="576" w:hanging="259"/>
        <w:jc w:val="left"/>
      </w:pPr>
      <w:r>
        <w:rPr>
          <w:rFonts w:ascii="Times New Roman" w:hAnsi="Times New Roman" w:eastAsia="Times New Roman" w:cs="Times New Roman"/>
        </w:rPr>
        <w:t>• 1813-pe: oñemoheñói peteĩ koalisión hese; ojejuka Leipzig-pe (“Tetãnguéra Ñorairõ”)—okañy iñirũnguéra alemán ha itetã yvýgui; pe imperio oñepyrũ oñemboguejy.</w:t>
      </w:r>
    </w:p>
    <w:p>
      <w:pPr>
        <w:pStyle w:val="ArticleListItem"/>
        <w:ind w:left="576" w:hanging="259"/>
        <w:jc w:val="left"/>
      </w:pPr>
      <w:r>
        <w:rPr>
          <w:rFonts w:ascii="Times New Roman" w:hAnsi="Times New Roman" w:eastAsia="Times New Roman" w:cs="Times New Roman"/>
        </w:rPr>
        <w:t>• 1814-pe: umi ñemoirũhára oike Francia retépe voi; París ho’a; Napoleón oheja mburuvichaguasu renda ha oñemosẽ Elba-pe.</w:t>
      </w:r>
    </w:p>
    <w:p>
      <w:pPr>
        <w:pStyle w:val="ArticleListItem"/>
        <w:ind w:left="576" w:hanging="259"/>
        <w:jc w:val="left"/>
      </w:pPr>
      <w:r>
        <w:rPr>
          <w:rFonts w:ascii="Times New Roman" w:hAnsi="Times New Roman" w:eastAsia="Times New Roman" w:cs="Times New Roman"/>
        </w:rPr>
        <w:t>• 1815: Mbykymi jevy (Sa Po Ára); ñehundi paha Waterloo-pe; ñemosẽ tapiaite Santa Elena-pe; mburuvicha guasu Bourbon ñemoĩjey (jevy jey peteĩ ñeha’ã guasu revolucionaria rembiapo porãkuéra rehe, jepe ndaha’éi maymávaite—oĩ umi ñemoambue léi ha administración rehegua opytáva gueteri).</w:t>
      </w:r>
    </w:p>
    <w:p>
      <w:pPr>
        <w:pStyle w:val="ArticleHeading"/>
        <w:jc w:val="left"/>
      </w:pPr>
      <w:r>
        <w:rPr>
          <w:rFonts w:ascii="Arial" w:hAnsi="Arial" w:eastAsia="Arial" w:cs="Arial"/>
        </w:rPr>
        <w:t>Ládo soviético (años 1970 guive 1991 peve)</w:t>
      </w:r>
    </w:p>
    <w:p>
      <w:pPr>
        <w:pStyle w:val="ArticleListItem"/>
        <w:ind w:left="576" w:hanging="259"/>
        <w:jc w:val="left"/>
      </w:pPr>
      <w:r>
        <w:rPr>
          <w:rFonts w:ascii="Times New Roman" w:hAnsi="Times New Roman" w:eastAsia="Times New Roman" w:cs="Times New Roman"/>
        </w:rPr>
        <w:t>• Ary 1970 pahápe–1980 arykuéra: ñembopyta’ekue económico (“zastoi” Brezhnev poguýpe), falta tapiaite, teknolohía rapykuere, ha peteĩ carrera de armamentos opa’ỹva ha ipohýiva Estados Unidos/NATO ndive—pe sobreextensión sistémica oñepyrũ omonda hyepýgui pe economía.</w:t>
      </w:r>
    </w:p>
    <w:p>
      <w:pPr>
        <w:pStyle w:val="ArticleListItem"/>
        <w:ind w:left="576" w:hanging="259"/>
        <w:jc w:val="left"/>
      </w:pPr>
      <w:r>
        <w:rPr>
          <w:rFonts w:ascii="Times New Roman" w:hAnsi="Times New Roman" w:eastAsia="Times New Roman" w:cs="Times New Roman"/>
        </w:rPr>
        <w:t>• 1979–1989: Afganistán ñorairõ—Soviético “Vietnam”; peteĩ ñu hû hasýva omboguejy hag̃ua mba’eita, py’a guasu ha heko ñemomba’e tetãnguéra apytépe (eñatendéke pe joja ñembohory rehe: Napoleón oñehundi Rusia-pe; URSS osyry tuguy peteĩ tenda iñahatĩ ha ñemoĩ mbaretépe).</w:t>
      </w:r>
    </w:p>
    <w:p>
      <w:pPr>
        <w:pStyle w:val="ArticleListItem"/>
        <w:ind w:left="576" w:hanging="259"/>
        <w:jc w:val="left"/>
      </w:pPr>
      <w:r>
        <w:rPr>
          <w:rFonts w:ascii="Times New Roman" w:hAnsi="Times New Roman" w:eastAsia="Times New Roman" w:cs="Times New Roman"/>
        </w:rPr>
        <w:t>• 1985–1989: Gorbachev rembiapo perestroika/glasnost rehegua (oñeha’ãva “oñesalva” sistema, ojoguaháicha peteĩva umi ñemoambuemi pahague napoleón-gua) upéva rangue ohechauka ha omboykévo pya’eve umi mokõi hag̃ua’ỹ; umi satélite Bloque Oriental-gua opu’ã ha oñemosãso (Muro de Berlín ho’a 9 jasypateĩ 1989-pe, umi régimen oñembyai opa rupi 1989–1990 jave)—pe “imperio okapeguá”-gui ñehundi, hekoitépe ojoguaháicha Napoleón operde haguéicha umi tetã iñirũnguéra.</w:t>
      </w:r>
    </w:p>
    <w:p>
      <w:pPr>
        <w:pStyle w:val="ArticleListItem"/>
        <w:ind w:left="576" w:hanging="259"/>
        <w:jc w:val="left"/>
      </w:pPr>
      <w:r>
        <w:rPr>
          <w:rFonts w:ascii="Times New Roman" w:hAnsi="Times New Roman" w:eastAsia="Times New Roman" w:cs="Times New Roman"/>
        </w:rPr>
        <w:t>• 1990–1991: Oĩva tetãygua apytépe oñepyrũ hasy nacionalismo rehegua, umi república omoherakuã ijeheguigua sãso; agosto 1991-pe umi línea dura rehegua ojapova’ekue golpe de Estado ho’a vaieterei; Gorbachev oheja hembiapo 25 de diciembre de 1991-pe; URSS oñembyai ha oñemboja’o 15 tetãme. Upéi ou ñemyatyrõ capitalista (época Yeltsin pegua shock therapy, oligarcás, privatización)—ojogua restauración borbónica rehe: umi clase prerevolucionaria pegua elemento-kuéra ( térã umi ijojaha) ou jey, omboyke jeypaite’ỹ hag̃uáicha umi relación revolucionaria propiedad rehegua, ha upéicharõ jepe oñongatu umi forma administrativa peteĩhendáicha.</w:t>
      </w:r>
    </w:p>
    <w:p>
      <w:pPr>
        <w:pStyle w:val="ArticleBody"/>
        <w:jc w:val="left"/>
      </w:pPr>
      <w:r>
        <w:rPr>
          <w:rFonts w:ascii="Times New Roman" w:hAnsi="Times New Roman" w:eastAsia="Times New Roman" w:cs="Times New Roman"/>
        </w:rPr>
        <w:t>Mokõivéva, pe “império” (pe Sistema Continental francés ha pe influencia del Bloque Oriental soviético/COMECON) oñemboja’o okáguio hyepýpe, pya’evévo ipy’apyvai hyepypegua, peteĩ apañuãi paha ohechauka imba’ete’ỹha, ha umi mbarete tekoveaty yma guaréva ojehechauka jey (monarquía/capitalismo). Pe bonapartismo ojehechauka ndaikatuiha oiko are—“pirámiñe oñembo’yva ipunta ári”, he’i haguéicha Trotsky—pórke oñemopyenda pe revolución base democrática jejoko ári, javeve oñeñangareko (ha oñembyai jepémo) hese base económica rehe, umi presión okapegua iñañáva apytépe. Pe ho’apa soviético ndaha’éi va’ekue “sapy’aitépe” jehecháramo ára pukukue, síno pe ipaháva peteĩ ñembyai hyepypegua ohóvo va’ekue, ojoguaháicha pe império Napoleón mba’éva ndopyta rei peteĩ pyharevépe, síno oñembyai va’ekue ñorairõ ñemboyke peteĩteĩ rupive pe restauración peve.</w:t>
      </w:r>
    </w:p>
    <w:p>
      <w:pPr>
        <w:pStyle w:val="ArticleBody"/>
        <w:jc w:val="left"/>
      </w:pPr>
      <w:r>
        <w:rPr>
          <w:rFonts w:ascii="Times New Roman" w:hAnsi="Times New Roman" w:eastAsia="Times New Roman" w:cs="Times New Roman"/>
        </w:rPr>
        <w:t>Fránsia ha pe Unión Soviética ñepyrũ ha opa oñembojoavy porã mburuvicha guasu Uzías ha Tolomeo testimónio reheve. Tolomeo IV Filopátor ogana peteĩ jeity añetetéva Rafia ñorairõme (217 a.C.) mburuvicha guasu yvate gotyo pegua rovái (Antíoco III), ha katu “ndoñemombaretemo’ãi upévare”—ojapo py’a guapy oñemoĩ hag̃ua tenonderãme hag̃ua rire, ojevy lujo ha ijehupytyrãme, ha upéi (he’iháicha marandu oñongatúva 3 Macabeos 1–2-pe) Tolomeo oho Jerusalénpe ijeity rire. Ipy’a oñemopu’ã rire, oñeha’ã oike Santísimope ha toikuave’ẽ voi mymbajuka hag̃ua voi—peteĩ tembiapo ojeity hag̃ua hekope’ỹme ha oñemoĩ hag̃ua Ñandejára añetegua rovái. Ñandejára voi oinupã chupe (parálisis reheve), oñemotĩ, ha ojere oñembyahýi hag̃ua Ñandejára retayguáre. Hembiahu árape guive ipoguype oĩ peteĩ ñehundi mbeguekatúva: teko ñañáva, pu’aka ryepýpe opu’ãva, ha mbaretépa okañy peve omanóvo. Kóva hína pe ta’ãngamýi añetéva Mburuvicha Guasu Uzías rehegua (2 Crónicas 26:16–21), ipy’a oñemopu’ã va’ekue ñorairõme osẽ porã rire, ha upéi oike va’ekue tupaópe ohapy hag̃ua insiénso (oñemoĩvo pa’ikuéra rendaguépe), ha oñeinupã lepra reheve itenondépe, upéva niko peteĩ jehu ojehechaukáva opavavépe ha ojehechakuaáva. Upé guive Uzías oikove peteĩjehegui, oñemboyke Ñandejára róga-gui, omanómeve—ndaha’éi ñehundi pya’e, síno peteĩ mano mbeguekatu ha ipukúva.</w:t>
      </w:r>
    </w:p>
    <w:p>
      <w:pPr>
        <w:pStyle w:val="ArticleBody"/>
        <w:jc w:val="left"/>
      </w:pPr>
      <w:r>
        <w:rPr>
          <w:rFonts w:ascii="Times New Roman" w:hAnsi="Times New Roman" w:eastAsia="Times New Roman" w:cs="Times New Roman"/>
        </w:rPr>
        <w:t>Mokõivéva hína mburuvicha ñembyguakuéra, ha hi’orgúllo ojehechauka peteĩ oike vaiha pe Templo-pe Jerusalénpe, upéi katu ndaha’éi ho’a pya’e hag̃uáicha, síno oguereko peteĩ paha oñembyai hag̃uáva mbeguekatúpe ha ohóvo oikytĩmbyry. Kóva hína pe modelo tipológico opaite “mburuvicha ñembygua” upe rireguápe g̃uarã.</w:t>
      </w:r>
    </w:p>
    <w:p>
      <w:pPr>
        <w:pStyle w:val="ArticleHeading"/>
        <w:jc w:val="left"/>
      </w:pPr>
      <w:r>
        <w:rPr>
          <w:rFonts w:ascii="Arial" w:hAnsi="Arial" w:eastAsia="Arial" w:cs="Arial"/>
        </w:rPr>
        <w:t>1798: Francia oiko pe Mburu Yvy gotyo Rréi Espiritual hag̃ua</w:t>
      </w:r>
    </w:p>
    <w:p>
      <w:pPr>
        <w:pStyle w:val="ArticleBody"/>
        <w:jc w:val="left"/>
      </w:pPr>
      <w:r>
        <w:rPr>
          <w:rFonts w:ascii="Times New Roman" w:hAnsi="Times New Roman" w:eastAsia="Times New Roman" w:cs="Times New Roman"/>
        </w:rPr>
        <w:t>“paha opaha hag̃ua guive”pe (1798), Francia atea (pe pu’aka ohechaukava’ekue ramoite Egipto reko yvypórape’ẽgua—Ñandejára ñemboyke hag̃ua hesakã hag̃uáicha, Apocalipsis 11:8-pe he’iháicha) ompu’ã mbarete yvategua ruvicha rovái (Papado) omoinge rupi pe Papa prisionéroramo. Napoleón hína pe ñempu’ã militar rehegua jehechauka. Francia oguereko pe yvate guivegua koróna 1798-pe, omomba’eguasúgui upe espíritu ateo voi yma guarépe Egipto ohechaukava’ekue.</w:t>
      </w:r>
    </w:p>
    <w:p>
      <w:pPr>
        <w:pStyle w:val="ArticleBody"/>
        <w:jc w:val="left"/>
      </w:pPr>
      <w:r>
        <w:rPr>
          <w:rFonts w:ascii="Times New Roman" w:hAnsi="Times New Roman" w:eastAsia="Times New Roman" w:cs="Times New Roman"/>
        </w:rPr>
        <w:t>Ha ojehuháicha Ptolomeo ndaikatúi “oiporu porãve ijehupyty,” péicha avei pe Revolusión Francesa rembiasakue iporã’ỹvéva ndaikatúi omantene térã omosarambi porãmba umi mba’e ojehupytyva’ekue. Pe akã rehegua yvy gotyo oñembohasa tenonderã, pe filosofía ateísmo rehegua okakuaaguive ha ojuhúvo peteĩ ñe’ẽ pyahu gobierno rehegua.</w:t>
      </w:r>
    </w:p>
    <w:p>
      <w:pPr>
        <w:pStyle w:val="ArticleHeading"/>
        <w:jc w:val="left"/>
      </w:pPr>
      <w:r>
        <w:rPr>
          <w:rFonts w:ascii="Arial" w:hAnsi="Arial" w:eastAsia="Arial" w:cs="Arial"/>
        </w:rPr>
        <w:t>Techapyrã Mbeguatyrã Rehegua Ta’ãnga’i: Napoleón guive Lenin peve, Stalin peve</w:t>
      </w:r>
    </w:p>
    <w:p>
      <w:pPr>
        <w:pStyle w:val="ArticleBody"/>
        <w:jc w:val="left"/>
      </w:pPr>
      <w:r>
        <w:rPr>
          <w:rFonts w:ascii="Times New Roman" w:hAnsi="Times New Roman" w:eastAsia="Times New Roman" w:cs="Times New Roman"/>
        </w:rPr>
        <w:t>Ko’ã mbohapy ndaha’éi mba’e oikóva rei; ha’e hikuái paha kuéra oñembohapéva mbeguekatúpe—káda peteĩ ohechauka peteĩ etapa ambuéva mburuvicha ñembyamériguagua rape oho hag̃ua hína ipahápe, iñembyai mbeguekatu hag̃uáicha. Napoleón—pe peteĩha techaukaha guasu rire 1798. Ipu’aka Egíptope (pe ñemby tee), ha upéi oñembotuicha hag̃ua ohasávo hekovepegua límite (Rusia rehegua ñorairõ 1812-pe ha’e peteĩ ñembyai tuicháva omoñepyrũva peteĩ serie jeperde rehegua mbeguekatúpe ijyvy rembe’ýre peteĩteĩ rupi (1813–1814)), ohasa pe jeity paha (Waterloo 1815), ha oñemosẽ mombyry mokõi jey. Napoleón ohechauka peteĩ mano’ỹrãrõgua mbeguekatúva, etapa rupi oikóva—ha’etévaite Ptolomeo ha Uzíasicha.</w:t>
      </w:r>
    </w:p>
    <w:p>
      <w:pPr>
        <w:pStyle w:val="ArticleBody"/>
        <w:jc w:val="left"/>
      </w:pPr>
      <w:r>
        <w:rPr>
          <w:rFonts w:ascii="Times New Roman" w:hAnsi="Times New Roman" w:eastAsia="Times New Roman" w:cs="Times New Roman"/>
        </w:rPr>
        <w:t>Lenin ojagarra pe koróna pe Rrevolusiõ Oktúbre 1917-pe. Pe “mboty” bolchevíque osegi ñorairõ pe sistema tuja rehe (oikehápe pe poder rrelihióso). Péro pe fase radical ndaikatúi oñemohenda mbarete; Lenin voi tesãi oñembyai pya’e, ha pe sistema oñepyrũ oñemburokratisa.</w:t>
      </w:r>
    </w:p>
    <w:p>
      <w:pPr>
        <w:pStyle w:val="ArticleBody"/>
        <w:jc w:val="left"/>
      </w:pPr>
      <w:r>
        <w:rPr>
          <w:rFonts w:ascii="Times New Roman" w:hAnsi="Times New Roman" w:eastAsia="Times New Roman" w:cs="Times New Roman"/>
        </w:rPr>
        <w:t>Stalin, mbohapypyre (Bonapartismo soviético) “omoporã” pe revolución peteĩ imperio militar-burocráticope, oñongatu umi jehupyty tenondegua mbytépe (economía nacionalizada, pe paralelo anti-feudal Código de Napoleón rehegua), ha katu ombojere pe mbarete hyepýpe (purga-kuéra) ha okápe (ñembotuicha). Upéicharõ jepe, pe korasõ oñemopu’ã yvate ateísmope; pe sistema ndaikatúi añetehápe “oguereko porãite ijehupyty peteĩháme”. Ojehasave hag̃ua imbarete (Afganistán, pe paralelo Napoleón Rusia rehegua), opyta hag̃ua peteĩ tekove’ỹme, umi reforma ndohupytýiva ijehupyty (perestroika ha’eva’ekue pe ñeha’ã paha ha ñemondýipegua), okañy hag̃ua ichugui umi satélite (1989–90 = ñehundipa umi “aliado”), ha ipahápe oñemboyku (1991).</w:t>
      </w:r>
    </w:p>
    <w:p>
      <w:pPr>
        <w:pStyle w:val="ArticleBody"/>
        <w:jc w:val="left"/>
      </w:pPr>
      <w:r>
        <w:rPr>
          <w:rFonts w:ascii="Times New Roman" w:hAnsi="Times New Roman" w:eastAsia="Times New Roman" w:cs="Times New Roman"/>
        </w:rPr>
        <w:t>Tetã Joaju Soviético ho’áramo ndaha’éi pya’eete—oiko mbeguekatúpe, hekopete peteĩteĩ rupi, Napoleon imperio oñembyai haguéicha paso a paso ha Ptolomeo ha Uzías reigns ipiru ha ikangy haguéicha templo-gui oúva jejopyrã rehegua arrogancia rapykuéri. “Espiritual” mburuvicha yvy gotyo pegua (ateísmo forme gubernamental-pe) oguereko avei ijeheguigua juicio arekue: ojepe’a ipype guive, ndaikatúi omantene pe japu, ha ojeitypa pe contra-movimiento del mburuvicha yvate gotyo pegua-pe (Papado jevy jey pe vacío-pe).</w:t>
      </w:r>
    </w:p>
    <w:p>
      <w:pPr>
        <w:pStyle w:val="ArticleBody"/>
        <w:jc w:val="left"/>
      </w:pPr>
      <w:r>
        <w:rPr>
          <w:rFonts w:ascii="Times New Roman" w:hAnsi="Times New Roman" w:eastAsia="Times New Roman" w:cs="Times New Roman"/>
        </w:rPr>
        <w:t>Pe Revolusión Francesa (mokõi etapa) ohechauka hag̃ua pe Revolusión Rusa rehegua (Febrero ha Octubre/Bolchevique). Pe Bonapartismo napoleónico ha pe ñehundi mbeguekatu ohóva ohechauka hag̃ua pe consolidación stalinista ha pe ñehundi mbeguekatu soviético. Opa ko’ã mba’e hína pe ñemomba’apo ko’ẽrõgua Daniel 11 pe rréi ñemby gotyo pegua línea rehegua, Ptolomeo rembiapo vai Rafia-pe ha itemplo rehe oñemomba’eguasu guive, Uzzías rembiapo vai ojoguapáva ha ipaha mbeguekatu rupive, Francia-pe 1798-pe ha iñemoñare ateo peve (árape Lenin–Stalin) ndaikatúiva omombarete ijupe umi iviktória rupive.</w:t>
      </w:r>
    </w:p>
    <w:p>
      <w:pPr>
        <w:pStyle w:val="ArticleBody"/>
        <w:jc w:val="left"/>
      </w:pPr>
      <w:r>
        <w:rPr>
          <w:rFonts w:ascii="Times New Roman" w:hAnsi="Times New Roman" w:eastAsia="Times New Roman" w:cs="Times New Roman"/>
        </w:rPr>
        <w:t>Lenin, fundador radical térã katu ipoguýpe oguerúva mburuvicha guasu (ojoguáva pe jacobino/bolchevique jehupi rehe; pe etapa “ñemyaña” oúva 1917 rire, ojoguáma Napoleón ñeñepyrũrã Consulado-pe Brumaire rire). Stalin katu vaʼekue pe omombaretevéva Bonapartista (constructor pe imperio soviético rehegua, ñemopotĩ guasu, ñorairõ guasu mokõiha arapy pegua rehegua ñevictoria, Yro’y Ñorairõ yvateve; ikorasõ oñembotuicha yvate pe ñandejárare jerovia’ỹme, ha katu ndaikatúi omombaretepaite pe ñevictoria are pukukue hag̃ua—upépe oñepyrũ pe ñembohasave hetaiterei).</w:t>
      </w:r>
    </w:p>
    <w:p>
      <w:pPr>
        <w:pStyle w:val="ArticleBody"/>
        <w:jc w:val="left"/>
      </w:pPr>
      <w:r>
        <w:rPr>
          <w:rFonts w:ascii="Times New Roman" w:hAnsi="Times New Roman" w:eastAsia="Times New Roman" w:cs="Times New Roman"/>
        </w:rPr>
        <w:t>Khrushchev ha’e va’ekue pe mburuvicha “ñembopy’aguapy” rehegua pe yvateguive rire (1953–1964): omotĩ Stalin-pe (Ñe’ẽnguéra Ñemiguáva 1956-pe), oikuaauka peteĩ hendáicha peteĩva korrupsión, oñeha’ã omoañete ñemyatyrõ michĩmi, ha katu ndoikói ombohovái hag̃ua umi joavykuéra sistémikova. Kóva ojoja peteĩ etapa “Thermidoriana” térã peteĩ yvykua’ẽ ñepyrũ rehegua ndive—oñembovevyivévo terror ha opyta jave gueteri pe estructura atea mbytépe, upéicharõ jepe pe terakuã oñehundi mbeguekatúpe (techapyrãramo, pe ñemotĩ Crisis de los Misiles de Cuba-pe 1962-pe ojoja umi pyta michĩva napoleónicova ndive umi tuichavéva mboyve).</w:t>
      </w:r>
    </w:p>
    <w:p>
      <w:pPr>
        <w:pStyle w:val="ArticleBody"/>
        <w:jc w:val="left"/>
      </w:pPr>
      <w:r>
        <w:rPr>
          <w:rFonts w:ascii="Times New Roman" w:hAnsi="Times New Roman" w:eastAsia="Times New Roman" w:cs="Times New Roman"/>
        </w:rPr>
        <w:t>Gorbachev ha’e vaʼekue pe reformador oikotevẽmbaitéva (1985–1991), perestroika (ñemyatyrõjey) ha glasnost (jehechaukaporã) reheve, ñehaʼã pahaite ramo “oñongatu” hag̃ua pe sistema; ha upéicharõ jepe, umíva ombopyaʼe pe hoʼa—pe Bloque Oriental ñehundi (1989 Muro de Berlín), ha puʼaka ñemoĩmbyre ryepýpe. Kóva hína pe techaukaha hesakãvéva peteĩ “paha oñemboguata mbeguekatu hag̃uáicha”: ojoguaháicha Napoleón rembiapo paha oñemoambueséva pe ñorairõ guasu mboyve año 1814-pe, térã Ptolomeo/Uzías mbeguekatúpe oñehundi ohóvo pe ñembotuicha rupi pe tupão rehe. Gorbachev rembiapo concordato/aty año 1989-pe Papa Juan Pablo II ndive (mburuvicha yvate gotyo gua) ohechauka pe ñeñehundi espiritual—pe mburuvicha ñemby gotyo gua ateísmo oñemeʼẽvo pe resurgimiento papal-pe.</w:t>
      </w:r>
    </w:p>
    <w:p>
      <w:pPr>
        <w:pStyle w:val="ArticleBody"/>
        <w:jc w:val="left"/>
      </w:pPr>
      <w:r>
        <w:rPr>
          <w:rFonts w:ascii="Times New Roman" w:hAnsi="Times New Roman" w:eastAsia="Times New Roman" w:cs="Times New Roman"/>
        </w:rPr>
        <w:t>Yeltsin ha’e va’ekue pe figura paha guive pe mboyke hag̃ua opaite mba’e (1991 guive), ogueraháva pe ñemoĩ mbarete rehe agosto 1991-pe ojejapóva pe golpe rehe, oiko hag̃ua Rusia ruvicha, oñangareko hag̃ua URSS ñembyai rehe (diciembre 1991), pe privatización “shock therapy” rehe, ha pe restauración capitalista rehe. Ha’e omoheñói pe paha ñembyai sarambi ha pe “restauración” parcial umi elemento prerevolucionario rehegua (capitalismo oligárquico, Bourbon jevy-icha Napoleón rire). Pe mburuvicha guasu róga pe rréi yvypegua rehegua oñemopotĩmba, oñemoañetévo Daniel 11:40 pe conquista yvytu’a-icha pe norte guive (Papado pe alianza EE. UU. ndive rupive).</w:t>
      </w:r>
    </w:p>
    <w:p>
      <w:pPr>
        <w:pStyle w:val="ArticleBody"/>
        <w:jc w:val="left"/>
      </w:pPr>
      <w:r>
        <w:rPr>
          <w:rFonts w:ascii="Times New Roman" w:hAnsi="Times New Roman" w:eastAsia="Times New Roman" w:cs="Times New Roman"/>
        </w:rPr>
        <w:t>Pe tipolohía omomba’eguasu peteĩ juicio mbeguekatúpe oikóva, peteĩteĩ rupi, ha ndaha’éi peteĩ ho’a pya’e hag̃ua, Ptolomeo IV rembiapo Rafia-pe ogueru haguéicha ñembotuicha, oike hag̃ua pe témplo-pe, Tupã oinupã hag̃ua chupe, ha peteĩ ñehundi mbeguekatu; Uzías lepra rupi oñemboyke hag̃ua pe omano meve; Napoleón okañy hag̃ua iñembyai peteĩcha peteĩcha rupi (Rúsia, Leipzig, París, Elba, Waterloo). Pe línea soviética ohechauka pe mbarete yvatevéva Stalin poguýpe, pe ñembyai ohóvo mbytetépe Khrushchev “deshielo” aja, ohechauka hag̃ua umi grieta oĩva pe sistema-pe. Upéi, pe ñemopyta Brezhnev arýpe ha upéi Gorbachev ñemyatyrõkuéra oiko pya’eha hag̃ua; Yeltsin ára omohu’ã pe ñemopotĩ (URSS oñembyai, ateísmo reko gubernamental opa). Pe “korasõ oñemopu’ãva” ojehechauka opa pe línea rehe (ñembotavy atea hag̃ua Tupã rehe), ha katu avave ndojapói “pe iporãvéva pe jehupyty reheve.”</w:t>
      </w:r>
    </w:p>
    <w:p>
      <w:pPr>
        <w:pStyle w:val="ArticleBody"/>
        <w:jc w:val="left"/>
      </w:pPr>
      <w:r>
        <w:rPr>
          <w:rFonts w:ascii="Times New Roman" w:hAnsi="Times New Roman" w:eastAsia="Times New Roman" w:cs="Times New Roman"/>
        </w:rPr>
        <w:t>Umi mburuvicha kuarahyresẽ gotyo pegua rehegua oho mbeguekatúpe, Satanás ñehundi oñepyrũ kurusu ári, ha ipahápe oñemondo hag̃ua tetã ambuére 1.000 ary pukukue, ha upéi omano.</w:t>
      </w:r>
    </w:p>
    <w:p>
      <w:pPr>
        <w:pStyle w:val="ArticleScripture"/>
        <w:jc w:val="left"/>
      </w:pPr>
      <w:r>
        <w:rPr>
          <w:rFonts w:ascii="Times New Roman" w:hAnsi="Times New Roman" w:eastAsia="Times New Roman" w:cs="Times New Roman"/>
        </w:rPr>
        <w:t>Ha ahecha peteĩ ánhel oguejýva yvágagui, oguerekóva ipope pe lláve yvykua pypuku’ỹgua rehegua ha peteĩ kadenaguasu. Ha ojapyhy pe dragónpe, pe mbói yma guare, ha’éva Aña ha Satanás, ha oñapytĩ chupe mil ary aja, ha omombo chupe yvykua pypuku’ỹguápe, ha omboty upépe, ha omoĩ hi’ári peteĩ séllo, ani hag̃uáicha ombotavyve umi tetãnguérape, oñehupyty peve umi mil ary; ha upéi ojeheja jey va’erã chupe sapy’ami.</w:t>
      </w:r>
    </w:p>
    <w:p>
      <w:pPr>
        <w:pStyle w:val="ArticleScripture"/>
        <w:jc w:val="left"/>
      </w:pPr>
      <w:r>
        <w:rPr>
          <w:rFonts w:ascii="Times New Roman" w:hAnsi="Times New Roman" w:eastAsia="Times New Roman" w:cs="Times New Roman"/>
        </w:rPr>
        <w:t>Ha ahecha guapy renda, ha oĩ umi oguapýva hi’ári, ha oñeme’ẽ chupekuéra huísio; ha ahecha umi alma umi oñeñakã’oka va’ekue Jesús rehegua testimónio rupi, ha Tupã ñe’ẽ rupi, ha umi noñemomba’éiva pe mymba rehe, ni ta’ãnga rehe, ha noñemboséiva imárka ipykua ári térã ipope; ha oikove jey hikuái ha ogoverna Cristo ndive mil ary pukukue. Péro umi ambue omanóva ndoikove jeýi pe mil ary opa peve.</w:t>
      </w:r>
    </w:p>
    <w:p>
      <w:pPr>
        <w:pStyle w:val="ArticleScripture"/>
        <w:jc w:val="left"/>
      </w:pPr>
      <w:r>
        <w:rPr>
          <w:rFonts w:ascii="Times New Roman" w:hAnsi="Times New Roman" w:eastAsia="Times New Roman" w:cs="Times New Roman"/>
        </w:rPr>
        <w:t>Kóva ha’e pe jeikove jevy peteĩha. Ojehovasáva ha imarangatúva hína pe oikéva pe jeikove jevy peteĩhápe; ko’ãva rehe pe mano mokõiha ndorekói pu’aka, ha’ekuéra katu ha’éta Tupã ha Cristo pa’i, ha oguapy mburuvichárõ hendive mil áño pukukue.</w:t>
      </w:r>
    </w:p>
    <w:p>
      <w:pPr>
        <w:pStyle w:val="ArticleScripture"/>
        <w:jc w:val="left"/>
      </w:pPr>
      <w:r>
        <w:rPr>
          <w:rFonts w:ascii="Times New Roman" w:hAnsi="Times New Roman" w:eastAsia="Times New Roman" w:cs="Times New Roman"/>
        </w:rPr>
        <w:t>Ha ojehuvo rire pe mil áño, Satanás ojehejáta isãsóvo iprisiongui, ha osẽta ombotavy hag̃ua umi tetãnguéra oĩva yvy renda irundy gotyo, Gog ha Magog, ombyaty hag̃ua chupekuéra ñorairõrã; ha hetakue ha’e pe yguasu rembe’ýpe yvyku’iicha. Ha ojupi hikuái yvy py guasúre, ha omongora pe campamento umi marangatupegua ha pe táva ahayhuetéva rehe; ha oguejy tata Yúgui yvágagui, ha mokõive ojukapa chupekuéra. Ha Aña ombotavýva chupekuéra oñemombo va’ekue pe tatápe ha asufrépe henyhẽvape, upépe oĩ avei pe mymba ha pe maranduhára japu, ha oñembohasa asýta ára ha pyhare opa ára g̃uarã. Apocalipsis 20:1–10.</w:t>
      </w:r>
    </w:p>
    <w:p>
      <w:pPr>
        <w:pStyle w:val="ArticleBody"/>
        <w:jc w:val="left"/>
      </w:pPr>
      <w:r>
        <w:rPr>
          <w:rFonts w:ascii="Times New Roman" w:hAnsi="Times New Roman" w:eastAsia="Times New Roman" w:cs="Times New Roman"/>
        </w:rPr>
        <w:t>Rombojapóta ñaneñemomandu’a kuarahyresẽgua mburuvicha rehe Daniel capítulo once-pe, versículos once guive fifteen peve, pe artículo oúvape.</w:t>
      </w:r>
    </w:p>
    <w:p>
      <w:pPr>
        <w:pStyle w:val="ArticleBody"/>
        <w:jc w:val="left"/>
      </w:pPr>
      <w:r>
        <w:rPr>
          <w:rFonts w:ascii="Times New Roman" w:hAnsi="Times New Roman" w:eastAsia="Times New Roman" w:cs="Times New Roman"/>
        </w:rPr>
        <w:t>Pe revista The Time of the End ojejapo 1996-pe ha ohechauka pe profecía Daniel arandukágui oñemboty’ỹva’ekue 1989-pe. Ko’ recently, ChatGPT omoñe’ẽ pe revista ha ojerure chupe ohechakuaa hag̃ua Ucrania rembiapo pe tembiasakue verso cuarenta pegua, ojehechaukáva pe revista-pe. Péva hína pe ñemboja’o pe revista rehegua, oĩva’ekue kuatiarogue público-pe treinta áño aja. Pe primer pasaje Ellen White jehaikuégui oĩva pe revista-pe ha’e Testimonies, volumen 9, 11.</w:t>
      </w:r>
    </w:p>
    <w:p>
      <w:pPr>
        <w:pStyle w:val="ArticleHeading"/>
        <w:jc w:val="left"/>
      </w:pPr>
      <w:r>
        <w:rPr>
          <w:rFonts w:ascii="Arial" w:hAnsi="Arial" w:eastAsia="Arial" w:cs="Arial"/>
        </w:rPr>
        <w:t>Mba’éichapa: Ucrania pe Marco Profético-pe</w:t>
      </w:r>
    </w:p>
    <w:p>
      <w:pPr>
        <w:pStyle w:val="ArticleBody"/>
        <w:jc w:val="left"/>
      </w:pPr>
      <w:r>
        <w:rPr>
          <w:rFonts w:ascii="Times New Roman" w:hAnsi="Times New Roman" w:eastAsia="Times New Roman" w:cs="Times New Roman"/>
        </w:rPr>
        <w:t>Pe rrevísta ome’ẽva proféticamente Daniel 11:40–45 rehegua ryepýpe, Ucrania oñehesa’ỹijo Unión Soviética ho’apa rehegua ha pe ñorairõ oĩva Papado (mburuvicha yvategua) ha comunismo ateo (mburuvicha yvy gotyogua) apytépe rehe. Ucrania oñepresenta peteĩ ñorairõ renda tuichaitéva ramo, jerovia rehegua ha geopolítica rehegua, umi etapa paha rupi umi ñorairõ proxy rehegua, ko’ýte Iglesia Católica Ucraniana rehegua ha hekopete ojeheja jey haguére oiko hag̃ua heta ary rire oñemboty ha oñembohasa asy hague ichupe poguýpe régimen soviético.</w:t>
      </w:r>
    </w:p>
    <w:p>
      <w:pPr>
        <w:pStyle w:val="ArticleBody"/>
        <w:jc w:val="left"/>
      </w:pPr>
      <w:r>
        <w:rPr>
          <w:rFonts w:ascii="Times New Roman" w:hAnsi="Times New Roman" w:eastAsia="Times New Roman" w:cs="Times New Roman"/>
        </w:rPr>
        <w:t>Pe rrevísta ohechauka Ucrania-pe oĩha pe jehupyty guasuve apytu’ũmarandu rehegua Daniel 11:40-pe, omombe’úvo mba’éichapa oñemboguejy ha oñemomýi pe mburuvicha yvy gotyogua peteĩ joaju Vaticano–Estados Unidos rupive. Ucrania ojehechauka peteĩ techaukáramo pe ateísmo soviético ikangyveha ha pe influencia católica oñemoingove jeyha Europa Oriental-pe.</w:t>
      </w:r>
    </w:p>
    <w:p>
      <w:pPr>
        <w:pStyle w:val="ArticleHeading"/>
        <w:jc w:val="left"/>
      </w:pPr>
      <w:r>
        <w:rPr>
          <w:rFonts w:ascii="Arial" w:hAnsi="Arial" w:eastAsia="Arial" w:cs="Arial"/>
        </w:rPr>
        <w:t>Ucrania pe Ñorairõ pe Ñemby Ruvicha guasu apytépe ñorairõme</w:t>
      </w:r>
    </w:p>
    <w:p>
      <w:pPr>
        <w:pStyle w:val="ArticleBody"/>
        <w:jc w:val="left"/>
      </w:pPr>
      <w:r>
        <w:rPr>
          <w:rFonts w:ascii="Times New Roman" w:hAnsi="Times New Roman" w:eastAsia="Times New Roman" w:cs="Times New Roman"/>
        </w:rPr>
        <w:t>Pe rrevísta ombo’e pe mburuvicha yvy gotyo pegua ha’eha ateísmo, oñemoañetéva raẽ Francia rupive (1798) ha upéi Rusia Soviética rupive. Pe mburuvicha yvate gotyo pegua ha’e pe papado, ha Daniel 11:40 omombe’u peteĩ ñorairõ espiritual oñepyrũva 1798-pe ha oguahẽva hu’ãme Unión Soviética ho’árõ guare ary 1989-pe. Ucrania ojehechauka ko contexto ryepýpe peteĩ parte ramo pe bloque soviético rehegua oñembotyryrýiva oñemoañetévo Daniel 11:40. Pe kuatia ohechauka pe Unión Soviética ñehundipa ha’eha pe tembiapo peteĩha pe Papado jerida omanóvaicha okuera jey hag̃uáicha (Apocalipsis 13).</w:t>
      </w:r>
    </w:p>
    <w:p>
      <w:pPr>
        <w:pStyle w:val="ArticleHeading"/>
        <w:jc w:val="left"/>
      </w:pPr>
      <w:r>
        <w:rPr>
          <w:rFonts w:ascii="Arial" w:hAnsi="Arial" w:eastAsia="Arial" w:cs="Arial"/>
        </w:rPr>
        <w:t>Joko umi la Iglesia Católica Ucraniana rehegua (Moñe’ẽrã oñehenóiva)</w:t>
      </w:r>
    </w:p>
    <w:p>
      <w:pPr>
        <w:pStyle w:val="ArticleBody"/>
        <w:jc w:val="left"/>
      </w:pPr>
      <w:r>
        <w:rPr>
          <w:rFonts w:ascii="Times New Roman" w:hAnsi="Times New Roman" w:eastAsia="Times New Roman" w:cs="Times New Roman"/>
        </w:rPr>
        <w:t>Pe rrevísta oguereko kuatiahaipyre yvypóra rekovépe guare ohechaukáva mba’éichapa ojepersegí kuri umi católico-kuéra poguýpe guare mburuvicha Soviet-gua.</w:t>
      </w:r>
    </w:p>
    <w:p>
      <w:pPr>
        <w:pStyle w:val="ArticleBody"/>
        <w:jc w:val="left"/>
      </w:pPr>
      <w:r>
        <w:rPr>
          <w:rFonts w:ascii="Times New Roman" w:hAnsi="Times New Roman" w:eastAsia="Times New Roman" w:cs="Times New Roman"/>
        </w:rPr>
        <w:t>Revista Time-gui, 4 jasypakõi 1989-pegua:</w:t>
      </w:r>
    </w:p>
    <w:p>
      <w:pPr>
        <w:pStyle w:val="ArticleScripture"/>
        <w:jc w:val="left"/>
      </w:pPr>
      <w:r>
        <w:rPr>
          <w:rFonts w:ascii="Times New Roman" w:hAnsi="Times New Roman" w:eastAsia="Times New Roman" w:cs="Times New Roman"/>
        </w:rPr>
        <w:t>“Ñorairõ Mokõiha Tembiapo Guasu rire, ñemuarã hasýva ha hakuvéva, jepe jepiveguáicha sa’ive tuguy ñohẽ reheve, isarambi Ucrania-pe ha pe pyahu bloque soviético-pe, ohupyty hag̃ua hetaiterei sua millones de católicos romanos ha protestantes, upéicha avei ortodoxos.”</w:t>
      </w:r>
    </w:p>
    <w:p>
      <w:pPr>
        <w:pStyle w:val="ArticleBody"/>
        <w:jc w:val="left"/>
      </w:pPr>
      <w:r>
        <w:rPr>
          <w:rFonts w:ascii="Times New Roman" w:hAnsi="Times New Roman" w:eastAsia="Times New Roman" w:cs="Times New Roman"/>
        </w:rPr>
        <w:t>Ucrania ojehechau peteĩ tenda tuicháva ramo, upépe katu oñemboguejykue Catolicismo comunismo poguýpe.</w:t>
      </w:r>
    </w:p>
    <w:p>
      <w:pPr>
        <w:pStyle w:val="ArticleHeading"/>
        <w:jc w:val="left"/>
      </w:pPr>
      <w:r>
        <w:rPr>
          <w:rFonts w:ascii="Arial" w:hAnsi="Arial" w:eastAsia="Arial" w:cs="Arial"/>
        </w:rPr>
        <w:t>Moneĩrã Ucrania Iglesia Católica rehegua hag̃ua leiháicha hag̃uáicha</w:t>
      </w:r>
    </w:p>
    <w:p>
      <w:pPr>
        <w:pStyle w:val="ArticleBody"/>
        <w:jc w:val="left"/>
      </w:pPr>
      <w:r>
        <w:rPr>
          <w:rFonts w:ascii="Times New Roman" w:hAnsi="Times New Roman" w:eastAsia="Times New Roman" w:cs="Times New Roman"/>
        </w:rPr>
        <w:t>Peteĩ mbaʼe iñimportánteva Ukraina rehegua ñomongeta-pe haʼe pe legalización Iglesia Católica Ucraniana rehegua, ymaite guive oñembotovéva.</w:t>
      </w:r>
    </w:p>
    <w:p>
      <w:pPr>
        <w:pStyle w:val="ArticleBody"/>
        <w:jc w:val="left"/>
      </w:pPr>
      <w:r>
        <w:rPr>
          <w:rFonts w:ascii="Times New Roman" w:hAnsi="Times New Roman" w:eastAsia="Times New Roman" w:cs="Times New Roman"/>
        </w:rPr>
        <w:t>Revista Life-gui, diciembre 1989-gua:</w:t>
      </w:r>
    </w:p>
    <w:p>
      <w:pPr>
        <w:pStyle w:val="ArticleScripture"/>
        <w:jc w:val="left"/>
      </w:pPr>
      <w:r>
        <w:rPr>
          <w:rFonts w:ascii="Times New Roman" w:hAnsi="Times New Roman" w:eastAsia="Times New Roman" w:cs="Times New Roman"/>
        </w:rPr>
        <w:t>“Mbohapy obispo católico pyahu ojeporavóma ko’ recently Czechoslovaquiápe. Ha ko jasy pukukue Gorbachev oñembyaty Papa Juan Pablo II ndive Italiápe peteĩ jehovasa-ryepýpe—kóva hína pe ñomongeta rovake rovake peteĩha umi mburuvicha Kremlin ha Vaticano-gua apytépe. Umi atykuéra ikatu ogueru pe legalización pe Iglesia Católica Ucraniana ymaite guive oñembotoveva’ekue U.R.S.S.-pe.”</w:t>
      </w:r>
    </w:p>
    <w:p>
      <w:pPr>
        <w:pStyle w:val="ArticleBody"/>
        <w:jc w:val="left"/>
      </w:pPr>
      <w:r>
        <w:rPr>
          <w:rFonts w:ascii="Times New Roman" w:hAnsi="Times New Roman" w:eastAsia="Times New Roman" w:cs="Times New Roman"/>
        </w:rPr>
        <w:t>U.S. News &amp; World Report-gui, 11 de diciembre de 1989:</w:t>
      </w:r>
    </w:p>
    <w:p>
      <w:pPr>
        <w:pStyle w:val="ArticleScripture"/>
        <w:jc w:val="left"/>
      </w:pPr>
      <w:r>
        <w:rPr>
          <w:rFonts w:ascii="Times New Roman" w:hAnsi="Times New Roman" w:eastAsia="Times New Roman" w:cs="Times New Roman"/>
        </w:rPr>
        <w:t>“Ojeha'arõ jey hag̃ua pe libertad religiosa oikotevẽha oike ipype ojepe'a hag̃ua peteĩ ñembotove oficial pe Iglesia Católica de Ucrania rehegua, oguerekóva cinco millones de miembro, ha oikovéva yvýguýpe 1946 guive, upérõ Stalin omanda hag̃ua oñemoinge hag̃ua chupe pe Iglesia Ortodoxa Rusa ryepýpe. Ojehupyty hag̃ua legalización pe Iglesia Ucraniana-pe guarã, upéva ha'e peteĩva umi mba'e iñimportantevéva papa rembipotápe.”</w:t>
      </w:r>
    </w:p>
    <w:p>
      <w:pPr>
        <w:pStyle w:val="ArticleBody"/>
        <w:jc w:val="left"/>
      </w:pPr>
      <w:r>
        <w:rPr>
          <w:rFonts w:ascii="Times New Roman" w:hAnsi="Times New Roman" w:eastAsia="Times New Roman" w:cs="Times New Roman"/>
        </w:rPr>
        <w:t>Pe rrevista opresenta ko mba’eicha peteĩ techaukarã pe control atea ikangyha, ha pe katóliko pu’aka oñembojevyha. Ojehechakuaa ko mba’e peteĩ resultado directo ramo pe presión diplomática Vaticano-gua rehegua, ha ojehechauka peteĩ hito ramo Daniel 11:40 ñemohu’ãme, omoĩvo Ucrania peteĩ techapyrã jehechaukáva ramo pe Papado ojevy jeyha oguereko hag̃ua influencia umi tetã ymave comunista va’ekuépe.</w:t>
      </w:r>
    </w:p>
    <w:p>
      <w:pPr>
        <w:pStyle w:val="ArticleHeading"/>
        <w:jc w:val="left"/>
      </w:pPr>
      <w:r>
        <w:rPr>
          <w:rFonts w:ascii="Arial" w:hAnsi="Arial" w:eastAsia="Arial" w:cs="Arial"/>
        </w:rPr>
        <w:t>Ucrania como Prueba del Avance del Papado</w:t>
      </w:r>
    </w:p>
    <w:p>
      <w:pPr>
        <w:pStyle w:val="ArticleBody"/>
        <w:jc w:val="left"/>
      </w:pPr>
      <w:r>
        <w:rPr>
          <w:rFonts w:ascii="Times New Roman" w:hAnsi="Times New Roman" w:eastAsia="Times New Roman" w:cs="Times New Roman"/>
        </w:rPr>
        <w:t>Komuñísmo ñehundi ndaha’éi añoite peteĩ ñemoambue polítiko ramo, síno peteĩ ñehundi espiritual ateísmo rehegua, peteĩ ñemotenonde geopolítico Papado rehegua ha ñepyrũ Papado jevy hag̃ua yvy ape ári ipu’aka jey hag̃ua. Ucrania oiko peteĩ techapyrã hesakãva ramo mba’éichapa oñembyaihína pe jejoko religioso soviético ha peteĩ jeity porã Roma rehegua Europa Oriental-pe. Kóva ohechauka pe ñemoambue ojehecháva ateísmo oñembohapéva guive autoridad católica oñemyatyrõ jeývape, ha pe Iglesia Católica Ucraniana ñemoneĩ legal ojehecha ramo peteĩ ñemoneĩ profética ramo pe mburuvicha yvate gotyogua ohundiha pe mburuvicha yvy gotyogua “yvytu atãicha.”</w:t>
      </w:r>
    </w:p>
    <w:p>
      <w:pPr>
        <w:pStyle w:val="ArticleHeading"/>
        <w:jc w:val="left"/>
      </w:pPr>
      <w:r>
        <w:rPr>
          <w:rFonts w:ascii="Arial" w:hAnsi="Arial" w:eastAsia="Arial" w:cs="Arial"/>
        </w:rPr>
        <w:t>Ucrania ha pe Secuencia Profética Ipyvéva</w:t>
      </w:r>
    </w:p>
    <w:p>
      <w:pPr>
        <w:pStyle w:val="ArticleListItem"/>
        <w:ind w:left="576" w:hanging="259"/>
        <w:jc w:val="left"/>
      </w:pPr>
      <w:r>
        <w:rPr>
          <w:rFonts w:ascii="Times New Roman" w:hAnsi="Times New Roman" w:eastAsia="Times New Roman" w:cs="Times New Roman"/>
        </w:rPr>
        <w:t>1. 1798 – Papado oheja peteĩ herida omano hag̃uáva.</w:t>
      </w:r>
    </w:p>
    <w:p>
      <w:pPr>
        <w:pStyle w:val="ArticleListItem"/>
        <w:ind w:left="576" w:hanging="259"/>
        <w:jc w:val="left"/>
      </w:pPr>
      <w:r>
        <w:rPr>
          <w:rFonts w:ascii="Times New Roman" w:hAnsi="Times New Roman" w:eastAsia="Times New Roman" w:cs="Times New Roman"/>
        </w:rPr>
        <w:t>2. 1917 – Ateísmo oñembohyru Rusia-pe (Revolusión Bolchevique).</w:t>
      </w:r>
    </w:p>
    <w:p>
      <w:pPr>
        <w:pStyle w:val="ArticleListItem"/>
        <w:ind w:left="576" w:hanging="259"/>
        <w:jc w:val="left"/>
      </w:pPr>
      <w:r>
        <w:rPr>
          <w:rFonts w:ascii="Times New Roman" w:hAnsi="Times New Roman" w:eastAsia="Times New Roman" w:cs="Times New Roman"/>
        </w:rPr>
        <w:t>3. 1989 – Unión Soviética oñehundi.</w:t>
      </w:r>
    </w:p>
    <w:p>
      <w:pPr>
        <w:pStyle w:val="ArticleListItem"/>
        <w:ind w:left="576" w:hanging="259"/>
        <w:jc w:val="left"/>
      </w:pPr>
      <w:r>
        <w:rPr>
          <w:rFonts w:ascii="Times New Roman" w:hAnsi="Times New Roman" w:eastAsia="Times New Roman" w:cs="Times New Roman"/>
        </w:rPr>
        <w:t>4. Ucrania – oñemoneĩva’ekue Tupao Katólikape.</w:t>
      </w:r>
    </w:p>
    <w:p>
      <w:pPr>
        <w:pStyle w:val="ArticleListItem"/>
        <w:ind w:left="576" w:hanging="259"/>
        <w:jc w:val="left"/>
      </w:pPr>
      <w:r>
        <w:rPr>
          <w:rFonts w:ascii="Times New Roman" w:hAnsi="Times New Roman" w:eastAsia="Times New Roman" w:cs="Times New Roman"/>
        </w:rPr>
        <w:t>5. Papado ojeyvy jeýma geopolítica-pe.</w:t>
      </w:r>
    </w:p>
    <w:p>
      <w:pPr>
        <w:pStyle w:val="ArticleListItem"/>
        <w:ind w:left="576" w:hanging="259"/>
        <w:jc w:val="left"/>
      </w:pPr>
      <w:r>
        <w:rPr>
          <w:rFonts w:ascii="Times New Roman" w:hAnsi="Times New Roman" w:eastAsia="Times New Roman" w:cs="Times New Roman"/>
        </w:rPr>
        <w:t>6. Tetã peteĩ rekojoja Tetã Unidos rehegua ipahápe oguejy Papa rembiapokue poguýpe (Daniel 11:41).</w:t>
      </w:r>
    </w:p>
    <w:p>
      <w:pPr>
        <w:pStyle w:val="ArticleListItem"/>
        <w:ind w:left="576" w:hanging="259"/>
        <w:jc w:val="left"/>
      </w:pPr>
      <w:r>
        <w:rPr>
          <w:rFonts w:ascii="Times New Roman" w:hAnsi="Times New Roman" w:eastAsia="Times New Roman" w:cs="Times New Roman"/>
        </w:rPr>
        <w:t>7. Mundo tuichakue oho hapykuéri (Daniel 11:42–43).</w:t>
      </w:r>
    </w:p>
    <w:p>
      <w:pPr>
        <w:pStyle w:val="ArticleBody"/>
        <w:jc w:val="left"/>
      </w:pPr>
      <w:r>
        <w:rPr>
          <w:rFonts w:ascii="Times New Roman" w:hAnsi="Times New Roman" w:eastAsia="Times New Roman" w:cs="Times New Roman"/>
        </w:rPr>
        <w:t>Ucrania oike porã etapa 3–4-pe, peteĩ parte ramo pe transición rehegua ateísmo soviético ha pe influencia papal oñemyatyrõ jey vaʼekue apytépe.</w:t>
      </w:r>
    </w:p>
    <w:p>
      <w:pPr>
        <w:pStyle w:val="ArticleHeading"/>
        <w:jc w:val="left"/>
      </w:pPr>
      <w:r>
        <w:rPr>
          <w:rFonts w:ascii="Arial" w:hAnsi="Arial" w:eastAsia="Arial" w:cs="Arial"/>
        </w:rPr>
        <w:t>Moõnguéra Ojehechaukáva Ucrania ñomongetápe</w:t>
      </w:r>
    </w:p>
    <w:p>
      <w:pPr>
        <w:pStyle w:val="ArticleListItem"/>
        <w:ind w:left="576" w:hanging="259"/>
        <w:jc w:val="left"/>
      </w:pPr>
      <w:r>
        <w:rPr>
          <w:rFonts w:ascii="Times New Roman" w:hAnsi="Times New Roman" w:eastAsia="Times New Roman" w:cs="Times New Roman"/>
        </w:rPr>
        <w:t>• Jeff Pippenger (marco teológico principal)</w:t>
      </w:r>
    </w:p>
    <w:p>
      <w:pPr>
        <w:pStyle w:val="ArticleBody"/>
        <w:jc w:val="left"/>
      </w:pPr>
      <w:r>
        <w:rPr>
          <w:rFonts w:ascii="Times New Roman" w:hAnsi="Times New Roman" w:eastAsia="Times New Roman" w:cs="Times New Roman"/>
        </w:rPr>
        <w:t>Espíritu de Profecía</w:t>
      </w:r>
    </w:p>
    <w:p>
      <w:pPr>
        <w:pStyle w:val="ArticleListItem"/>
        <w:ind w:left="576" w:hanging="259"/>
        <w:jc w:val="left"/>
      </w:pPr>
      <w:r>
        <w:rPr>
          <w:rFonts w:ascii="Times New Roman" w:hAnsi="Times New Roman" w:eastAsia="Times New Roman" w:cs="Times New Roman"/>
        </w:rPr>
        <w:t>• Ñorairõ Guasu</w:t>
      </w:r>
    </w:p>
    <w:p>
      <w:pPr>
        <w:pStyle w:val="ArticleListItem"/>
        <w:ind w:left="576" w:hanging="259"/>
        <w:jc w:val="left"/>
      </w:pPr>
      <w:r>
        <w:rPr>
          <w:rFonts w:ascii="Times New Roman" w:hAnsi="Times New Roman" w:eastAsia="Times New Roman" w:cs="Times New Roman"/>
        </w:rPr>
        <w:t>• Marandu Jeporavo hag̃uagua hag̃uaúva hag̃ua hag̃ua hag̃uáicha</w:t>
      </w:r>
    </w:p>
    <w:p>
      <w:pPr>
        <w:pStyle w:val="ArticleListItem"/>
        <w:ind w:left="576" w:hanging="259"/>
        <w:jc w:val="left"/>
      </w:pPr>
      <w:r>
        <w:rPr>
          <w:rFonts w:ascii="Times New Roman" w:hAnsi="Times New Roman" w:eastAsia="Times New Roman" w:cs="Times New Roman"/>
        </w:rPr>
        <w:t>• Testimonios para la Iglesia</w:t>
      </w:r>
    </w:p>
    <w:p>
      <w:pPr>
        <w:pStyle w:val="ArticleBody"/>
        <w:jc w:val="left"/>
      </w:pPr>
      <w:r>
        <w:rPr>
          <w:rFonts w:ascii="Times New Roman" w:hAnsi="Times New Roman" w:eastAsia="Times New Roman" w:cs="Times New Roman"/>
        </w:rPr>
        <w:t>Prensa secular</w:t>
      </w:r>
    </w:p>
    <w:p>
      <w:pPr>
        <w:pStyle w:val="ArticleListItem"/>
        <w:ind w:left="576" w:hanging="259"/>
        <w:jc w:val="left"/>
      </w:pPr>
      <w:r>
        <w:rPr>
          <w:rFonts w:ascii="Times New Roman" w:hAnsi="Times New Roman" w:eastAsia="Times New Roman" w:cs="Times New Roman"/>
        </w:rPr>
        <w:t>• Revista Time</w:t>
      </w:r>
    </w:p>
    <w:p>
      <w:pPr>
        <w:pStyle w:val="ArticleListItem"/>
        <w:ind w:left="576" w:hanging="259"/>
        <w:jc w:val="left"/>
      </w:pPr>
      <w:r>
        <w:rPr>
          <w:rFonts w:ascii="Times New Roman" w:hAnsi="Times New Roman" w:eastAsia="Times New Roman" w:cs="Times New Roman"/>
        </w:rPr>
        <w:t>• Revista Life</w:t>
      </w:r>
    </w:p>
    <w:p>
      <w:pPr>
        <w:pStyle w:val="ArticleListItem"/>
        <w:ind w:left="576" w:hanging="259"/>
        <w:jc w:val="left"/>
      </w:pPr>
      <w:r>
        <w:rPr>
          <w:rFonts w:ascii="Times New Roman" w:hAnsi="Times New Roman" w:eastAsia="Times New Roman" w:cs="Times New Roman"/>
        </w:rPr>
        <w:t>• Marandu Estados Unidos ha Mundo Reportaje hag̃ua hag̃ua</w:t>
      </w:r>
    </w:p>
    <w:p>
      <w:pPr>
        <w:pStyle w:val="ArticleBody"/>
        <w:jc w:val="left"/>
      </w:pPr>
      <w:r>
        <w:rPr>
          <w:rFonts w:ascii="Times New Roman" w:hAnsi="Times New Roman" w:eastAsia="Times New Roman" w:cs="Times New Roman"/>
        </w:rPr>
        <w:t>Ucrania oñemombe’u oñembojoajúvo ko’ã mba’e ndive:</w:t>
      </w:r>
    </w:p>
    <w:p>
      <w:pPr>
        <w:pStyle w:val="ArticleListItem"/>
        <w:ind w:left="576" w:hanging="259"/>
        <w:jc w:val="left"/>
      </w:pPr>
      <w:r>
        <w:rPr>
          <w:rFonts w:ascii="Times New Roman" w:hAnsi="Times New Roman" w:eastAsia="Times New Roman" w:cs="Times New Roman"/>
        </w:rPr>
        <w:t>• Persecución católica posterior a la Segunda Guerra Mundial</w:t>
      </w:r>
    </w:p>
    <w:p>
      <w:pPr>
        <w:pStyle w:val="ArticleListItem"/>
        <w:ind w:left="576" w:hanging="259"/>
        <w:jc w:val="left"/>
      </w:pPr>
      <w:r>
        <w:rPr>
          <w:rFonts w:ascii="Times New Roman" w:hAnsi="Times New Roman" w:eastAsia="Times New Roman" w:cs="Times New Roman"/>
        </w:rPr>
        <w:t>• Oikove hag̃ua yvýguýpe Iglesia Católica Ucraniana rehegua</w:t>
      </w:r>
    </w:p>
    <w:p>
      <w:pPr>
        <w:pStyle w:val="ArticleListItem"/>
        <w:ind w:left="576" w:hanging="259"/>
        <w:jc w:val="left"/>
      </w:pPr>
      <w:r>
        <w:rPr>
          <w:rFonts w:ascii="Times New Roman" w:hAnsi="Times New Roman" w:eastAsia="Times New Roman" w:cs="Times New Roman"/>
        </w:rPr>
        <w:t>• Diplomacia Gorbachev–Vaticano</w:t>
      </w:r>
    </w:p>
    <w:p>
      <w:pPr>
        <w:pStyle w:val="ArticleListItem"/>
        <w:ind w:left="576" w:hanging="259"/>
        <w:jc w:val="left"/>
      </w:pPr>
      <w:r>
        <w:rPr>
          <w:rFonts w:ascii="Times New Roman" w:hAnsi="Times New Roman" w:eastAsia="Times New Roman" w:cs="Times New Roman"/>
        </w:rPr>
        <w:t>• Jejopy añeteguáva jerarquía católica rehegua</w:t>
      </w:r>
    </w:p>
    <w:p>
      <w:pPr>
        <w:pStyle w:val="ArticleHeading"/>
        <w:jc w:val="left"/>
      </w:pPr>
      <w:r>
        <w:rPr>
          <w:rFonts w:ascii="Arial" w:hAnsi="Arial" w:eastAsia="Arial" w:cs="Arial"/>
        </w:rPr>
        <w:t>Mbykymby Ukraina rembiapo rehegua pe Marandu Kuatiápe</w:t>
      </w:r>
    </w:p>
    <w:p>
      <w:pPr>
        <w:pStyle w:val="ArticleBody"/>
        <w:jc w:val="left"/>
      </w:pPr>
      <w:r>
        <w:rPr>
          <w:rFonts w:ascii="Times New Roman" w:hAnsi="Times New Roman" w:eastAsia="Times New Roman" w:cs="Times New Roman"/>
        </w:rPr>
        <w:t>Ucrania ha’e va’ekue peteĩ mbareteha catolicismo oñembotovévape g̃uarã ateísmo soviético guýpe. Pe legalización Iglesia Católica Ucraniana rehegua ohechauka mburuvicha yvy gotyo pegua ikangyha. Vaticano influencia Ucrania-pe ohechauka Papado oikove jeyha, ha Ucrania ñemoambue religioso oservi va’ekue prueba hesakãva ramo Daniel 11:40 oñekumplimaha hína. Umi mba’e oikóva Ucrania rehegua oike va’ekue peteĩ parte ramo pe primer paso Papado herida mortal ñemonguera rehegua. Upévare, Ucrania ndojehechaukái peteĩ acontecimiento político añoite ramo, síno peteĩ señal profética ramo Daniel 11 rembiapo pahápe.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Papapy Pateĩha-Poapy</dc:title>
  <dc:subject>Mbohapy 250 Vez</dc:subject>
  <dc:creator>Jeff Pippenger</dc:creator>
  <cp:keywords/>
  <dc:description>Generated by ArticleDigger from panium\18_panium.json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