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peteĩha ha peteĩve hag̃ua</w:t>
      </w:r>
    </w:p>
    <w:p>
      <w:pPr>
        <w:pStyle w:val="ArticleSubtitle"/>
        <w:jc w:val="left"/>
      </w:pPr>
      <w:r>
        <w:rPr>
          <w:rFonts w:ascii="Arial" w:hAnsi="Arial" w:eastAsia="Arial" w:cs="Arial"/>
        </w:rPr>
        <w:t>Pe ku’e jeýva arapokõindy rehegua yvýpe hechapyrãitévape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Pe tembiasakue mbohapyha dieciséis guive veintidós peve Daniel once-pe oñepyrũ ha oñemohuʼã peteĩ tipificación rehe pe léi domingo rehegua. Pe línea ñepyrũ ha pahápe ojuehecha peteĩcha hag̃ua, ohechauka Cristo firma, Alfa ha Omega ramo. Proféticamente ojerure versículo dieciséis oñembojoaju hag̃ua versículo veintidós ndive. Péva ojapóramo, omyasãi pe tembiasakue yvy porãite rehegua, ojehechaukaháicha pe línea de los Macabeos rupive, versículos diez guive quince peve rembiasakuépe.</w:t>
      </w:r>
    </w:p>
    <w:p>
      <w:pPr>
        <w:pStyle w:val="ArticleHeading"/>
        <w:jc w:val="left"/>
      </w:pPr>
      <w:r>
        <w:rPr>
          <w:rFonts w:ascii="Arial" w:hAnsi="Arial" w:eastAsia="Arial" w:cs="Arial"/>
        </w:rPr>
        <w:t>Macabeokuéra</w:t>
      </w:r>
    </w:p>
    <w:p>
      <w:pPr>
        <w:pStyle w:val="ArticleBody"/>
        <w:jc w:val="left"/>
      </w:pPr>
      <w:r>
        <w:rPr>
          <w:rFonts w:ascii="Times New Roman" w:hAnsi="Times New Roman" w:eastAsia="Times New Roman" w:cs="Times New Roman"/>
        </w:rPr>
        <w:t>Pe revuelta Macabea ohechauka umi mokõipa mokõi ary oñepyrũva’ekue 1776-pe ha opa va’ekue Estados Unidos oiko jave pe sexto reino profecía bíblica rehegua ramo 1798-pe. Kóva ombojekuaa pe papapy mokõipa mokõiha peteĩ tembiasakue oñembojoajúva directamente pe ára paha ndive 1798-pe, upépe ñepyrũha pe versículo cuarenta Daniel once-gui.</w:t>
      </w:r>
    </w:p>
    <w:p>
      <w:pPr>
        <w:pStyle w:val="ArticleBody"/>
        <w:jc w:val="left"/>
      </w:pPr>
      <w:r>
        <w:rPr>
          <w:rFonts w:ascii="Times New Roman" w:hAnsi="Times New Roman" w:eastAsia="Times New Roman" w:cs="Times New Roman"/>
        </w:rPr>
        <w:t>Tuicha hag̃ua mba’éichapa pe papapy mokõi-pa mokõi ojoaju 1798 rehegua ndive. Pe pu’aka Maccabeo-kuéra rehegua, ohechauka hag̃ua pe revolución americana, ombojoja mokõivéva pe yvy gloriosa rehegua revolución—literal ha espiritual—ramo, ha’eháicha revoluciones omboykéva pe poguýre ñemboguata político Seleucida-kuérape ha mburuvichakuéra europeo-kuérape, ha avei pe poguýre ñemboguata eclesiástico Grecia ha Roma rehegua. Mokõivéva testimonio histórico-pe, Grecia ha Roma orrepresenta pe mburuvicha norte-gua.</w:t>
      </w:r>
    </w:p>
    <w:p>
      <w:pPr>
        <w:pStyle w:val="ArticleBody"/>
        <w:jc w:val="left"/>
      </w:pPr>
      <w:r>
        <w:rPr>
          <w:rFonts w:ascii="Times New Roman" w:hAnsi="Times New Roman" w:eastAsia="Times New Roman" w:cs="Times New Roman"/>
        </w:rPr>
        <w:t>Macabeokuéra línea ojehechauka pe versíkulo mokõipaapyhápe, ha katu upéva orrepresenta peteĩ tembiasakue oñepyrũva 33 ary rire pe Pánio-gui pe versíkulo pápahápe, ha peteĩ sa ary rupi mboyve Pompeyo pe versíkulo patekõihápe. Pe línea opa pe kurusu jehusgápe, peteĩ jehusga ojepysóva 70 d.C. peve, jepe upe ára jehusga rehegua ojehechauka hag̃uante pe kurusu ramo pe versíkulo mokõipa mokõihápe. Maranduháraicha pe línea macabea, orrepresentáva pe yvy porãite 1776 guive, upéi 1798 pe dinastía hasmonea ndive ha upéi pe dinastía herodiana pe kurusu peve ha 70 d.C. peve, opa pe versíkulo mokõipa mokõihápe ha oñepyrũ 22 ary 1776 guive 1798 peve. Umi 22 ary 1776 guive 1798 peve avei ohechauka hag̃ua umi 22 ary 11 de septiembre guive 2023 peve, ojehechaukava’ekue 22 ára ramo Daniel kapítulo 10-pe. Pe línea macabea oñepyrũ ha opa “mokõipa mokõi” reheve.</w:t>
      </w:r>
    </w:p>
    <w:p>
      <w:pPr>
        <w:pStyle w:val="ArticleHeading"/>
        <w:jc w:val="left"/>
      </w:pPr>
      <w:r>
        <w:rPr>
          <w:rFonts w:ascii="Arial" w:hAnsi="Arial" w:eastAsia="Arial" w:cs="Arial"/>
        </w:rPr>
        <w:t>Irundy Mburuvicha Rromagua Mburuvicha Guasu hag̃ua</w:t>
      </w:r>
    </w:p>
    <w:p>
      <w:pPr>
        <w:pStyle w:val="ArticleBody"/>
        <w:jc w:val="left"/>
      </w:pPr>
      <w:r>
        <w:rPr>
          <w:rFonts w:ascii="Times New Roman" w:hAnsi="Times New Roman" w:eastAsia="Times New Roman" w:cs="Times New Roman"/>
        </w:rPr>
        <w:t>Umi versíkulo 16 guive 22 peve ohechauka hag̃ua hekoitépe irundy mburuvicha Romagua ha orrepresenta ambue línea umi versíkulo ryepýpe. Pe línea Macabea oñemohenda pe principio “jey jey ha ñembotuichave” rehehápe, ha pe línea Romana ojehechauka hag̃ua hekoitépe umi versíkulope. Pompeyo ipu'aka vaekue mokõiha peve umi mbohapy hag̃ua apañuãi apytégui, Roma ojupi aja guive tróno ári irundyha rréino ramo profecía bíblica-pe, pe ñorairõ Actium-pe ary 31 a.C. Júlio César ou hapykuéri, upéi Augusto César ha Tiberio César. Pompeyo vaekue peteĩ henerál, ha umi mbohapy símbolo pahague oñembojoaju umi emperadór ramo.</w:t>
      </w:r>
    </w:p>
    <w:p>
      <w:pPr>
        <w:pStyle w:val="ArticleBody"/>
        <w:jc w:val="left"/>
      </w:pPr>
      <w:r>
        <w:rPr>
          <w:rFonts w:ascii="Times New Roman" w:hAnsi="Times New Roman" w:eastAsia="Times New Roman" w:cs="Times New Roman"/>
        </w:rPr>
        <w:t>Umi irundyha paha apytépe, pe irundy mburuvichakuéra paháva omano pe versíkulo mokõipa mokõi-pe, upépe Cristo oñemosãingohague kurusúre; upévare tekotevẽ jagueru jey Roma pegua pe paháva umi irundy mburuvichakuéra apytégui pe léi dominical pe versíkulo pa suéi peguápe. Péicha jajapóramo, Pompeyo ohechaukáta pe peteĩha irundy techaukaha apytégui, ha pe irundyha ha paha techaukaha oñembojoajúta pe léi dominical rehe pe versíkulo pa suéi-pe. Pe versíkulo pa suéi ojehechaukáta Tiberias César rupive, ha pe ñorairõ Panium pegua pe versíkulo pa po peguápe ojehechaukáta Augusto César rupive; pe ñorairõ Rafia pegua pe versíkulo pa peteĩha peguápe ha’éta Julio César, upéicha oñemarka General Pompeyo ramo pe versíkulo pa- ha 1989.</w:t>
      </w:r>
    </w:p>
    <w:p>
      <w:pPr>
        <w:pStyle w:val="ArticleBody"/>
        <w:jc w:val="left"/>
      </w:pPr>
      <w:r>
        <w:rPr>
          <w:rFonts w:ascii="Times New Roman" w:hAnsi="Times New Roman" w:eastAsia="Times New Roman" w:cs="Times New Roman"/>
        </w:rPr>
        <w:t>Kóva ohechauka pe “tembiasakue kañymby” Daniel once-pegua, capítulo 11, versículo 40-peguáva, ha’éva pe tembiasakue oñepyrũva Unión Soviética ho’a guive ary 1989-pe peve pe arapokõindy léi ojejuhúva versículo 41-pe, oñerrepresentaha mbohapy línea profética rupive ojejuhúva pe tembiasakuépe oñerrepresentáva versículo 10 guive 23 peve. Pe Macabeokuéra, umi mburuvicha Romagua ha umi mbohapy ñorairõ Roma poguýpe oĩva rupive.</w:t>
      </w:r>
    </w:p>
    <w:p>
      <w:pPr>
        <w:pStyle w:val="ArticleScripture"/>
        <w:jc w:val="left"/>
      </w:pPr>
      <w:r>
        <w:rPr>
          <w:rFonts w:ascii="Times New Roman" w:hAnsi="Times New Roman" w:eastAsia="Times New Roman" w:cs="Times New Roman"/>
        </w:rPr>
        <w:t>Kóva hína mbohapyha jey ajuha pene rendápe. Mokõi térã mbohapy testígo jurúpe oñemopyenda vaʼerã opa ñeʼẽ. 2 Corintios 13:1.</w:t>
      </w:r>
    </w:p>
    <w:p>
      <w:pPr>
        <w:pStyle w:val="ArticleHeading"/>
        <w:jc w:val="left"/>
      </w:pPr>
      <w:r>
        <w:rPr>
          <w:rFonts w:ascii="Arial" w:hAnsi="Arial" w:eastAsia="Arial" w:cs="Arial"/>
        </w:rPr>
        <w:t>Mbohapy Ñorairõ Ojejapóva Ambuekuéra Ruégui</w:t>
      </w:r>
    </w:p>
    <w:p>
      <w:pPr>
        <w:pStyle w:val="ArticleBody"/>
        <w:jc w:val="left"/>
      </w:pPr>
      <w:r>
        <w:rPr>
          <w:rFonts w:ascii="Times New Roman" w:hAnsi="Times New Roman" w:eastAsia="Times New Roman" w:cs="Times New Roman"/>
        </w:rPr>
        <w:t>Pe ñe’ẽpoty diez ohechauka opa hague pe irundyha ñorairõ Siriapegua oikovaʼekue ary 219 guive 217 a.C. peve, upérõ Antiochus III Magnus (pe Tuicháva) oñembyatýjey vaʼekue oñembosakoʼi hag̃ua pe ñorairõ ñe’ẽpoty once-peguarã, haʼéva pe ñorairõ Raphia pegua ojehechaukátava Julius Caesar rupive. Pe ñe’ẽpoty diez ohechauka pe Unión Soviética hoʼa hague ary 1989-pe, oñerepresentáva pe ñe’ẽpoty cuarenta-pe, ha Pompeyo oñembojoaju upe tembiasakue rehe. Pe ñe’ẽpoty dieciséis orepresenta pe yvy porãite Judá pegua oñegana hague, ha upéva ohechauka hag̃ua pe léi domingo Estados Unidos-pe; ha katu Pompeyo oñembojoaju avei 1989 rehe, ha ary 1989-pe Roma moderna ogana iñepyrũrã mbaʼe omoĩva chupe tape ykére, péro upéva ojapóvo, peteĩchaite espiritualhápe ogana avei América Protestántepe oñembotavy rupi Ronald Reagan-pe ojapo hag̃ua peteĩ ñembojoaju kañy pe yvy porãite ndive. Peteĩ ñembojoaju pe kuña rekovéva Roma pegua ndive peteĩ mburuvicha rupive, orepresenta tekove ñemongyʼa espiritual.</w:t>
      </w:r>
    </w:p>
    <w:p>
      <w:pPr>
        <w:pStyle w:val="ArticleBody"/>
        <w:jc w:val="left"/>
      </w:pPr>
      <w:r>
        <w:rPr>
          <w:rFonts w:ascii="Times New Roman" w:hAnsi="Times New Roman" w:eastAsia="Times New Roman" w:cs="Times New Roman"/>
        </w:rPr>
        <w:t>1989-pe oñepyrũ pe kuña rekovai Roma guigua osẽ hag̃ua i-setenta ary rire ikatu hag̃uáicha oporomongakuaa vai opa mburuvicha guasu yvy arigua ndive. Pe mburuvicha guasu peteĩha ha’e Tetã Unidos ary 1989-pe, Tetã Unidos avei ojehechauka Ahab rupive, ha’éva omenda vaekue Jezabel rehe, ha upéva hína pe kuña rekovai Tiro guigua Isaías mokõi pa’ẽ mbohapy-pe.</w:t>
      </w:r>
    </w:p>
    <w:p>
      <w:pPr>
        <w:pStyle w:val="ArticleScripture"/>
        <w:jc w:val="left"/>
      </w:pPr>
      <w:r>
        <w:rPr>
          <w:rFonts w:ascii="Times New Roman" w:hAnsi="Times New Roman" w:eastAsia="Times New Roman" w:cs="Times New Roman"/>
        </w:rPr>
        <w:t>Ha oikóta upe árape, Tiro ojehesaráita setenta ary pukukue, peteĩ mburuvicha ára kuérape guáicha; ha setenta ary paha rire, Tiro opurahéita peteĩ kuña rekove vaiicha. Egueraha peteĩ árpa, eguata táva rupi, nde kuña rekove vai, reñembohasáma vaʼekue tesaráipe; embopú porã, epurahéi heta purahéi, ne manduʼa jeý hag̃ua hese. Ha oikóta setenta ary paha rire, Ñandejára oikuaaukáta Tiro rehe ipyʼa, ha haʼe ojevýta hepykue gotyo, ha oñemoakãratĩta opa tetãnguéra yvy ape ári oĩvandi ndive. Isaías 23:15–17.</w:t>
      </w:r>
    </w:p>
    <w:p>
      <w:pPr>
        <w:pStyle w:val="ArticleBody"/>
        <w:jc w:val="left"/>
      </w:pPr>
      <w:r>
        <w:rPr>
          <w:rFonts w:ascii="Times New Roman" w:hAnsi="Times New Roman" w:eastAsia="Times New Roman" w:cs="Times New Roman"/>
        </w:rPr>
        <w:t>Pe kuña rekove vai rehegua oñembyesarái vaʼekue pe “paha ára”pe ary 1798-pe, ojerurekórõ guare pe ijai vaietehápe, oñemombeʼuháicha Daniel 11, peteĩha irundyha jeýpe. Pe “paha ára”pe ary 1989-pe oñepyrũ pe aravo ijehai vaieteha jehepymeʼẽ rehegua, oñemoakãratĩ rupi pe tekove ñemotĩme pe mburuvicha guasu ndive, ha upéva haʼéta pe tenondegua omboguata hag̃ua pe techaukaha hembiapoukapy rehegua. Upe mburuvicha guasu ojehechauka vaʼekue Acab rupive, ha Francia rupive avei, omoĩ vaʼekue papakuérape yvy ariguasu guapyhápe ary 538-pe ha haʼe vaʼekue pe mburuvicha guasu tenondegua omoirũvaʼekue mbarete hag̃ua pe pokatu papal puʼaka. Upévare oñembohéra chupekuéra “Iglesia Católica raʼy ypykue”, avei “Iglesia Católica rajy tuja”. Francia ha Acab mokõivéva ohechauka Estados Unidos rembiaporã guive 1989 guive pe léi domingo peve.</w:t>
      </w:r>
    </w:p>
    <w:p>
      <w:pPr>
        <w:pStyle w:val="ArticleBody"/>
        <w:jc w:val="left"/>
      </w:pPr>
      <w:r>
        <w:rPr>
          <w:rFonts w:ascii="Times New Roman" w:hAnsi="Times New Roman" w:eastAsia="Times New Roman" w:cs="Times New Roman"/>
        </w:rPr>
        <w:t>Isaías veintitrés-pe, Tiro kuña rekovai, ha’éva avei Apocalipsis diecisiete-pegua kuña rekovai, ipyti’a ári ojehaihápe Babilonia Guasu. Ha’e “ñembyesaráipe” oĩ Estados Unidos rembiasakue rehegua, oñepyrũva 1798-pe, upe jave papado opyta hag̃ua’ỹ Biblia maranduhai profético pegua mburuvicha guasu poha ramo, Apocalipsis trece pegua mymba guasu mar rehegua ramo. Upérõ Estados Unidos oñepyrũ hembiapo ramo Biblia maranduhai profético pegua mburuvicha guasu poteĩha ramo, Apocalipsis trece pegua mymba guasu yvy rehegua ramo. Ipahápe, Estados Unidos oiko Apocalipsis diecisiete pegua pa’ẽ mburuvicha guasu apytépe mburuvicha tenondegua ramo. Peteĩ arange simbólico “setenta ary” rehegua, “peteĩ mburuvicha guasu ára” rehegua, omombe’u umi setenta ary Babilonia oguerekohaguépe ipoguýpe mburuvicha guasu peteĩha ramo Biblia maranduhai profético-pe. Kóva ojoguaha Estados Unidos rembiasápe 1798 guive pe léi domingo peve, upépe línea okapegua América rembiasápe ojehechauka pe kornu republicano rupive, ha línea hyepypegua ojehechauka pe kornu protestante rupive. Mokõi kornu, ohechaukáva Constitución py’a, ome’ẽva peteĩ jepe’a tetã rembiapokue ha tupao rembiapokue apytépe, ha’e hína pe mba’e oñeñe’ẽva América renonderã rehe.</w:t>
      </w:r>
    </w:p>
    <w:p>
      <w:pPr>
        <w:pStyle w:val="ArticleBody"/>
        <w:jc w:val="left"/>
      </w:pPr>
      <w:r>
        <w:rPr>
          <w:rFonts w:ascii="Times New Roman" w:hAnsi="Times New Roman" w:eastAsia="Times New Roman" w:cs="Times New Roman"/>
        </w:rPr>
        <w:t>Setenta ary ojehecha Tiro kuña rekovaíva hag̃ua hag̃ua hag̃uáicha tesaráipe, ha upéi, ára paha guive ary 1989-pe peve léi domingo peve, oñepyrũ opurahéi. Oñepyrũ vaʼekue peteĩ joaju kañy reheve, oguereko jave ipoguýpe América protestante religión ha omboguejývo pe mburuvicha guasu yvy gotyo pegua estructura polítika Unión Soviética hoʼa rupi. Peteĩ período setenta ary pukukue oñemohuʼãva peteĩ tembiasakuepe, upépe Antíoco Guasu oĩ ñembytepe peteĩ período diecisiete ary pukukue, oñembojaʼóva pa ha siete-pe, ha upéva oñembohetavévo omeʼẽ “setenta”. Umi mokõi ciento cincuenta ary okapegua ñepyrũme, opa vaʼekue Rafia ha Panio mbytépe, oñepyrũ pe profecía aravo hyepypegua mokõi mil trescientos ary rehegua, “setenta” semana oñemomanduʼa hag̃ua Daniel retãyguáre. Umi setenta semana pahápe, ary 34 d. C.-pe, Israel ymaguare oñedivorsia hag̃ua Tapégui opa ára g̃uarã Itetã ojeporavopyre ha peteĩ pacto tavayguakuéra ramo; ha Tupã upérõ oike vaʼekue ñemendápe Hembireko cristiana ndive ha upérõ ojesareko hag̃ua umi gentil-kuérape.</w:t>
      </w:r>
    </w:p>
    <w:p>
      <w:pPr>
        <w:pStyle w:val="ArticleBody"/>
        <w:jc w:val="left"/>
      </w:pPr>
      <w:r>
        <w:rPr>
          <w:rFonts w:ascii="Times New Roman" w:hAnsi="Times New Roman" w:eastAsia="Times New Roman" w:cs="Times New Roman"/>
        </w:rPr>
        <w:t>207 AC-pe Antíoco oĩ pe “setenta” mbytépe, ohechauka hag̃ua hi’rréino mba’éicha opa itavayguakuéra ojeporavopyréva rekóvo “yvy porãite” ramo, upépe Ha’e oiporavo omoñepyrũ hag̃ua Israel pyahu. Estados Unidos paha, mburuvicha guasu sexto-ramo pe léi domingope, ha’e Isaías “setenta ary” paha. Antíoco línea mokõisa po ary pegua ohechauka pe tiempo de gracia ñemboty Estados Unidos rakã Republicano rehegua, michĩmi mboyve pe léi domingo versículo dieciséis-pe. Mokõi mil trescientos ary opa va’ekue ñembojovake oñepyrũrõ guare 22 jasypa 1844-pe, ohechauka typope araka’épa ñembojovake oñemboty pe léi domingope. Mokõi mil trescientos ary oñepyrũ setenta semana reheve, umíva ohechauka Israel literal paha Tupã retã ojeporavopyréva ramo. Pe período tuichakue mokõi mil trescientos ary rehegua paha ogueru pe movimiento protestante paha, pe movimiento adventista omotenondévo peve pe léi domingo. Pe okẽ oñembotýva 1844-pe oñeha’ã jey vove, umi okẽ oñembotýta pe rakã Republicano, pe rakã protestante ha pe mymba gobierno rehe.</w:t>
      </w:r>
    </w:p>
    <w:p>
      <w:pPr>
        <w:pStyle w:val="ArticleBody"/>
        <w:jc w:val="left"/>
      </w:pPr>
      <w:r>
        <w:rPr>
          <w:rFonts w:ascii="Times New Roman" w:hAnsi="Times New Roman" w:eastAsia="Times New Roman" w:cs="Times New Roman"/>
        </w:rPr>
        <w:t>Antíoco oñemoĩ hag̃ua pe período pa ha poapy mbytépe ha’e oñemoĩ hag̃ua ipahápe ipróva ára guive. Pe grásia ára oñemboty Tetã peteĩ reko Amérika Joapykuépegua guvernorã, ha’éva yvy mymba, pe léi domingo-pe; ha katu pe akãratĩ Republicano grásia ára oñemboty pe léi domingo mboyve.</w:t>
      </w:r>
    </w:p>
    <w:p>
      <w:pPr>
        <w:pStyle w:val="ArticleScripture"/>
        <w:jc w:val="left"/>
      </w:pPr>
      <w:r>
        <w:rPr>
          <w:rFonts w:ascii="Times New Roman" w:hAnsi="Times New Roman" w:eastAsia="Times New Roman" w:cs="Times New Roman"/>
        </w:rPr>
        <w:t>Jesús he'i chupe: Ndaha'éi ndeve ha'éva peve siete jey añónte, síno peve setenta jevy siete. Mateo 18:22.</w:t>
      </w:r>
    </w:p>
    <w:p>
      <w:pPr>
        <w:pStyle w:val="ArticleBody"/>
        <w:jc w:val="left"/>
      </w:pPr>
      <w:r>
        <w:rPr>
          <w:rFonts w:ascii="Times New Roman" w:hAnsi="Times New Roman" w:eastAsia="Times New Roman" w:cs="Times New Roman"/>
        </w:rPr>
        <w:t>Pe ñeʼẽ “mokõi jevy poapy pa,” haʼe hína pe tenda añoite Biblia-pe ojeʼe hag̃ua papapykuéra peteĩ hetakue rupive koichagua. “Mokõi jevy poapy pa” haʼe umi irundysa poapy ary oñemohenda vaʼekue Daniel retãygua-kuérape g̃uarã. Haʼe umi setenta semana omoñepyrũva umi mokõi su poapy ary, ha umi mokõisa poapy ary paha gotyo, upe ñepyrũha peteĩchaguágui, Antíoco oguahẽ pa ha pokõi mbytepe. Antíoco Guasu upépe oñemboʼy umi tembiapo pahápe hembiasakue rehegua pe ñehaʼã guasu marangatúpe.</w:t>
      </w:r>
    </w:p>
    <w:p>
      <w:pPr>
        <w:pStyle w:val="ArticleBody"/>
        <w:jc w:val="left"/>
      </w:pPr>
      <w:r>
        <w:rPr>
          <w:rFonts w:ascii="Times New Roman" w:hAnsi="Times New Roman" w:eastAsia="Times New Roman" w:cs="Times New Roman"/>
        </w:rPr>
        <w:t>Okẽ oñembotyva’ekue 1844-pe ohechauka pe okẽ oñembotyva’erã pe léi domingo rehegua, ha pe léi domingo versíkulo dieciséis-peguá mboyve, oñepyrũ peteĩ árairundy ary pukukue Antiochus omoĩ hag̃ua techaukaha ipoguýpe pe itekoha pahápe, ha upéi pe itekoha opaha umi siete ary ñemohu’ãme. Pe siete ary pukukue ohechauka pe mymba ra’anga rehegua prueba aravo, ha pe aravo oñepyrũ pe primer léi domingo 321-pe. Pe primer léi domingo mboyve, ombopyahu hag̃ua pe paha léi domingo, oĩ peteĩ diez ary pukukue oñepyrũva peteĩ edicto reheve. Pe “edicto” 313-pe, oñepyrũ pe prueba ojehechaukáva diez ary rupive; upéi Antiochus ombohasa pe primer léi domingo ha opa pe tiempo de gracia pe asta republicana rehegua. Umi siete ary pahápe, og̃uahẽ Panium ha pe léi domingo, oguerúva pe oriente ha occidente ñemboja’o ary 330-pe.</w:t>
      </w:r>
    </w:p>
    <w:p>
      <w:pPr>
        <w:pStyle w:val="ArticleHeading"/>
        <w:jc w:val="left"/>
      </w:pPr>
      <w:r>
        <w:rPr>
          <w:rFonts w:ascii="Arial" w:hAnsi="Arial" w:eastAsia="Arial" w:cs="Arial"/>
        </w:rPr>
        <w:t>Pompeyo</w:t>
      </w:r>
    </w:p>
    <w:p>
      <w:pPr>
        <w:pStyle w:val="ArticleBody"/>
        <w:jc w:val="left"/>
      </w:pPr>
      <w:r>
        <w:rPr>
          <w:rFonts w:ascii="Times New Roman" w:hAnsi="Times New Roman" w:eastAsia="Times New Roman" w:cs="Times New Roman"/>
        </w:rPr>
        <w:t>Pombeyo oñemombaʼe pe yvy mimbipáva rehe pe versíkulo 16-pe, ha katu pe mokõi ary ryepýpe, 65 guive 63 a.C. peve, Pombeyo añetehápe oñemombaʼe “kuarahyresẽ gotyo” ha pe “yvy [mimbipáva]” rehe, oñekumpli hag̃ua Daniel 8:9, ohechauka hag̃ua pe mokõi jey jejopy pe versíkulo 40-pe ha ary 1989-pe.</w:t>
      </w:r>
    </w:p>
    <w:p>
      <w:pPr>
        <w:pStyle w:val="ArticleBody"/>
        <w:jc w:val="left"/>
      </w:pPr>
      <w:r>
        <w:rPr>
          <w:rFonts w:ascii="Times New Roman" w:hAnsi="Times New Roman" w:eastAsia="Times New Roman" w:cs="Times New Roman"/>
        </w:rPr>
        <w:t>Pe mbohapyha jejokoha Roma pagã guará oñekumplíta Augusto César rupive, ojekuaáva omoheñói hague pe peteĩha Triunvirato romano oficial, orrepresentáva pe peteĩha joaju mbohapyháicha oficial Roma-pe. Pe mbohapyha techaukaha rupi umi mburuvicha romano-kuéra rehegua, pe joaju mbohapyháicha oñemohendáva oficialháicha Roma rembiasakue-pe. Pe léi domingo rehe, pe versíkulo dieciséis-pe, oñemopyenda pe joaju mbohapyháicha dragón, pe mymba ha proféta japu rehegua, ha upéi pe guyra tekoañáva oñemoĩ jey hendápe Sinar-pe, Zacarías omyesakãháicha.</w:t>
      </w:r>
    </w:p>
    <w:p>
      <w:pPr>
        <w:pStyle w:val="ArticleBody"/>
        <w:jc w:val="left"/>
      </w:pPr>
      <w:r>
        <w:rPr>
          <w:rFonts w:ascii="Times New Roman" w:hAnsi="Times New Roman" w:eastAsia="Times New Roman" w:cs="Times New Roman"/>
        </w:rPr>
        <w:t>Augusto César omoheñói pe peteĩha Triunvirato romano oficial, ha upéicharõ jepe umi historiadór kuéra ohenói chupe Mokõihápegua Triunvirato, pórke Julio César avei omoheñói vaekue peteĩ Triunvirato, ha katu ndaha’éi vaekue peteĩ Triunvirato oficial pe gobierno romanopegua. Pe joaju oĩva Julio ha Augusto César apytépe ramo techaukaha pe mbohapy joaju rehegua, dragón, mymba ñarõ ha proféta japu rehegua, pe léi domingo oguahẽmbotaitévape, ojehechauka hag̃ua Julio rupive pe ñepyrũme pe movimiento omoañete hag̃ua pe legislación dominical, ha Augusto rupive ipahápe. Pe joaju profético avei ojehechauka Cestio ojejokóramo ary 67-pe, ha upéi ou pe jejoko Tito rehegua. Julio ha’e Cestio ha Augusto ha’e Tito. Julio ha Augusto ohechauka pe mbohapy joaju, ha Cestio ha Tito ohechauka peteĩ jejoko.</w:t>
      </w:r>
    </w:p>
    <w:p>
      <w:pPr>
        <w:pStyle w:val="ArticleBody"/>
        <w:jc w:val="left"/>
      </w:pPr>
      <w:r>
        <w:rPr>
          <w:rFonts w:ascii="Times New Roman" w:hAnsi="Times New Roman" w:eastAsia="Times New Roman" w:cs="Times New Roman"/>
        </w:rPr>
        <w:t>Pe período oñepyrũhápe profétikamente pe movimiento ojeruréva peteĩ léi domingoguáre ary 313-pe, ha’e pe edicto de Milánpe. Upéi ary 321-pe, pe periodo diecisiete ary rehegua mbytepe, og̃uahẽ pe primera léi dominguera. Pe tercer paso pe reino ñemboja’ópe kuarahyresẽ ha kuarahyreikévo, ohechaukáva Estados Unidos-pe umi oñeme’ẽva ha umi ndojapóiva pe marca de la bestia térã pe sello de Dios, ha’e va’ekue ary 330. Oĩ peteĩ serie de leyes dominicales ogueraháva peteĩ léi dominicalpe, ha 321 ohechauka pe primera léi dominical, ogueraháva pe última léi dominical ary 330-pe.</w:t>
      </w:r>
    </w:p>
    <w:p>
      <w:pPr>
        <w:pStyle w:val="ArticleBody"/>
        <w:jc w:val="left"/>
      </w:pPr>
      <w:r>
        <w:rPr>
          <w:rFonts w:ascii="Times New Roman" w:hAnsi="Times New Roman" w:eastAsia="Times New Roman" w:cs="Times New Roman"/>
        </w:rPr>
        <w:t>Aníokogui mokõi sa ary cincuenta arykuéraicha’ỹ, Nerón rembiapo mokõi sa ary cincuenta arykuéra ohechauka peteĩ periodo poapy ary rehegua, pe primer léi domingo mbytepegua ha upéi porundy porundy’ỹ, síno porundy? Wait.</w:t>
      </w:r>
    </w:p>
    <w:p>
      <w:pPr>
        <w:pStyle w:val="ArticleBody"/>
        <w:jc w:val="left"/>
      </w:pPr>
      <w:r>
        <w:rPr>
          <w:rFonts w:ascii="Times New Roman" w:hAnsi="Times New Roman" w:eastAsia="Times New Roman" w:cs="Times New Roman"/>
        </w:rPr>
        <w:t>Pe léi dominical peteĩha-pe oñepyrũ pe ta’ãnga ñemopu’ã, ha opa pe léi dominical-pe Apocalipsis 13:11-pe, peteĩ versíkulo ombojoavyva Estados Unidos ñepyrũ peteĩ ovecha ra’yicha, ha ipaha peteĩ dragónicha. Papapy trece ha’e pe rebelión símbolo, ha pe rebelión símbolo versíkulo once contexto-pe, ha Estados Unidos oñe’ẽvo peteĩ dragónicha ha’e pe mymba marka; upéicha avei, umi oguerekóva Tupã sellokuéra símbolo ha’e papapy once. Apocalipsis 13:11 ohechauka pe jepe’a umi ohupytýva mymba marka térã Tupã sello pe léi dominical-pe, oñe’ẽ jave Estados Unidos peteĩ dragónicha.</w:t>
      </w:r>
    </w:p>
    <w:p>
      <w:pPr>
        <w:pStyle w:val="ArticleBody"/>
        <w:jc w:val="left"/>
      </w:pPr>
      <w:r>
        <w:rPr>
          <w:rFonts w:ascii="Times New Roman" w:hAnsi="Times New Roman" w:eastAsia="Times New Roman" w:cs="Times New Roman"/>
        </w:rPr>
        <w:t>Ta’ãnga mymba ñarõrã rehegua oguereko techaukaha hekopete ohechaukáva iñepyrũ, ha upekuévo avei ohechauka hag̃ua ipaha. Noé guive pe trompéta arete peve Tupã araka’eve ndojepy’amongetái iñambuévo; ha’e tapiaite omombe’u voi peteĩ ára ñarõrã rehegua oñepyrũ mboyve. Umi marandu ome’ẽva ojejuhu Iñe’ẽ maranduhápe. Hetaiterei Adventista-kuéra (che aikuaa’ỹre ha ambohupyty hag̃uáicha) ndoikuaáiramo ikatu oĩ hague mokõi jejoko guasu Jerusalén ñehundípe, térã pe ára ñehundi paha rehegua ha’eha upe peteĩchaite ára arypegua Nabucodonosor ohundi haguépe Jerusalén ha pe tupaópe peteĩhaite — aravo alfa-pe. Ikatu avei ndoikuaái hag̃ua umi jejoko guasu oñepyrũ hague arete marangatúpe ha opa arete marangatúpe, térã pe jejoko guasu pukuha oiko hague mbohapy áño ha mbyte. Ndoikuaáiramo umi mba’e añeteguáva, upéicharõ hasyete ohecha hag̃ua Julio César ohechaukaha ta’ãnga mymba ñarõrã aravo ñepyrũ hekojojavéva rupive. “Hekojojavéva jehechaukarã” he’isévo, che ha’e hína ijehu pahaite.</w:t>
      </w:r>
    </w:p>
    <w:p>
      <w:pPr>
        <w:pStyle w:val="ArticleBody"/>
        <w:jc w:val="left"/>
      </w:pPr>
      <w:r>
        <w:rPr>
          <w:rFonts w:ascii="Times New Roman" w:hAnsi="Times New Roman" w:eastAsia="Times New Roman" w:cs="Times New Roman"/>
        </w:rPr>
        <w:t>Pe pehẽnguéra ojehechauka 1888 guive pe léi domingo peve, ha upéi jey 9/11 guive pe léi domingo peve; ha pe ñembopyahuite maranduhára ára rehegua, pe mymba ra’anga oñemopu’ãva rehegua, ojehechaukaháicha Constantino el Grande rupive pe ára 313 guive 330 peve, oñepyrũ pe presidente pohapývape pe ára paha guive, ary 1989-pe.</w:t>
      </w:r>
    </w:p>
    <w:p>
      <w:pPr>
        <w:pStyle w:val="ArticleBody"/>
        <w:jc w:val="left"/>
      </w:pPr>
      <w:r>
        <w:rPr>
          <w:rFonts w:ascii="Times New Roman" w:hAnsi="Times New Roman" w:eastAsia="Times New Roman" w:cs="Times New Roman"/>
        </w:rPr>
        <w:t>Pe peteĩha léi dominikál guive, pe árañemoĩ hag̃ua prueba sábado ha domingo rehegua oñemyasãi peteĩ período ojehechauka hag̃uáicha umi siete ary Antioco rehegua rupive. Umi siete ary línea Antioco rehegua, oñembohetáva umi nueve ary línea Nerón rehegua rehe, ome’ẽ sesenta y tres; ha ary 63 a. C. Pompeyo ojagarra pe yvy porãitéva, oñekumpli hag̃ua versíkulo dieciséis Daniel capítulo once-gua. Pe léi dominikálpe, nueve mburuvicha guasu omoneĩta Estados Unidos-pe mburuvicha guasu tenonderã ramo umi diez mburuvicha guasu apytépe, oñemoĩva hag̃ua ome’ẽ hag̃ua hóga pe kuña itavývape, Tiro-gua, upéi oporomoakãratĩ hag̃ua opa umi mburuvicha guasu yvy arigua ndive.</w:t>
      </w:r>
    </w:p>
    <w:p>
      <w:pPr>
        <w:pStyle w:val="ArticleBody"/>
        <w:jc w:val="left"/>
      </w:pPr>
      <w:r>
        <w:rPr>
          <w:rFonts w:ascii="Times New Roman" w:hAnsi="Times New Roman" w:eastAsia="Times New Roman" w:cs="Times New Roman"/>
        </w:rPr>
        <w:t>Oñembojoajúvo pe parábola marandu rehegua rehegua pa’ũme umi diez vírgenes rehegua, mymba ñarõha ha marandu japuha ñemenda ojejapo vaʼekue ary 1989-pe, ha katu pe léi dominicalpe pe ñemenda oñemohuʼãmba. Peteĩ fractal upe tembiasakue rehegua haʼe pe umi oikovéva huísio ára, oñepyrũ vaʼekue ary 2001-pe, 11 de septiembre-pe. Upe guive pe léi dominical peve, mymba raʼanga prueva ára, ha upéva avei haʼe pe cien cuarenta y cuatro mil oñesegella hag̃ua ára, huísio oñemboaje Tupã tavayguakuéra pacto rehegua ári, ha pe yvy hiʼarikuéra oiko hague, Abraham pacto profecía oñekumpli hag̃ua. Upe ára pukukue jave, pe iglesia Laodicea Adventista del Séptimo Día oñehusga, ha upéi oñehusga umi heʼíva ijehekuéra haʼeha vírgenes. Upéicha rupi, pe protestante hatĩ oñehusga, ha oñehusga upe ára pukukue jave, peteĩha pe Partido Demócrata pe hatĩ republicanopegua oñehusga hague guive ary 2024 peve, koʼág̃a pe huísio oikóva umi republicanos pe hatĩ republicanopegua ári. Pe gobierno constitucional haʼe pe mymba ogueraháva mokõi hatĩ ha oñehusgáva pe léi dominicalpe.</w:t>
      </w:r>
    </w:p>
    <w:p>
      <w:pPr>
        <w:pStyle w:val="ArticleBody"/>
        <w:jc w:val="left"/>
      </w:pPr>
      <w:r>
        <w:rPr>
          <w:rFonts w:ascii="Times New Roman" w:hAnsi="Times New Roman" w:eastAsia="Times New Roman" w:cs="Times New Roman"/>
        </w:rPr>
        <w:t>1989 guive pe léi dominical peve, ojehechauka peteĩ fractal-pe 11/9 guive pe léi dominical peve; ha pe ñemohu’ã porãite pe mymba ra’anga ñemopu’ã rehegua oĩ pe presidente poapývape, umi siete apytégui osẽva. Nero rembiapo pakõi ha poapy ary aja ha’e peteĩ fractal pe tembiasakue 11/9 guive pe léi dominical pevegua. Antiochus rembiapo pakõi ha poapy ary aja upeichaite avei. Reagan ñemenda ha pe joaju ñemigua oñemohu’ã peteĩ joaju hesakãvape pe presidente poapýva rembiapokue aja. Pe alpha ha omega ñemenda kuéra apytépe pe peteĩha ojehechauka vaekue Patriot Act rupive ary 2001-pe, ára pe léi inglés oñemoambue jave léi romana-pe. Pe Edicto de Milán ñemenda omarka pe ñepyrũ pe ñemohu’ã porãite pe mymba ra’anga ñemopu’ã rehegua. Ipykue oñemopyenda pe diez virgen ñemenda rekohápe, ha orrepresenta pe ñemenda japúta oikóva pe ñemenda añetéva aja.</w:t>
      </w:r>
    </w:p>
    <w:p>
      <w:pPr>
        <w:pStyle w:val="ArticleBody"/>
        <w:jc w:val="left"/>
      </w:pPr>
      <w:r>
        <w:rPr>
          <w:rFonts w:ascii="Times New Roman" w:hAnsi="Times New Roman" w:eastAsia="Times New Roman" w:cs="Times New Roman"/>
        </w:rPr>
        <w:t>Pe mymba ra’ãnga, arymói ára de prueba rehegua, orrepresenta pe “pruéva” ñande hasáva’erã ñandejehe “ñañemboty hag̃ua”. Tupã róga ojehusga raẽ, ha upéi, pe léi domingo-pe, umi okápe Tupã rógagui ojehusga. Pe ára paha juicio rehegua, mokõivéva Tupã rógape ha upéi pe aty guasupe, oñepyrũ pe peteĩha léi domingo ndive. Oĩta peteĩha léi domingo Estados Unidos-pe, ha upéva omarkáta pe ñepyrũ pe cumplimiento perfecto ha paha pe período pe mymba ra’ãnga prueba rehegua, ha upéi opáta pe léi domingo ome’ẽva cumplimiento Apocalipsis 13:11-pe. Upe léi domingo ha’e pe pahaite léi domingo pe yvy porãme. Pe pahaite léi domingo pe yvy porãme ha’e pe peteĩha léi domingo ko yvy ape ári, ha omarkáta pe tiempo pe mymba ra’ãnga prueba rehegua arapýpe g̃uarã. Pe tiempo de prueba arapýpe g̃uarã oñepyrũ pe léi domingo Estados Unidos-pe, versíkulo once, capítulo trece-pe. Estados Unidos “ñe’ẽ” vove peteĩ dragónicha pe léi domingo hi’aguĩvape, umi versíkulo doce guive tenonde gotyo pe capítulope orrepresenta pe arapýpe pe mymba ra’ãnga tiempo de prueba rehegua.</w:t>
      </w:r>
    </w:p>
    <w:p>
      <w:pPr>
        <w:pStyle w:val="ArticleBody"/>
        <w:jc w:val="left"/>
      </w:pPr>
      <w:r>
        <w:rPr>
          <w:rFonts w:ascii="Times New Roman" w:hAnsi="Times New Roman" w:eastAsia="Times New Roman" w:cs="Times New Roman"/>
        </w:rPr>
        <w:t>Upévare, iñimportánte ojehecha hag̃ua pe profesía mokõi sa sy ary pukukuegua Nero rehegua, opáva umi pakõi arýpe oñepyrũva pe edícto guive ary 313-pe, upéi ou hag̃ua pe peteĩha léi domingo rehegua ary 321-pe, ha upéi pe kuarahyresẽ ha kuarahyreike pegua ñemboja’o ary 330-pe. Umi mbohapy paso oĩva línea Nero-pe rehegua ha’e ñemoĩ hag̃ua jehasa asy rehe; Nero ha’égui pe símbolo jehasa asy rehegua ha pe período 250 ary rehegua orrepresenta pe iglesia de Esmirna, opava’ekue ary 313-pe og̃uahẽrõ guare pe iglesia kompromíso rehegua. Pe mbohapyha paso ohechauka peteĩ reino paha, upévare oñemoĩrõ Estados Unidos rehe, orrepresenta pe léi domingo rehegua ha pe jehasa pe sexto reino guive pe séptimo ha pe octavo reino peve. Oñemoĩrõ ko yvy ape ári, pe mbohapyha waymark ha’e pe humana provasión ñemboty, upéva ojetipifikava’ekue pe provasión ñemboty rupive Estados Unidos-pe, oñepyrũvo pe período de prueba mundial pe ta’ãnga mymba ñarõ rehegua.</w:t>
      </w:r>
    </w:p>
    <w:p>
      <w:pPr>
        <w:pStyle w:val="ArticleBody"/>
        <w:jc w:val="left"/>
      </w:pPr>
      <w:r>
        <w:rPr>
          <w:rFonts w:ascii="Times New Roman" w:hAnsi="Times New Roman" w:eastAsia="Times New Roman" w:cs="Times New Roman"/>
        </w:rPr>
        <w:t>Upévare Augusto César, pe mbohapyha umi irundy mburuvicha guasu romano apytégui ogueraháva pe domingo léi peve, ojehechaukáva pe kurusúpe, oñemombeʼuháicha versíkulo mokõipa mokõi-pe, ikatu ohechauka pe kurusu, jepe haʼe rire oúta Tiberias, haʼéva avei ohechaukáva pe kurusu. Pe mymba raʼanga prueba ára, haʼe peteĩ prueba mokõi hendáicha ojehúva: tenonderã ohaʼã pe yvy ha upéi pe y. Pe yvy haʼe Estados Unidos ha pe y haʼe pe mundo.</w:t>
      </w:r>
    </w:p>
    <w:p>
      <w:pPr>
        <w:pStyle w:val="ArticleBody"/>
        <w:jc w:val="left"/>
      </w:pPr>
      <w:r>
        <w:rPr>
          <w:rFonts w:ascii="Times New Roman" w:hAnsi="Times New Roman" w:eastAsia="Times New Roman" w:cs="Times New Roman"/>
        </w:rPr>
        <w:t>Ta’ãnga mymba ñarõha rehegua omoheñói peteĩ mokõive jehechauka; pe alpha aravo mokõiha pegua ha’e avei pe omega aravo peteĩha pegua. 321 ha’e va’ekue pe peteĩha léi domingo marandu poravopyre rembiasakuepe, ha umi pakõi porundy ary ohechaukáva pe ta’ãnga mymba ñarõha aravo, 321 ha’e pe peteĩha léi domingo Tetã peteĩ reko Amérikape ogueraháva pe omega léi domingo pe ta’ãnga mymba ñarõha aravo pe yvy porãme. Upéicharõ jepe, 321 ha’e avei pe peteĩha léi domingo yvy tuichakue javeve guarã; upévare ary 321 ombohéra mbyte mokõivéva ñepyrũ ha opa hag̃ua pe ta’ãnga mymba ñarõha aravo. 313 ha’e ñepyrũ, ha ñepyrũ ha’e peteĩ mburuvicha ñe’ẽmondo, ha upéva ohechaukarõ pe léi domingo. Umi pakõi porundy ary Nerón rehegua ohechauka peteĩ aravo léi domingo kuéra ojupive hag̃ua ohóvo pe yvypóra kuéra probasión ñemboty peve.</w:t>
      </w:r>
    </w:p>
    <w:p>
      <w:pPr>
        <w:pStyle w:val="ArticleBody"/>
        <w:jc w:val="left"/>
      </w:pPr>
      <w:r>
        <w:rPr>
          <w:rFonts w:ascii="Times New Roman" w:hAnsi="Times New Roman" w:eastAsia="Times New Roman" w:cs="Times New Roman"/>
        </w:rPr>
        <w:t>Pe decreto ohechauka pe ley domingo peteĩha ogueraháva pe tiempo de gracia ñemboty peve. Pompeyo ojapyhy Judá versíkulo 16-pe, ohechaukávo pe ley domingo, ha Julio César omoheñói pe Triunvirato peteĩha, jepe ha’e va’ekue peteĩ joaju mbohapyve ndaha’éiva oficial, umi historiador upéicharõ jepe omarkaha peteĩha ramo. Julio César ohechaukáva pe joaju mbohapyve pe ley domingo rehegua, ohechaukákuri Augusto César pe Triunvirato oficial, upéva rire oúvo Tiberias pe kurusupe. Umi irundy mburuvicha románo ohechauka pe ley domingo, upéicha avei umi mbohapy paso Nero rembiapo pakõi porundy ary aja.</w:t>
      </w:r>
    </w:p>
    <w:p>
      <w:pPr>
        <w:pStyle w:val="ArticleBody"/>
        <w:jc w:val="left"/>
      </w:pPr>
      <w:r>
        <w:rPr>
          <w:rFonts w:ascii="Times New Roman" w:hAnsi="Times New Roman" w:eastAsia="Times New Roman" w:cs="Times New Roman"/>
        </w:rPr>
        <w:t>Pompeyo ojoajúta 1989 rehe; Julio ojoajúta versíkulo once rehe; Augusto ojoajúta versíkulo quince rehe ha Tiberias versíkulo dieciséis rehe. Umi versíkulo omombe’úva Julio rembiasápe oĩ avei ijeike Egipto-pe ha Cleopatra ndive. Ko tembiasakue oñembopyahu jey Marco Antonio rupive. Marco Antonio ha’e vaekue Julio César general principal upe ára Julio ojejuka jave mokõipa mbohapy kysepukuñemi rupive. Mokõipa mbohapy ohechauka pe léi domingo rehegua, ha Julio mano mokõipa mbohapy kysepukuñemi rupive he’ise peteĩ reino opa hag̃ua pe léi domingo-pe. Upéi Marco Antonio, Augusto César ha Marco Lépidas omboheñói pe peteĩha Triunvirato oficial oñemotĩ hag̃ua imano. Peteĩva umi mbohapy pokatugui, Marco Antonio, oikóta hag̃ua ombohasa jey Julio jehupyty Egipto ha Cleopatra ndive.</w:t>
      </w:r>
    </w:p>
    <w:p>
      <w:pPr>
        <w:pStyle w:val="ArticleBody"/>
        <w:jc w:val="left"/>
      </w:pPr>
      <w:r>
        <w:rPr>
          <w:rFonts w:ascii="Times New Roman" w:hAnsi="Times New Roman" w:eastAsia="Times New Roman" w:cs="Times New Roman"/>
        </w:rPr>
        <w:t>Taha’e Julio térã Marco Antonio, mokõivéva ha’e símbolo Róma rehegua, ha Cleopatra katu ha’e peteĩ símbolo Egipto ha Grecia rehegua. Ha’e orrepresenta pe gobernación griega Egíptope, mokõivéva ha’évo símbolo dragón rehegua, ha Julio ha Marco Antonio katu ha’e mymba ñarõ símbolo. Kuñakaraiháicha pe relaciónpe, Cleopatra ha’eva’ekue pe iglesia, ha upéicha Julio ha Marco Antonio oiko hag̃ua Estado ramo. Cleopatra orrepresenta peteĩ kuña ojepe’áva mokõi jey iguerekohárape umi imborayhuha romano mburuvicha guasúgui; peteĩha 1798-pe ha upéi pe tiempo de gracia ñemboty pahápe, oguahẽvo ipahápe avave oipytyvõ’ỹre chupe. Iñehundi paha oiko pe ñorairõ Actium-pe, áño 31 a.C.-pe. Pe ipu’akavéva pe ñorairõ Actium-pe ha’eva’ekue Augusto César; upévare jahecha Pompeyo omanohague Egíptope, Julio oikohague peteĩ encuentro Cleopatra ndive Egíptope, upéva oñembojoajúva mokõi jey Marco Antonio rembiasakuepe, ha upéi Augusto César omohu’ã upe relación Actium-pe. Actium ohechauka pe léi domingo rehegua, pe ñorairõ Actium-pe niko oñembogue pe mbohapyha obstáculo Rómape g̃uarã, ha Róma pagana imperial oñepyrũ ogoverna trescientos sesenta áño pukukue, oñekumpli hag̃uáicha Daniel 11:24-pe.</w:t>
      </w:r>
    </w:p>
    <w:p>
      <w:pPr>
        <w:pStyle w:val="ArticleBody"/>
        <w:jc w:val="left"/>
      </w:pPr>
      <w:r>
        <w:rPr>
          <w:rFonts w:ascii="Times New Roman" w:hAnsi="Times New Roman" w:eastAsia="Times New Roman" w:cs="Times New Roman"/>
        </w:rPr>
        <w:t>Pompeyo oipe’a mokõiha mba’e ojokóva, ha Augusto mbohapyha.</w:t>
      </w:r>
    </w:p>
    <w:p>
      <w:pPr>
        <w:pStyle w:val="ArticleScripture"/>
        <w:jc w:val="left"/>
      </w:pPr>
      <w:r>
        <w:rPr>
          <w:rFonts w:ascii="Times New Roman" w:hAnsi="Times New Roman" w:eastAsia="Times New Roman" w:cs="Times New Roman"/>
        </w:rPr>
        <w:t>Ha peteĩva apytégui osẽ peteĩ hatĩ michĩva, ha okakuaa tuichaiterei yvate gotyo, kuarahyresẽ gotyo ha pe yvy porãite gotyo. Daniel 8:9.</w:t>
      </w:r>
    </w:p>
    <w:p>
      <w:pPr>
        <w:pStyle w:val="ArticleBody"/>
        <w:jc w:val="left"/>
      </w:pPr>
      <w:r>
        <w:rPr>
          <w:rFonts w:ascii="Times New Roman" w:hAnsi="Times New Roman" w:eastAsia="Times New Roman" w:cs="Times New Roman"/>
        </w:rPr>
        <w:t>Pompeyo ha’e 1989, peteĩ techaukaha peteĩha umi mbohapy mbarete político rehegua apytégui oñehundiva’erã Roma moderna rupive, imba’e ñehundi omano hag̃uáicha oñemonguerávo. Unión Soviética, upéi Estados Unidos ha avei Naciones Unidas Daniel 11:41-pe. Umi ñorairõ mbarete papal rehegua ha’e político ha religioso, ha proféticamente, Estados Unidos pegua mbarete religioso oñemboguevi’ekue oñemoañetérõ guare Reagan ha papa Juan Pablo II ñembyatyrã kañy. Umi papado rembipota oike pype mbohapy mba’e ojokóva político ha mbohapy mbarete religioso. 1989-pe peteĩ umi mbohapy mbarete político apytégui ojeipe’a hag̃ua, Protestantismo, peteĩ ñe’ẽ añetetéva he’iséva oñeprotesta Roma rehe, avei ojeipe’a hag̃ua Estados Unidos ruvicha rupive pe tembiasakue peteĩchape. Umi mbohapy mbarete político ha’e Unión Soviética, Estados Unidos ha Naciones Unidas, ha umi rembipota religioso ha’e Protestantismo, hendive umi opaichagua religión dragón rehegua, opavave ojehechakuaáva espiritismo ramo. Umi mbohapy religión ogueraháva ko yvy Armagedón-pe ha’e Protestantismo apóstata, Catolicismo ha espiritismo; ha umi mba’e ijetu’úva hyepýpe mbarete papal-pe g̃uarã, umi ideología conservadora ha liberal joavy tupao ryepýpe, hendive umi cisma catolicismo ortodoxo rehegua, ha’e peteĩ mba’e ojokóva religioso, ha umi mokõi ambue mba’e ojokóva religioso Catolicismo ogana hag̃ua ha’e Protestantismo apóstata ha espiritismo. Protestantismo ojeipe’a hag̃ua 1989-pe.</w:t>
      </w:r>
    </w:p>
    <w:p>
      <w:pPr>
        <w:pStyle w:val="ArticleBody"/>
        <w:jc w:val="left"/>
      </w:pPr>
      <w:r>
        <w:rPr>
          <w:rFonts w:ascii="Times New Roman" w:hAnsi="Times New Roman" w:eastAsia="Times New Roman" w:cs="Times New Roman"/>
        </w:rPr>
        <w:t>Ojejoi jehupytykuéra ryepypegua Catolicismo-pe, ojehechauka haguéicha opaichagua profecía católica-pe oúva umi marandu Fátima-gui, oñemboja’óramo iñeha’ãnguéra rehe ogana hag̃ua umi mbarete religioso oĩva okápe ijerovia tee-gui, upéicharõ iñepyrũgua jehu porã Protestántismo rehe ha’e va’ekue Reagan ñemirĩme ojapova’ekue joaju ñemi, ha ipahaitegua jehu porã ha’e pe joaju ojehechaukáva 2025-pe. Avei umi iñorairõnguéra iglesia ortodoxa-kuéra ndive ojehechauka peteĩ jehu porã ñepyrũgua guive ary 1989-pe peve pe jehu porã pahaite Panium-pe.</w:t>
      </w:r>
    </w:p>
    <w:p>
      <w:pPr>
        <w:pStyle w:val="ArticleBody"/>
        <w:jc w:val="left"/>
      </w:pPr>
      <w:r>
        <w:rPr>
          <w:rFonts w:ascii="Times New Roman" w:hAnsi="Times New Roman" w:eastAsia="Times New Roman" w:cs="Times New Roman"/>
        </w:rPr>
        <w:t>Pompeyo ojokupyty 1989 rehe, ha mokõi iñorairõ ñemombaʼe “kuarahyresẽ gotyo ha yvy porãme,” Daniel ohechauka haguéicha pe kapítulo poapy, versíkulo porundyme, orrepresenta pe papado ñevikto espirituál ha polítika pe antigua Unión Soviética ári, ha upéva ndive pe ñevikto espirituál pe yvy gloriosa rehe, upéva hína pe protestantísmo oñemombeʼúva. Julio César operdetaha Ráfiape, Antioco III operde haguéicha, ha Zelenskyy operdetaháicha avei. Julio hína umi versíkulo 17 guive 19 peve mbaʼéva, ha upéi Augusto César opuʼã pe impuésto mbyatyhára ramo. Tiberias César oisãmbyhy pe kurusu tiémpope, upévare Tiberias hína versíkulo 16 pe léi dominical.</w:t>
      </w:r>
    </w:p>
    <w:p>
      <w:pPr>
        <w:pStyle w:val="ArticleBody"/>
        <w:jc w:val="left"/>
      </w:pPr>
      <w:r>
        <w:rPr>
          <w:rFonts w:ascii="Times New Roman" w:hAnsi="Times New Roman" w:eastAsia="Times New Roman" w:cs="Times New Roman"/>
        </w:rPr>
        <w:t>Kóva omoĩ peteĩcha Augustus-pe Panium rehegua, versíkulo quince-pe, ha versíkulo once-pe oĩva Raphia ñorairõ Julius ndive. Pe ñorairõ Panium rehegua ha’e pe mbohapyha ñorairõ guasu yvóra arigua oñepyrũva michĩmi mboyve pe léi domingo rehegua versíkulo dieciséis-pe, ha upéi oñemoambue pe ñorairõ Actium-pe. Panium ha’e va’ekue pe ñorairõ yvy rehegua (Estados Unidos), ha Actium ha’e va’ekue pe ñorairõ yguasu rehegua (yvy tuichakue). Augustus ojehechauka Panium-pe umi irundy mburuvicha Romagua líneape, ha ha’e voi pe tendota añetetéva Actium-pe. Panium-pe Antiochus omba’apo Egipto ndive, upéva oñemoirũva Roma rehe, ha Actium-pe Augustus omba’apo Egipto ndive (Cleopatra), oñemoirũva Roma rehe (Marc Antony). Kóva he’ise Pompey orepresenta versíkulo cuarenta peve ary 1989, ha Tiberias orepresenta pe léi domingo rehegua versíkulo cuarenta y uno-pe. Julius Caesar oguahẽ ary 2014-pe, oñepyrũ ramo guare pe ñorairõ Ucrania-pegua, ojehechauka hag̃uáicha pe ñorairõ Raphia rehegua ary 217 a.C.-pe.</w:t>
      </w:r>
    </w:p>
    <w:p>
      <w:pPr>
        <w:pStyle w:val="ArticleBody"/>
        <w:jc w:val="left"/>
      </w:pPr>
      <w:r>
        <w:rPr>
          <w:rFonts w:ascii="Times New Roman" w:hAnsi="Times New Roman" w:eastAsia="Times New Roman" w:cs="Times New Roman"/>
        </w:rPr>
        <w:t>Kóva ohechauka umi versíkulo diecisiete guive veintidós peve oñepyrũha 1989-pe ha opaha pe léi domingo-pe, ha upévare ha’eha pe tembiasakue ojoajúva pe “tembiasakue kañymby” ndive versíkulo cuarenta-pe. Pe línea profética umi Macabeo rehegua avei ojoaju upe “tembiasakue kañymby” peteĩchaitépe. Pe línea umi mburuvicha Romagua rehegua ohechauka Roma moderna, pe mymba Apocalipsis dieciséis-pe gua, ha pe línea umi Macabeo rehegua omombe’u pe yvy gloriosa, pe proféta japu Apocalipsis dieciséis-pe gua. Pe línea umi mbohapy ñorairõ rehegua ohechauka pe jehupytyre pe mburuvicha ñembyaméragua ári, pe dragón Apocalipsis dieciséis-pe gua.</w:t>
      </w:r>
    </w:p>
    <w:p>
      <w:pPr>
        <w:pStyle w:val="ArticleBody"/>
        <w:jc w:val="left"/>
      </w:pPr>
      <w:r>
        <w:rPr>
          <w:rFonts w:ascii="Times New Roman" w:hAnsi="Times New Roman" w:eastAsia="Times New Roman" w:cs="Times New Roman"/>
        </w:rPr>
        <w:t>Umi mbohapy ta’ãnga rehechauka umi mbohapy mbarete ogueraháva ko yvy tuichakue Armagedón-pe, ha oñerrepresenta hikuái ñe’ẽpoty 40-pe kóicha: pe rréi yvy gotyo pegua, pe dragón; pe rréi yvate gotyo pegua, pe mymba; ha umi kárro ñorairõrã, kavaju ári guáva ha umi várko ha’e pe maranduhára japu. Umi mbohapy ta’ãnga, ñe’ẽpoty 10 guive 23 peve, ohechauka umi mbohapy mbarete oĩva tembiasakue ñemiguápe, oñeñe’ẽva ñe’ẽpoty 40-pe, ha ndaha’éi mba’e ambuéva térã michĩvéva peteĩ ta’ãnga oikóva meme umi mbohapy mba’e oñerrepresentáva pe tembiasakue hesakãvape ñe’ẽpoty 40-pe.</w:t>
      </w:r>
    </w:p>
    <w:p>
      <w:pPr>
        <w:pStyle w:val="ArticleHeading"/>
        <w:jc w:val="left"/>
      </w:pPr>
      <w:r>
        <w:rPr>
          <w:rFonts w:ascii="Arial" w:hAnsi="Arial" w:eastAsia="Arial" w:cs="Arial"/>
        </w:rPr>
        <w:t>Verso Uno</w:t>
      </w:r>
    </w:p>
    <w:p>
      <w:pPr>
        <w:pStyle w:val="ArticleBody"/>
        <w:jc w:val="left"/>
      </w:pPr>
      <w:r>
        <w:rPr>
          <w:rFonts w:ascii="Times New Roman" w:hAnsi="Times New Roman" w:eastAsia="Times New Roman" w:cs="Times New Roman"/>
        </w:rPr>
        <w:t>Umi téra peteĩ guive irundy peve omombe’u porã “paha ára” ojejuhúva 1989-pe, ha avei umi poapy mburuvicha guasu Tetã peteĩ reko Amérikaguapegua upe ñepyrũmby guive, ha opa hag̃ua pe poapýha mburuvicha guasu paha, tuichave ha hetave mba’erepy reheve. Téra irundýpe upe rréi oiko yvy tuichakue rréiramo, ojehechaukaháicha Alejandro el Grande rupive, rréi Acab rupive, Apocalipsis 17-pegua diez rréi rupive, Salmos 83-pegua diez trívu rupive, ha umi diez tetã oñemoĩva yvóra ykére techaukaháramo Tupã ñe’ẽme’ẽ ñepyrũmbyetepe Abrán ndive Génesis 15:18–21-pe.</w:t>
      </w:r>
    </w:p>
    <w:p>
      <w:pPr>
        <w:pStyle w:val="ArticleBody"/>
        <w:jc w:val="left"/>
      </w:pPr>
      <w:r>
        <w:rPr>
          <w:rFonts w:ascii="Times New Roman" w:hAnsi="Times New Roman" w:eastAsia="Times New Roman" w:cs="Times New Roman"/>
        </w:rPr>
        <w:t>Umi versíkulo peteĩ guive irundy peve ohechauka pe tembiasakue 1989 guive pe mbohapy joaju pe léi domingo-pe pe versíkulo cuarenta y uno-pe, ha upévare oñembojaju umi irundy mburuvicha Róma-pegua ndive, pe línea Maccabees rehegua ndive ha umi mbohapy ñorairõ umi versíkulo diez guive quince peve reheve, umi oñondivepa ombohape pe tembiasakue kañymby pe versíkulo cuarenta rehegua.</w:t>
      </w:r>
    </w:p>
    <w:p>
      <w:pPr>
        <w:pStyle w:val="ArticleBody"/>
        <w:jc w:val="left"/>
      </w:pPr>
      <w:r>
        <w:rPr>
          <w:rFonts w:ascii="Times New Roman" w:hAnsi="Times New Roman" w:eastAsia="Times New Roman" w:cs="Times New Roman"/>
        </w:rPr>
        <w:t>Umi versíkulo po guive pe porundy peve omoĩ hag̃ua peteĩ línea profética ohechaukáva hekopete pe tembiasakue 538 guive 1798 peve, ha ome’ẽ pe lógica histórica ha profética oñentende hag̃ua pe fin ára mba’éichapa tuicha mba’e pe versíkulo cuarenta-pe. Upe lógica omyesakã pe versíkulo diez ha’eha pe ñemyengovia pe tembiasakue rehegua umi versíkulo po guive porundy peve, ha upéicha ojapo aja, omyesakã pe lógica 1989 rehegua. Kóva he’ise umi versíkulo peteĩ guive mokõipa mbohapy peve Daniel once-pe ohechauka cinco línea profética oñemohenda porãva pe tembiasakue kañymby rehe pe versíkulo cuarenta-pe. Umi irundy versíkulo peteĩha rehegua oñe’ẽ Trump rehe, pe presidente poapyha, umi siete apytégui, ojehupyty hag̃uáicha hag̃ua pe mburuvicha guasu diez mburuvicha guasukuéra rehegua Apocalipsis diecisiete-pe, pe séptimo rréinope.</w:t>
      </w:r>
    </w:p>
    <w:p>
      <w:pPr>
        <w:pStyle w:val="ArticleBody"/>
        <w:jc w:val="left"/>
      </w:pPr>
      <w:r>
        <w:rPr>
          <w:rFonts w:ascii="Times New Roman" w:hAnsi="Times New Roman" w:eastAsia="Times New Roman" w:cs="Times New Roman"/>
        </w:rPr>
        <w:t>Umi versíkulo po ha umi versíkulo diez peve ohechauka pe tembiasakue ogueraháva 1798 peve ha upéi 1989 peve, ha’éva pe tembiasakue versíkulo cuarenta-pegua. Umi versíkulo diez guive quince peve ohechauka peteĩ tembiasakue mbohapy ñorairõ rehegua ojejapóva ambuekuéra rupive, oñepyrũva 1989-pe, pe mokõiháva oñepyrũva 2014-pe, upéi pe mburuvicha guasu ipirapire hetavéva oñembo’y 2015-pe. Pe mburuvicha guasu ipirapire hetavéva ojejuka 2020-pe, ha 2022-pe pe ñorairõ Raphia-pegua oñembotuichave, ha upéi pe mburuvicha guasu ipirapire hetavéva ojevyjey 2024-pe, ha 2025-pe pe mymba akã ha pe ta’anga mymba akã oñemoĩ mokõivéva ijasientope.</w:t>
      </w:r>
    </w:p>
    <w:p>
      <w:pPr>
        <w:pStyle w:val="ArticleBody"/>
        <w:jc w:val="left"/>
      </w:pPr>
      <w:r>
        <w:rPr>
          <w:rFonts w:ascii="Times New Roman" w:hAnsi="Times New Roman" w:eastAsia="Times New Roman" w:cs="Times New Roman"/>
        </w:rPr>
        <w:t>Ko’ẽrõgua artículope ñamboguatave koʼã mbaʼe.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peteĩha ha peteĩve hag̃ua</dc:title>
  <dc:subject>Pe ku’e jeýva arapokõindy rehegua yvýpe hechapyrãitévape</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