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Papapy Mokõiha Mokõipa</w:t>
      </w:r>
    </w:p>
    <w:p>
      <w:pPr>
        <w:pStyle w:val="ArticleSubtitle"/>
        <w:jc w:val="left"/>
      </w:pPr>
      <w:r>
        <w:rPr>
          <w:rFonts w:ascii="Arial" w:hAnsi="Arial" w:eastAsia="Arial" w:cs="Arial"/>
        </w:rPr>
        <w:t>31 de diciembre de 2023</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2026-03-12</w:t>
      </w:r>
    </w:p>
    <w:p>
      <w:pPr>
        <w:pStyle w:val="ArticleBody"/>
        <w:jc w:val="left"/>
      </w:pPr>
      <w:r>
        <w:rPr>
          <w:rFonts w:ascii="Times New Roman" w:hAnsi="Times New Roman" w:eastAsia="Times New Roman" w:cs="Times New Roman"/>
        </w:rPr>
        <w:t>31 de diciembre de 2023 guive, Judá ñemoñare León oikuaaukávo hína añetegua maranduhára rehegua peteĩ orden específico-pe. Pe orden ikatu hasy’ỹ hag̃uáicha ojehechakuaa ojehechajeyvo umi artíkulo oñemoĩ va’ekue Future for America ñanduti rogue-pe. Ko’ã jasýpe, umi añetegua ojeikuaauka va’ekue heta, ha ipypuku eterei! Pe orden ndaha’éi peteĩ mba’e oikóva rei; oguereko peteĩ propósito. Pe secuencia ohechauka porã peteĩ proceso joapykuéri ojejapóva peteĩ propósito reheve, Cristo, Judá ñemoñare León ramo, omboguatáva omboi’óvo umi marandu paha porãha’ãrã rehegua tupao-pe ha upe rire arapýpe. Apocalipsis kuatiápe, Judá ñemoñare León ogueraha pe kuatia oñembotyva’ekue siete sellos reheve ha omboi umi sellos peteĩteĩ—pe orden-pe.</w:t>
      </w:r>
    </w:p>
    <w:p>
      <w:pPr>
        <w:pStyle w:val="ArticleHeading"/>
        <w:jc w:val="left"/>
      </w:pPr>
      <w:r>
        <w:rPr>
          <w:rFonts w:ascii="Arial" w:hAnsi="Arial" w:eastAsia="Arial" w:cs="Arial"/>
        </w:rPr>
        <w:t>Ojekuaaukáta Iñemohendápe Hekópe</w:t>
      </w:r>
    </w:p>
    <w:p>
      <w:pPr>
        <w:pStyle w:val="ArticleScripture"/>
        <w:jc w:val="left"/>
      </w:pPr>
      <w:r>
        <w:rPr>
          <w:rFonts w:ascii="Times New Roman" w:hAnsi="Times New Roman" w:eastAsia="Times New Roman" w:cs="Times New Roman"/>
        </w:rPr>
        <w:t>“Koʼã siete ára sunu osẽ rire ijayvu hag̃ua, oñemeʼẽ Juanpe pe tembiapoukapy, Daniel-pe guaréicha pe aranduka michĩ rehegua: ‘Emboty umi mbaʼe heʼíva umi siete ára sunu.’ Koʼãva oñeʼẽ umi mbaʼe oikótavagui tenonderã, ojekuaaukátava hiʼára pyahúpe. Daniel opytáta ilote-pe ára pahápe. Juan ohecha pe aranduka michĩ ojepeʼáva. Upérõ Daniel profesía-kuéra oguereko hendaguete pe marandu peteĩha, mokõiha ha mbohapyha ángel-kuéra omeʼẽ hag̃uáme yvórape. Pe jepeʼa pe aranduka michĩ rehegua haʼe vaʼekue pe marandu ára rehegua.”</w:t>
      </w:r>
    </w:p>
    <w:p>
      <w:pPr>
        <w:pStyle w:val="ArticleScripture"/>
        <w:jc w:val="left"/>
      </w:pPr>
      <w:r>
        <w:rPr>
          <w:rFonts w:ascii="Times New Roman" w:hAnsi="Times New Roman" w:eastAsia="Times New Roman" w:cs="Times New Roman"/>
        </w:rPr>
        <w:t>“Daniel ha Apocalipsis kuéra peteĩnte. Peteĩva hína peteĩ profesía, ambue katu peteĩ revelación; peteĩva peteĩ kuatiañe’ẽ oñembotýva, ambue katu peteĩ kuatiañe’ẽ ojepe’áva. Juan ohendu umi mba’e ñemimby umi aratiri he’íva, ha katu oñemandáva chupe ani hag̃ua ohai umíva.”</w:t>
      </w:r>
    </w:p>
    <w:p>
      <w:pPr>
        <w:pStyle w:val="ArticleScripture"/>
        <w:jc w:val="left"/>
      </w:pPr>
      <w:r>
        <w:rPr>
          <w:rFonts w:ascii="Times New Roman" w:hAnsi="Times New Roman" w:eastAsia="Times New Roman" w:cs="Times New Roman"/>
        </w:rPr>
        <w:t>“Pe tesakã porãite oñeme’ẽva’ekue Juánpe ha ojehechauka va’ekue umi siete truénope, ha’e va’ekue peteĩ ñemombe’upa umi mba’e oikótava pe marandu peteĩha ha mokõiha umi ánhel rehegua guýpe. Ndaha’éi va’ekue iporãvéva tavayguakuérape g̃uarã oikuaa hag̃ua ko’ã mba’e, pórke tekotevẽete va’erã kuri ojeha’ã ijerovia. Tupã ordenpe oñemomaranduva’erã kuri añetegua iporãiterei ha tenondegua. Pe marandu peteĩha ha mokõiha umi ánhel rehegua oñemomaranduva’erã kuri, ha katu mba’eve tesakã ambue ndojehechaukaiva’erãmo’ãi kuri ko’ã marandu ndojapopáiramo gueteri hembiapo tee. Kóva ojehechauka pe ánhel opytáva peteĩ ipy y ári ha ambue para ári, he’ívo peteĩ ñe’ẽme’ẽ aty guasu ha iporãmbaitéva reheve ára ndaiporimo’ãvéimaha.” The Seventh-day Adventist Bible Commentary, volume 7, 971.</w:t>
      </w:r>
    </w:p>
    <w:p>
      <w:pPr>
        <w:pStyle w:val="ArticleBody"/>
        <w:jc w:val="left"/>
      </w:pPr>
      <w:r>
        <w:rPr>
          <w:rFonts w:ascii="Times New Roman" w:hAnsi="Times New Roman" w:eastAsia="Times New Roman" w:cs="Times New Roman"/>
        </w:rPr>
        <w:t>Pe “siete trueno” rehegua ñemyesakã paha ojepe’a post-2023 rire, ha ohechauka “siete trueno” ohechaukaha pe ñembotavy alpha peteĩha guive pe ñembotavy omega paha peve. Juan ndojehejái omyesakã hag̃ua umi siete trueno, pórke pe “siete trueno” rehegua ñemyesakã ndaha’éi peteĩnte tembiasakue ñehundikue, síno peteĩ ta’anga ohechaukáva peteĩ “mba’e oikova’ekue jehechaukapy” oikova’ekue historia Millerita-pe, ha oikóta jey va’erã ára pahápe. Pe ñehundikue perfecto ojehechauka hag̃ua oikuaauka pe historia 18 de julio de 2020 guive pe ley dominical hi’aguĩva peve. Pe León oipe’a upéva tesape hag̃ua pe historia rehe pe templo ñemopu’ã rehegua umi cien cuarenta y cuatro mil rehegua.</w:t>
      </w:r>
    </w:p>
    <w:p>
      <w:pPr>
        <w:pStyle w:val="ArticleBody"/>
        <w:jc w:val="left"/>
      </w:pPr>
      <w:r>
        <w:rPr>
          <w:rFonts w:ascii="Times New Roman" w:hAnsi="Times New Roman" w:eastAsia="Times New Roman" w:cs="Times New Roman"/>
        </w:rPr>
        <w:t>Millerista rembiasakuepe, “7 arapu” ohechauka 1798 guive 1844 peve, upe jave Millerista-kuéra opresentákuri “añetegua iporãitereíva ha tenondeguaite.” Oñemotenondévo pe tembiapo oñeme’ẽ vaʼekue chupekuéra, Millerista-kuéra oñehaʼãkuri. Haʼekuéra ndoikuaái porãmbái pe marandu oikuaaukáva hikuái, ni pe tembiasakue haʼekuéra omohuʼãva hína. Umi añetegua haʼekuéra omoherakuã vaʼekue hína Sister White omyesakãva ramo “añetegua tenondegua,” ndojekuaavaʼerãiva peve umi marandu ángel peteĩha ha mokõiha omohuʼãmba pe hembiapo.</w:t>
      </w:r>
    </w:p>
    <w:p>
      <w:pPr>
        <w:pStyle w:val="ArticleBody"/>
        <w:jc w:val="left"/>
      </w:pPr>
      <w:r>
        <w:rPr>
          <w:rFonts w:ascii="Times New Roman" w:hAnsi="Times New Roman" w:eastAsia="Times New Roman" w:cs="Times New Roman"/>
        </w:rPr>
        <w:t>Umi “siete trueno” oguahẽ vove ijehupytymbapaitépe, umi “mba’e oikótava tenonderãme” ojehechauka umi marandu mbohapy ánhel kuéra pegua Apocalipsis capítulo catorce-pe, oñembojoajúvo Daniel aranduka ndive. Tembiapo umi cien cuarenta y cuatro mil pegua, ojehechaukáva umi “mba’e oikótava tenonderãme” rehe umi “siete trueno”-gui, ha’e hína ombojoaju Daniel aranduka umi mbohapy ánhel ndive.</w:t>
      </w:r>
    </w:p>
    <w:p>
      <w:pPr>
        <w:pStyle w:val="ArticleScripture"/>
        <w:jc w:val="left"/>
      </w:pPr>
      <w:r>
        <w:rPr>
          <w:rFonts w:ascii="Times New Roman" w:hAnsi="Times New Roman" w:eastAsia="Times New Roman" w:cs="Times New Roman"/>
        </w:rPr>
        <w:t>“Ñandejára oĩma ohundi hag̃uáicha ko yvy ape ári pe hekoaña rupi. Ha’e oĩma ohundi hag̃uáicha umi aty religiósope iñemboykére pe tesape ha pe añetegua oñeme’ẽ va’ekue chupekuéra. Pe marandu tuicháva, ombojoajúva peteĩhápe, mokõiha ha mbohapyha ánhel marandu, oñeme’ẽva’erã ko yvy ape ári. Kóva va’erã ñane rembiapo pohýi.” The Seventh-day Adventist Bible Commentary, volúmen 7, 950.</w:t>
      </w:r>
    </w:p>
    <w:p>
      <w:pPr>
        <w:pStyle w:val="ArticleBody"/>
        <w:jc w:val="left"/>
      </w:pPr>
      <w:r>
        <w:rPr>
          <w:rFonts w:ascii="Times New Roman" w:hAnsi="Times New Roman" w:eastAsia="Times New Roman" w:cs="Times New Roman"/>
        </w:rPr>
        <w:t>31 jasypakõi 2023 guive pe León Judá ñemoñaregua oikuaauka jey hína añetegua profétikokuéra peteĩ “orden” específicope.</w:t>
      </w:r>
    </w:p>
    <w:p>
      <w:pPr>
        <w:pStyle w:val="ArticleHeading"/>
        <w:jc w:val="left"/>
      </w:pPr>
      <w:r>
        <w:rPr>
          <w:rFonts w:ascii="Arial" w:hAnsi="Arial" w:eastAsia="Arial" w:cs="Arial"/>
        </w:rPr>
        <w:t>Millerita Rekove hag̃ua’ẽme’ẽ</w:t>
      </w:r>
    </w:p>
    <w:p>
      <w:pPr>
        <w:pStyle w:val="ArticleScripture"/>
        <w:jc w:val="left"/>
      </w:pPr>
      <w:r>
        <w:rPr>
          <w:rFonts w:ascii="Times New Roman" w:hAnsi="Times New Roman" w:eastAsia="Times New Roman" w:cs="Times New Roman"/>
        </w:rPr>
        <w:t>“Oĩ oikovéva ko’ág̃a, ohesa’ỹijo jave Daniel ha Juan marandu’ẽngue, ojapyhy va’ekue tuicha tesape Tupãgui ohasávo umi tapére marandu’ẽnguéra peteĩteĩva oñemoañete hag̃uáicha iñordenpe. Ha’ekuéra ogueru va’ekue tavayguakuérape pe ára rehegua marandu. Pe añetegua omimbi porã kuri kuarahy asajepyte guáicha. Umi mba’e ojehu va’ekue yma, ohechaukáva marandu’ẽ oñemoañeteha hekopete, oñemohenda tavayguakuéra renondépe, ha ojehecha marandu’ẽ ha’eha ta’anga rupive ojehai va’ekue umi mba’e ogueroguatáva ko yvy rembiasakue paha peve.” Selected Messages, book 2, 101, 102.</w:t>
      </w:r>
    </w:p>
    <w:p>
      <w:pPr>
        <w:pStyle w:val="ArticleBody"/>
        <w:jc w:val="left"/>
      </w:pPr>
      <w:r>
        <w:rPr>
          <w:rFonts w:ascii="Times New Roman" w:hAnsi="Times New Roman" w:eastAsia="Times New Roman" w:cs="Times New Roman"/>
        </w:rPr>
        <w:t>Pe “orden” Cristo oikuaaukáva’ekue pe marandu Pyhare Mbyte Sapy’a rehegua representakuri “mba’ekuaarã histórico” ohechaukáva peteĩ “profecía ñemboguata hag̃uaichaite” ogueraháva probation ñemboty peve. Umi ára pahápe pe profecía ñemboguata hag̃uaichaite ndaha’éi peteĩ jejua profecía-kuéra rehegua oñemopyendáva ára rehe, ha katu Palmoni gueteri oipuru papapykuéra ohechakuaa hag̃ua umi profecía ñemboguata hag̃uaichaite. Araka’eve ndaipóri véima, ha jepe umi Millerita-kuéra “ogueraha araka’e marandu” hembiasakue guýpe, pe mbohapyha ánhel rembiu imbaretevéva “araka’e”gui.</w:t>
      </w:r>
    </w:p>
    <w:p>
      <w:pPr>
        <w:pStyle w:val="ArticleScripture"/>
        <w:jc w:val="left"/>
      </w:pPr>
      <w:r>
        <w:rPr>
          <w:rFonts w:ascii="Times New Roman" w:hAnsi="Times New Roman" w:eastAsia="Times New Roman" w:cs="Times New Roman"/>
        </w:rPr>
        <w:t>“Ñandejára ohechauka chéve pe mbo’ehaipyre ángel mbohapyha rehegua oho va’erãha, ha oñemombe’u va’erãha Ñandejára ra’ykuéra isarambípavape, ha noñemoĩ va’erãiha ára rehe; cháke pe ára araka’eve ndaha’éimo’ãi peteĩ prueba jey. Ahecha oĩha algunos ojapyhy peteĩ kyre’ỹ japu osẽva ára rehe oñepredikágui; pe ángel mbohapyha marandu imbaretevéva hína ára ikatúvagui ome’ẽ. Ahecha ko marandu ikatuha oñembo’y ijeheguiete ifundamento ári, ha noikotevẽiha ára omombarete hag̃ua ichupe, ha ohotaha pu’aka guasúpe, ha ojapóta hembiapo, ha oñemohu’ãmbaitéta tekojoja rupi.” Experience and Views, 48.</w:t>
      </w:r>
    </w:p>
    <w:p>
      <w:pPr>
        <w:pStyle w:val="ArticleBody"/>
        <w:jc w:val="left"/>
      </w:pPr>
      <w:r>
        <w:rPr>
          <w:rFonts w:ascii="Times New Roman" w:hAnsi="Times New Roman" w:eastAsia="Times New Roman" w:cs="Times New Roman"/>
        </w:rPr>
        <w:t>Pe “orden” peteĩteĩva umi añetegua maranduhára reheguávape ojeipe’a hag̃ua, ohechauka peteĩ tembiasakue oñemotenondéva; ha avei ohechauka pe marandu ñemoakãrapu’ã. Pe “orden” pe tembiasakue ojehechaukáva rehegua, ha avei umi py rapykuéri mba’éichapa pe León Judá ñemoñaregua oho oipe’ávo pe marandu ary paha 31 guive, mokõivéva tekotevẽ ñantende hag̃ua ñesalvasión rehehápe. Jasypokõi ary 2023-pe, peteĩ ñe’ẽ osapukái pe desiértope oñepyrũ ombosako’i tape pe jeipe’a hag̃ua ary paha 31, 2023-pe. Upéi pe León Judá ñemoñaregua oipe’a hag̃ua Apocalipsis peteĩha kapítulo.</w:t>
      </w:r>
    </w:p>
    <w:p>
      <w:pPr>
        <w:pStyle w:val="ArticleHeading"/>
        <w:jc w:val="left"/>
      </w:pPr>
      <w:r>
        <w:rPr>
          <w:rFonts w:ascii="Arial" w:hAnsi="Arial" w:eastAsia="Arial" w:cs="Arial"/>
        </w:rPr>
        <w:t>Avaveve ambue hag̃ua```</w:t>
      </w:r>
    </w:p>
    <w:p>
      <w:pPr>
        <w:pStyle w:val="ArticleScripture"/>
        <w:jc w:val="left"/>
      </w:pPr>
      <w:r>
        <w:rPr>
          <w:rFonts w:ascii="Times New Roman" w:hAnsi="Times New Roman" w:eastAsia="Times New Roman" w:cs="Times New Roman"/>
        </w:rPr>
        <w:t>“Umi marandu ipohyiete oñeme'ẽva’ekue iñorden-pe Apocalipsis-pe oikuaa va'erã tenda tenondegua Tupã tavayguakuéra apytépe. Mba'eve ambue ndojehejáiva'erã ñande retepyso omoinge hag̃ua ipype ñane atención.” Testimonios, volumen 8, 301, 302.</w:t>
      </w:r>
    </w:p>
    <w:p>
      <w:pPr>
        <w:pStyle w:val="ArticleBody"/>
        <w:jc w:val="left"/>
      </w:pPr>
      <w:r>
        <w:rPr>
          <w:rFonts w:ascii="Times New Roman" w:hAnsi="Times New Roman" w:eastAsia="Times New Roman" w:cs="Times New Roman"/>
        </w:rPr>
        <w:t>Umi artículo oñepyrũva’ekue ary 2023-pe oĩva’erã “pe tenda tenondegua Tupã tavayguakuéra apytépe.”</w:t>
      </w:r>
    </w:p>
    <w:p>
      <w:pPr>
        <w:pStyle w:val="ArticleScripture"/>
        <w:jc w:val="left"/>
      </w:pPr>
      <w:r>
        <w:rPr>
          <w:rFonts w:ascii="Times New Roman" w:hAnsi="Times New Roman" w:eastAsia="Times New Roman" w:cs="Times New Roman"/>
        </w:rPr>
        <w:t>“Opaite Tupã omyesakã vaʼekue marandu yma guive oñekumpli hag̃ua yma guarã, oñekumplíma; ha opa mbaʼe oútava gueteri, iñordenpeháicha, oikóta. Daniel, Tupã maranduhára, oĩ hendápe. Juan oĩ hendápe. Apocalipsis-pe León Judá ñemoñaregua oipeʼa profecía mboʼeharakuérape Daniel kuatiañeʼẽ, ha upéicha Daniel oĩ hendápe. Haʼe omeʼẽ heko hag̃ua he’ẽva, upe Ñandejára oikuaaukávaʼekue chupe visión-pe umi mbaʼe guasu ha ipohýietéva rehe, ñande jaikuaavaʼerãva, ñande ñaimévo voi hiʼag̃uietereípe oñekumpli hag̃uápe.”</w:t>
      </w:r>
    </w:p>
    <w:p>
      <w:pPr>
        <w:pStyle w:val="ArticleScripture"/>
        <w:jc w:val="left"/>
      </w:pPr>
      <w:r>
        <w:rPr>
          <w:rFonts w:ascii="Times New Roman" w:hAnsi="Times New Roman" w:eastAsia="Times New Roman" w:cs="Times New Roman"/>
        </w:rPr>
        <w:t>“Tembiasakue ha marandu porãme Tupã Ñe'ẽ ohechauka pe ñorairõ puku añetéva oikóvape añetegua ha jejavy apytépe. Upe ñorairõ gueteri oiko hína. Umi mba'e yma oikova'ekue, ojehu jeýta.” Selected Messages, libro 2, 109.</w:t>
      </w:r>
    </w:p>
    <w:p>
      <w:pPr>
        <w:pStyle w:val="ArticleHeading"/>
        <w:jc w:val="left"/>
      </w:pPr>
      <w:r>
        <w:rPr>
          <w:rFonts w:ascii="Arial" w:hAnsi="Arial" w:eastAsia="Arial" w:cs="Arial"/>
        </w:rPr>
        <w:t>Mbohapypa hag̃ua</w:t>
      </w:r>
    </w:p>
    <w:p>
      <w:pPr>
        <w:pStyle w:val="ArticleBody"/>
        <w:jc w:val="left"/>
      </w:pPr>
      <w:r>
        <w:rPr>
          <w:rFonts w:ascii="Times New Roman" w:hAnsi="Times New Roman" w:eastAsia="Times New Roman" w:cs="Times New Roman"/>
        </w:rPr>
        <w:t>Pe marandu Daniel 11:40 rehegua oñemboty’ỹ ha oñemoañete hag̃ua 1996-pe. Mbohapypa ary rire, pe versíkulo peteĩchaguaite rembiasakue kañymby ko’ágã oñemboty’ỹ hína ijoajúvo Pyharepyte Sapy’a Marandu ñemoañete rehe, peteĩ marandu oguerekóva peteĩ Islam rehegua ñemombe’u okáguio oñemyatyrõva joajúpe peteĩ Pyharepyte Sapy’a marandu hyepypegua oñemyatyrõva ndive. Pyharepyte Sapy’a marandu oñemombe’u pe versíkulo 16-peguáicha arapokõindy pytu’u ára léi mboyve, pe arapokõindy pytu’u ára léipe niko oñemboty pe okẽ pe ñe’ẽjoja’ỹme.</w:t>
      </w:r>
    </w:p>
    <w:p>
      <w:pPr>
        <w:pStyle w:val="ArticleHeading"/>
        <w:jc w:val="left"/>
      </w:pPr>
      <w:r>
        <w:rPr>
          <w:rFonts w:ascii="Arial" w:hAnsi="Arial" w:eastAsia="Arial" w:cs="Arial"/>
        </w:rPr>
        <w:t>Pedro</w:t>
      </w:r>
    </w:p>
    <w:p>
      <w:pPr>
        <w:pStyle w:val="ArticleBody"/>
        <w:jc w:val="left"/>
      </w:pPr>
      <w:r>
        <w:rPr>
          <w:rFonts w:ascii="Times New Roman" w:hAnsi="Times New Roman" w:eastAsia="Times New Roman" w:cs="Times New Roman"/>
        </w:rPr>
        <w:t>Kóva omoĩ Pedrope umi cien cuarenta y cuatro mil oñemboselláva rembiasakue ryepýpe. Pedro oguereko peteĩ marandu omomarandúva pe koty yvatepe, ha peteĩ ambue marandu omomarandúva pe tupaópe. Pe marandu pe koty yvategua ha’e pe parábola “Pyhare Mbyte Sapy’a Hatã”, ha pe marandu pe tupaogua ha’e pe sapukái hatã ánhel mbohapyha mba’e. Ikatu hag̃uáicha Pedro omomarandu pe marandu pe koty yvategua rehegua, upéva ha’e pe “Pyhare Mbyte Sapy’a Hatã”, tenonderãite Pedro marandu oñemyatyrõva’erã ha oñembohekorãva’erã porã. Pe ñemyatyrõ ha ñembohekora porã ojejapo oñembojoajúvo umi profecía renda-kuéra pe León Judá ñemoñaregua ohechauka ha ojekuaaukáva hague 31 de diciembre de 2023 guive.</w:t>
      </w:r>
    </w:p>
    <w:p>
      <w:pPr>
        <w:pStyle w:val="ArticleBody"/>
        <w:jc w:val="left"/>
      </w:pPr>
      <w:r>
        <w:rPr>
          <w:rFonts w:ascii="Times New Roman" w:hAnsi="Times New Roman" w:eastAsia="Times New Roman" w:cs="Times New Roman"/>
        </w:rPr>
        <w:t>Ko’ág̃a ñambohape hag̃ua pe marandu Pyharepyte Sapy’a hasẽva. Pe ñambohape pe marandu rehegua ojehechauka hag̃ua modelo-ramo William Miller rupive ary 1831-pe, ha pe revista The Time of the End ary 1996-pe. Pe ñeemyatyrõ pe marandu rehegua oguenohẽva pe peteĩha jejavy tuicha hag̃ua 18 jasypokõi 2020-pe ojehechauka hag̃ua modelo-ramo mokõivéva Josiah Litch ha Samuel Snow rupive. Pe tembiapo peteĩteĩ ojapóva “omoñepyrũ” pe “efékto” ou va’ekue 11 jasypoapy 1840 rire, ha pe mokõiha jasy jeroky rire. Ary 1840-pe pe marandu ogueraha opaite tenda misión-pe ko yvy ape ári, ha ary 1844-pe pe marandu Pyharepyte Sapy’a hasẽva ojaho’i Estados Unidos rembe’ýi kuarahyresẽ gotyo peteĩ yguasu ojupi ha oguejy hag̃uáicha. Kuimba’ekuéra rembiapo “omoñepyrũ” pe “efékto” Espíritu Santo ñehẽkue rehegua. Ary 1840 ohókuri ko yvy ape ári entero gotyo, ojeguerojehecháva yguasu rupive, ha ary 1844 ohókuri Estados Unidos-pe, ojeguerojehecháva yvy rupive. Pe símbolo ary 1840 rehegua ha’e Cristo oĩva yvy ha yguasu ári Apocalipsis diez-pe, ha upe capítulo voi ohechauka pe tembiasakue 1840 guive 1844 peve, ha ohechauka Cristo oĩha yvy ha yguasu ári.</w:t>
      </w:r>
    </w:p>
    <w:p>
      <w:pPr>
        <w:pStyle w:val="ArticleBody"/>
        <w:jc w:val="left"/>
      </w:pPr>
      <w:r>
        <w:rPr>
          <w:rFonts w:ascii="Times New Roman" w:hAnsi="Times New Roman" w:eastAsia="Times New Roman" w:cs="Times New Roman"/>
        </w:rPr>
        <w:t>Mokõivéva 1840 ha 1844-pe, pe ñemohenda jeýva profecíape ha’e va’ekue peteĩ ñemohenda tenondépe ára rehe, pe árape añetetéva peve. Peteĩva ha’e va’ekue peteĩ prediksión Islam rehegua ha ambue peteĩ prediksión pe parábola umi diez vírgenes rehegua. Peteĩva okapegua ha ambue hyepypegua. 1844-pe avei oĩ va’ekue peteĩ jejavy pe santuario ñentendeporã’ỹme. ¿Pe santuario piko va’ekue yvy, térãpa pe santuario yvagagua? Pe ñentendeporã’ỹ ipypukuve va’ekue ndaha’éi pe santuario he’iséva añoite, peteĩ prueba ramo avei ohechauka haguére mba’éichapa peteĩ ánga oseguíta Cristo-pe pe Lugar Santo guive pe Lugar Santísimo peve.</w:t>
      </w:r>
    </w:p>
    <w:p>
      <w:pPr>
        <w:pStyle w:val="ArticleScripture"/>
        <w:jc w:val="left"/>
      </w:pPr>
      <w:r>
        <w:rPr>
          <w:rFonts w:ascii="Times New Roman" w:hAnsi="Times New Roman" w:eastAsia="Times New Roman" w:cs="Times New Roman"/>
        </w:rPr>
        <w:t>“Ahecha Túva opuʼãha guapyha guasu ári guive, ha peteĩ kárro tata rendýpe oikeha pe tupa marangatuvévape ao ñemoʼã ryepýpe, ha upépe oguapyha. Upéi Jesús opuʼã guapyha guasu ári guive, ha hetavéva umi oñesũva opuʼã Hendive. Ndahaʼéi ahecháva peteĩ tesape rendy jepe ohasa Jesús-gui umi aty oñangarekóʼỹvape gotyo, ha ojeheja chupekuéra pytũmbýpe añetehápe. Umi opuʼãva Jesús opuʼã jave, omoĩ meme hesa Hese ohejáva guapyha guasu ha ogueraháva chupekuéra michĩmi mombyry. Upéi Haʼe omopuʼã Ipo akatúa, ha rohendu Iñeʼẽ porãite heʼíva: ‘Pehaʼarõ koʼápe; aha che Ru rendápe arresivi hag̃ua pe rréino; peñangareko pende ao kyʼaʼỹ hag̃uáicha, ha sapyʼaitépe ajevyta pe ñemendágui ha pogueruta Chejehe.’ Upéi peteĩ kárro arai rehegua, irruéda kuéra tata rendýicha, umi ánhel kuéra ijerére, ou Jesús oĩháme. Haʼe ojupi pe kárrope ha oguerahaha pe tupa marangatuvévape, upépe Túva oguapyhápe. Upépe ahecha Jesús-pe, peteĩ Paʼi Guasu tuicháva, oñemboʼyva Túva renondépe. Ijao rembeʼýre oĩ peteĩ campanílla ha peteĩ granáda, peteĩ campanílla ha peteĩ granáda. Umi opuʼãva Jesús ndive omondo hag̃ua ijerovia Hese pe tupa marangatuvévape, ha oñemboʼe: ‘Che Ru, emeʼẽ oréve Nde Espíritu.’ Upéi Jesús opytuʼu hiʼárikuéra Espíritu Santo reheve. Pe pytuhẽme oĩkuri tesape, pokatu, ha heta mborayhu, vyʼa, ha pyʼaguapy.”</w:t>
      </w:r>
    </w:p>
    <w:p>
      <w:pPr>
        <w:pStyle w:val="ArticleScripture"/>
        <w:jc w:val="left"/>
      </w:pPr>
      <w:r>
        <w:rPr>
          <w:rFonts w:ascii="Times New Roman" w:hAnsi="Times New Roman" w:eastAsia="Times New Roman" w:cs="Times New Roman"/>
        </w:rPr>
        <w:t>“Ajevy ahecha hag̃ua umi aty oĩva gueteri oñesũva guapy pe tróno renondépe; ha’ekuéra ndoikuaái Jesús ohejahague upépe. Satanás ojechauka vaekue pe tróno ykére, oñeha’ã hag̃uáicha omotenonde Tupã rembiapo. Ahecha chupekuéra oma’ẽ yvate pe tróno gotyo, ha oñembo’e: ‘Túva, eme’ẽ oréve Nde Espíritu.’ Upévo Satanás opytu’u hi’árikuéra peteĩ influencia marangatu’ỹva; ipype oĩ vaekue tesape ha heta pokatu, hákatu ndipóri mborayhu he’ẽ, vy’a ha py’aguapy. Satanás rembipota vaekue oheja chupekuéra oñembotavy hag̃uáicha ha oguerujey ha ombotavy hag̃ua Tupã ra’ykuérape.” Early Writings, 55, 56.</w:t>
      </w:r>
    </w:p>
    <w:p>
      <w:pPr>
        <w:pStyle w:val="ArticleBody"/>
        <w:jc w:val="left"/>
      </w:pPr>
      <w:r>
        <w:rPr>
          <w:rFonts w:ascii="Times New Roman" w:hAnsi="Times New Roman" w:eastAsia="Times New Roman" w:cs="Times New Roman"/>
        </w:rPr>
        <w:t>Pe santuario ojehechakuaa vaʼekue “lláve” ramo omyesakã hag̃ua opaite umi jeikuaa vai oiko vaʼekue pe santuario rehegua jeikuaa vai rupive. Haʼe vaʼekue pe “lláve” omyesakãva pe ñembyasýpe. Umi ára pahápe, pe “lláve” hína pe ñembyasy, upéva omyesakãva pe templo rehegua jeikuaa vai.</w:t>
      </w:r>
    </w:p>
    <w:p>
      <w:pPr>
        <w:pStyle w:val="ArticleBody"/>
        <w:jc w:val="left"/>
      </w:pPr>
      <w:r>
        <w:rPr>
          <w:rFonts w:ascii="Times New Roman" w:hAnsi="Times New Roman" w:eastAsia="Times New Roman" w:cs="Times New Roman"/>
        </w:rPr>
        <w:t>1844 jasypa 22 jasykõi guive “ára ndaiporivéima”, ha koʼág̃a oñemyatyrõvaʼerã jejavy oúva ñembyasy guasúgui 2020 jasypokõi 18-pegua, péro ndahaʼéi ára rehegua mbaʼépe, ára ndaiporivéimagui.</w:t>
      </w:r>
    </w:p>
    <w:p>
      <w:pPr>
        <w:pStyle w:val="ArticleScripture"/>
        <w:jc w:val="left"/>
      </w:pPr>
      <w:r>
        <w:rPr>
          <w:rFonts w:ascii="Times New Roman" w:hAnsi="Times New Roman" w:eastAsia="Times New Roman" w:cs="Times New Roman"/>
        </w:rPr>
        <w:t>Ha pe ánhel ahecha vaekue opyta hag̃ua yguasu ári ha yvy ári omopuʼã ipo yvágape, ha oñeʼẽ hag̃ua juraméntope upe oikovéva opa ára g̃uarã, ojapóva yvága, ha umi mbaʼe ipype oĩva, ha yvy, ha umi mbaʼe ipype oĩva, ha yguasu, ha umi mbaʼe ipype oĩva, ndaiporimoʼãveiha ára guasu: ha katu pe séptimo ánhel ñeʼẽngue ára peve, oñepyrũ vove ombopu, oñemohuʼãta Tupã remimĩngue, heʼihaguéicha hembiguái kuéra proféta kuérape. Apocalipsis 10:5–7.</w:t>
      </w:r>
    </w:p>
    <w:p>
      <w:pPr>
        <w:pStyle w:val="ArticleBody"/>
        <w:jc w:val="left"/>
      </w:pPr>
      <w:r>
        <w:rPr>
          <w:rFonts w:ascii="Times New Roman" w:hAnsi="Times New Roman" w:eastAsia="Times New Roman" w:cs="Times New Roman"/>
        </w:rPr>
        <w:t>Pe tendaite guasu oikotevẽva oñemyatyrõ ha’e Nashville, Tennessee, ha upe tenda ndaikatúi oñemoambue, pórke ndojekuaái Future for America rupive, síno Ellen White rupive, ha Espíritu de Profecía araka’eve ndojejavýi.</w:t>
      </w:r>
    </w:p>
    <w:p>
      <w:pPr>
        <w:pStyle w:val="ArticleScripture"/>
        <w:jc w:val="left"/>
      </w:pPr>
      <w:r>
        <w:rPr>
          <w:rFonts w:ascii="Times New Roman" w:hAnsi="Times New Roman" w:eastAsia="Times New Roman" w:cs="Times New Roman"/>
        </w:rPr>
        <w:t>“Che aime aja Nashville-pe, añe’ẽhína kuri tapichakuérape, ha pyhare aja, ojehecha peteĩ tata bola tuichaitereíva ouva’ekue yvágagui ha oguejy opyta Nashville-pe. Pe bola-gui osẽ hína tata hendyvaicha hu’ykuéraicha; óga-kuéra ohapypa hína; óga-kuéra oryryi ha ho’a hína. Oĩ kuri upépe ñande rapichakuéra apytépe. ‘Kóva ha’e pe roha’arõmava’ekueite,’ he’i hikuái, ‘roha’arõ kuri ko mba’e.’ Ambuekuéra katu ojapyhy ipo ñembyasýpe ha osapukái Ñandejárape poriahuvereko rehehápe. ‘Nde reikuaa kuri,’ he’i hikuái, ‘nde reikuaa kuri ko mba’e ouha, ha ne’ẽme nde’íri peteĩ ñe’ẽ jepe reñemongetávo ore ndive reñangareko hag̃ua ore rehe!’ Ha’eteete ku oikótaicha hikuái omondoro chupekuéra, oimo’ãgui araka’eve ndoikuaaukái hague chupekuéra térã nome’ẽi hague mba’eveichagua ñe’ẽmondo’ẽ.” Manuscript 188, 1905.</w:t>
      </w:r>
    </w:p>
    <w:p>
      <w:pPr>
        <w:pStyle w:val="ArticleBody"/>
        <w:jc w:val="left"/>
      </w:pPr>
      <w:r>
        <w:rPr>
          <w:rFonts w:ascii="Times New Roman" w:hAnsi="Times New Roman" w:eastAsia="Times New Roman" w:cs="Times New Roman"/>
        </w:rPr>
        <w:t>Pe mba’e okañy oĩva umi tata apu’a Nashville ári hína ha’e ohechauka Laodicea pegua Adventismo del Séptimo Día oikuaaha kuri pe marandu ñe’ẽmondo Nashville rehegua, ha katu okirirĩha. Kóva hína pe punto tembiasakue proféticope pe “ñemotĩ” térã “vy’a” pe marandu Clamor de Medianoche rehegua ojehechauka haguépe. Kóva hína pe punto umi oikótava poyvi ramo oñepyrũha oñemopu’ã hag̃ua iñambuéva ramo umi ambuégui, ha upéicha avei umi ambue oñemotĩva umi yvypóra ko yvy arigua renondépe, ipochy ha ikane’õgui Laodicea pegua Adventismo del Séptimo Día nome’ẽi haguére ñe’ẽmondo Nashville rehegua. Ko’ãvaicha avei ko joavy profético ojehechauka va’ekue Monte Carmelope Elías ha profeta-kuéra Baal peguyva apytépe, ha pe ángel mokõiha rembiasápe Millerita rembiasakue ryepýpe, umi Protestante-kuéra ojere rire protestante apóstata ramo ha oñepyrũ rire hembiaporã profeta japu ramo, oiko hag̃ua Roma rajykuéra ramo. Áño 1989-pe, pe hatĩ político Reagan rupive ojapo upe mba’e voi; Reagan katu ndoikói Roma rajykuéra ramo, oiko Ahab ha Clovis primero ramo, Roma rembirekorã ramoguáicha.</w:t>
      </w:r>
    </w:p>
    <w:p>
      <w:pPr>
        <w:pStyle w:val="ArticleScripture"/>
        <w:jc w:val="left"/>
      </w:pPr>
      <w:r>
        <w:rPr>
          <w:rFonts w:ascii="Times New Roman" w:hAnsi="Times New Roman" w:eastAsia="Times New Roman" w:cs="Times New Roman"/>
        </w:rPr>
        <w:t>“Ojechauka chéve peteĩ escena. Kóva oiko vaʼekue pyhareve pe sábado mboyve. Upérõ ojechauka chéve upe escena. Amaña pe ovetã rupive, ha oĩ peteĩ tata renda tuichaitereíva oguejýva yvágagui, ha hoʼa hína pe tenda ojejapoha ógaʼi yvateve hag̃ua itajyva reheve; koʼýte umi itajyva ojechauka chéve. Ha ojekuaaicha upe tata renda og̃uahẽ hag̃uaite pe óga rehe ha ombyaipa chupe; ha haʼekuéra ohecha mbaʼéichapa oñesẽ ypy, oñesẽ ypy, okakuaa ha oñembotuicha, ha oñepyrũ osapukái ha hasẽ, hasẽ meme, ha ojepokua ipo rehe; ha che aime hag̃uáicha apensa vaʼekue oĩha ñande rehegua upépe hiʼaguĩ, heʼívo: ‘Péva niko añetehápe pe rohaʼarõ vaʼekue; péva hína pe ñañeʼẽ hague; péva hína pe ñañeʼẽ hague.’ ‘Peikuaa piko raʼe?’ heʼi umi hénte. ‘Peikuaa raʼe, ha arakaʼeve ndapejeʼéi oréve upévare?’ Che aime hag̃uáicha apensa vaʼekue oĩhaichaite peteĩ jehasa asy tuicháva hova rehe, peteĩ jehasa asy tuicháva hechapyrãme.” Manuscript 152; 1904.</w:t>
      </w:r>
    </w:p>
    <w:p>
      <w:pPr>
        <w:pStyle w:val="ArticleBody"/>
        <w:jc w:val="left"/>
      </w:pPr>
      <w:r>
        <w:rPr>
          <w:rFonts w:ascii="Times New Roman" w:hAnsi="Times New Roman" w:eastAsia="Times New Roman" w:cs="Times New Roman"/>
        </w:rPr>
        <w:t>Pe desengaño 18 jasypokõi 2020-pegua ha’e pe “mba’eñemi” ojekuaa hag̃ua mba’éva pe tupaópe oñemopu’ãva’erã peteĩ poyvi ramo. Mokõi aty adventista kuéra apytépe oĩva joavy ha’e peteĩ téma tuicha mba’éva profecía bíblica-pe. Jeremías ndohoséi kuri oñembojoaju hag̃ua “ñembohoryhára aty” ndive, ha umi tupaokuéra Esmirna ha Filadelfia-pegua mokõivéva oñembojoavy Satanás sinagóga-gui, umi he’íva ha’ekuéraha judío, ha judío ndaha’éiva. Pe joavy oĩva mokõi aty adventista he’íva ijeheguiha adventista apytépe ojehechauka pe tapereko rupive oiporúva hikuái ombo’e hag̃ua la Biblia. Ha’e pe joavy oĩva tekombo’e añetegua ha “tekombo’e yvate, héraramo añoite”, peẽicha Sister White ohenóiva.</w:t>
      </w:r>
    </w:p>
    <w:p>
      <w:pPr>
        <w:pStyle w:val="ArticleBody"/>
        <w:jc w:val="left"/>
      </w:pPr>
      <w:r>
        <w:rPr>
          <w:rFonts w:ascii="Times New Roman" w:hAnsi="Times New Roman" w:eastAsia="Times New Roman" w:cs="Times New Roman"/>
        </w:rPr>
        <w:t>Nashville ojekuaa hag̃ua “Atenas del Sur” ramo, ha pe óga herakuãvéva ohechaukáva Grecia Nashville-pe ha’e pe Partenón oĩva Centennial Park-pe, oñemopu’ãva ary 1897-pe peteĩ tekotevẽichagua tuichakue reheve pe Partenón griego yma guaréicha. Oñemopu’ã oñemomorã hag̃ua cien ary Tennessee oike hague tetãramo ary 1796-pe, ha oñeha’arõ kuri oñembyaipa hag̃ua pe vy’arã rire. Upéi katu, pe yvy oñemoambue peteĩ parque ramo ary 1903-pe, ha pe Partenón oñemopu’ã jey hag̃ua opa ára guarã ary 1920 guive 1931 peve.</w:t>
      </w:r>
    </w:p>
    <w:p>
      <w:pPr>
        <w:pStyle w:val="ArticleBody"/>
        <w:jc w:val="left"/>
      </w:pPr>
      <w:r>
        <w:rPr>
          <w:rFonts w:ascii="Times New Roman" w:hAnsi="Times New Roman" w:eastAsia="Times New Roman" w:cs="Times New Roman"/>
        </w:rPr>
        <w:t>Téra “Partenón” oujehe Greek ñe’ẽ parthénos-gui, he’iséva “kuñataĩ marangatu” térã “tajyra”, oñe’ẽva Atenea rehe ha’e ramo kuña arandu, ndojepokóiva ha ñorairõpegua, arandu, estrategia, arte, mba’apokuaa ha teko arandupy rehegua tupãsy. Oñemopu’ãva ary 447–432 a.C. peve Acrópolis-pe Atenas-pe, oguereko kuri ipype peteĩ ta’anga tuichaitereíva crisoelefantina (óro ha marfil-gui) Atenea rehegua, escultor Fidias rembiapokue—ha upéichaite omba’apo ha’e hag̃ua hógakuaa térã hekoha marangatu, ojehechakuaahápe oĩha upépe.</w:t>
      </w:r>
    </w:p>
    <w:p>
      <w:pPr>
        <w:pStyle w:val="ArticleBody"/>
        <w:jc w:val="left"/>
      </w:pPr>
      <w:r>
        <w:rPr>
          <w:rFonts w:ascii="Times New Roman" w:hAnsi="Times New Roman" w:eastAsia="Times New Roman" w:cs="Times New Roman"/>
        </w:rPr>
        <w:t>Sistema tekombo’e occidental omoĩva tenonderã pe kuaapy tuichakue, porandupy ñemoarandu kuaa porã hag̃ua, ñembosako’i táva rekópe guarã, ha pe marco artes liberales rehegua, ipyahẽ ypy guive oñembohapo mbarete filosofía ha praxis griega ymaguarépe. Ndorekóirire Academia Platón rehegua, Lyceum Aristóteles rehegua, térã pe paideia ateniense, pe mbo’ehao ko’ág̃a jaikuaaháicha ojehecháva iñambuetereíne.</w:t>
      </w:r>
    </w:p>
    <w:p>
      <w:pPr>
        <w:pStyle w:val="ArticleBody"/>
        <w:jc w:val="left"/>
      </w:pPr>
      <w:r>
        <w:rPr>
          <w:rFonts w:ascii="Times New Roman" w:hAnsi="Times New Roman" w:eastAsia="Times New Roman" w:cs="Times New Roman"/>
        </w:rPr>
        <w:t>1904-pe, oñemopyenda vaʼekue Escuela de Madison, Nashville okápe, porundy porundy mokõi milla mombyrýpe. Ellen White haʼe vaʼekue peteĩ miembro fundador del consejo directivo Escuela de Madison ypykuepegua (hérava oficialmente Nashville Agricultural and Normal Institute, ha upe rire ojekuaa Madison College ramo). Haʼe ombaʼapo vaʼekue consejo directivo-pe miembro fundador ramo iñepyrũ guive ary 1904-pe. Opyta consejo-pe peve, haimete ary 1914 peve (pe ary oúva mboyve heʼongue 1915-pe).</w:t>
      </w:r>
    </w:p>
    <w:p>
      <w:pPr>
        <w:pStyle w:val="ArticleBody"/>
        <w:jc w:val="left"/>
      </w:pPr>
      <w:r>
        <w:rPr>
          <w:rFonts w:ascii="Times New Roman" w:hAnsi="Times New Roman" w:eastAsia="Times New Roman" w:cs="Times New Roman"/>
        </w:rPr>
        <w:t>Kóva ha’e pe único colegio térã junta institucionalpe ha’e araka’eve omoneĩva oike hag̃ua térã oservi hag̃ua ipype. Oñembojere porã hag̃uáicha, ha’e omoĩ mbovyete umi cargo formal ambue organización adventísta-kuérape, péro ojapo peteĩ excepción Madison rehe, oñemoĩgui peteĩchaite umi iñemoarandu rehegua consejo ndive (ojehepyme’ẽ hag̃uáicha ijehegui, ñemitỹ renda rehe oñemopyenda, temimbo’e ñembokatupyry misionero rehe oñembohapeva, omomba’eguasúva Biblia, tembiapo popegua ha ñembosako’i práctico tembiaporãrã Ñemby gotyo ha ambue tendápe guarã). Umi marandu Nashville gua Sister White-gui oukuri ary 1904 ha 1905-pe, upe tiempoite Madison School oñepyrũhague, ha pe exhibición Parthenon rehegua oñemoambuehague peteĩ instalación permanente-rõ parque permanente-pe. Pe símbolo tekombo’e griego rehegua ha tekombo’e yvagapegua rehegua mokõivéva omarkáva iñepyrũ peteĩchaguaite upe mbyky tiempope, ha upéva voi pe tiempo oñeme’ẽhague Nashville tata bola-kuéra visión.</w:t>
      </w:r>
    </w:p>
    <w:p>
      <w:pPr>
        <w:pStyle w:val="ArticleScripture"/>
        <w:jc w:val="left"/>
      </w:pPr>
      <w:r>
        <w:rPr>
          <w:rFonts w:ascii="Times New Roman" w:hAnsi="Times New Roman" w:eastAsia="Times New Roman" w:cs="Times New Roman"/>
        </w:rPr>
        <w:t>“Kuehe pyhare peteĩ escena ojehechauka chéve. Ikatu araka’eve ndañeñandúi libre ahechauka hag̃ua opa mba’e oĩva ipype, péro ahechaukaéta michĩmi.”</w:t>
      </w:r>
    </w:p>
    <w:p>
      <w:pPr>
        <w:pStyle w:val="ArticleScripture"/>
        <w:jc w:val="left"/>
      </w:pPr>
      <w:r>
        <w:rPr>
          <w:rFonts w:ascii="Times New Roman" w:hAnsi="Times New Roman" w:eastAsia="Times New Roman" w:cs="Times New Roman"/>
        </w:rPr>
        <w:t>“Ha’etévaicha peteĩ tata renda tuichaitereíva oguejy hague ko yvy ári ha ombyaipa hag̃ua óga guasueta. Peteĩ hendágui ambue peve opu’ãva’ekue sapukái: ‘¡Ñandejára ouma! ¡Ñandejára ouma!’ Heta tapicha noĩri va’ekue ojejapóva hag̃ua Hese, péro mbovymi he’íva’ekue: ‘¡Tamomba’e Ñandejárape!’”</w:t>
      </w:r>
    </w:p>
    <w:p>
      <w:pPr>
        <w:pStyle w:val="ArticleScripture"/>
        <w:jc w:val="left"/>
      </w:pPr>
      <w:r>
        <w:rPr>
          <w:rFonts w:ascii="Times New Roman" w:hAnsi="Times New Roman" w:eastAsia="Times New Roman" w:cs="Times New Roman"/>
        </w:rPr>
        <w:t>“‘Mba’ére piko pemomba’e guasu pe Ñandejárape?’ oporandu umi oúma hag̃ua hi’ári ñehundi pya’e ha sapy’aitépe.”</w:t>
      </w:r>
    </w:p>
    <w:p>
      <w:pPr>
        <w:pStyle w:val="ArticleScripture"/>
        <w:jc w:val="left"/>
      </w:pPr>
      <w:r>
        <w:rPr>
          <w:rFonts w:ascii="Times New Roman" w:hAnsi="Times New Roman" w:eastAsia="Times New Roman" w:cs="Times New Roman"/>
        </w:rPr>
        <w:t>“‘Koʼág̃a rohecha ñandéve koʼág̃a upe ñaheka vaʼekue.’”</w:t>
      </w:r>
    </w:p>
    <w:p>
      <w:pPr>
        <w:pStyle w:val="ArticleScripture"/>
        <w:jc w:val="left"/>
      </w:pPr>
      <w:r>
        <w:rPr>
          <w:rFonts w:ascii="Times New Roman" w:hAnsi="Times New Roman" w:eastAsia="Times New Roman" w:cs="Times New Roman"/>
        </w:rPr>
        <w:t>“‘Peikuerairõmo’ã ko’ã mba’e ouha, mba’ére piko ndapeje’éi oréve?’ ha’e va’ekue pe mbohovái vaiete. ‘Ndoroikuaái kuri ko’ã mba’e rehegua. Mba’ére piko oreheja peikuaa’ỹme? Jey jey pehecha va’ekue oréve; mba’ére piko ndapeikuaaporãi orerehe ha ndapeje’éi oréve pe huísio oútava rehegua, ha ñande roserviva’erãha Tupãme, ani hag̃uáicha ñane kany? Ko’ág̃a ñane kanýma!’” Manuscript 102, 1904.</w:t>
      </w:r>
    </w:p>
    <w:p>
      <w:pPr>
        <w:pStyle w:val="ArticleBody"/>
        <w:jc w:val="left"/>
      </w:pPr>
      <w:r>
        <w:rPr>
          <w:rFonts w:ascii="Times New Roman" w:hAnsi="Times New Roman" w:eastAsia="Times New Roman" w:cs="Times New Roman"/>
        </w:rPr>
        <w:t>Nashville marandu jeréva ojehechauka peteĩ contexto geográfico-pe, oñemoĩvo peteĩ marco espiritual-pe tekombo’e añetegua térã japu rehegua. Peteĩ tekombo’e ombosako’íva peteĩ ánga hag̃ua oiko hag̃ua tetãygua yvágape térã yvy ariguápe. Ndaipóri ñe’ẽ Islam rehegua Sister White jehecha Nashville-pe, upévare, mba’épa pe justificación ombojoaju hag̃ua Islam pe visión tata apu’a Nashville ári rehe? Mba’éichapa peteĩ corrección Nashville marandu rehegua ary 2020-pe oñembojoajúta Josiah Litch ha Samuel Snow rembiapo ndive? Iñecorrecciónkuéra ojejapo vaekue ohechakuaávo pe evidencia peteĩchagua ogueraha vaekue pe predicción peteĩha gotyo, ha’eha avei pe evidencia omopyendáva pe predicción oñecorregíva.</w:t>
      </w:r>
    </w:p>
    <w:p>
      <w:pPr>
        <w:pStyle w:val="ArticleBody"/>
        <w:jc w:val="left"/>
      </w:pPr>
      <w:r>
        <w:rPr>
          <w:rFonts w:ascii="Times New Roman" w:hAnsi="Times New Roman" w:eastAsia="Times New Roman" w:cs="Times New Roman"/>
        </w:rPr>
        <w:t>Pe testimónia Islam rehegua oñemopyenda ymaite guive, ojejoaju mboyve Nashville marandu ñeñangarekóvandi. Islam marandu ojoaju hag̃uaichaite pe mbohapyha ánhel marandúre. Ko añetegua ojehechauka heta testígo bíblico ári. Pe mbohapyha ánhel ñeñangareko orrepresenta peteĩ ñeñangareko pe marka rehegua, pe mburuvicha yvate gotyopegua pokatu rehegua, ha Islam ñeñangareko ojerrepresenta kuarahy resẽ gotyo membykuéra ñeñangareko rupive.</w:t>
      </w:r>
    </w:p>
    <w:p>
      <w:pPr>
        <w:pStyle w:val="ArticleScripture"/>
        <w:jc w:val="left"/>
      </w:pPr>
      <w:r>
        <w:rPr>
          <w:rFonts w:ascii="Times New Roman" w:hAnsi="Times New Roman" w:eastAsia="Times New Roman" w:cs="Times New Roman"/>
        </w:rPr>
        <w:t>Ha marandu kuarahyresẽgui ha yvate gotyogua omondýita chupe; upévare osẽta pochy eterei reheve ohundi hag̃ua, ha ombopa hag̃ua hetaite tapicha. Daniel 11:44.</w:t>
      </w:r>
    </w:p>
    <w:p>
      <w:pPr>
        <w:pStyle w:val="ArticleBody"/>
        <w:jc w:val="left"/>
      </w:pPr>
      <w:r>
        <w:rPr>
          <w:rFonts w:ascii="Times New Roman" w:hAnsi="Times New Roman" w:eastAsia="Times New Roman" w:cs="Times New Roman"/>
        </w:rPr>
        <w:t>Mbohapyha terceiro oikẽ vaʼekue tembiasakue-pe 22 jasypa 1844-pe, umi trompéta séptimo oñepyrũrõ guare osu. Pe trompéta séptimo haʼe avei mbohapyha ñembyasy Islam rehegua. Pe puʼakaʼỹme’ẽ 1863 guare omokirirĩ pe trompéta séptimo osúva 9/11 peve, upérõ pe mbohapyha ánhel oguejy Apocalipsis kapítulo dieciocho-pe, umi óga guasu Nueva York-pegua oñemboguejy jave peteĩ jeopoko rupive Tupã pokatu rehegua.</w:t>
      </w:r>
    </w:p>
    <w:p>
      <w:pPr>
        <w:pStyle w:val="ArticleBody"/>
        <w:jc w:val="left"/>
      </w:pPr>
      <w:r>
        <w:rPr>
          <w:rFonts w:ascii="Times New Roman" w:hAnsi="Times New Roman" w:eastAsia="Times New Roman" w:cs="Times New Roman"/>
        </w:rPr>
        <w:t>9/11 ha’e va’ekue pe alfa térã ñepyrũ pe sellado ára rehegua, opáva pe omega térã paha pe sellado rehegua umi cien cuarenta y cuatro mil rehe, pe léi domingo oñemboajetava pya’eitepe.</w:t>
      </w:r>
    </w:p>
    <w:p>
      <w:pPr>
        <w:pStyle w:val="ArticleBody"/>
        <w:jc w:val="left"/>
      </w:pPr>
      <w:r>
        <w:rPr>
          <w:rFonts w:ascii="Times New Roman" w:hAnsi="Times New Roman" w:eastAsia="Times New Roman" w:cs="Times New Roman"/>
        </w:rPr>
        <w:t>9/11 ha’e pe alfa ta’ãnga mymba ñarõva rehegua jehechaa ára Estados Unidos-pe, ha upéva opa pe omega ta’ãnga mymba ñarõva rehegua jehechaa ára Estados Unidos-pe, oikóva pe mymba ñarõva marca oñemomba’e hag̃ua Estados Unidos-pe.</w:t>
      </w:r>
    </w:p>
    <w:p>
      <w:pPr>
        <w:pStyle w:val="ArticleBody"/>
        <w:jc w:val="left"/>
      </w:pPr>
      <w:r>
        <w:rPr>
          <w:rFonts w:ascii="Times New Roman" w:hAnsi="Times New Roman" w:eastAsia="Times New Roman" w:cs="Times New Roman"/>
        </w:rPr>
        <w:t>9/11 ha’e hína pe alfa térã ñepyrũ pe juicio ojejapóva umi oikovévare pe mymba yvy arigua ári, oikehápe ipukuakue Republicano ha Protestante, ha upéva opa pe ley dominical oguahẽmbotaitévape.</w:t>
      </w:r>
    </w:p>
    <w:p>
      <w:pPr>
        <w:pStyle w:val="ArticleBody"/>
        <w:jc w:val="left"/>
      </w:pPr>
      <w:r>
        <w:rPr>
          <w:rFonts w:ascii="Times New Roman" w:hAnsi="Times New Roman" w:eastAsia="Times New Roman" w:cs="Times New Roman"/>
        </w:rPr>
        <w:t>9/11 ha’e pe alfa “ára ñembosako’i Ñandejára rehegua” pegua, opáva pe prueba ojejapóva Ñandejára sábado ára rehe.</w:t>
      </w:r>
    </w:p>
    <w:p>
      <w:pPr>
        <w:pStyle w:val="ArticleBody"/>
        <w:jc w:val="left"/>
      </w:pPr>
      <w:r>
        <w:rPr>
          <w:rFonts w:ascii="Times New Roman" w:hAnsi="Times New Roman" w:eastAsia="Times New Roman" w:cs="Times New Roman"/>
        </w:rPr>
        <w:t>9/11 ha’e pe alfa pe templo ñemopu’ã rehegua, ojehechaukáva pe ita pyenda rupive, ha upéva opa pe omega itaju yvategua oñemoĩ jave pe templo ári.</w:t>
      </w:r>
    </w:p>
    <w:p>
      <w:pPr>
        <w:pStyle w:val="ArticleBody"/>
        <w:jc w:val="left"/>
      </w:pPr>
      <w:r>
        <w:rPr>
          <w:rFonts w:ascii="Times New Roman" w:hAnsi="Times New Roman" w:eastAsia="Times New Roman" w:cs="Times New Roman"/>
        </w:rPr>
        <w:t>9/11 ha’e pe alfa pe ñembyasýpe mbohapyha Estados Unidos-pe, ha upéva opa pe yvy ryry Apocalipsis capítulo once-pe oĩvape, ha’éva pe araka’eve ndahi’aréi ou hag̃uáicha pe léi domingo rehegua. Upe yvy ryry jave pe ñembyasy mbohapyha ou pya’e. Pe tembiasakue Nashville tata apu’a rehegua oiko mboyve pe gracia paha oñemboty pe léi domingo jave, jepe umi ojapova’ekue pe marandu oñemomba’evéva umi Adventista Laodiceagua rehe, he’ívo: “Ko’ág̃a ningo ñande ñaneñehundi.”</w:t>
      </w:r>
    </w:p>
    <w:p>
      <w:pPr>
        <w:pStyle w:val="ArticleBody"/>
        <w:jc w:val="left"/>
      </w:pPr>
      <w:r>
        <w:rPr>
          <w:rFonts w:ascii="Times New Roman" w:hAnsi="Times New Roman" w:eastAsia="Times New Roman" w:cs="Times New Roman"/>
        </w:rPr>
        <w:t>Joel kuatia ha ijejapopa Pentekostéspe omoĩmava’ekue tenonderã pe ñomongeta Pyhare Mbytegua Sapukái rehegua, peteĩ aty, ndaikatúiva ontende pe arandu hetaveha, omoĩ vai hag̃ua umi ontendévape oka’u hag̃uáicha. Pe ñorairõ umi Efraín oka’úva ha umi arandúva apytépe ha’e peteĩ mba’e oñeñe’ẽ jepi Ñandejára ñe’ẽ maranduhárape. Peteĩ añetegua rehegua apytégui ha’e pe marandu ha’eha peteĩ marandu mokõi tembiapópe oho hag̃uáva, Pedro ohechauka haguéicha pe koty yvatepe ha upéi pe témplope. Kóva ojehechauka pe huísio oñepyrũ hag̃uáicha Ñandejára róga ári ha upéi umi okapeguáre Ñandejára rógagui. Pe huísio rape avei ojehechauka pe mokõi ñe’ẽ Revelación dieciocho-pe, pe ñe’ẽ peteĩha ha’éva 9/11 guive pe léi domingo peve, ha upéi pe ñe’ẽ mokõiha, versíkulo irundypegua, ohechauka pe léi domingo. Pe joavy pe marandu maranduhára añetegua ha japu rehegua pe ama pahápegua rehegua avei ojehechauka Elías rupive, Malakías he’íva ou jeýta pe gracia ñemboty mboyve.</w:t>
      </w:r>
    </w:p>
    <w:p>
      <w:pPr>
        <w:pStyle w:val="ArticleBody"/>
        <w:jc w:val="left"/>
      </w:pPr>
      <w:r>
        <w:rPr>
          <w:rFonts w:ascii="Times New Roman" w:hAnsi="Times New Roman" w:eastAsia="Times New Roman" w:cs="Times New Roman"/>
        </w:rPr>
        <w:t>Karmelo Yvyty ári umi techakaarã arandúva ha tavyvaguáva rehegua ha’eva’ekue “Elías pe arandúva” ha umi proféta tavyva Baal mba’éva. Elías ha’e Pedro, ha umi proféta Baal mba’éva ha’e Efraín ka’úva kuéra. Umi ka’úva tavyva ojehechauka vove umi proféta japu Baal mba’évarõ, tata oñehẽ hag̃ua rupive; upérõ tavayguakuéra ipahápe ombohovái he’ívo: “Ñandejára, Ha’e hína Tupã.” Adventista del Séptimo Día Laodiceagua kuéra ojehechauka péicha, Nashville ñe’ẽrecha oñekumpli jave. Umi oĩva Adventismo okápe, upérõ oñemombáyva umi tavyva jerovia’ỹre, oñemoĩ hag̃ua peteĩ ñeconvikción guýpe, péro iñehesa’ỹijo ára gueteri ndojepái. Pe techaukarã ohechaukáva umi vírgen arandúva ha tavyvaguáva jehechauka, Nashville ñe’ẽmondo ñemomarandurã rupive oñerrepresentáva, ha’e peteĩ tape rechaukaha pe parábola pa’ũme umi diez vírgen rehegua ñekumpli pahaite ha perfecto-pe.</w:t>
      </w:r>
    </w:p>
    <w:p>
      <w:pPr>
        <w:pStyle w:val="ArticleBody"/>
        <w:jc w:val="left"/>
      </w:pPr>
      <w:r>
        <w:rPr>
          <w:rFonts w:ascii="Times New Roman" w:hAnsi="Times New Roman" w:eastAsia="Times New Roman" w:cs="Times New Roman"/>
        </w:rPr>
        <w:t>Pe ñembyasy guasu 18 jasypokõi 2020-pe omyesakã pe marandu tekotevẽva oñemyatyrõ, ha avei pe jehechauka umi oĩvagui Adventismo ryepýpe oguerekóva pe aséite ha umi ndoguerekóivagui. Umi ndoguerekóiva pe marandu aséite rehegua, oñe’ẽva Nashville rehe ñemomarandu hag̃ua, upéi oñembojoavy umi oguerekóvandi pe aséite. Mokõi aty oĩvagui, umi oguerekóva térã ndoguerekóiva pe marandu aséite, peteĩ aty ohasa kuri peteĩ ñembyasy guasu ojehechaukáva Miller rehegua tembiasakue ñembyasy guasu peteĩha rupive; ambue katu ndorekói upévaicha jehasa. Pe ñembyasy guasu Miller-ygua ohechauka hag̃uáicha ndaipóri ramo, ndaipóri avei mba’eve oñemyatyrõ hag̃uáicha oimeraẽ marandu’ypy ndojekuaapáivape. Pe añetegua pe marandu’ypy Nashville rehegua ary 2020-pe ohechauka hague Islam rehegua, ojoaju porã peteĩ marandu ndoikoporãiva rembiasakue reheve, tekotevẽva oñemyatyrõ.</w:t>
      </w:r>
    </w:p>
    <w:p>
      <w:pPr>
        <w:pStyle w:val="ArticleBody"/>
        <w:jc w:val="left"/>
      </w:pPr>
      <w:r>
        <w:rPr>
          <w:rFonts w:ascii="Times New Roman" w:hAnsi="Times New Roman" w:eastAsia="Times New Roman" w:cs="Times New Roman"/>
        </w:rPr>
        <w:t>Peteĩ prueba ko mba’éva ojejuhu pe añeteguápe, pe tembiasakue ikatuhápe og̃uahẽ umi tata apu’a Nashville-pegua ndaha’éi añónte oñembojoajúgui pe tembiasakue rehe umi Millerita-kuéra ñembyasy peteĩha ndive, ha pe marandu jejopy porãkue upéi, síno avei oiko haguére peteĩ tembiasakue ryepýpe oñepyrũva pe ánhel mbohapyha og̃uahẽ rupi 9/11-pe, ohechaukáva Islam mbohapyha jahe’o rehegua og̃uahẽha, ha upe Islam og̃uahẽ jeyha profétikamente pe léi domingo yvyryrýi Revelación capítulo once-pe. Oñemboguata meme hag̃ua Islam pe marandúpe, Sister White ndohechaukaporãiramo jepe mba’eveichagua ñe’ẽ directa Islam rehe ha Nashville ñe’ẽñemongeta rehegua, oñemopyenda pe tembiasakue téma rehe, ha’éva Islam.</w:t>
      </w:r>
    </w:p>
    <w:p>
      <w:pPr>
        <w:pStyle w:val="ArticleBody"/>
        <w:jc w:val="left"/>
      </w:pPr>
      <w:r>
        <w:rPr>
          <w:rFonts w:ascii="Times New Roman" w:hAnsi="Times New Roman" w:eastAsia="Times New Roman" w:cs="Times New Roman"/>
        </w:rPr>
        <w:t>Pe artíkulo ciento cincuenta y mbohapyha pe sériery héravape The Book of Daniel rohechauka kuri, Balaam ha pe mburika rembe’y testimoniorã ndive ojoajúvo, Islam, oñerrepresentáva pe mburika rembe’ýpe, oguerekotaha mbohapy jeike tenondegua Estados Unidos ndive pe tembiasápe 9/11 guive pe léi dominical peve. Rohechauka 9/11ha pe peteĩha, upéi octubre 7, 2022ha pe mokõiha. Romandu’a pe peteĩha jejapi hague pe yvy porã espiritual rehe, ha pe mokõiha jejapi hague pe yvy porã literal Israel rehe, ha pe mbohapyha jejapítaha pe yvyryrýpe pe léi dominical rehegua. Rohechauka pe Balaam rembiasakue ko nivel proféticópe ogueroha pe añetegua firma, pe peteĩha ha pahagua jejapi rupi oiko pe yvy porã espiritual rehe, ha pe mbytegua jejapi oiko pe yvy porã literal rehe, upéva peteĩ símbolo opu’ã hag̃ua. Ko’ág̃a jahecha peteĩ jejapi irundyha, ohechaukáva pe Ñe’ẽsẽ Pyhare Mbytegua marandu ñepyrũ, oikótaha pe yvy porã espiritual rehe, Nashville tata rendy apu’akuéra oñekumplívo. Kóva he’ise pe mokõiha jejapi Balaam ha imburika rembe’y rehegua ha’eha mokõi hag̃ua, peteĩha mokõi jejapi apytégui pe yvy porã literal rehe ha pe mokõiha pe yvy porã espiritual rehe.</w:t>
      </w:r>
    </w:p>
    <w:p>
      <w:pPr>
        <w:pStyle w:val="ArticleBody"/>
        <w:jc w:val="left"/>
      </w:pPr>
      <w:r>
        <w:rPr>
          <w:rFonts w:ascii="Times New Roman" w:hAnsi="Times New Roman" w:eastAsia="Times New Roman" w:cs="Times New Roman"/>
        </w:rPr>
        <w:t>Pe artíkulo opresentáva peteĩ añetegua ndojejapopáiva, ha upéva koʼág̃a pe León Judá ñemoñaregua oikuaauka ambue testígo ramo pe joaju profétika orekóva Islam Nashville rembiapo tata apuʼa ndive. Ambue argumento omombaretéva pe joaju Islam rehegua umi tata apuʼa ndive ojuhu hag̃ua ikatúva umi línea de reforma historia sagrádape. Mayma movimiento de reforma oreko ijehegui peteĩ téma ijojahaʼỹva omyasãiva pe movimiento de reforma tuichakue javeve. Moisés línea de reformape, pe téma haʼe vaʼekue oike hag̃ua peteĩ pacto-pe peteĩ tetã ojeporavova ndive. Cristo línea de reformape, pe téma haʼe vaʼekue pe Mesías rehegua. David línea de reformape, pe téma haʼe vaʼekue umi Diez Mandamientos ha pe santuario rehegua. Umi Millerita ndive pe téma haʼe vaʼekue pe tiempo profétiko, umi Millerita ogueraha rupi pe “mensaje del tiempo.” Pe mbohapyha ánhel og̃uahẽvo 9/11-pe, pe téma pe línea de reforma rehegua umi cien cuarenta y cuatro mil-pe g̃uarã ojekuaa hag̃ua Islam pe mbohapyha ay rehegua ramo, kuarahyresẽgua raʼykuéra, pe mburika Biblia profecía rehegua, pe kavaju ñorairõhára Apocalipsis 9-pe, pe yvytu kuarahyresẽgua, pe tuku, ha pe tetãnguéra pochýka.</w:t>
      </w:r>
    </w:p>
    <w:p>
      <w:pPr>
        <w:pStyle w:val="ArticleBody"/>
        <w:jc w:val="left"/>
      </w:pPr>
      <w:r>
        <w:rPr>
          <w:rFonts w:ascii="Times New Roman" w:hAnsi="Times New Roman" w:eastAsia="Times New Roman" w:cs="Times New Roman"/>
        </w:rPr>
        <w:t>Pe yvyryrýi Apocalipsis capítulo once-pe ohechauka Islam mbohapyha aipochy guasu rehegua, ha upekuévo avei orepresenta pyhare mbyte sapukái marandu paha. Pe Pyhare Mbyte Sapukái ojejapo hag̃ua techaukarã Cristo oike hag̃ua jeroviaha reheve Jerusalén-pe, oñepyrũva’ekue pe mburika ñemosãso reheve. Pe Pyhare Mbyte Sapukái ñepyrũ historia Millerita-pe ha’e va’ekue Samuel Snow oguahẽ kavaju ári Exeter-pe, pe aty guasu camp meeting-pe. Pe pyhare mbyte sapukái arange ñepyrũ ojehechauka Islam símbolo rupive. Oĩ hetaiterei testígo omoneĩ hag̃ua pe marandu oñemyatyrõva’ekue 18 jasypokõi 2020-pe oguerekoha Islam-pe pe marandu ñe’ẽmondýi ryepýpe. Ndaipóri peteĩ ára ojehechakuaáva, péro Nashville tata apu’a ohechauka pe ñorairõ “víno pyahu” rehegua ára pahápe, upévare Nashville tata apu’a oguereko Islam avei, péro mba’épa pe tata apu’a jehechakuaa arma nuclear ramo?</w:t>
      </w:r>
    </w:p>
    <w:p>
      <w:pPr>
        <w:pStyle w:val="ArticleBody"/>
        <w:jc w:val="left"/>
      </w:pPr>
      <w:r>
        <w:rPr>
          <w:rFonts w:ascii="Times New Roman" w:hAnsi="Times New Roman" w:eastAsia="Times New Roman" w:cs="Times New Roman"/>
        </w:rPr>
        <w:t>Pe marandu oguerekova’erã Islam rehegua téra he’íva ha’eha pe oñemoĩva ñorairõme, heta testígo rupi oñemopyenda hag̃uáicha. Pe jejavy ára ñemoĩ rehegua, tekotevẽva oñemyatyrõ, ojehechauka mokõivéva 1840 ha 1844 rupive. Araka’eve guive ára ndoikovéima va’erã pe marandu profétiko pehẽnguéicha, jepémo papapykuéra gueteri oike. Pe jejavy ojehechaukáva pe santuario rehegua jeikuaa vai rupive avei tekotevẽ oñesolusiona; hákatu mboyve ikatu hag̃uáicha oñesolusiona ha oñemoinge pe marandu oñemyatyrõvape, tekotevẽ ojekuaa hag̃ua mba’épa pe jejavy ojehechaukáva pe santuario rehegua jeikuaa vai rupive. Mba’épa ohechauka vaʼekue upe santuario rehegua jeikuaa vai pe ñemomarandu Nashville pegua 18 jasypokõi guive?</w:t>
      </w:r>
    </w:p>
    <w:p>
      <w:pPr>
        <w:pStyle w:val="ArticleBody"/>
        <w:jc w:val="left"/>
      </w:pPr>
      <w:r>
        <w:rPr>
          <w:rFonts w:ascii="Times New Roman" w:hAnsi="Times New Roman" w:eastAsia="Times New Roman" w:cs="Times New Roman"/>
        </w:rPr>
        <w:t>Añe’ẽ mbarete hag̃ua, umi mbohovái ojejuhu hína pe tesape oñemboja’óva guive ary 2023 paha guive. Umi mbohapy línea ojoguáva, peteĩteĩ oguerekóva once kapítulo, oñepyrũva kapítulo once-pe ha opa kapítulo veintidós-pe Génesis, Mateo ha Apocalipsis-pe, ha’e Ñandejára ñe’ẽme’ẽ pyahu jey umi cien cuarenta y cuatro mil ndive. ¿Rojahéi piko Iporiahuvereko kuave’ẽ jajeapo hag̃uáicha ndahendúiramo guare ihenói, térã ñañesũ ha japroklama ñande yvypóra mbarete rupive: “opa mba’e Ha’e omanda va’ekue, ajapóta”? Térãpa jaheja Espíritu Santo ohai Iley ñande py’a ha ñande apytu’ũ ári?</w:t>
      </w:r>
    </w:p>
    <w:p>
      <w:pPr>
        <w:pStyle w:val="ArticleBody"/>
        <w:jc w:val="left"/>
      </w:pPr>
      <w:r>
        <w:rPr>
          <w:rFonts w:ascii="Times New Roman" w:hAnsi="Times New Roman" w:eastAsia="Times New Roman" w:cs="Times New Roman"/>
        </w:rPr>
        <w:t>Umi mbohovái ojuhu avei Daniel capítulo doce-pe, umi mbohapy versíkulo ojeipe’ávo, umi ohechaukáva tiempo-pe peteĩha, mokõiha ha mbohapyha ánhel marandu ramo. Umi mbohapy versíkulo avei omarka 31 de diciembre de 2023 versíkulo siete-pe, 18 de julio de 2020 versíkulo doce-pe, ha upéi 1989 guive pe léi domingo peve ha pe gracia ñemboty peve ojehechauka versíkulo once-pe. Umi mbohapy añetegua, umi mbohapy versíkulo ryepýpe, oñemoĩ pe Escritura pasáhe mismo-pe, upépe oñemohenda pe mbohapy jey prueba rape, akóinte oikóva peteĩ profecía ojeipe’ávo!</w:t>
      </w:r>
    </w:p>
    <w:p>
      <w:pPr>
        <w:pStyle w:val="ArticleBody"/>
        <w:jc w:val="left"/>
      </w:pPr>
      <w:r>
        <w:rPr>
          <w:rFonts w:ascii="Times New Roman" w:hAnsi="Times New Roman" w:eastAsia="Times New Roman" w:cs="Times New Roman"/>
        </w:rPr>
        <w:t>Cristo ndaha’éi omboja’o hag̃uánte Daniel 12-peguápe umi mbohapyve prueba, ha avei ohechauka umíva ha’eha peteĩ prueba fundacional, upéi peteĩ prueba templo rehegua, ha upéi peteĩ prueba litmus rehegua. Avei ohechauka pe prueba fundacional oñepyrũ hague 31 de diciembre de 2023-pe ha oñemopyenda hague pe prueba fundacional rehe pe movimiento Millerita-peguáre, ojehechaukaháicha anticristo ha’eha pe símbolo omopyendáva pe visión externa.</w:t>
      </w:r>
    </w:p>
    <w:p>
      <w:pPr>
        <w:pStyle w:val="ArticleBody"/>
        <w:jc w:val="left"/>
      </w:pPr>
      <w:r>
        <w:rPr>
          <w:rFonts w:ascii="Times New Roman" w:hAnsi="Times New Roman" w:eastAsia="Times New Roman" w:cs="Times New Roman"/>
        </w:rPr>
        <w:t>Upéi rire ha’e ohechauka mokõiha ha tupão jeha’apyha oñerrepresentaha Daniel visión rehe Cristo rehegua tupãópe, kapítulo diez-pe. Pe jeha’apyha oiko hína ko’ág̃a. Daniel doce-pe pe ojeipe’áva umi ára 1989, 18 de julio de 2020, 31 de diciembre de 2023 ha pe léi dominical oguereko Roma visión ha Cristo visión. Mokõive visión oñemoĩporã pe visión peteĩetepe, upepe ojejuhuha kapítulo doce-pe pe ojeipe’áva. Umi mbohapy kapítulo ha’e peteĩ visión, ha Cristo visión ha’e pe tupão jeha’apyha kapítulo diez-pe, pe anticristo visión ha’e pe cimiento jeha’apyha kapítulo once-pe, ha umi tape rechaukaha umi cien cuarenta y cuatro mil rehegua kapítulo doce-pe orrepresenta mbohapyha ha pe prueba decisiva, upehápe umi itavyva oñemboja’o umi arandúva-gui, heta ojejopotaha, oñembo morotĩha ha ojeha’ãha.</w:t>
      </w:r>
    </w:p>
    <w:p>
      <w:pPr>
        <w:pStyle w:val="ArticleBody"/>
        <w:jc w:val="left"/>
      </w:pPr>
      <w:r>
        <w:rPr>
          <w:rFonts w:ascii="Times New Roman" w:hAnsi="Times New Roman" w:eastAsia="Times New Roman" w:cs="Times New Roman"/>
        </w:rPr>
        <w:t>Pe prueba templo rehe ojekuaa hag̃ua Levítico mokõipa mbohapýpe oĩva tesape, ha upéva ha’e pe tesape pe arca del pacto rehegua, ha upéva hína pe tesape alfa pe sábado ára poapyha rehegua ha pe tesape omega pe sábado ary poapyha rehegua. Umi tesape umi sábado alfa ha omega rehegua ohechauka pe encarnación rehegua tesape. Upe tesape ohechauka Tupã oguereko hague yvypóra ro’o, omyatyrõ jevy hag̃ua pe joaju Divinidad ha humanidad apytépe, ha upéva hína pe tembiapo Cristo omoñepyrũva’ekue 22 jasypa 1844-pe; pe tembiapo Ha’e ko’ág̃a omohu’ãva umi oikovéva juicio-pe.</w:t>
      </w:r>
    </w:p>
    <w:p>
      <w:pPr>
        <w:pStyle w:val="ArticleBody"/>
        <w:jc w:val="left"/>
      </w:pPr>
      <w:r>
        <w:rPr>
          <w:rFonts w:ascii="Times New Roman" w:hAnsi="Times New Roman" w:eastAsia="Times New Roman" w:cs="Times New Roman"/>
        </w:rPr>
        <w:t>Levítico mokoipaapy ñesakã ombojoaju hag̃ua umi arete arapy alpha peguápe umi arete otoño omega peguándi, hag̃uaicha omoheñói hag̃ua pe tembiasakue tee diciembre 31, 2023 guive pe yvypóra gracia ñemboty peve. Pe línea ryepýpe, pe prueba fundamental ojehechauka og̃uahẽha diciembre 31, 2023-pe, ha pe prueba templo rehegua ojekuaa oñepyrũha 2025-pe, ha upéva osegi pe prueba decisiva, trompeta arete pegua peve. Pe ñe’ẽ desiértope oñepyrũ vaekue julio 2023-pe ojehechauka pe mbujape he’ẽ’ỹva arete rupive, opa vaekue po ára rire pe señal de tres partes rire. Upéi oĩ peteĩ periodo mbohapypa ára, ha upéi peteĩ señal de tres partes, ha upéi po ára; péicha ojehechauka hag̃ua umi mbohapy paso pe evangelio opa’ỹva rehegua. Pe waymark alpha, tres partes reheve ha upéi po ára, ha’e pe ángel peteĩha; umi mbohapypa ára ha’e pe ángel mokõiha; ha pe waymark omega, tres partes reheve ha upéi po ára, pe léi domingo Pentecostés peve, ha’e pe ángel mbohapyha.</w:t>
      </w:r>
    </w:p>
    <w:p>
      <w:pPr>
        <w:pStyle w:val="ArticleBody"/>
        <w:jc w:val="left"/>
      </w:pPr>
      <w:r>
        <w:rPr>
          <w:rFonts w:ascii="Times New Roman" w:hAnsi="Times New Roman" w:eastAsia="Times New Roman" w:cs="Times New Roman"/>
        </w:rPr>
        <w:t>Cristo avei oipeʼa Levítico mokõipa mbykypa (23) resape, omopuʼãvo pe ára guasu ryrúpe ñeʼẽmeʼẽ joajuha templope, ára jehechapyrãme. Pe marandu térã ánhel pytuʼu ára séptimo rehegua peteĩ ykére pe ára guasu ryrúgui, ha pe ánhel pytuʼu ary séptimo rehegua ambue ykére pe ára guasu ryrúgui, ohechauka umi querubín oñangarekóva omaʼẽva pe ára guasu ryrúpe. Pe tembiasápe oñemboty hag̃ua umi cien cuarenta y cuatro mil, pe mokõi resape umi mokõi ánhelgui ohechauka pe pytuʼu ára séptimo ha pe doctrina de la encarnación, ha upéva hína peteĩ mbaʼe oñehesaʼỹijótava opa ára g̃uarã.</w:t>
      </w:r>
    </w:p>
    <w:p>
      <w:pPr>
        <w:pStyle w:val="ArticleBody"/>
        <w:jc w:val="left"/>
      </w:pPr>
      <w:r>
        <w:rPr>
          <w:rFonts w:ascii="Times New Roman" w:hAnsi="Times New Roman" w:eastAsia="Times New Roman" w:cs="Times New Roman"/>
        </w:rPr>
        <w:t>Añete, nderehechakuaáiramo umi siete tiempo ha’eha símbolo pe jubileo rehegua, pe Proclamación de Emancipación espiritual 1863-pe guare, upéicharõ nderehechamo’ãi umi profecía alfa ha omega William Miller rehegua ha’eha umi siete tiempo ha umi dos mil trescientos ára. Ndaikatúi hag̃uáicha ojehecha ko’ã mokõi profecía de tiempo ojoajúva signifíkado, upéva ojoko ani hag̃ua ojehechakuaa 1798 orepresentaha umi siete tiempo, ha 1844 orepresentaha umi dos mil trescientos ára. Upe kuaaraha’ỹ reheve, hasyetereítaite hag̃uáicha ojehecha, Levítico veintitrés oñembojoajúramo línea ári línea, oñemoĩvo umi veintidós versículo ypykue omyesakãva aretekuéra arapoty rehegua umi veintidós versículo paha aretekuéra otoño rehegua ndive; pe línea oñepyrũha pe sábado ára sietehápe ojehechaukáva 1844 rupive, ha pe sábado omohu’ãva pe línea oguerekóva cuarenta y cuatro versículos ha’eha pe sábado yvy rehegua ojehechaukáva 1798 rupive.</w:t>
      </w:r>
    </w:p>
    <w:p>
      <w:pPr>
        <w:pStyle w:val="ArticleBody"/>
        <w:jc w:val="left"/>
      </w:pPr>
      <w:r>
        <w:rPr>
          <w:rFonts w:ascii="Times New Roman" w:hAnsi="Times New Roman" w:eastAsia="Times New Roman" w:cs="Times New Roman"/>
        </w:rPr>
        <w:t>Pe inkapasida ojehechakuaa hag̃ua mokõive sábado joaju ohechauka pe inkapasida ojehechakuaa hag̃ua umi siete tiempo 1798-gua ha’eha humanidad ha umi dos mil trescientos días 1844-gua ha’eha Divinidad. Peteĩ áraity pypuku upéicha reheve, ha’etévaicha hasyetereiterei ojehechakuaa hag̃ua pe alfa luz pe sábado del séptimo día rehegua ha pe omega luz pe doctrina de la encarnación rehegua ohechaukaramoha Cristo rembiapo ombojoajúvo Idivinidad kuimba’e ho’áva humanidad ndive. Cristo rembiapo ombojoajúvo Idivinidad ñande humanidad ndive ha’e pe tembiapo ombojoajúva 1798 ndive 1844, 1798 oguerovia rupi yvypóra ro’o ha 1844 oguerovia Divinidad.</w:t>
      </w:r>
    </w:p>
    <w:p>
      <w:pPr>
        <w:pStyle w:val="ArticleBody"/>
        <w:jc w:val="left"/>
      </w:pPr>
      <w:r>
        <w:rPr>
          <w:rFonts w:ascii="Times New Roman" w:hAnsi="Times New Roman" w:eastAsia="Times New Roman" w:cs="Times New Roman"/>
        </w:rPr>
        <w:t>Yvypóra oñemoheñói vaʼekue Tupã raʼãngápe, oguerekóvo peteĩ tekove yvateve ha peteĩ tekove iguýve. Yvypóra rekove yvateve haʼe carnal ha oñevende pe angaipápe. Cristo omeʼẽ peteĩ ánga oñekonvertívape Ipyʼapýpe upe ñekonversión momentope, pórke ñekonversión haʼe pe moañetegua oñemotenondehápe, ha oñemoañete hag̃ua heʼise ojejapo hag̃ua hekojojáva. Pe tekove iguýve ndaikatúi oñesãso pyaʼe hag̃uáicha peteĩ sapyʼaitépe, ha pe evangelio ñeʼẽmeʼẽ pe tekove iguýve rehegua haʼe ñande jajerureha peteĩ rete ombojeguáva Cristo ou jeýramo. Pe tekove yvateve haʼe apytuʼũ ha pe tekove iguýve haʼe soʼo. Pe tekove yvateve haʼe pe maranduʼypy siete tiempo rehegua, opávaʼekue 22 jasypa 1844-pe, Ñemoĩporã Árape, upe jave pe trompéta pokatuha ha pe jubileo trompéta mokõivéva oñepyrũ osapukái. Pe siete tiempo pe tekove iguýve rehegua opa vaʼekue ary 1798-pe, pórke ndaikatúi oñembopyahu Cristo Jejuvy Mokõiha peve.</w:t>
      </w:r>
    </w:p>
    <w:p>
      <w:pPr>
        <w:pStyle w:val="ArticleBody"/>
        <w:jc w:val="left"/>
      </w:pPr>
      <w:r>
        <w:rPr>
          <w:rFonts w:ascii="Times New Roman" w:hAnsi="Times New Roman" w:eastAsia="Times New Roman" w:cs="Times New Roman"/>
        </w:rPr>
        <w:t>Umi siete tiempo 1798-pegua, umi siete tiempo 1844-pegua ha umi mokõipa mbohapy sua ary 1844-pegua ohechauka Cristo rembiapo oñepyrũ va’ekue 22 jasypa 1844-pe. Upe tembiapo ha’eva’erã kuri ombojoaju hag̃ua Idiandinida yvypóndi ndive; hákatu pe templo ojejapóva yvypóndi ha Divinidad-gui oñembojoaju va’erã kuri 1844-pe, 1798 ndoikéiva’erãmo’ã upépe, pórke upéva ohechauka gentil-kuéra korapy.</w:t>
      </w:r>
    </w:p>
    <w:p>
      <w:pPr>
        <w:pStyle w:val="ArticleBody"/>
        <w:jc w:val="left"/>
      </w:pPr>
      <w:r>
        <w:rPr>
          <w:rFonts w:ascii="Times New Roman" w:hAnsi="Times New Roman" w:eastAsia="Times New Roman" w:cs="Times New Roman"/>
        </w:rPr>
        <w:t>Pe templo rehegua ñeha’ã oike ipype pe templope jejyvyraha, ha peteĩha pe desellamiento rembiasakue oñepyrũva’ekue 2023-pe, umi siete trueno ñedesellamiento ohechauka peteĩha ñemotĩ guive pe ñemotĩ guasu peveha hague pe manifestación paha ha perfecta pe tembiasakue rehegua ojehechaukáva umi siete trueno rupive, ha pe inspiración he’i umíva orrepresentaha umi mba’e ojehúva’ekue peteĩha ha mokõiha ánhel rembiasakue jave, ha avei umi mba’e oikótava tenonderãme ojeikuaaukátava iordenpe. Pe cumplimiento perfecto oñemoĩkuri pe añetegua marco ryepýpe, upéva hína peteĩva umi peteĩha revelación og̃uahẽva’ekue 2023-pe. Pe ñemotĩ oñepyrũmeguare orrepresentákuri pe omega ñemotĩ, ha mbytepe oĩkuri pe Exeter camp meeting, upépe umi arandúva ha umi tavyva oñemboja’ókuri pe marandu “aceite” rehe.</w:t>
      </w:r>
    </w:p>
    <w:p>
      <w:pPr>
        <w:pStyle w:val="ArticleBody"/>
        <w:jc w:val="left"/>
      </w:pPr>
      <w:r>
        <w:rPr>
          <w:rFonts w:ascii="Times New Roman" w:hAnsi="Times New Roman" w:eastAsia="Times New Roman" w:cs="Times New Roman"/>
        </w:rPr>
        <w:t>Pe Templo umi Millerita-kuéra rehegua oñemopuʼã vaʼekue ñembotavy guasu guive ambue ñembotavy guasu peve; upéicha rupi ojekuaa hag̃ua pe Templo umi cien cuarenta y cuatro mil rehegua oñemopuʼãha 18 de julio de 2020 guive pe ley dominical og̃uahẽmbotávo peve, upépe pe okẽ oñemboty hag̃ua pe parábola-pe, peteĩchaite oiko haguéicha 22 de octubre de 1844-pe. Pe tembiasakue ojehechaukáva umi siete trueno rupive haʼe pe tembiasakue peteĩchagua ojehechaukáva Daniel doce resape rupive. Pe resape Daniel doce-pegua, umi mil doscientos noventa ára rehegua, oñembojoaju hag̃ua directamente pe periodo treinta ary rehe, ojehechaukáva versículo once-pe. Avei oñembojoaju umi treinta ary rehe ojehechakuaáva pe primer representante del pacto ndive peteĩ pueblo poravopyre ndive, ha pe profeta oñemopuʼã vaʼekue ohechauka hag̃ua pe cambio de relación de pacto Israel literal-gui Israel espiritual-pe. Umi 30 ára pe mbytépe pe marco Levítico veintitrés rehegua haʼe umi mismo treinta ary pe primer paso pe pacto triple Abraham ndive Tupã ndive rehegua. Umi treinta ary 508 guive 538 peve versículo once-pe haʼe peteĩ símbolo pe sacerdocio umi cien cuarenta y cuatro mil rehegua.</w:t>
      </w:r>
    </w:p>
    <w:p>
      <w:pPr>
        <w:pStyle w:val="ArticleBody"/>
        <w:jc w:val="left"/>
      </w:pPr>
      <w:r>
        <w:rPr>
          <w:rFonts w:ascii="Times New Roman" w:hAnsi="Times New Roman" w:eastAsia="Times New Roman" w:cs="Times New Roman"/>
        </w:rPr>
        <w:t>Umi 30 ára pe estructura Levítico mokoĩpa mbyakõi-pegua ha’e pehẽngue umi cuarenta ára Cristo ombo’éva hemimbo’e kuérape hova renondépe ojehupi mboyve yvágape. Mbohapypa ha’e peteĩ símbolo umi pa’i rehegua oñepyrũtava hembiapo mbohapypa ary oguerekóvo. Umi mbohapypa ary 508 guive 538 peve ohechauka pe jehasa Roma pagana-gui Roma papal-pe, ha upéicha avei ohechauka pe jehasa pe sacerdocio Laodicea-pegua umi cien cuarenta y cuatro mil rehegua pe sacerdocio Filadelfia-pegua umi cien cuarenta y cuatro mil rehegua gotyo. Pe jehasa oiko mbohapy hatua rupive, ojehechaukaháicha 508-pe pe “diario” oñemboguejýramo, pe decreto Justiniano mba’e 533-pe, ha upéi pe léi domingo rehegua 538-pe, upe jehasa oñemohu’ãmbaitéma ramo.</w:t>
      </w:r>
    </w:p>
    <w:p>
      <w:pPr>
        <w:pStyle w:val="ArticleBody"/>
        <w:jc w:val="left"/>
      </w:pPr>
      <w:r>
        <w:rPr>
          <w:rFonts w:ascii="Times New Roman" w:hAnsi="Times New Roman" w:eastAsia="Times New Roman" w:cs="Times New Roman"/>
        </w:rPr>
        <w:t>Umi mbohapy ary mokõipa oñetechauka 1989 guive pe léi domingo peve, upépe Tupã rembigua Filadélfiagua, oñembotyva’ekue héra rehe, ha’éta pe Itupaoicha, oñemopu’ãta hag̃ua opa ko yvy arigua ohecha hag̃uáicha. Upérõ ko yvy oikuaaukáta mávandi opyta: Cristo ndive, ojehechaukáva Itavayguakuéra rupive, oguapýva hendive yvágape ha upévare oĩva Tupã tupaópe; térã pe kuimba’e angaipa rehegua ndive, oguapýva Tupã tupaópe ha ojehechaukáva ijehegui ha’eha Tupã. Pe léi domingo oguahẽmbotávo, umi tembiapohára aravo pahaguegua, ha’éva avei pe aty guasu, oñemoĩta peteĩ ñeha’ãrõ ypykue renondépe. Pe sábado ára sieteha piko ha’e Tupã sábado, térã kuarahy ára piko ha’e Tupã sábado.</w:t>
      </w:r>
    </w:p>
    <w:p>
      <w:pPr>
        <w:pStyle w:val="ArticleScripture"/>
        <w:jc w:val="left"/>
      </w:pPr>
      <w:r>
        <w:rPr>
          <w:rFonts w:ascii="Times New Roman" w:hAnsi="Times New Roman" w:eastAsia="Times New Roman" w:cs="Times New Roman"/>
        </w:rPr>
        <w:t>“Ha koʼág̃a ambue escena ohasákuri henondépe. Ojehechauka vaʼekue chupe mbaʼéichapa Satanás ombaʼapo ogueraha hag̃ua umi judío-kuérape omboyke hag̃ua Cristope, jepe heʼívo omombaʼeha Itúva léi. Koʼág̃a ohecha pe mundo cristiano oĩha peteĩ jeavy ojoguávape, heʼívo omoneĩha Cristope, ha katu omboykévo Tupã léi. Ohendu vaʼekue paʼi ha myakãhára-kuéragui pe sapukái tarova: ‘Pehupi chugui!’ ‘Pejuka kurusúre, pejuka kurusúre!’; ha koʼág̃a ohendu mboʼehára omombeʼúva ijehe cristianoha rembiapógui pe sapukái: ‘Pehupi pe léi!’ Ohecha sábado oñembotyryryha py guýpe, ha peteĩ tembiapo japuva oñemoĩha hendaguépe. Jeyve Moisés henyhẽ mbaʼeporandúgui ha kyhyjégui. Mbaʼéichapa umi ogueroviáva Cristope ikatu omboyke pe léi oñeʼẽ vaʼekue hese Ijuru tee rupi pe yvyty marangatúpe? Mbaʼéichapa oimeraẽ okyhyjéva Tupãgui omboyke pe léi haʼéva Igovierno pyenda yvágape ha yvy ape ári? Vyʼápe Moisés ohecha Tupã léi gueteri oñemombaʼeha ha oñemopuʼã yvateha peteĩ mbovymi jerovia hag̃ua rupi. Ohecha pe pahápegua ñorairõ guasu umi mbarete yvy arigua ojapótava ohundi hag̃ua umi oñongatúva Tupã léi. Omaña tenonderã pe ára rehe Tupã opuʼãtahápe okastiga hag̃ua umi yvy ape ári oikóva hembiapo vaikuére, ha umi okyhyjéva Héra-gui oñemoʼã ha oñemokañýtaha ipochy ára-pe. Ohendu Tupã pyʼaguapy ñeʼẽmeʼẽ umi oñongatúva Iléi ndive, oñeʼẽvo Ikoha marangatúgui, ha yvága ha yvy oryrýi. Ohecha Cristo jeju mokõiha gloríape, umi omano vaʼekue hekopotývape oñemopuʼãha tekove opaveʼỹvape, ha umi marangatúva oikovéva ojegueraha oñemoambuévo omanoʼỹre, ha maymáva oñondive ojupi purahéi vyʼápe Tupã Táva gotyo.” Patriarcas y Profetas, 476.</w:t>
      </w:r>
    </w:p>
    <w:p>
      <w:pPr>
        <w:pStyle w:val="ArticleBody"/>
        <w:jc w:val="left"/>
      </w:pPr>
      <w:r>
        <w:rPr>
          <w:rFonts w:ascii="Times New Roman" w:hAnsi="Times New Roman" w:eastAsia="Times New Roman" w:cs="Times New Roman"/>
        </w:rPr>
        <w:t>Hetaiterei aty, ha'éva gentilkuéra ha mba'apohára peteĩ aravopegua, ojehechapyra peteĩ prueba ypykue rehegua rupive, ha upéi pya'e oúva peteĩ prueba tupaópegua. ¿Pe tupaó yvypóra rehegua Róma pegua, kuimba'e angaipa reheve, piko pe ita guasu térã pe yvyku'i nde remopu'ã hag̃ua nde jerovia hi'ári? Térãpa pe tupaó ñemboheko yvypóraramo rehegua, ha'éva Tupãreko ha yvypórareko oñondive, ha'éva pe tupaó umi cien cuarenta y cuatro mil rehegua, Pedro ohenóiva “óga espiritual”? Pe pehẽngue prueba rehegua, ypykue ha tupaó rehegua, javeve pe jejopy vai omboguapýta pe prueba añetegua mbohapyha hatua rehegua, ha upérõ oñembotyta yvypóra prueba ára.</w:t>
      </w:r>
    </w:p>
    <w:p>
      <w:pPr>
        <w:pStyle w:val="ArticleBody"/>
        <w:jc w:val="left"/>
      </w:pPr>
      <w:r>
        <w:rPr>
          <w:rFonts w:ascii="Times New Roman" w:hAnsi="Times New Roman" w:eastAsia="Times New Roman" w:cs="Times New Roman"/>
        </w:rPr>
        <w:t>Pe León pe Trívu Judá guigua hína ko'ágã tembiasakue kañymby versíkulo cuarenta-peguápe, ha omoinge avei hetave tesape umi mbohapy profesía mokõi cientos cincuenta ary rehegua Ciro, Nerón ha Trump rehegua; ha ojapo upéva upe tiempoitépe ha’e omomba’eguasu hague pe tembiapo oñemomarandúva hag̃ua pe marandu oñemyatyrõmava Nashville-gua. Pe línea Nerón rehegua ome’ẽ pe marco pe ta’ãnga mymba ñarõgua ñemopu’ã pahaite rehegua Estados Unidos-pe ha upéi mundo pukukue. Pe línea Ciro rehegua ary 457 a.C. guive ohechauka pe tembiasakue oĩva Raphia ha Panium mbytépe, pe tembiasakue Guerra Ucraniana ha Tercera Guerra Mundial mbytépe, oñepyrũva Panium oñembojoaju jave Actium ndive pe léi domingo oúvape ko’ẽrõitéma. Pe línea Trump rehegua opa ko ary 4 de julio-pe.</w:t>
      </w:r>
    </w:p>
    <w:p>
      <w:pPr>
        <w:pStyle w:val="ArticleBody"/>
        <w:jc w:val="left"/>
      </w:pPr>
      <w:r>
        <w:rPr>
          <w:rFonts w:ascii="Times New Roman" w:hAnsi="Times New Roman" w:eastAsia="Times New Roman" w:cs="Times New Roman"/>
        </w:rPr>
        <w:t>Néro ha’e peteĩ símbolo jehasa asy rehegua; pe iglesia de Esmirna ohechauka pe tembiasakue oseguíva pe jehasa asy opa peve 250 ary rire pe iglesia de Pérgamo-pe ha pe kompromísope. Pe línea ohechauka ta’ãnga ñemopu’ã, ha upévare oñembojoja pe tembiasakue ndive, upe jave Cristo ra’ãnga oñemopu’ãramo hína Itupãópe. Pe “edicto” ha’e pe ñepyrũrã ogueraháva pe léi domingo peteĩha gotyo, upéva rire oúvo pe okẽ oñembotypýva pe ñemboja’o mbytépe kuarahyresẽ ha kuarahyreike, arandu ha vyrorei, trígo ha ñana vai, ha umi oñesalváva térã oñehundíva. Pe “edicto” omoñepyrũva pe ára pahápegua ha’e avei pe “edicto” omoñepyrũva upe período peteĩteĩha jehasa’ã rehegua ko yvy ape ári g̃uarã. Upévare pe “edicto” ha’e pe peteĩha ha pe paha. Káda hito ohechaukáva Néro línea diecisiete ary pukukuegua omombe’u pe jehasa asy ojoapy ha iñakãhatãvéva pe krísis léi domingo rehegua, oñepyrũva peteĩ “edicto” rupive, peteĩ mba’e ojojáva peteĩ orden ejecutiva presidencial rehe.</w:t>
      </w:r>
    </w:p>
    <w:p>
      <w:pPr>
        <w:pStyle w:val="ArticleBody"/>
        <w:jc w:val="left"/>
      </w:pPr>
      <w:r>
        <w:rPr>
          <w:rFonts w:ascii="Times New Roman" w:hAnsi="Times New Roman" w:eastAsia="Times New Roman" w:cs="Times New Roman"/>
        </w:rPr>
        <w:t>Ciro mbohapy ñe’ẽme’ẽ ary 457 a.C.-pe ohechauka peteĩ ary pukukue diecisiete ary rehegua, ipahápe oguerekóva mbohapy techaukaha, péicha avei Nero línea ha péicha avei Ciro línea ambuéva, opa vaʼekue umi ánhel peteĩha, mokõiha ha mbohapyha oguahẽvo guive 1798 peve 1844. Ciro mbohapy hatua haʼe pe ñorairõ Raphia-pe, upéi pa ary pe mokõiha hatua peve, ha upéi siete ary pe ñorairõ Panium-pe peve. Ñepyrũ ha paha mokõivéva hína ñorairõ, upévare ogueraha Alpha ha Omega firma. Pe peteĩha ára pukukue pa ary rehegua orrepresenta peteĩ periodo jehechapyrã rehegua oñepyrũ vaʼekue ary 2014-pe ñorairõ Ucrania-pegua ndive, ha pe mokõiha periodo opa siete ary rire pe ñorairõ Panium-pe.</w:t>
      </w:r>
    </w:p>
    <w:p>
      <w:pPr>
        <w:pStyle w:val="ArticleHeading"/>
        <w:jc w:val="left"/>
      </w:pPr>
      <w:r>
        <w:rPr>
          <w:rFonts w:ascii="Arial" w:hAnsi="Arial" w:eastAsia="Arial" w:cs="Arial"/>
        </w:rPr>
        <w:t>Palmoni</w:t>
      </w:r>
    </w:p>
    <w:p>
      <w:pPr>
        <w:pStyle w:val="ArticleBody"/>
        <w:jc w:val="left"/>
      </w:pPr>
      <w:r>
        <w:rPr>
          <w:rFonts w:ascii="Times New Roman" w:hAnsi="Times New Roman" w:eastAsia="Times New Roman" w:cs="Times New Roman"/>
        </w:rPr>
        <w:t>Palmoni oipe’a pe marandu aravo rehegua umi Millerita-pe g̃uarã peteĩha ha mokõiha ánhel rembiasakuepe, ha Ha’e oipe’a jey pe marandu papapy rehegua umi cien cuarenta y cuatro mil rembiasakuepe, upéva hína mbohapyha ánhel rembiasakue.</w:t>
      </w:r>
    </w:p>
    <w:p>
      <w:pPr>
        <w:pStyle w:val="ArticleBody"/>
        <w:jc w:val="left"/>
      </w:pPr>
      <w:r>
        <w:rPr>
          <w:rFonts w:ascii="Times New Roman" w:hAnsi="Times New Roman" w:eastAsia="Times New Roman" w:cs="Times New Roman"/>
        </w:rPr>
        <w:t>Umi tembiasakue marandu profétika simbólico, pe mokõi pa mokõipa ary 1776 guive 1798 peve, ojehechaukáva pe rebelión macabea rupive, omombe’u mba’érepa oñepyrũ pe sexto reino, ha mba’érepa opa pe quinto reino. Pe presidente mokõipa mokõiha, Grover Cleveland, ha’e vaekue pe alfa umi presidente apytépe, ohechaukaséva pe presidente omega, Donald Trump, rupi; ha’e hag̃ua umi mokõivéva añónte oservíva mokõi período ndaha’éiva oñondivepa. Trump ha’e pe presidente mokõipa mokõiha oganáva peteĩ segundo mandato, oñecontávo umi ambue presidente oike vaekue peteĩ presidente mboyvegua período-pe, umi presidente oganáva peteĩ segundo mandato ijeheguínte ndive. Pe sexto reino profecía bíblica-pe oñepyrũ 1798-pe, umi mokõi pa mokõipa ary rire pe Declaración de Independencia-gui. 1798 guive 2026 peve ojehechauka 22 reheve pe fecha alfa-pe ha 22 reheve pe fecha omega-pe.</w:t>
      </w:r>
    </w:p>
    <w:p>
      <w:pPr>
        <w:pStyle w:val="ArticleBody"/>
        <w:jc w:val="left"/>
      </w:pPr>
      <w:r>
        <w:rPr>
          <w:rFonts w:ascii="Times New Roman" w:hAnsi="Times New Roman" w:eastAsia="Times New Roman" w:cs="Times New Roman"/>
        </w:rPr>
        <w:t>Mbohapy capítulo once rehegua, oñepyrũva capítulo once-pe ha opa capítulo mokõipa mokõiha-pe. Káda peteĩva umi mbohapy línea de once capítulo rehegua oguereko peteĩ mbytépe exacto, ojehechaukáva mbohapy versíkulo rupive. Génesis omombe’u araka’épa oñeme’ẽ kuri “circuncisión” peteĩ símbolo ramo peteĩ relación de pacto rehegua peteĩ pueblo ojeiporavo va’ekuépe g̃uarã. Kóva ha’e pe primera vez peteĩ pueblo ojeiporavo va’ekuépe oñeme’ẽ hague peteĩ señal orrepresentáva peteĩ pueblo de pacto, ha Mateo-pe umi mbohapy versíkulo mbytépegua omohu’ã pe Ita ári Cristo omopu’ãtaha Itupao. Umi versíkulo ohechauka araka’épa Simón Barjona réra oñemoambue Pedro-pe, ha upéva ojoja cien cuarenta y cuatro mil rehe. Pe línea mbytegua Apocalipsis-pe ohechauka pe pacto de muerte, oguenohẽvo papado-pe pe akã poapyha ramo, upe oúva umi siete-gui. Mba’épa ere umi implicación rehegua oĩva capítulo once-pe, Desire of Ages ryepýpe, ojehechaukahápe Juan el Bautista marandu, ha capítulo mokõipa mokõiha-pe ojehechaukahápe Juan mano?</w:t>
      </w:r>
    </w:p>
    <w:p>
      <w:pPr>
        <w:pStyle w:val="ArticleBody"/>
        <w:jc w:val="left"/>
      </w:pPr>
      <w:r>
        <w:rPr>
          <w:rFonts w:ascii="Times New Roman" w:hAnsi="Times New Roman" w:eastAsia="Times New Roman" w:cs="Times New Roman"/>
        </w:rPr>
        <w:t>Pe umi kapítulo mbytépe reguahẽ kuatiarogue 168-pe, upépe oñepyrũ pe kapítulo hérava Nicodemo. Pe kapítulo onceha héra El Bautismo ha pe kapítulo mokõipa mokõiha héra Encarcelamiento y Muerte de Juan. Pe kapítulo onceha ha’e peteĩ símbolo mano, ñotỹ ha jeikove jey rehegua, upéicha avei pe kapítulo diecisieteha ha Nicodemo, ha upéicha avei Juan mano.</w:t>
      </w:r>
    </w:p>
    <w:p>
      <w:pPr>
        <w:pStyle w:val="ArticleBody"/>
        <w:jc w:val="left"/>
      </w:pPr>
      <w:r>
        <w:rPr>
          <w:rFonts w:ascii="Times New Roman" w:hAnsi="Times New Roman" w:eastAsia="Times New Roman" w:cs="Times New Roman"/>
        </w:rPr>
        <w:t>Ñambojapóta koʼã mbaʼe pe artíkulo oúvape.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Papapy Mokõiha Mokõipa</dc:title>
  <dc:subject>31 de diciembre de 2023</dc:subject>
  <dc:creator>Jeff Pippenger</dc:creator>
  <cp:keywords/>
  <dc:description>Generated by ArticleDigger from panium\22_panium.json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